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5D094" w14:textId="1C5F8479" w:rsidR="001379D7" w:rsidRPr="004932EE" w:rsidRDefault="007776D3">
      <w:pPr>
        <w:rPr>
          <w:rFonts w:asciiTheme="minorBidi" w:hAnsiTheme="minorBidi"/>
          <w:sz w:val="24"/>
          <w:szCs w:val="24"/>
          <w:lang w:val="en-AU"/>
        </w:rPr>
      </w:pPr>
      <w:bookmarkStart w:id="0" w:name="_Hlk202954512"/>
      <w:r>
        <w:rPr>
          <w:rFonts w:asciiTheme="minorBidi" w:hAnsiTheme="minorBidi"/>
          <w:b/>
          <w:bCs/>
          <w:sz w:val="24"/>
          <w:szCs w:val="24"/>
          <w:lang w:val="en-AU"/>
        </w:rPr>
        <w:t>2.</w:t>
      </w:r>
      <w:r w:rsidR="00CB5A69">
        <w:rPr>
          <w:rFonts w:asciiTheme="minorBidi" w:hAnsiTheme="minorBidi"/>
          <w:sz w:val="24"/>
          <w:szCs w:val="24"/>
          <w:lang w:val="en-AU"/>
        </w:rPr>
        <w:t xml:space="preserve"> </w:t>
      </w:r>
      <w:r w:rsidR="001379D7" w:rsidRPr="004932EE">
        <w:rPr>
          <w:rFonts w:asciiTheme="minorBidi" w:hAnsiTheme="minorBidi"/>
          <w:sz w:val="24"/>
          <w:szCs w:val="24"/>
          <w:lang w:val="en-AU"/>
        </w:rPr>
        <w:t xml:space="preserve">Material and Methods </w:t>
      </w:r>
    </w:p>
    <w:p w14:paraId="1E483749" w14:textId="716C9BC3" w:rsidR="001379D7" w:rsidRPr="00573F60" w:rsidRDefault="001379D7" w:rsidP="001379D7">
      <w:pPr>
        <w:spacing w:line="360" w:lineRule="auto"/>
        <w:jc w:val="both"/>
        <w:rPr>
          <w:rFonts w:asciiTheme="minorBidi" w:hAnsiTheme="minorBidi"/>
          <w:sz w:val="24"/>
          <w:szCs w:val="24"/>
        </w:rPr>
      </w:pPr>
      <w:r w:rsidRPr="00A101EA">
        <w:rPr>
          <w:rFonts w:asciiTheme="minorBidi" w:hAnsiTheme="minorBidi"/>
          <w:b/>
          <w:bCs/>
          <w:sz w:val="24"/>
          <w:szCs w:val="24"/>
        </w:rPr>
        <w:t>Table</w:t>
      </w:r>
      <w:r w:rsidR="007776D3">
        <w:rPr>
          <w:rFonts w:asciiTheme="minorBidi" w:hAnsiTheme="minorBidi"/>
          <w:b/>
          <w:bCs/>
          <w:sz w:val="24"/>
          <w:szCs w:val="24"/>
        </w:rPr>
        <w:t xml:space="preserve"> </w:t>
      </w:r>
      <w:r w:rsidRPr="00A101EA">
        <w:rPr>
          <w:rFonts w:asciiTheme="minorBidi" w:hAnsiTheme="minorBidi"/>
          <w:b/>
          <w:bCs/>
          <w:sz w:val="24"/>
          <w:szCs w:val="24"/>
        </w:rPr>
        <w:t>1</w:t>
      </w:r>
      <w:r w:rsidRPr="00573F60">
        <w:rPr>
          <w:rFonts w:asciiTheme="minorBidi" w:hAnsiTheme="minorBidi"/>
          <w:sz w:val="24"/>
          <w:szCs w:val="24"/>
        </w:rPr>
        <w:t xml:space="preserve"> Overview of compositional differences between diet A and diet B.</w:t>
      </w:r>
    </w:p>
    <w:tbl>
      <w:tblPr>
        <w:tblStyle w:val="TableGrid"/>
        <w:tblW w:w="9013" w:type="dxa"/>
        <w:jc w:val="center"/>
        <w:tblLook w:val="04A0" w:firstRow="1" w:lastRow="0" w:firstColumn="1" w:lastColumn="0" w:noHBand="0" w:noVBand="1"/>
      </w:tblPr>
      <w:tblGrid>
        <w:gridCol w:w="2829"/>
        <w:gridCol w:w="2976"/>
        <w:gridCol w:w="3208"/>
      </w:tblGrid>
      <w:tr w:rsidR="00761EE8" w:rsidRPr="00544721" w14:paraId="644C8612" w14:textId="77777777" w:rsidTr="00571F73">
        <w:trPr>
          <w:trHeight w:hRule="exact" w:val="284"/>
          <w:jc w:val="center"/>
        </w:trPr>
        <w:tc>
          <w:tcPr>
            <w:tcW w:w="2829" w:type="dxa"/>
            <w:vAlign w:val="center"/>
            <w:hideMark/>
          </w:tcPr>
          <w:p w14:paraId="781B779F" w14:textId="77777777" w:rsidR="00761EE8" w:rsidRPr="00544721" w:rsidRDefault="00761EE8" w:rsidP="00571F73">
            <w:pPr>
              <w:spacing w:after="160"/>
              <w:jc w:val="center"/>
              <w:rPr>
                <w:rFonts w:asciiTheme="minorBidi" w:hAnsiTheme="minorBidi"/>
                <w:b/>
                <w:bCs/>
              </w:rPr>
            </w:pPr>
            <w:r w:rsidRPr="00544721">
              <w:rPr>
                <w:rFonts w:asciiTheme="minorBidi" w:hAnsiTheme="minorBidi"/>
                <w:b/>
                <w:bCs/>
              </w:rPr>
              <w:t>Feature</w:t>
            </w:r>
          </w:p>
        </w:tc>
        <w:tc>
          <w:tcPr>
            <w:tcW w:w="2976" w:type="dxa"/>
            <w:vAlign w:val="center"/>
            <w:hideMark/>
          </w:tcPr>
          <w:p w14:paraId="50C90C0B" w14:textId="77777777" w:rsidR="00761EE8" w:rsidRPr="00544721" w:rsidRDefault="00761EE8" w:rsidP="00571F73">
            <w:pPr>
              <w:spacing w:after="160"/>
              <w:jc w:val="center"/>
              <w:rPr>
                <w:rFonts w:asciiTheme="minorBidi" w:hAnsiTheme="minorBidi"/>
                <w:b/>
                <w:bCs/>
              </w:rPr>
            </w:pPr>
            <w:r w:rsidRPr="00544721">
              <w:rPr>
                <w:rFonts w:asciiTheme="minorBidi" w:hAnsiTheme="minorBidi"/>
                <w:b/>
                <w:bCs/>
              </w:rPr>
              <w:t>Diet A (High food intake)</w:t>
            </w:r>
          </w:p>
        </w:tc>
        <w:tc>
          <w:tcPr>
            <w:tcW w:w="3208" w:type="dxa"/>
            <w:vAlign w:val="center"/>
            <w:hideMark/>
          </w:tcPr>
          <w:p w14:paraId="4BDFD072" w14:textId="77777777" w:rsidR="00761EE8" w:rsidRPr="00544721" w:rsidRDefault="00761EE8" w:rsidP="00571F73">
            <w:pPr>
              <w:spacing w:after="160"/>
              <w:jc w:val="center"/>
              <w:rPr>
                <w:rFonts w:asciiTheme="minorBidi" w:hAnsiTheme="minorBidi"/>
                <w:b/>
                <w:bCs/>
              </w:rPr>
            </w:pPr>
            <w:r w:rsidRPr="00544721">
              <w:rPr>
                <w:rFonts w:asciiTheme="minorBidi" w:hAnsiTheme="minorBidi"/>
                <w:b/>
                <w:bCs/>
              </w:rPr>
              <w:t>Diet B (Low food intake)</w:t>
            </w:r>
          </w:p>
        </w:tc>
      </w:tr>
      <w:tr w:rsidR="00761EE8" w:rsidRPr="00544721" w14:paraId="45C7E86B" w14:textId="77777777" w:rsidTr="00571F73">
        <w:trPr>
          <w:trHeight w:hRule="exact" w:val="284"/>
          <w:jc w:val="center"/>
        </w:trPr>
        <w:tc>
          <w:tcPr>
            <w:tcW w:w="2829" w:type="dxa"/>
            <w:vAlign w:val="center"/>
            <w:hideMark/>
          </w:tcPr>
          <w:p w14:paraId="66C04684" w14:textId="77777777" w:rsidR="00761EE8" w:rsidRPr="00544721" w:rsidRDefault="00761EE8" w:rsidP="00571F73">
            <w:pPr>
              <w:spacing w:after="160"/>
              <w:jc w:val="center"/>
              <w:rPr>
                <w:rFonts w:asciiTheme="minorBidi" w:hAnsiTheme="minorBidi"/>
              </w:rPr>
            </w:pPr>
            <w:r w:rsidRPr="00544721">
              <w:rPr>
                <w:rFonts w:asciiTheme="minorBidi" w:hAnsiTheme="minorBidi"/>
              </w:rPr>
              <w:t>Crude Protein / Crude Fat (CP/CF)</w:t>
            </w:r>
          </w:p>
        </w:tc>
        <w:tc>
          <w:tcPr>
            <w:tcW w:w="2976" w:type="dxa"/>
            <w:vAlign w:val="center"/>
            <w:hideMark/>
          </w:tcPr>
          <w:p w14:paraId="795E17F5" w14:textId="77777777" w:rsidR="00761EE8" w:rsidRPr="00544721" w:rsidRDefault="00761EE8" w:rsidP="00571F73">
            <w:pPr>
              <w:spacing w:after="160"/>
              <w:jc w:val="center"/>
              <w:rPr>
                <w:rFonts w:asciiTheme="minorBidi" w:hAnsiTheme="minorBidi"/>
              </w:rPr>
            </w:pPr>
            <w:r w:rsidRPr="00544721">
              <w:rPr>
                <w:rFonts w:asciiTheme="minorBidi" w:hAnsiTheme="minorBidi"/>
              </w:rPr>
              <w:t>45 / 20</w:t>
            </w:r>
          </w:p>
        </w:tc>
        <w:tc>
          <w:tcPr>
            <w:tcW w:w="3208" w:type="dxa"/>
            <w:vAlign w:val="center"/>
            <w:hideMark/>
          </w:tcPr>
          <w:p w14:paraId="29CA0253" w14:textId="77777777" w:rsidR="00761EE8" w:rsidRPr="00544721" w:rsidRDefault="00761EE8" w:rsidP="00571F73">
            <w:pPr>
              <w:spacing w:after="160"/>
              <w:jc w:val="center"/>
              <w:rPr>
                <w:rFonts w:asciiTheme="minorBidi" w:hAnsiTheme="minorBidi"/>
              </w:rPr>
            </w:pPr>
            <w:r w:rsidRPr="00544721">
              <w:rPr>
                <w:rFonts w:asciiTheme="minorBidi" w:hAnsiTheme="minorBidi"/>
              </w:rPr>
              <w:t>45 / 20</w:t>
            </w:r>
          </w:p>
        </w:tc>
      </w:tr>
      <w:tr w:rsidR="00761EE8" w:rsidRPr="00544721" w14:paraId="59C52B46" w14:textId="77777777" w:rsidTr="00571F73">
        <w:trPr>
          <w:trHeight w:hRule="exact" w:val="284"/>
          <w:jc w:val="center"/>
        </w:trPr>
        <w:tc>
          <w:tcPr>
            <w:tcW w:w="2829" w:type="dxa"/>
            <w:vAlign w:val="center"/>
            <w:hideMark/>
          </w:tcPr>
          <w:p w14:paraId="212C288A" w14:textId="77777777" w:rsidR="00761EE8" w:rsidRPr="00544721" w:rsidRDefault="00761EE8" w:rsidP="00571F73">
            <w:pPr>
              <w:spacing w:after="160"/>
              <w:jc w:val="center"/>
              <w:rPr>
                <w:rFonts w:asciiTheme="minorBidi" w:hAnsiTheme="minorBidi"/>
              </w:rPr>
            </w:pPr>
            <w:r w:rsidRPr="00544721">
              <w:rPr>
                <w:rFonts w:asciiTheme="minorBidi" w:hAnsiTheme="minorBidi"/>
              </w:rPr>
              <w:t>Fish Meal Content</w:t>
            </w:r>
          </w:p>
        </w:tc>
        <w:tc>
          <w:tcPr>
            <w:tcW w:w="2976" w:type="dxa"/>
            <w:vAlign w:val="center"/>
            <w:hideMark/>
          </w:tcPr>
          <w:p w14:paraId="361BFD8A" w14:textId="77777777" w:rsidR="00761EE8" w:rsidRPr="00544721" w:rsidRDefault="00761EE8" w:rsidP="00571F73">
            <w:pPr>
              <w:spacing w:after="160"/>
              <w:jc w:val="center"/>
              <w:rPr>
                <w:rFonts w:asciiTheme="minorBidi" w:hAnsiTheme="minorBidi"/>
              </w:rPr>
            </w:pPr>
            <w:r w:rsidRPr="00544721">
              <w:rPr>
                <w:rFonts w:asciiTheme="minorBidi" w:hAnsiTheme="minorBidi"/>
              </w:rPr>
              <w:t>Lower</w:t>
            </w:r>
          </w:p>
        </w:tc>
        <w:tc>
          <w:tcPr>
            <w:tcW w:w="3208" w:type="dxa"/>
            <w:vAlign w:val="center"/>
            <w:hideMark/>
          </w:tcPr>
          <w:p w14:paraId="6ADA74F1" w14:textId="77777777" w:rsidR="00761EE8" w:rsidRPr="00544721" w:rsidRDefault="00761EE8" w:rsidP="00571F73">
            <w:pPr>
              <w:spacing w:after="160"/>
              <w:jc w:val="center"/>
              <w:rPr>
                <w:rFonts w:asciiTheme="minorBidi" w:hAnsiTheme="minorBidi"/>
              </w:rPr>
            </w:pPr>
            <w:r w:rsidRPr="00544721">
              <w:rPr>
                <w:rFonts w:asciiTheme="minorBidi" w:hAnsiTheme="minorBidi"/>
              </w:rPr>
              <w:t>Higher</w:t>
            </w:r>
          </w:p>
        </w:tc>
      </w:tr>
      <w:tr w:rsidR="00761EE8" w:rsidRPr="00544721" w14:paraId="37495183" w14:textId="77777777" w:rsidTr="00571F73">
        <w:trPr>
          <w:trHeight w:hRule="exact" w:val="284"/>
          <w:jc w:val="center"/>
        </w:trPr>
        <w:tc>
          <w:tcPr>
            <w:tcW w:w="2829" w:type="dxa"/>
            <w:vAlign w:val="center"/>
            <w:hideMark/>
          </w:tcPr>
          <w:p w14:paraId="7C1A01A8" w14:textId="77777777" w:rsidR="00761EE8" w:rsidRPr="00544721" w:rsidRDefault="00761EE8" w:rsidP="00571F73">
            <w:pPr>
              <w:spacing w:after="160"/>
              <w:jc w:val="center"/>
              <w:rPr>
                <w:rFonts w:asciiTheme="minorBidi" w:hAnsiTheme="minorBidi"/>
              </w:rPr>
            </w:pPr>
            <w:r w:rsidRPr="00544721">
              <w:rPr>
                <w:rFonts w:asciiTheme="minorBidi" w:hAnsiTheme="minorBidi"/>
              </w:rPr>
              <w:t>Land Animal Protein</w:t>
            </w:r>
          </w:p>
        </w:tc>
        <w:tc>
          <w:tcPr>
            <w:tcW w:w="2976" w:type="dxa"/>
            <w:vAlign w:val="center"/>
            <w:hideMark/>
          </w:tcPr>
          <w:p w14:paraId="0CBE7316" w14:textId="77777777" w:rsidR="00761EE8" w:rsidRPr="00544721" w:rsidRDefault="00761EE8" w:rsidP="00571F73">
            <w:pPr>
              <w:spacing w:after="160"/>
              <w:jc w:val="center"/>
              <w:rPr>
                <w:rFonts w:asciiTheme="minorBidi" w:hAnsiTheme="minorBidi"/>
              </w:rPr>
            </w:pPr>
            <w:r w:rsidRPr="00544721">
              <w:rPr>
                <w:rFonts w:asciiTheme="minorBidi" w:hAnsiTheme="minorBidi"/>
              </w:rPr>
              <w:t>Higher</w:t>
            </w:r>
          </w:p>
        </w:tc>
        <w:tc>
          <w:tcPr>
            <w:tcW w:w="3208" w:type="dxa"/>
            <w:vAlign w:val="center"/>
            <w:hideMark/>
          </w:tcPr>
          <w:p w14:paraId="0151B996" w14:textId="77777777" w:rsidR="00761EE8" w:rsidRPr="00544721" w:rsidRDefault="00761EE8" w:rsidP="00571F73">
            <w:pPr>
              <w:spacing w:after="160"/>
              <w:jc w:val="center"/>
              <w:rPr>
                <w:rFonts w:asciiTheme="minorBidi" w:hAnsiTheme="minorBidi"/>
              </w:rPr>
            </w:pPr>
            <w:r w:rsidRPr="00544721">
              <w:rPr>
                <w:rFonts w:asciiTheme="minorBidi" w:hAnsiTheme="minorBidi"/>
              </w:rPr>
              <w:t>Lower</w:t>
            </w:r>
          </w:p>
        </w:tc>
      </w:tr>
      <w:tr w:rsidR="00761EE8" w:rsidRPr="00544721" w14:paraId="44C12776" w14:textId="77777777" w:rsidTr="00571F73">
        <w:trPr>
          <w:trHeight w:hRule="exact" w:val="284"/>
          <w:jc w:val="center"/>
        </w:trPr>
        <w:tc>
          <w:tcPr>
            <w:tcW w:w="2829" w:type="dxa"/>
            <w:vAlign w:val="center"/>
            <w:hideMark/>
          </w:tcPr>
          <w:p w14:paraId="12C8D3E7" w14:textId="77777777" w:rsidR="00761EE8" w:rsidRPr="00544721" w:rsidRDefault="00761EE8" w:rsidP="00571F73">
            <w:pPr>
              <w:spacing w:after="160"/>
              <w:jc w:val="center"/>
              <w:rPr>
                <w:rFonts w:asciiTheme="minorBidi" w:hAnsiTheme="minorBidi"/>
              </w:rPr>
            </w:pPr>
            <w:r w:rsidRPr="00544721">
              <w:rPr>
                <w:rFonts w:asciiTheme="minorBidi" w:hAnsiTheme="minorBidi"/>
              </w:rPr>
              <w:t>Vitamin and Mineral Levels</w:t>
            </w:r>
          </w:p>
        </w:tc>
        <w:tc>
          <w:tcPr>
            <w:tcW w:w="2976" w:type="dxa"/>
            <w:vAlign w:val="center"/>
            <w:hideMark/>
          </w:tcPr>
          <w:p w14:paraId="3D760488" w14:textId="77777777" w:rsidR="00761EE8" w:rsidRPr="00544721" w:rsidRDefault="00761EE8" w:rsidP="00571F73">
            <w:pPr>
              <w:spacing w:after="160"/>
              <w:jc w:val="center"/>
              <w:rPr>
                <w:rFonts w:asciiTheme="minorBidi" w:hAnsiTheme="minorBidi"/>
              </w:rPr>
            </w:pPr>
            <w:r w:rsidRPr="00544721">
              <w:rPr>
                <w:rFonts w:asciiTheme="minorBidi" w:hAnsiTheme="minorBidi"/>
              </w:rPr>
              <w:t>Similar</w:t>
            </w:r>
          </w:p>
        </w:tc>
        <w:tc>
          <w:tcPr>
            <w:tcW w:w="3208" w:type="dxa"/>
            <w:vAlign w:val="center"/>
            <w:hideMark/>
          </w:tcPr>
          <w:p w14:paraId="7398B769" w14:textId="77777777" w:rsidR="00761EE8" w:rsidRPr="00544721" w:rsidRDefault="00761EE8" w:rsidP="00571F73">
            <w:pPr>
              <w:spacing w:after="160"/>
              <w:jc w:val="center"/>
              <w:rPr>
                <w:rFonts w:asciiTheme="minorBidi" w:hAnsiTheme="minorBidi"/>
              </w:rPr>
            </w:pPr>
            <w:r w:rsidRPr="00544721">
              <w:rPr>
                <w:rFonts w:asciiTheme="minorBidi" w:hAnsiTheme="minorBidi"/>
              </w:rPr>
              <w:t>Similar</w:t>
            </w:r>
          </w:p>
        </w:tc>
      </w:tr>
      <w:tr w:rsidR="00761EE8" w:rsidRPr="00544721" w14:paraId="75114355" w14:textId="77777777" w:rsidTr="00571F73">
        <w:trPr>
          <w:trHeight w:hRule="exact" w:val="284"/>
          <w:jc w:val="center"/>
        </w:trPr>
        <w:tc>
          <w:tcPr>
            <w:tcW w:w="2829" w:type="dxa"/>
            <w:vAlign w:val="center"/>
            <w:hideMark/>
          </w:tcPr>
          <w:p w14:paraId="4113BE7F" w14:textId="77777777" w:rsidR="00761EE8" w:rsidRPr="00544721" w:rsidRDefault="00761EE8" w:rsidP="00571F73">
            <w:pPr>
              <w:spacing w:after="160"/>
              <w:jc w:val="center"/>
              <w:rPr>
                <w:rFonts w:asciiTheme="minorBidi" w:hAnsiTheme="minorBidi"/>
              </w:rPr>
            </w:pPr>
            <w:r w:rsidRPr="00544721">
              <w:rPr>
                <w:rFonts w:asciiTheme="minorBidi" w:hAnsiTheme="minorBidi"/>
              </w:rPr>
              <w:t>Amino Acid Specification</w:t>
            </w:r>
          </w:p>
        </w:tc>
        <w:tc>
          <w:tcPr>
            <w:tcW w:w="2976" w:type="dxa"/>
            <w:vAlign w:val="center"/>
            <w:hideMark/>
          </w:tcPr>
          <w:p w14:paraId="2D7FE5CE" w14:textId="77777777" w:rsidR="00761EE8" w:rsidRPr="00544721" w:rsidRDefault="00761EE8" w:rsidP="00571F73">
            <w:pPr>
              <w:spacing w:after="160"/>
              <w:jc w:val="center"/>
              <w:rPr>
                <w:rFonts w:asciiTheme="minorBidi" w:hAnsiTheme="minorBidi"/>
              </w:rPr>
            </w:pPr>
            <w:r w:rsidRPr="00544721">
              <w:rPr>
                <w:rFonts w:asciiTheme="minorBidi" w:hAnsiTheme="minorBidi"/>
              </w:rPr>
              <w:t>Lower in essential amino acids</w:t>
            </w:r>
          </w:p>
        </w:tc>
        <w:tc>
          <w:tcPr>
            <w:tcW w:w="3208" w:type="dxa"/>
            <w:vAlign w:val="center"/>
            <w:hideMark/>
          </w:tcPr>
          <w:p w14:paraId="1E9FD73F" w14:textId="77777777" w:rsidR="00761EE8" w:rsidRPr="00544721" w:rsidRDefault="00761EE8" w:rsidP="00571F73">
            <w:pPr>
              <w:spacing w:after="160"/>
              <w:jc w:val="center"/>
              <w:rPr>
                <w:rFonts w:asciiTheme="minorBidi" w:hAnsiTheme="minorBidi"/>
              </w:rPr>
            </w:pPr>
            <w:r w:rsidRPr="00544721">
              <w:rPr>
                <w:rFonts w:asciiTheme="minorBidi" w:hAnsiTheme="minorBidi"/>
              </w:rPr>
              <w:t>Higher in essential amino acids</w:t>
            </w:r>
          </w:p>
        </w:tc>
      </w:tr>
    </w:tbl>
    <w:p w14:paraId="01210318" w14:textId="77777777" w:rsidR="004932EE" w:rsidRDefault="004932EE">
      <w:pPr>
        <w:rPr>
          <w:lang w:val="en-AU"/>
        </w:rPr>
      </w:pPr>
    </w:p>
    <w:p w14:paraId="5A16EA96" w14:textId="77777777" w:rsidR="004932EE" w:rsidRDefault="004932EE">
      <w:pPr>
        <w:rPr>
          <w:lang w:val="en-AU"/>
        </w:rPr>
      </w:pPr>
    </w:p>
    <w:p w14:paraId="167244A9" w14:textId="1DC22FBB" w:rsidR="00057FBC" w:rsidRDefault="007776D3" w:rsidP="004932EE">
      <w:pPr>
        <w:rPr>
          <w:rFonts w:asciiTheme="minorBidi" w:hAnsiTheme="minorBidi"/>
          <w:sz w:val="24"/>
          <w:szCs w:val="24"/>
          <w:lang w:val="en-AU"/>
        </w:rPr>
      </w:pPr>
      <w:r>
        <w:rPr>
          <w:rFonts w:asciiTheme="minorBidi" w:hAnsiTheme="minorBidi"/>
          <w:b/>
          <w:bCs/>
          <w:sz w:val="24"/>
          <w:szCs w:val="24"/>
          <w:lang w:val="en-AU"/>
        </w:rPr>
        <w:t>3.</w:t>
      </w:r>
      <w:r w:rsidR="00CB5A69">
        <w:rPr>
          <w:rFonts w:asciiTheme="minorBidi" w:hAnsiTheme="minorBidi"/>
          <w:sz w:val="24"/>
          <w:szCs w:val="24"/>
          <w:lang w:val="en-AU"/>
        </w:rPr>
        <w:t xml:space="preserve"> </w:t>
      </w:r>
      <w:r w:rsidR="001379D7" w:rsidRPr="004932EE">
        <w:rPr>
          <w:rFonts w:asciiTheme="minorBidi" w:hAnsiTheme="minorBidi"/>
          <w:sz w:val="24"/>
          <w:szCs w:val="24"/>
          <w:lang w:val="en-AU"/>
        </w:rPr>
        <w:t xml:space="preserve">Results and </w:t>
      </w:r>
      <w:r w:rsidR="004932EE">
        <w:rPr>
          <w:rFonts w:asciiTheme="minorBidi" w:hAnsiTheme="minorBidi"/>
          <w:sz w:val="24"/>
          <w:szCs w:val="24"/>
          <w:lang w:val="en-AU"/>
        </w:rPr>
        <w:t>D</w:t>
      </w:r>
      <w:r w:rsidR="001379D7" w:rsidRPr="004932EE">
        <w:rPr>
          <w:rFonts w:asciiTheme="minorBidi" w:hAnsiTheme="minorBidi"/>
          <w:sz w:val="24"/>
          <w:szCs w:val="24"/>
          <w:lang w:val="en-AU"/>
        </w:rPr>
        <w:t>iscussion</w:t>
      </w:r>
    </w:p>
    <w:p w14:paraId="37D63620" w14:textId="5A998324" w:rsidR="006810FC" w:rsidRPr="00573F60" w:rsidRDefault="006810FC" w:rsidP="00534713">
      <w:pPr>
        <w:spacing w:line="360" w:lineRule="auto"/>
        <w:rPr>
          <w:rFonts w:asciiTheme="minorBidi" w:hAnsiTheme="minorBidi"/>
          <w:sz w:val="24"/>
          <w:szCs w:val="24"/>
        </w:rPr>
      </w:pPr>
      <w:r w:rsidRPr="00573F60">
        <w:rPr>
          <w:rFonts w:asciiTheme="minorBidi" w:hAnsiTheme="minorBidi"/>
          <w:b/>
          <w:bCs/>
          <w:sz w:val="24"/>
          <w:szCs w:val="24"/>
        </w:rPr>
        <w:t xml:space="preserve">Table </w:t>
      </w:r>
      <w:r w:rsidR="00C859B0">
        <w:rPr>
          <w:rFonts w:asciiTheme="minorBidi" w:hAnsiTheme="minorBidi"/>
          <w:b/>
          <w:bCs/>
          <w:sz w:val="24"/>
          <w:szCs w:val="24"/>
        </w:rPr>
        <w:t>2</w:t>
      </w:r>
      <w:r w:rsidRPr="00573F60">
        <w:rPr>
          <w:rFonts w:asciiTheme="minorBidi" w:hAnsiTheme="minorBidi"/>
          <w:b/>
          <w:bCs/>
          <w:sz w:val="24"/>
          <w:szCs w:val="24"/>
        </w:rPr>
        <w:t xml:space="preserve"> -</w:t>
      </w:r>
      <w:r w:rsidRPr="00573F60">
        <w:rPr>
          <w:rFonts w:asciiTheme="minorBidi" w:hAnsiTheme="minorBidi"/>
          <w:sz w:val="24"/>
          <w:szCs w:val="24"/>
        </w:rPr>
        <w:t xml:space="preserve"> Summary of number of proteins identified in tissue replicates</w:t>
      </w:r>
    </w:p>
    <w:tbl>
      <w:tblPr>
        <w:tblStyle w:val="TableGrid"/>
        <w:tblW w:w="0" w:type="auto"/>
        <w:tblLook w:val="04A0" w:firstRow="1" w:lastRow="0" w:firstColumn="1" w:lastColumn="0" w:noHBand="0" w:noVBand="1"/>
      </w:tblPr>
      <w:tblGrid>
        <w:gridCol w:w="3663"/>
        <w:gridCol w:w="1276"/>
        <w:gridCol w:w="1434"/>
        <w:gridCol w:w="1435"/>
      </w:tblGrid>
      <w:tr w:rsidR="00534713" w:rsidRPr="00573F60" w14:paraId="2801EA00" w14:textId="77777777" w:rsidTr="00571F73">
        <w:trPr>
          <w:trHeight w:hRule="exact" w:val="284"/>
        </w:trPr>
        <w:tc>
          <w:tcPr>
            <w:tcW w:w="3663" w:type="dxa"/>
          </w:tcPr>
          <w:p w14:paraId="2ECAA8FC" w14:textId="77777777" w:rsidR="00534713" w:rsidRPr="00573F60" w:rsidRDefault="00534713" w:rsidP="00571F73">
            <w:pPr>
              <w:spacing w:line="360" w:lineRule="auto"/>
              <w:jc w:val="both"/>
              <w:rPr>
                <w:rFonts w:asciiTheme="minorBidi" w:hAnsiTheme="minorBidi"/>
                <w:b/>
                <w:bCs/>
                <w:sz w:val="24"/>
                <w:szCs w:val="24"/>
              </w:rPr>
            </w:pPr>
            <w:r w:rsidRPr="00573F60">
              <w:rPr>
                <w:rFonts w:asciiTheme="minorBidi" w:hAnsiTheme="minorBidi"/>
                <w:b/>
                <w:bCs/>
                <w:sz w:val="24"/>
                <w:szCs w:val="24"/>
              </w:rPr>
              <w:t>Tissue Type</w:t>
            </w:r>
          </w:p>
        </w:tc>
        <w:tc>
          <w:tcPr>
            <w:tcW w:w="1276" w:type="dxa"/>
          </w:tcPr>
          <w:p w14:paraId="2FC18C10" w14:textId="77777777" w:rsidR="00534713" w:rsidRPr="00573F60" w:rsidRDefault="00534713" w:rsidP="00571F73">
            <w:pPr>
              <w:spacing w:line="360" w:lineRule="auto"/>
              <w:jc w:val="both"/>
              <w:rPr>
                <w:rFonts w:asciiTheme="minorBidi" w:hAnsiTheme="minorBidi"/>
                <w:b/>
                <w:bCs/>
                <w:sz w:val="24"/>
                <w:szCs w:val="24"/>
              </w:rPr>
            </w:pPr>
            <w:r w:rsidRPr="00573F60">
              <w:rPr>
                <w:rFonts w:asciiTheme="minorBidi" w:hAnsiTheme="minorBidi"/>
                <w:b/>
                <w:bCs/>
                <w:sz w:val="24"/>
                <w:szCs w:val="24"/>
              </w:rPr>
              <w:t>Brain</w:t>
            </w:r>
          </w:p>
        </w:tc>
        <w:tc>
          <w:tcPr>
            <w:tcW w:w="1434" w:type="dxa"/>
          </w:tcPr>
          <w:p w14:paraId="2F27045A" w14:textId="77777777" w:rsidR="00534713" w:rsidRPr="00573F60" w:rsidRDefault="00534713" w:rsidP="00571F73">
            <w:pPr>
              <w:spacing w:line="360" w:lineRule="auto"/>
              <w:jc w:val="both"/>
              <w:rPr>
                <w:rFonts w:asciiTheme="minorBidi" w:hAnsiTheme="minorBidi"/>
                <w:b/>
                <w:bCs/>
                <w:sz w:val="24"/>
                <w:szCs w:val="24"/>
              </w:rPr>
            </w:pPr>
            <w:r w:rsidRPr="00573F60">
              <w:rPr>
                <w:rFonts w:asciiTheme="minorBidi" w:hAnsiTheme="minorBidi"/>
                <w:b/>
                <w:bCs/>
                <w:sz w:val="24"/>
                <w:szCs w:val="24"/>
              </w:rPr>
              <w:t>Liver</w:t>
            </w:r>
          </w:p>
        </w:tc>
        <w:tc>
          <w:tcPr>
            <w:tcW w:w="1435" w:type="dxa"/>
          </w:tcPr>
          <w:p w14:paraId="06DEAF90" w14:textId="77777777" w:rsidR="00534713" w:rsidRPr="00573F60" w:rsidRDefault="00534713" w:rsidP="00571F73">
            <w:pPr>
              <w:spacing w:line="360" w:lineRule="auto"/>
              <w:jc w:val="both"/>
              <w:rPr>
                <w:rFonts w:asciiTheme="minorBidi" w:hAnsiTheme="minorBidi"/>
                <w:b/>
                <w:bCs/>
                <w:sz w:val="24"/>
                <w:szCs w:val="24"/>
              </w:rPr>
            </w:pPr>
            <w:r w:rsidRPr="00573F60">
              <w:rPr>
                <w:rFonts w:asciiTheme="minorBidi" w:hAnsiTheme="minorBidi"/>
                <w:b/>
                <w:bCs/>
                <w:sz w:val="24"/>
                <w:szCs w:val="24"/>
              </w:rPr>
              <w:t>Intestine</w:t>
            </w:r>
          </w:p>
        </w:tc>
      </w:tr>
      <w:tr w:rsidR="00534713" w:rsidRPr="00573F60" w14:paraId="2C22E82C" w14:textId="77777777" w:rsidTr="00571F73">
        <w:trPr>
          <w:trHeight w:hRule="exact" w:val="284"/>
        </w:trPr>
        <w:tc>
          <w:tcPr>
            <w:tcW w:w="3663" w:type="dxa"/>
          </w:tcPr>
          <w:p w14:paraId="6C7ACECD"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A Rep1</w:t>
            </w:r>
          </w:p>
        </w:tc>
        <w:tc>
          <w:tcPr>
            <w:tcW w:w="1276" w:type="dxa"/>
          </w:tcPr>
          <w:p w14:paraId="3E5C6F48"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3501</w:t>
            </w:r>
          </w:p>
        </w:tc>
        <w:tc>
          <w:tcPr>
            <w:tcW w:w="1434" w:type="dxa"/>
          </w:tcPr>
          <w:p w14:paraId="7B25EAB4"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2986</w:t>
            </w:r>
          </w:p>
        </w:tc>
        <w:tc>
          <w:tcPr>
            <w:tcW w:w="1435" w:type="dxa"/>
          </w:tcPr>
          <w:p w14:paraId="78A9FB84"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4295</w:t>
            </w:r>
          </w:p>
        </w:tc>
      </w:tr>
      <w:tr w:rsidR="00534713" w:rsidRPr="00573F60" w14:paraId="0328B71F" w14:textId="77777777" w:rsidTr="00571F73">
        <w:trPr>
          <w:trHeight w:hRule="exact" w:val="284"/>
        </w:trPr>
        <w:tc>
          <w:tcPr>
            <w:tcW w:w="3663" w:type="dxa"/>
          </w:tcPr>
          <w:p w14:paraId="5231A524"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A Rep2</w:t>
            </w:r>
          </w:p>
        </w:tc>
        <w:tc>
          <w:tcPr>
            <w:tcW w:w="1276" w:type="dxa"/>
          </w:tcPr>
          <w:p w14:paraId="55994904"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3390</w:t>
            </w:r>
          </w:p>
        </w:tc>
        <w:tc>
          <w:tcPr>
            <w:tcW w:w="1434" w:type="dxa"/>
          </w:tcPr>
          <w:p w14:paraId="749310B7"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2868</w:t>
            </w:r>
          </w:p>
        </w:tc>
        <w:tc>
          <w:tcPr>
            <w:tcW w:w="1435" w:type="dxa"/>
          </w:tcPr>
          <w:p w14:paraId="48F53CC2"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4351</w:t>
            </w:r>
          </w:p>
        </w:tc>
      </w:tr>
      <w:tr w:rsidR="00534713" w:rsidRPr="00573F60" w14:paraId="4184E1EC" w14:textId="77777777" w:rsidTr="00571F73">
        <w:trPr>
          <w:trHeight w:hRule="exact" w:val="284"/>
        </w:trPr>
        <w:tc>
          <w:tcPr>
            <w:tcW w:w="3663" w:type="dxa"/>
          </w:tcPr>
          <w:p w14:paraId="4C05CF2B"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A Rep3</w:t>
            </w:r>
          </w:p>
        </w:tc>
        <w:tc>
          <w:tcPr>
            <w:tcW w:w="1276" w:type="dxa"/>
          </w:tcPr>
          <w:p w14:paraId="15E9733A"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3270</w:t>
            </w:r>
          </w:p>
        </w:tc>
        <w:tc>
          <w:tcPr>
            <w:tcW w:w="1434" w:type="dxa"/>
          </w:tcPr>
          <w:p w14:paraId="37F630F1"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3342</w:t>
            </w:r>
          </w:p>
        </w:tc>
        <w:tc>
          <w:tcPr>
            <w:tcW w:w="1435" w:type="dxa"/>
          </w:tcPr>
          <w:p w14:paraId="7AC06237"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4413</w:t>
            </w:r>
          </w:p>
        </w:tc>
      </w:tr>
      <w:tr w:rsidR="00534713" w:rsidRPr="00573F60" w14:paraId="3D9B6DB9" w14:textId="77777777" w:rsidTr="00571F73">
        <w:trPr>
          <w:trHeight w:hRule="exact" w:val="284"/>
        </w:trPr>
        <w:tc>
          <w:tcPr>
            <w:tcW w:w="3663" w:type="dxa"/>
          </w:tcPr>
          <w:p w14:paraId="21DC0403"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A Rep4</w:t>
            </w:r>
          </w:p>
        </w:tc>
        <w:tc>
          <w:tcPr>
            <w:tcW w:w="1276" w:type="dxa"/>
          </w:tcPr>
          <w:p w14:paraId="1092A270"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3299</w:t>
            </w:r>
          </w:p>
        </w:tc>
        <w:tc>
          <w:tcPr>
            <w:tcW w:w="1434" w:type="dxa"/>
          </w:tcPr>
          <w:p w14:paraId="646E50C4"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3142</w:t>
            </w:r>
          </w:p>
        </w:tc>
        <w:tc>
          <w:tcPr>
            <w:tcW w:w="1435" w:type="dxa"/>
          </w:tcPr>
          <w:p w14:paraId="771D643D"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4482</w:t>
            </w:r>
          </w:p>
        </w:tc>
      </w:tr>
      <w:tr w:rsidR="00534713" w:rsidRPr="00573F60" w14:paraId="5CCF49A0" w14:textId="77777777" w:rsidTr="00571F73">
        <w:trPr>
          <w:trHeight w:hRule="exact" w:val="284"/>
        </w:trPr>
        <w:tc>
          <w:tcPr>
            <w:tcW w:w="3663" w:type="dxa"/>
          </w:tcPr>
          <w:p w14:paraId="0ECD2BE6"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A-Average</w:t>
            </w:r>
          </w:p>
        </w:tc>
        <w:tc>
          <w:tcPr>
            <w:tcW w:w="1276" w:type="dxa"/>
          </w:tcPr>
          <w:p w14:paraId="7019DA4A"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3365</w:t>
            </w:r>
          </w:p>
        </w:tc>
        <w:tc>
          <w:tcPr>
            <w:tcW w:w="1434" w:type="dxa"/>
          </w:tcPr>
          <w:p w14:paraId="2AD82A84"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3084</w:t>
            </w:r>
          </w:p>
        </w:tc>
        <w:tc>
          <w:tcPr>
            <w:tcW w:w="1435" w:type="dxa"/>
          </w:tcPr>
          <w:p w14:paraId="41E3D781"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4385</w:t>
            </w:r>
          </w:p>
        </w:tc>
      </w:tr>
      <w:tr w:rsidR="00534713" w:rsidRPr="00573F60" w14:paraId="07551DBE" w14:textId="77777777" w:rsidTr="00571F73">
        <w:trPr>
          <w:trHeight w:hRule="exact" w:val="284"/>
        </w:trPr>
        <w:tc>
          <w:tcPr>
            <w:tcW w:w="3663" w:type="dxa"/>
          </w:tcPr>
          <w:p w14:paraId="17487032"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b/>
                <w:bCs/>
                <w:sz w:val="24"/>
                <w:szCs w:val="24"/>
              </w:rPr>
              <w:t>Tissue Type</w:t>
            </w:r>
          </w:p>
        </w:tc>
        <w:tc>
          <w:tcPr>
            <w:tcW w:w="1276" w:type="dxa"/>
          </w:tcPr>
          <w:p w14:paraId="5104E550"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b/>
                <w:bCs/>
                <w:sz w:val="24"/>
                <w:szCs w:val="24"/>
              </w:rPr>
              <w:t>Brain</w:t>
            </w:r>
          </w:p>
        </w:tc>
        <w:tc>
          <w:tcPr>
            <w:tcW w:w="1434" w:type="dxa"/>
          </w:tcPr>
          <w:p w14:paraId="43DDFBEA"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b/>
                <w:bCs/>
                <w:sz w:val="24"/>
                <w:szCs w:val="24"/>
              </w:rPr>
              <w:t>Liver</w:t>
            </w:r>
          </w:p>
        </w:tc>
        <w:tc>
          <w:tcPr>
            <w:tcW w:w="1435" w:type="dxa"/>
          </w:tcPr>
          <w:p w14:paraId="36160F48"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b/>
                <w:bCs/>
                <w:sz w:val="24"/>
                <w:szCs w:val="24"/>
              </w:rPr>
              <w:t>Intestine</w:t>
            </w:r>
          </w:p>
        </w:tc>
      </w:tr>
      <w:tr w:rsidR="00534713" w:rsidRPr="00573F60" w14:paraId="784B08A8" w14:textId="77777777" w:rsidTr="00571F73">
        <w:trPr>
          <w:trHeight w:hRule="exact" w:val="284"/>
        </w:trPr>
        <w:tc>
          <w:tcPr>
            <w:tcW w:w="3663" w:type="dxa"/>
          </w:tcPr>
          <w:p w14:paraId="6762BAAB"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B Rep1</w:t>
            </w:r>
          </w:p>
        </w:tc>
        <w:tc>
          <w:tcPr>
            <w:tcW w:w="1276" w:type="dxa"/>
          </w:tcPr>
          <w:p w14:paraId="51A0183F"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2941</w:t>
            </w:r>
          </w:p>
        </w:tc>
        <w:tc>
          <w:tcPr>
            <w:tcW w:w="1434" w:type="dxa"/>
          </w:tcPr>
          <w:p w14:paraId="05CF18D5"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2896</w:t>
            </w:r>
          </w:p>
        </w:tc>
        <w:tc>
          <w:tcPr>
            <w:tcW w:w="1435" w:type="dxa"/>
          </w:tcPr>
          <w:p w14:paraId="74F86517"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4493</w:t>
            </w:r>
          </w:p>
        </w:tc>
      </w:tr>
      <w:tr w:rsidR="00534713" w:rsidRPr="00573F60" w14:paraId="4D68AAF1" w14:textId="77777777" w:rsidTr="00571F73">
        <w:trPr>
          <w:trHeight w:hRule="exact" w:val="284"/>
        </w:trPr>
        <w:tc>
          <w:tcPr>
            <w:tcW w:w="3663" w:type="dxa"/>
          </w:tcPr>
          <w:p w14:paraId="7198050C"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B Rep2</w:t>
            </w:r>
          </w:p>
        </w:tc>
        <w:tc>
          <w:tcPr>
            <w:tcW w:w="1276" w:type="dxa"/>
          </w:tcPr>
          <w:p w14:paraId="70068C7A"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3356</w:t>
            </w:r>
          </w:p>
        </w:tc>
        <w:tc>
          <w:tcPr>
            <w:tcW w:w="1434" w:type="dxa"/>
          </w:tcPr>
          <w:p w14:paraId="46480C8C"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3069</w:t>
            </w:r>
          </w:p>
        </w:tc>
        <w:tc>
          <w:tcPr>
            <w:tcW w:w="1435" w:type="dxa"/>
          </w:tcPr>
          <w:p w14:paraId="551623CF"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4545</w:t>
            </w:r>
          </w:p>
        </w:tc>
      </w:tr>
      <w:tr w:rsidR="00534713" w:rsidRPr="00573F60" w14:paraId="419D1F29" w14:textId="77777777" w:rsidTr="00571F73">
        <w:trPr>
          <w:trHeight w:hRule="exact" w:val="284"/>
        </w:trPr>
        <w:tc>
          <w:tcPr>
            <w:tcW w:w="3663" w:type="dxa"/>
          </w:tcPr>
          <w:p w14:paraId="4372CB39"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B Rep3</w:t>
            </w:r>
          </w:p>
        </w:tc>
        <w:tc>
          <w:tcPr>
            <w:tcW w:w="1276" w:type="dxa"/>
          </w:tcPr>
          <w:p w14:paraId="25EB2439"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3195</w:t>
            </w:r>
          </w:p>
        </w:tc>
        <w:tc>
          <w:tcPr>
            <w:tcW w:w="1434" w:type="dxa"/>
          </w:tcPr>
          <w:p w14:paraId="48D9625E"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2051</w:t>
            </w:r>
          </w:p>
        </w:tc>
        <w:tc>
          <w:tcPr>
            <w:tcW w:w="1435" w:type="dxa"/>
          </w:tcPr>
          <w:p w14:paraId="569F8AD0"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4484</w:t>
            </w:r>
          </w:p>
        </w:tc>
      </w:tr>
      <w:tr w:rsidR="00534713" w:rsidRPr="00573F60" w14:paraId="57DA53A7" w14:textId="77777777" w:rsidTr="00571F73">
        <w:trPr>
          <w:trHeight w:hRule="exact" w:val="284"/>
        </w:trPr>
        <w:tc>
          <w:tcPr>
            <w:tcW w:w="3663" w:type="dxa"/>
          </w:tcPr>
          <w:p w14:paraId="43C13A51"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B Rep4</w:t>
            </w:r>
          </w:p>
        </w:tc>
        <w:tc>
          <w:tcPr>
            <w:tcW w:w="1276" w:type="dxa"/>
          </w:tcPr>
          <w:p w14:paraId="66E707C5"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3154</w:t>
            </w:r>
          </w:p>
        </w:tc>
        <w:tc>
          <w:tcPr>
            <w:tcW w:w="1434" w:type="dxa"/>
          </w:tcPr>
          <w:p w14:paraId="4822024F"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2664</w:t>
            </w:r>
          </w:p>
        </w:tc>
        <w:tc>
          <w:tcPr>
            <w:tcW w:w="1435" w:type="dxa"/>
          </w:tcPr>
          <w:p w14:paraId="5BBF6032"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4471</w:t>
            </w:r>
          </w:p>
        </w:tc>
      </w:tr>
      <w:tr w:rsidR="00534713" w:rsidRPr="00573F60" w14:paraId="7D23CE56" w14:textId="77777777" w:rsidTr="00571F73">
        <w:trPr>
          <w:trHeight w:hRule="exact" w:val="284"/>
        </w:trPr>
        <w:tc>
          <w:tcPr>
            <w:tcW w:w="3663" w:type="dxa"/>
          </w:tcPr>
          <w:p w14:paraId="6DC80050" w14:textId="77777777" w:rsidR="00534713" w:rsidRPr="008D1F39" w:rsidRDefault="00534713" w:rsidP="00571F73">
            <w:pPr>
              <w:spacing w:line="360" w:lineRule="auto"/>
              <w:jc w:val="both"/>
              <w:rPr>
                <w:rFonts w:asciiTheme="minorBidi" w:hAnsiTheme="minorBidi"/>
                <w:sz w:val="24"/>
                <w:szCs w:val="24"/>
              </w:rPr>
            </w:pPr>
            <w:r w:rsidRPr="00201846">
              <w:rPr>
                <w:rFonts w:asciiTheme="minorBidi" w:hAnsiTheme="minorBidi"/>
                <w:sz w:val="24"/>
                <w:szCs w:val="24"/>
              </w:rPr>
              <w:t>Diet B-Average</w:t>
            </w:r>
          </w:p>
        </w:tc>
        <w:tc>
          <w:tcPr>
            <w:tcW w:w="1276" w:type="dxa"/>
          </w:tcPr>
          <w:p w14:paraId="2CC0E451"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3161</w:t>
            </w:r>
          </w:p>
        </w:tc>
        <w:tc>
          <w:tcPr>
            <w:tcW w:w="1434" w:type="dxa"/>
          </w:tcPr>
          <w:p w14:paraId="7F03B696"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2670</w:t>
            </w:r>
          </w:p>
        </w:tc>
        <w:tc>
          <w:tcPr>
            <w:tcW w:w="1435" w:type="dxa"/>
          </w:tcPr>
          <w:p w14:paraId="4C809D6A" w14:textId="77777777" w:rsidR="00534713" w:rsidRPr="00573F60" w:rsidRDefault="00534713" w:rsidP="00571F73">
            <w:pPr>
              <w:spacing w:line="360" w:lineRule="auto"/>
              <w:jc w:val="both"/>
              <w:rPr>
                <w:rFonts w:asciiTheme="minorBidi" w:hAnsiTheme="minorBidi"/>
                <w:sz w:val="24"/>
                <w:szCs w:val="24"/>
              </w:rPr>
            </w:pPr>
            <w:r w:rsidRPr="00573F60">
              <w:rPr>
                <w:rFonts w:asciiTheme="minorBidi" w:hAnsiTheme="minorBidi"/>
                <w:sz w:val="24"/>
                <w:szCs w:val="24"/>
              </w:rPr>
              <w:t>4498</w:t>
            </w:r>
          </w:p>
        </w:tc>
      </w:tr>
    </w:tbl>
    <w:p w14:paraId="37180843" w14:textId="77777777" w:rsidR="00896933" w:rsidRDefault="00896933" w:rsidP="00534713">
      <w:pPr>
        <w:jc w:val="center"/>
      </w:pPr>
    </w:p>
    <w:p w14:paraId="2BEEC602" w14:textId="77777777" w:rsidR="00CE0817" w:rsidRDefault="00CE0817">
      <w:pPr>
        <w:rPr>
          <w:rtl/>
          <w:lang w:bidi="fa-IR"/>
        </w:rPr>
      </w:pPr>
    </w:p>
    <w:p w14:paraId="62269C81" w14:textId="77777777" w:rsidR="00CE0817" w:rsidRDefault="00CE0817">
      <w:pPr>
        <w:rPr>
          <w:rtl/>
          <w:lang w:bidi="fa-IR"/>
        </w:rPr>
      </w:pPr>
    </w:p>
    <w:p w14:paraId="32A78E60" w14:textId="77777777" w:rsidR="00CE0817" w:rsidRDefault="00CE0817">
      <w:pPr>
        <w:rPr>
          <w:rtl/>
          <w:lang w:bidi="fa-IR"/>
        </w:rPr>
      </w:pPr>
    </w:p>
    <w:p w14:paraId="6A81C657" w14:textId="77777777" w:rsidR="00CE0817" w:rsidRDefault="00CE0817">
      <w:pPr>
        <w:rPr>
          <w:rtl/>
          <w:lang w:bidi="fa-IR"/>
        </w:rPr>
      </w:pPr>
    </w:p>
    <w:p w14:paraId="7712B403" w14:textId="77777777" w:rsidR="00CE0817" w:rsidRDefault="00CE0817">
      <w:pPr>
        <w:rPr>
          <w:rtl/>
          <w:lang w:bidi="fa-IR"/>
        </w:rPr>
      </w:pPr>
    </w:p>
    <w:p w14:paraId="02E01531" w14:textId="77777777" w:rsidR="00CE0817" w:rsidRDefault="00CE0817">
      <w:pPr>
        <w:rPr>
          <w:rtl/>
          <w:lang w:bidi="fa-IR"/>
        </w:rPr>
      </w:pPr>
    </w:p>
    <w:p w14:paraId="47BACE3C" w14:textId="77777777" w:rsidR="00CE0817" w:rsidRDefault="00CE0817">
      <w:pPr>
        <w:rPr>
          <w:rtl/>
          <w:lang w:bidi="fa-IR"/>
        </w:rPr>
      </w:pPr>
    </w:p>
    <w:p w14:paraId="1D305E5B" w14:textId="77777777" w:rsidR="00CE0817" w:rsidRDefault="00CE0817">
      <w:pPr>
        <w:rPr>
          <w:rtl/>
          <w:lang w:bidi="fa-IR"/>
        </w:rPr>
      </w:pPr>
    </w:p>
    <w:p w14:paraId="20E74DA6" w14:textId="77777777" w:rsidR="00CE0817" w:rsidRDefault="00CE0817">
      <w:pPr>
        <w:rPr>
          <w:rtl/>
          <w:lang w:bidi="fa-IR"/>
        </w:rPr>
      </w:pPr>
    </w:p>
    <w:p w14:paraId="649A9552" w14:textId="4E48DE29" w:rsidR="00CE0817" w:rsidRDefault="00CE0817" w:rsidP="00CE0817">
      <w:pPr>
        <w:spacing w:line="360" w:lineRule="auto"/>
        <w:jc w:val="both"/>
        <w:rPr>
          <w:rFonts w:asciiTheme="minorBidi" w:hAnsiTheme="minorBidi"/>
          <w:sz w:val="24"/>
          <w:szCs w:val="24"/>
          <w:lang w:bidi="fa-IR"/>
        </w:rPr>
      </w:pPr>
      <w:r w:rsidRPr="00573F60">
        <w:rPr>
          <w:rFonts w:asciiTheme="minorBidi" w:hAnsiTheme="minorBidi"/>
          <w:b/>
          <w:bCs/>
          <w:sz w:val="24"/>
          <w:szCs w:val="24"/>
          <w:lang w:bidi="fa-IR"/>
        </w:rPr>
        <w:t>Table 3.</w:t>
      </w:r>
      <w:r w:rsidRPr="00573F60">
        <w:rPr>
          <w:rFonts w:asciiTheme="minorBidi" w:hAnsiTheme="minorBidi"/>
          <w:sz w:val="24"/>
          <w:szCs w:val="24"/>
          <w:lang w:bidi="fa-IR"/>
        </w:rPr>
        <w:t xml:space="preserve"> Comparison of </w:t>
      </w:r>
      <w:r>
        <w:rPr>
          <w:rFonts w:asciiTheme="minorBidi" w:hAnsiTheme="minorBidi"/>
          <w:sz w:val="24"/>
          <w:szCs w:val="24"/>
          <w:lang w:bidi="fa-IR"/>
        </w:rPr>
        <w:t>brain</w:t>
      </w:r>
      <w:r w:rsidRPr="00573F60">
        <w:rPr>
          <w:rFonts w:asciiTheme="minorBidi" w:hAnsiTheme="minorBidi"/>
          <w:sz w:val="24"/>
          <w:szCs w:val="24"/>
          <w:lang w:bidi="fa-IR"/>
        </w:rPr>
        <w:t xml:space="preserve"> samples within and between diets</w:t>
      </w:r>
    </w:p>
    <w:tbl>
      <w:tblPr>
        <w:tblStyle w:val="TableGrid"/>
        <w:tblW w:w="9054" w:type="dxa"/>
        <w:tblLayout w:type="fixed"/>
        <w:tblLook w:val="04A0" w:firstRow="1" w:lastRow="0" w:firstColumn="1" w:lastColumn="0" w:noHBand="0" w:noVBand="1"/>
      </w:tblPr>
      <w:tblGrid>
        <w:gridCol w:w="1509"/>
        <w:gridCol w:w="1509"/>
        <w:gridCol w:w="1509"/>
        <w:gridCol w:w="1509"/>
        <w:gridCol w:w="1509"/>
        <w:gridCol w:w="1509"/>
      </w:tblGrid>
      <w:tr w:rsidR="00CE0817" w:rsidRPr="00573F60" w14:paraId="19E97D58" w14:textId="77777777" w:rsidTr="00571F73">
        <w:trPr>
          <w:trHeight w:hRule="exact" w:val="284"/>
        </w:trPr>
        <w:tc>
          <w:tcPr>
            <w:tcW w:w="1509" w:type="dxa"/>
            <w:vAlign w:val="center"/>
          </w:tcPr>
          <w:p w14:paraId="195F5796"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Diet</w:t>
            </w:r>
          </w:p>
        </w:tc>
        <w:tc>
          <w:tcPr>
            <w:tcW w:w="1509" w:type="dxa"/>
            <w:vAlign w:val="center"/>
          </w:tcPr>
          <w:p w14:paraId="79AFE570"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Total</w:t>
            </w:r>
          </w:p>
        </w:tc>
        <w:tc>
          <w:tcPr>
            <w:tcW w:w="1509" w:type="dxa"/>
            <w:vAlign w:val="center"/>
          </w:tcPr>
          <w:p w14:paraId="6C01F29F"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Increased</w:t>
            </w:r>
          </w:p>
        </w:tc>
        <w:tc>
          <w:tcPr>
            <w:tcW w:w="1509" w:type="dxa"/>
            <w:vAlign w:val="center"/>
          </w:tcPr>
          <w:p w14:paraId="21C59E32"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Decreased</w:t>
            </w:r>
          </w:p>
        </w:tc>
        <w:tc>
          <w:tcPr>
            <w:tcW w:w="1509" w:type="dxa"/>
            <w:vAlign w:val="center"/>
          </w:tcPr>
          <w:p w14:paraId="3552B550"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Total changed</w:t>
            </w:r>
          </w:p>
        </w:tc>
        <w:tc>
          <w:tcPr>
            <w:tcW w:w="1509" w:type="dxa"/>
            <w:vAlign w:val="center"/>
          </w:tcPr>
          <w:p w14:paraId="41028D0A"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Percentage</w:t>
            </w:r>
          </w:p>
        </w:tc>
      </w:tr>
      <w:tr w:rsidR="00CE0817" w:rsidRPr="00573F60" w14:paraId="7C880C03" w14:textId="77777777" w:rsidTr="00571F73">
        <w:trPr>
          <w:trHeight w:hRule="exact" w:val="284"/>
        </w:trPr>
        <w:tc>
          <w:tcPr>
            <w:tcW w:w="1509" w:type="dxa"/>
            <w:vAlign w:val="center"/>
          </w:tcPr>
          <w:p w14:paraId="2D7A621A"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A vs A</w:t>
            </w:r>
          </w:p>
        </w:tc>
        <w:tc>
          <w:tcPr>
            <w:tcW w:w="1509" w:type="dxa"/>
            <w:vAlign w:val="center"/>
          </w:tcPr>
          <w:p w14:paraId="4B123DB6"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3889</w:t>
            </w:r>
          </w:p>
        </w:tc>
        <w:tc>
          <w:tcPr>
            <w:tcW w:w="1509" w:type="dxa"/>
            <w:vAlign w:val="center"/>
          </w:tcPr>
          <w:p w14:paraId="15D646C9"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101</w:t>
            </w:r>
          </w:p>
        </w:tc>
        <w:tc>
          <w:tcPr>
            <w:tcW w:w="1509" w:type="dxa"/>
            <w:vAlign w:val="center"/>
          </w:tcPr>
          <w:p w14:paraId="5866546D"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133</w:t>
            </w:r>
          </w:p>
        </w:tc>
        <w:tc>
          <w:tcPr>
            <w:tcW w:w="1509" w:type="dxa"/>
            <w:vAlign w:val="center"/>
          </w:tcPr>
          <w:p w14:paraId="68C1B768"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234</w:t>
            </w:r>
          </w:p>
        </w:tc>
        <w:tc>
          <w:tcPr>
            <w:tcW w:w="1509" w:type="dxa"/>
            <w:vAlign w:val="center"/>
          </w:tcPr>
          <w:p w14:paraId="6AA5FA81"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6.01%</w:t>
            </w:r>
          </w:p>
        </w:tc>
      </w:tr>
      <w:tr w:rsidR="00CE0817" w:rsidRPr="00573F60" w14:paraId="343B7482" w14:textId="77777777" w:rsidTr="00571F73">
        <w:trPr>
          <w:trHeight w:hRule="exact" w:val="284"/>
        </w:trPr>
        <w:tc>
          <w:tcPr>
            <w:tcW w:w="1509" w:type="dxa"/>
            <w:vAlign w:val="center"/>
          </w:tcPr>
          <w:p w14:paraId="0A41D78A"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B vs B</w:t>
            </w:r>
          </w:p>
        </w:tc>
        <w:tc>
          <w:tcPr>
            <w:tcW w:w="1509" w:type="dxa"/>
            <w:vAlign w:val="center"/>
          </w:tcPr>
          <w:p w14:paraId="1AF673C5"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3817</w:t>
            </w:r>
          </w:p>
        </w:tc>
        <w:tc>
          <w:tcPr>
            <w:tcW w:w="1509" w:type="dxa"/>
            <w:vAlign w:val="center"/>
          </w:tcPr>
          <w:p w14:paraId="7BC40D9A"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31</w:t>
            </w:r>
          </w:p>
        </w:tc>
        <w:tc>
          <w:tcPr>
            <w:tcW w:w="1509" w:type="dxa"/>
            <w:vAlign w:val="center"/>
          </w:tcPr>
          <w:p w14:paraId="2B4AC043"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61</w:t>
            </w:r>
          </w:p>
        </w:tc>
        <w:tc>
          <w:tcPr>
            <w:tcW w:w="1509" w:type="dxa"/>
            <w:vAlign w:val="center"/>
          </w:tcPr>
          <w:p w14:paraId="6DBE92CB"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92</w:t>
            </w:r>
          </w:p>
        </w:tc>
        <w:tc>
          <w:tcPr>
            <w:tcW w:w="1509" w:type="dxa"/>
            <w:vAlign w:val="center"/>
          </w:tcPr>
          <w:p w14:paraId="43126863"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2.41%</w:t>
            </w:r>
          </w:p>
        </w:tc>
      </w:tr>
      <w:tr w:rsidR="00CE0817" w:rsidRPr="00573F60" w14:paraId="7B17DAAF" w14:textId="77777777" w:rsidTr="00571F73">
        <w:trPr>
          <w:trHeight w:hRule="exact" w:val="284"/>
        </w:trPr>
        <w:tc>
          <w:tcPr>
            <w:tcW w:w="1509" w:type="dxa"/>
            <w:vAlign w:val="center"/>
          </w:tcPr>
          <w:p w14:paraId="67F17132"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A vs B</w:t>
            </w:r>
          </w:p>
        </w:tc>
        <w:tc>
          <w:tcPr>
            <w:tcW w:w="1509" w:type="dxa"/>
            <w:vAlign w:val="center"/>
          </w:tcPr>
          <w:p w14:paraId="3490806E"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3901</w:t>
            </w:r>
          </w:p>
        </w:tc>
        <w:tc>
          <w:tcPr>
            <w:tcW w:w="1509" w:type="dxa"/>
            <w:vAlign w:val="center"/>
          </w:tcPr>
          <w:p w14:paraId="269BB9B4"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205</w:t>
            </w:r>
          </w:p>
        </w:tc>
        <w:tc>
          <w:tcPr>
            <w:tcW w:w="1509" w:type="dxa"/>
            <w:vAlign w:val="center"/>
          </w:tcPr>
          <w:p w14:paraId="3F2FFBA4"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302</w:t>
            </w:r>
          </w:p>
        </w:tc>
        <w:tc>
          <w:tcPr>
            <w:tcW w:w="1509" w:type="dxa"/>
            <w:vAlign w:val="center"/>
          </w:tcPr>
          <w:p w14:paraId="2ED5A6D5"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507</w:t>
            </w:r>
          </w:p>
        </w:tc>
        <w:tc>
          <w:tcPr>
            <w:tcW w:w="1509" w:type="dxa"/>
            <w:vAlign w:val="center"/>
          </w:tcPr>
          <w:p w14:paraId="556E1491"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12.99%</w:t>
            </w:r>
          </w:p>
        </w:tc>
      </w:tr>
    </w:tbl>
    <w:p w14:paraId="5D2D6DE0" w14:textId="77777777" w:rsidR="00CE0817" w:rsidRDefault="00CE0817" w:rsidP="00CE0817">
      <w:pPr>
        <w:rPr>
          <w:rFonts w:asciiTheme="minorBidi" w:hAnsiTheme="minorBidi"/>
          <w:sz w:val="24"/>
          <w:szCs w:val="24"/>
          <w:lang w:bidi="fa-IR"/>
        </w:rPr>
      </w:pPr>
    </w:p>
    <w:p w14:paraId="32DCFF6B" w14:textId="5C7F9BD1" w:rsidR="00CE0817" w:rsidRDefault="00CE0817" w:rsidP="00CE0817">
      <w:pPr>
        <w:rPr>
          <w:rFonts w:asciiTheme="minorBidi" w:hAnsiTheme="minorBidi"/>
          <w:sz w:val="24"/>
          <w:szCs w:val="24"/>
          <w:lang w:bidi="fa-IR"/>
        </w:rPr>
      </w:pPr>
      <w:r w:rsidRPr="00573F60">
        <w:rPr>
          <w:rFonts w:asciiTheme="minorBidi" w:hAnsiTheme="minorBidi"/>
          <w:b/>
          <w:bCs/>
          <w:sz w:val="24"/>
          <w:szCs w:val="24"/>
          <w:lang w:bidi="fa-IR"/>
        </w:rPr>
        <w:t>Table 4.</w:t>
      </w:r>
      <w:r w:rsidRPr="00573F60">
        <w:rPr>
          <w:rFonts w:asciiTheme="minorBidi" w:hAnsiTheme="minorBidi"/>
          <w:sz w:val="24"/>
          <w:szCs w:val="24"/>
          <w:lang w:bidi="fa-IR"/>
        </w:rPr>
        <w:t xml:space="preserve"> Comparison of </w:t>
      </w:r>
      <w:r>
        <w:rPr>
          <w:rFonts w:asciiTheme="minorBidi" w:hAnsiTheme="minorBidi"/>
          <w:sz w:val="24"/>
          <w:szCs w:val="24"/>
          <w:lang w:bidi="fa-IR"/>
        </w:rPr>
        <w:t>liver</w:t>
      </w:r>
      <w:r w:rsidRPr="00573F60">
        <w:rPr>
          <w:rFonts w:asciiTheme="minorBidi" w:hAnsiTheme="minorBidi"/>
          <w:sz w:val="24"/>
          <w:szCs w:val="24"/>
          <w:lang w:bidi="fa-IR"/>
        </w:rPr>
        <w:t xml:space="preserve"> sample</w:t>
      </w:r>
      <w:r>
        <w:rPr>
          <w:rFonts w:asciiTheme="minorBidi" w:hAnsiTheme="minorBidi"/>
          <w:sz w:val="24"/>
          <w:szCs w:val="24"/>
          <w:lang w:bidi="fa-IR"/>
        </w:rPr>
        <w:t>s</w:t>
      </w:r>
      <w:r w:rsidRPr="00573F60">
        <w:rPr>
          <w:rFonts w:asciiTheme="minorBidi" w:hAnsiTheme="minorBidi"/>
          <w:sz w:val="24"/>
          <w:szCs w:val="24"/>
          <w:lang w:bidi="fa-IR"/>
        </w:rPr>
        <w:t xml:space="preserve"> within and between diets </w:t>
      </w:r>
    </w:p>
    <w:tbl>
      <w:tblPr>
        <w:tblStyle w:val="TableGrid"/>
        <w:tblW w:w="9076" w:type="dxa"/>
        <w:tblLayout w:type="fixed"/>
        <w:tblLook w:val="04A0" w:firstRow="1" w:lastRow="0" w:firstColumn="1" w:lastColumn="0" w:noHBand="0" w:noVBand="1"/>
      </w:tblPr>
      <w:tblGrid>
        <w:gridCol w:w="1512"/>
        <w:gridCol w:w="1512"/>
        <w:gridCol w:w="1513"/>
        <w:gridCol w:w="1513"/>
        <w:gridCol w:w="1513"/>
        <w:gridCol w:w="1513"/>
      </w:tblGrid>
      <w:tr w:rsidR="00CE0817" w:rsidRPr="00573F60" w14:paraId="60F343EA" w14:textId="77777777" w:rsidTr="00CE0817">
        <w:trPr>
          <w:trHeight w:hRule="exact" w:val="284"/>
        </w:trPr>
        <w:tc>
          <w:tcPr>
            <w:tcW w:w="1508" w:type="dxa"/>
            <w:vAlign w:val="center"/>
          </w:tcPr>
          <w:p w14:paraId="633F8BED"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Diet</w:t>
            </w:r>
          </w:p>
        </w:tc>
        <w:tc>
          <w:tcPr>
            <w:tcW w:w="1508" w:type="dxa"/>
            <w:vAlign w:val="center"/>
          </w:tcPr>
          <w:p w14:paraId="17E7FE0F"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Total</w:t>
            </w:r>
          </w:p>
        </w:tc>
        <w:tc>
          <w:tcPr>
            <w:tcW w:w="1508" w:type="dxa"/>
            <w:vAlign w:val="center"/>
          </w:tcPr>
          <w:p w14:paraId="3A0A3BB3"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Increased</w:t>
            </w:r>
          </w:p>
        </w:tc>
        <w:tc>
          <w:tcPr>
            <w:tcW w:w="1508" w:type="dxa"/>
            <w:vAlign w:val="center"/>
          </w:tcPr>
          <w:p w14:paraId="35A108FC"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Decreased</w:t>
            </w:r>
          </w:p>
        </w:tc>
        <w:tc>
          <w:tcPr>
            <w:tcW w:w="1508" w:type="dxa"/>
            <w:vAlign w:val="center"/>
          </w:tcPr>
          <w:p w14:paraId="7DE285E8"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Total changed</w:t>
            </w:r>
          </w:p>
        </w:tc>
        <w:tc>
          <w:tcPr>
            <w:tcW w:w="1508" w:type="dxa"/>
            <w:vAlign w:val="center"/>
          </w:tcPr>
          <w:p w14:paraId="763817BA"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Percentage</w:t>
            </w:r>
          </w:p>
        </w:tc>
      </w:tr>
      <w:tr w:rsidR="00CE0817" w:rsidRPr="00573F60" w14:paraId="1321165B" w14:textId="77777777" w:rsidTr="00CE0817">
        <w:trPr>
          <w:trHeight w:hRule="exact" w:val="284"/>
        </w:trPr>
        <w:tc>
          <w:tcPr>
            <w:tcW w:w="1508" w:type="dxa"/>
            <w:vAlign w:val="center"/>
          </w:tcPr>
          <w:p w14:paraId="6F813FE5"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A vs A</w:t>
            </w:r>
          </w:p>
        </w:tc>
        <w:tc>
          <w:tcPr>
            <w:tcW w:w="1508" w:type="dxa"/>
            <w:vAlign w:val="center"/>
          </w:tcPr>
          <w:p w14:paraId="4C7D36DE"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3649</w:t>
            </w:r>
          </w:p>
        </w:tc>
        <w:tc>
          <w:tcPr>
            <w:tcW w:w="1508" w:type="dxa"/>
            <w:vAlign w:val="center"/>
          </w:tcPr>
          <w:p w14:paraId="7AAEB418"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144</w:t>
            </w:r>
          </w:p>
        </w:tc>
        <w:tc>
          <w:tcPr>
            <w:tcW w:w="1508" w:type="dxa"/>
            <w:vAlign w:val="center"/>
          </w:tcPr>
          <w:p w14:paraId="1B3FE792"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143</w:t>
            </w:r>
          </w:p>
        </w:tc>
        <w:tc>
          <w:tcPr>
            <w:tcW w:w="1508" w:type="dxa"/>
            <w:vAlign w:val="center"/>
          </w:tcPr>
          <w:p w14:paraId="7DA38069"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287</w:t>
            </w:r>
          </w:p>
        </w:tc>
        <w:tc>
          <w:tcPr>
            <w:tcW w:w="1508" w:type="dxa"/>
            <w:vAlign w:val="center"/>
          </w:tcPr>
          <w:p w14:paraId="04823B14"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7.86%</w:t>
            </w:r>
          </w:p>
        </w:tc>
      </w:tr>
      <w:tr w:rsidR="00CE0817" w:rsidRPr="00573F60" w14:paraId="6763BF0C" w14:textId="77777777" w:rsidTr="00CE0817">
        <w:trPr>
          <w:trHeight w:hRule="exact" w:val="284"/>
        </w:trPr>
        <w:tc>
          <w:tcPr>
            <w:tcW w:w="1508" w:type="dxa"/>
            <w:vAlign w:val="center"/>
          </w:tcPr>
          <w:p w14:paraId="77635B5A"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B vs B</w:t>
            </w:r>
          </w:p>
        </w:tc>
        <w:tc>
          <w:tcPr>
            <w:tcW w:w="1508" w:type="dxa"/>
            <w:vAlign w:val="center"/>
          </w:tcPr>
          <w:p w14:paraId="39B471AC"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3530</w:t>
            </w:r>
          </w:p>
        </w:tc>
        <w:tc>
          <w:tcPr>
            <w:tcW w:w="1508" w:type="dxa"/>
            <w:vAlign w:val="center"/>
          </w:tcPr>
          <w:p w14:paraId="5A79B590"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94</w:t>
            </w:r>
          </w:p>
        </w:tc>
        <w:tc>
          <w:tcPr>
            <w:tcW w:w="1508" w:type="dxa"/>
            <w:vAlign w:val="center"/>
          </w:tcPr>
          <w:p w14:paraId="0A374C9A"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110</w:t>
            </w:r>
          </w:p>
        </w:tc>
        <w:tc>
          <w:tcPr>
            <w:tcW w:w="1508" w:type="dxa"/>
            <w:vAlign w:val="center"/>
          </w:tcPr>
          <w:p w14:paraId="06826A05"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204</w:t>
            </w:r>
          </w:p>
        </w:tc>
        <w:tc>
          <w:tcPr>
            <w:tcW w:w="1508" w:type="dxa"/>
            <w:vAlign w:val="center"/>
          </w:tcPr>
          <w:p w14:paraId="5429EC86"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5.77%</w:t>
            </w:r>
          </w:p>
        </w:tc>
      </w:tr>
      <w:tr w:rsidR="00CE0817" w:rsidRPr="00573F60" w14:paraId="06F071D2" w14:textId="77777777" w:rsidTr="00CE0817">
        <w:trPr>
          <w:trHeight w:hRule="exact" w:val="284"/>
        </w:trPr>
        <w:tc>
          <w:tcPr>
            <w:tcW w:w="1508" w:type="dxa"/>
            <w:vAlign w:val="center"/>
          </w:tcPr>
          <w:p w14:paraId="78A51E8D"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A vs B</w:t>
            </w:r>
          </w:p>
        </w:tc>
        <w:tc>
          <w:tcPr>
            <w:tcW w:w="1508" w:type="dxa"/>
            <w:vAlign w:val="center"/>
          </w:tcPr>
          <w:p w14:paraId="7191F657"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3660</w:t>
            </w:r>
          </w:p>
        </w:tc>
        <w:tc>
          <w:tcPr>
            <w:tcW w:w="1508" w:type="dxa"/>
            <w:vAlign w:val="center"/>
          </w:tcPr>
          <w:p w14:paraId="07A44FD6"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235</w:t>
            </w:r>
          </w:p>
        </w:tc>
        <w:tc>
          <w:tcPr>
            <w:tcW w:w="1508" w:type="dxa"/>
            <w:vAlign w:val="center"/>
          </w:tcPr>
          <w:p w14:paraId="45976B55"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231</w:t>
            </w:r>
          </w:p>
        </w:tc>
        <w:tc>
          <w:tcPr>
            <w:tcW w:w="1508" w:type="dxa"/>
            <w:vAlign w:val="center"/>
          </w:tcPr>
          <w:p w14:paraId="5CFD6442"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466</w:t>
            </w:r>
          </w:p>
        </w:tc>
        <w:tc>
          <w:tcPr>
            <w:tcW w:w="1508" w:type="dxa"/>
            <w:vAlign w:val="center"/>
          </w:tcPr>
          <w:p w14:paraId="7FFC23A5"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12.73%</w:t>
            </w:r>
          </w:p>
        </w:tc>
      </w:tr>
    </w:tbl>
    <w:p w14:paraId="514B48F3" w14:textId="77777777" w:rsidR="00CE0817" w:rsidRDefault="00CE0817" w:rsidP="00CE0817">
      <w:pPr>
        <w:rPr>
          <w:rFonts w:asciiTheme="minorBidi" w:hAnsiTheme="minorBidi"/>
          <w:b/>
          <w:bCs/>
          <w:sz w:val="24"/>
          <w:szCs w:val="24"/>
          <w:lang w:bidi="fa-IR"/>
        </w:rPr>
      </w:pPr>
    </w:p>
    <w:p w14:paraId="503A6CF1" w14:textId="6BD90B24" w:rsidR="00CE0817" w:rsidRPr="00573F60" w:rsidRDefault="00CE0817" w:rsidP="00CE0817">
      <w:pPr>
        <w:rPr>
          <w:rFonts w:asciiTheme="minorBidi" w:hAnsiTheme="minorBidi"/>
          <w:sz w:val="24"/>
          <w:szCs w:val="24"/>
          <w:lang w:bidi="fa-IR"/>
        </w:rPr>
      </w:pPr>
      <w:r w:rsidRPr="00573F60">
        <w:rPr>
          <w:rFonts w:asciiTheme="minorBidi" w:hAnsiTheme="minorBidi"/>
          <w:b/>
          <w:bCs/>
          <w:sz w:val="24"/>
          <w:szCs w:val="24"/>
          <w:lang w:bidi="fa-IR"/>
        </w:rPr>
        <w:t>Table</w:t>
      </w:r>
      <w:r w:rsidR="00C859B0">
        <w:rPr>
          <w:rFonts w:asciiTheme="minorBidi" w:hAnsiTheme="minorBidi"/>
          <w:b/>
          <w:bCs/>
          <w:sz w:val="24"/>
          <w:szCs w:val="24"/>
          <w:lang w:bidi="fa-IR"/>
        </w:rPr>
        <w:t xml:space="preserve"> </w:t>
      </w:r>
      <w:r w:rsidRPr="00573F60">
        <w:rPr>
          <w:rFonts w:asciiTheme="minorBidi" w:hAnsiTheme="minorBidi"/>
          <w:b/>
          <w:bCs/>
          <w:sz w:val="24"/>
          <w:szCs w:val="24"/>
          <w:lang w:bidi="fa-IR"/>
        </w:rPr>
        <w:t>5.</w:t>
      </w:r>
      <w:r w:rsidRPr="00573F60">
        <w:rPr>
          <w:rFonts w:asciiTheme="minorBidi" w:hAnsiTheme="minorBidi"/>
          <w:sz w:val="24"/>
          <w:szCs w:val="24"/>
          <w:lang w:bidi="fa-IR"/>
        </w:rPr>
        <w:t xml:space="preserve"> Comparison of intestine sample</w:t>
      </w:r>
      <w:r w:rsidR="007C618C">
        <w:rPr>
          <w:rFonts w:asciiTheme="minorBidi" w:hAnsiTheme="minorBidi"/>
          <w:sz w:val="24"/>
          <w:szCs w:val="24"/>
          <w:lang w:bidi="fa-IR"/>
        </w:rPr>
        <w:t>s</w:t>
      </w:r>
      <w:r w:rsidRPr="00573F60">
        <w:rPr>
          <w:rFonts w:asciiTheme="minorBidi" w:hAnsiTheme="minorBidi"/>
          <w:sz w:val="24"/>
          <w:szCs w:val="24"/>
          <w:lang w:bidi="fa-IR"/>
        </w:rPr>
        <w:t xml:space="preserve"> within and between diets</w:t>
      </w:r>
    </w:p>
    <w:tbl>
      <w:tblPr>
        <w:tblStyle w:val="TableGrid"/>
        <w:tblW w:w="9018" w:type="dxa"/>
        <w:tblLayout w:type="fixed"/>
        <w:tblLook w:val="04A0" w:firstRow="1" w:lastRow="0" w:firstColumn="1" w:lastColumn="0" w:noHBand="0" w:noVBand="1"/>
      </w:tblPr>
      <w:tblGrid>
        <w:gridCol w:w="1503"/>
        <w:gridCol w:w="1503"/>
        <w:gridCol w:w="1503"/>
        <w:gridCol w:w="1503"/>
        <w:gridCol w:w="1503"/>
        <w:gridCol w:w="1503"/>
      </w:tblGrid>
      <w:tr w:rsidR="00CE0817" w:rsidRPr="00573F60" w14:paraId="10110C3A" w14:textId="77777777" w:rsidTr="00CE0817">
        <w:trPr>
          <w:trHeight w:hRule="exact" w:val="284"/>
        </w:trPr>
        <w:tc>
          <w:tcPr>
            <w:tcW w:w="1503" w:type="dxa"/>
            <w:vAlign w:val="center"/>
          </w:tcPr>
          <w:p w14:paraId="6C722B25"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Diet</w:t>
            </w:r>
          </w:p>
        </w:tc>
        <w:tc>
          <w:tcPr>
            <w:tcW w:w="1503" w:type="dxa"/>
            <w:vAlign w:val="center"/>
          </w:tcPr>
          <w:p w14:paraId="72EE2339"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Total</w:t>
            </w:r>
          </w:p>
        </w:tc>
        <w:tc>
          <w:tcPr>
            <w:tcW w:w="1503" w:type="dxa"/>
            <w:vAlign w:val="center"/>
          </w:tcPr>
          <w:p w14:paraId="34CA3A6B"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Increased</w:t>
            </w:r>
          </w:p>
        </w:tc>
        <w:tc>
          <w:tcPr>
            <w:tcW w:w="1503" w:type="dxa"/>
            <w:vAlign w:val="center"/>
          </w:tcPr>
          <w:p w14:paraId="4D2FE653"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Decreased</w:t>
            </w:r>
          </w:p>
        </w:tc>
        <w:tc>
          <w:tcPr>
            <w:tcW w:w="1503" w:type="dxa"/>
            <w:vAlign w:val="center"/>
          </w:tcPr>
          <w:p w14:paraId="41A3D49F"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Total changed</w:t>
            </w:r>
          </w:p>
        </w:tc>
        <w:tc>
          <w:tcPr>
            <w:tcW w:w="1503" w:type="dxa"/>
            <w:vAlign w:val="center"/>
          </w:tcPr>
          <w:p w14:paraId="4520A2C4"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Percentage</w:t>
            </w:r>
          </w:p>
        </w:tc>
      </w:tr>
      <w:tr w:rsidR="00CE0817" w:rsidRPr="00573F60" w14:paraId="1766590C" w14:textId="77777777" w:rsidTr="00CE0817">
        <w:trPr>
          <w:trHeight w:hRule="exact" w:val="284"/>
        </w:trPr>
        <w:tc>
          <w:tcPr>
            <w:tcW w:w="1503" w:type="dxa"/>
            <w:vAlign w:val="center"/>
          </w:tcPr>
          <w:p w14:paraId="790ECA6F"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A vs A</w:t>
            </w:r>
          </w:p>
        </w:tc>
        <w:tc>
          <w:tcPr>
            <w:tcW w:w="1503" w:type="dxa"/>
            <w:vAlign w:val="center"/>
          </w:tcPr>
          <w:p w14:paraId="4778FB76"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5030</w:t>
            </w:r>
          </w:p>
        </w:tc>
        <w:tc>
          <w:tcPr>
            <w:tcW w:w="1503" w:type="dxa"/>
            <w:vAlign w:val="center"/>
          </w:tcPr>
          <w:p w14:paraId="0753B084"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48</w:t>
            </w:r>
          </w:p>
        </w:tc>
        <w:tc>
          <w:tcPr>
            <w:tcW w:w="1503" w:type="dxa"/>
            <w:vAlign w:val="center"/>
          </w:tcPr>
          <w:p w14:paraId="30A778D8"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63</w:t>
            </w:r>
          </w:p>
        </w:tc>
        <w:tc>
          <w:tcPr>
            <w:tcW w:w="1503" w:type="dxa"/>
            <w:vAlign w:val="center"/>
          </w:tcPr>
          <w:p w14:paraId="23D3B57C"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111</w:t>
            </w:r>
          </w:p>
        </w:tc>
        <w:tc>
          <w:tcPr>
            <w:tcW w:w="1503" w:type="dxa"/>
            <w:vAlign w:val="center"/>
          </w:tcPr>
          <w:p w14:paraId="0BE626AC"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2.20%</w:t>
            </w:r>
          </w:p>
        </w:tc>
      </w:tr>
      <w:tr w:rsidR="00CE0817" w:rsidRPr="00573F60" w14:paraId="7EC56B17" w14:textId="77777777" w:rsidTr="00CE0817">
        <w:trPr>
          <w:trHeight w:hRule="exact" w:val="284"/>
        </w:trPr>
        <w:tc>
          <w:tcPr>
            <w:tcW w:w="1503" w:type="dxa"/>
            <w:vAlign w:val="center"/>
          </w:tcPr>
          <w:p w14:paraId="4C72DC8D"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B vs B</w:t>
            </w:r>
          </w:p>
        </w:tc>
        <w:tc>
          <w:tcPr>
            <w:tcW w:w="1503" w:type="dxa"/>
            <w:vAlign w:val="center"/>
          </w:tcPr>
          <w:p w14:paraId="6D83FA17"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5003</w:t>
            </w:r>
          </w:p>
        </w:tc>
        <w:tc>
          <w:tcPr>
            <w:tcW w:w="1503" w:type="dxa"/>
            <w:vAlign w:val="center"/>
          </w:tcPr>
          <w:p w14:paraId="7B1E41A2"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135</w:t>
            </w:r>
          </w:p>
        </w:tc>
        <w:tc>
          <w:tcPr>
            <w:tcW w:w="1503" w:type="dxa"/>
            <w:vAlign w:val="center"/>
          </w:tcPr>
          <w:p w14:paraId="52C8D8AA"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126</w:t>
            </w:r>
          </w:p>
        </w:tc>
        <w:tc>
          <w:tcPr>
            <w:tcW w:w="1503" w:type="dxa"/>
            <w:vAlign w:val="center"/>
          </w:tcPr>
          <w:p w14:paraId="7E2CD27D"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261</w:t>
            </w:r>
          </w:p>
        </w:tc>
        <w:tc>
          <w:tcPr>
            <w:tcW w:w="1503" w:type="dxa"/>
            <w:vAlign w:val="center"/>
          </w:tcPr>
          <w:p w14:paraId="1893F25C"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5.21%</w:t>
            </w:r>
          </w:p>
        </w:tc>
      </w:tr>
      <w:tr w:rsidR="00CE0817" w:rsidRPr="00573F60" w14:paraId="7A0A1959" w14:textId="77777777" w:rsidTr="00CE0817">
        <w:trPr>
          <w:trHeight w:hRule="exact" w:val="284"/>
        </w:trPr>
        <w:tc>
          <w:tcPr>
            <w:tcW w:w="1503" w:type="dxa"/>
            <w:vAlign w:val="center"/>
          </w:tcPr>
          <w:p w14:paraId="76AA4FFB" w14:textId="77777777" w:rsidR="00CE0817" w:rsidRPr="00573F60" w:rsidRDefault="00CE0817" w:rsidP="00571F73">
            <w:pPr>
              <w:jc w:val="center"/>
              <w:rPr>
                <w:rFonts w:asciiTheme="minorBidi" w:hAnsiTheme="minorBidi"/>
                <w:sz w:val="24"/>
                <w:szCs w:val="24"/>
                <w:lang w:bidi="fa-IR"/>
              </w:rPr>
            </w:pPr>
            <w:r w:rsidRPr="00573F60">
              <w:rPr>
                <w:rFonts w:asciiTheme="minorBidi" w:eastAsia="Times New Roman" w:hAnsiTheme="minorBidi"/>
                <w:color w:val="000000"/>
                <w:sz w:val="24"/>
                <w:szCs w:val="24"/>
                <w:lang w:eastAsia="en-AU"/>
              </w:rPr>
              <w:t>A vs B</w:t>
            </w:r>
          </w:p>
        </w:tc>
        <w:tc>
          <w:tcPr>
            <w:tcW w:w="1503" w:type="dxa"/>
            <w:vAlign w:val="center"/>
          </w:tcPr>
          <w:p w14:paraId="7ECB4F7C"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5025</w:t>
            </w:r>
          </w:p>
        </w:tc>
        <w:tc>
          <w:tcPr>
            <w:tcW w:w="1503" w:type="dxa"/>
            <w:vAlign w:val="center"/>
          </w:tcPr>
          <w:p w14:paraId="58B53943"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485</w:t>
            </w:r>
          </w:p>
        </w:tc>
        <w:tc>
          <w:tcPr>
            <w:tcW w:w="1503" w:type="dxa"/>
            <w:vAlign w:val="center"/>
          </w:tcPr>
          <w:p w14:paraId="3B62AADD"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349</w:t>
            </w:r>
          </w:p>
        </w:tc>
        <w:tc>
          <w:tcPr>
            <w:tcW w:w="1503" w:type="dxa"/>
            <w:vAlign w:val="center"/>
          </w:tcPr>
          <w:p w14:paraId="5341ACDC"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834</w:t>
            </w:r>
          </w:p>
        </w:tc>
        <w:tc>
          <w:tcPr>
            <w:tcW w:w="1503" w:type="dxa"/>
            <w:vAlign w:val="center"/>
          </w:tcPr>
          <w:p w14:paraId="19916631" w14:textId="77777777" w:rsidR="00CE0817" w:rsidRPr="00573F60" w:rsidRDefault="00CE0817" w:rsidP="00571F73">
            <w:pPr>
              <w:jc w:val="center"/>
              <w:rPr>
                <w:rFonts w:asciiTheme="minorBidi" w:hAnsiTheme="minorBidi"/>
                <w:sz w:val="24"/>
                <w:szCs w:val="24"/>
                <w:lang w:bidi="fa-IR"/>
              </w:rPr>
            </w:pPr>
            <w:r w:rsidRPr="00573F60">
              <w:rPr>
                <w:rFonts w:asciiTheme="minorBidi" w:hAnsiTheme="minorBidi"/>
                <w:sz w:val="24"/>
                <w:szCs w:val="24"/>
                <w:lang w:bidi="fa-IR"/>
              </w:rPr>
              <w:t>16.59%</w:t>
            </w:r>
          </w:p>
        </w:tc>
      </w:tr>
    </w:tbl>
    <w:p w14:paraId="707B6A55" w14:textId="77777777" w:rsidR="00CE0817" w:rsidRDefault="00CE0817" w:rsidP="00CE0817">
      <w:pPr>
        <w:spacing w:line="360" w:lineRule="auto"/>
        <w:ind w:firstLine="720"/>
        <w:jc w:val="both"/>
        <w:rPr>
          <w:rFonts w:asciiTheme="minorBidi" w:hAnsiTheme="minorBidi"/>
          <w:sz w:val="24"/>
          <w:szCs w:val="24"/>
          <w:lang w:bidi="fa-IR"/>
        </w:rPr>
      </w:pPr>
    </w:p>
    <w:p w14:paraId="4FF752E6" w14:textId="63A08A52" w:rsidR="00896933" w:rsidRDefault="00896933">
      <w:r>
        <w:br w:type="page"/>
      </w:r>
    </w:p>
    <w:p w14:paraId="74A2B7F6" w14:textId="77777777" w:rsidR="006810FC" w:rsidRPr="004932EE" w:rsidRDefault="006810FC" w:rsidP="004932EE">
      <w:pPr>
        <w:rPr>
          <w:rFonts w:asciiTheme="minorBidi" w:hAnsiTheme="minorBidi"/>
          <w:sz w:val="24"/>
          <w:szCs w:val="24"/>
          <w:lang w:val="en-AU"/>
        </w:rPr>
      </w:pPr>
    </w:p>
    <w:p w14:paraId="1638736B" w14:textId="77777777" w:rsidR="007C618C" w:rsidRPr="00573F60" w:rsidRDefault="007C618C" w:rsidP="007C618C">
      <w:pPr>
        <w:spacing w:after="0" w:line="360" w:lineRule="auto"/>
        <w:ind w:firstLine="720"/>
        <w:jc w:val="both"/>
        <w:rPr>
          <w:rFonts w:asciiTheme="minorBidi" w:hAnsiTheme="minorBidi"/>
          <w:sz w:val="24"/>
          <w:szCs w:val="24"/>
        </w:rPr>
      </w:pPr>
      <w:bookmarkStart w:id="1" w:name="_Hlk202954664"/>
    </w:p>
    <w:p w14:paraId="0EB07A95" w14:textId="77777777" w:rsidR="007C618C" w:rsidRDefault="007C618C" w:rsidP="007C618C">
      <w:pPr>
        <w:spacing w:line="360" w:lineRule="auto"/>
        <w:jc w:val="center"/>
        <w:rPr>
          <w:rFonts w:ascii="Arial" w:hAnsi="Arial" w:cs="Arial"/>
          <w:b/>
          <w:bCs/>
          <w:rtl/>
        </w:rPr>
      </w:pPr>
    </w:p>
    <w:p w14:paraId="235B6E23" w14:textId="77777777" w:rsidR="007C618C" w:rsidRDefault="007C618C" w:rsidP="007C618C">
      <w:pPr>
        <w:spacing w:line="360" w:lineRule="auto"/>
        <w:jc w:val="center"/>
        <w:rPr>
          <w:rFonts w:ascii="Arial" w:hAnsi="Arial" w:cs="Arial"/>
          <w:b/>
          <w:bCs/>
          <w:rtl/>
        </w:rPr>
      </w:pPr>
      <w:r w:rsidRPr="00216F40">
        <w:rPr>
          <w:rFonts w:ascii="Arial" w:hAnsi="Arial" w:cs="Arial"/>
          <w:b/>
          <w:bCs/>
          <w:noProof/>
          <w:sz w:val="24"/>
          <w:szCs w:val="24"/>
        </w:rPr>
        <w:drawing>
          <wp:inline distT="0" distB="0" distL="0" distR="0" wp14:anchorId="6E8F199B" wp14:editId="18C04722">
            <wp:extent cx="5681749" cy="4714212"/>
            <wp:effectExtent l="0" t="0" r="0" b="0"/>
            <wp:docPr id="2110433918" name="Picture 2" descr="A graph with green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33918" name="Picture 2" descr="A graph with green and red dot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264" cy="4727085"/>
                    </a:xfrm>
                    <a:prstGeom prst="rect">
                      <a:avLst/>
                    </a:prstGeom>
                    <a:noFill/>
                  </pic:spPr>
                </pic:pic>
              </a:graphicData>
            </a:graphic>
          </wp:inline>
        </w:drawing>
      </w:r>
    </w:p>
    <w:p w14:paraId="059CFD8D" w14:textId="48C06D2F" w:rsidR="007C618C" w:rsidRPr="00B03B1F" w:rsidRDefault="007C618C" w:rsidP="007C618C">
      <w:pPr>
        <w:spacing w:line="360" w:lineRule="auto"/>
        <w:jc w:val="both"/>
        <w:rPr>
          <w:sz w:val="24"/>
          <w:szCs w:val="24"/>
        </w:rPr>
      </w:pPr>
      <w:r w:rsidRPr="00B03B1F">
        <w:rPr>
          <w:rFonts w:ascii="Arial" w:hAnsi="Arial"/>
          <w:b/>
          <w:bCs/>
          <w:sz w:val="24"/>
          <w:szCs w:val="24"/>
        </w:rPr>
        <w:t>Figure 1.</w:t>
      </w:r>
      <w:r w:rsidRPr="00B03B1F">
        <w:rPr>
          <w:rFonts w:ascii="Arial" w:hAnsi="Arial"/>
          <w:sz w:val="24"/>
          <w:szCs w:val="24"/>
        </w:rPr>
        <w:t xml:space="preserve"> Partial least squares discriminant analysis (PLS-DA) of brain of barramundi fed on diet A and diet B displayed at 95% confidence intervals highlights the clustering of the sample based on their response to different diets.</w:t>
      </w:r>
    </w:p>
    <w:p w14:paraId="72B7AC9D" w14:textId="77777777" w:rsidR="007C618C" w:rsidRDefault="007C618C" w:rsidP="007C618C">
      <w:pPr>
        <w:spacing w:line="278" w:lineRule="auto"/>
        <w:rPr>
          <w:rFonts w:ascii="Arial" w:hAnsi="Arial" w:cs="Arial"/>
          <w:b/>
          <w:bCs/>
          <w:rtl/>
        </w:rPr>
      </w:pPr>
      <w:r>
        <w:rPr>
          <w:rFonts w:ascii="Arial" w:hAnsi="Arial" w:cs="Arial"/>
          <w:b/>
          <w:bCs/>
          <w:rtl/>
        </w:rPr>
        <w:br w:type="page"/>
      </w:r>
    </w:p>
    <w:p w14:paraId="0B65EB30" w14:textId="77777777" w:rsidR="007C618C" w:rsidRDefault="007C618C" w:rsidP="007C618C">
      <w:pPr>
        <w:spacing w:line="360" w:lineRule="auto"/>
        <w:jc w:val="center"/>
        <w:rPr>
          <w:rFonts w:ascii="Arial" w:hAnsi="Arial" w:cs="Arial"/>
          <w:b/>
          <w:bCs/>
          <w:sz w:val="24"/>
          <w:szCs w:val="24"/>
        </w:rPr>
      </w:pPr>
      <w:r>
        <w:rPr>
          <w:noProof/>
        </w:rPr>
        <w:lastRenderedPageBreak/>
        <w:drawing>
          <wp:inline distT="0" distB="0" distL="0" distR="0" wp14:anchorId="6EF51187" wp14:editId="16334E45">
            <wp:extent cx="4651513" cy="3586038"/>
            <wp:effectExtent l="0" t="0" r="15875" b="14605"/>
            <wp:docPr id="2139464607" name="Chart 1">
              <a:extLst xmlns:a="http://schemas.openxmlformats.org/drawingml/2006/main">
                <a:ext uri="{FF2B5EF4-FFF2-40B4-BE49-F238E27FC236}">
                  <a16:creationId xmlns:a16="http://schemas.microsoft.com/office/drawing/2014/main" id="{EB866BFC-D361-7D14-6D9A-96D02795BB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FC567E" w14:textId="69F55E71" w:rsidR="007C618C" w:rsidRPr="00B03B1F" w:rsidRDefault="007C618C" w:rsidP="007C618C">
      <w:pPr>
        <w:spacing w:line="360" w:lineRule="auto"/>
        <w:jc w:val="both"/>
        <w:rPr>
          <w:rFonts w:ascii="Cambria" w:hAnsi="Cambria" w:cs="Arial"/>
          <w:sz w:val="24"/>
          <w:szCs w:val="24"/>
          <w:lang w:bidi="fa-IR"/>
        </w:rPr>
      </w:pPr>
      <w:r w:rsidRPr="00B03B1F">
        <w:rPr>
          <w:rFonts w:ascii="Arial" w:hAnsi="Arial" w:cs="Arial"/>
          <w:b/>
          <w:bCs/>
          <w:sz w:val="24"/>
          <w:szCs w:val="24"/>
        </w:rPr>
        <w:t>Figure 2.</w:t>
      </w:r>
      <w:r w:rsidRPr="00B03B1F">
        <w:rPr>
          <w:rFonts w:ascii="Arial" w:hAnsi="Arial" w:cs="Arial"/>
          <w:sz w:val="24"/>
          <w:szCs w:val="24"/>
        </w:rPr>
        <w:t xml:space="preserve"> Volcano plot illustrates significantly differentially abundant proteins in brain. The −log10 (</w:t>
      </w:r>
      <w:r w:rsidRPr="00B03B1F">
        <w:rPr>
          <w:rFonts w:ascii="Arial" w:hAnsi="Arial" w:cs="Arial"/>
          <w:i/>
          <w:iCs/>
          <w:sz w:val="24"/>
          <w:szCs w:val="24"/>
        </w:rPr>
        <w:t>P value</w:t>
      </w:r>
      <w:r w:rsidRPr="00B03B1F">
        <w:rPr>
          <w:rFonts w:ascii="Arial" w:hAnsi="Arial" w:cs="Arial"/>
          <w:sz w:val="24"/>
          <w:szCs w:val="24"/>
        </w:rPr>
        <w:t>) is plotted against the log</w:t>
      </w:r>
      <w:r w:rsidRPr="00B03B1F">
        <w:rPr>
          <w:rFonts w:ascii="Arial" w:hAnsi="Arial" w:cs="Arial"/>
          <w:sz w:val="24"/>
          <w:szCs w:val="24"/>
          <w:vertAlign w:val="subscript"/>
        </w:rPr>
        <w:t>2</w:t>
      </w:r>
      <w:r w:rsidRPr="00B03B1F">
        <w:rPr>
          <w:rFonts w:ascii="Arial" w:hAnsi="Arial" w:cs="Arial"/>
          <w:sz w:val="24"/>
          <w:szCs w:val="24"/>
        </w:rPr>
        <w:t xml:space="preserve"> (fold change: diet B/diet A).</w:t>
      </w:r>
    </w:p>
    <w:p w14:paraId="178CA12A" w14:textId="402463D4" w:rsidR="00D56AE6" w:rsidRPr="00B212CA" w:rsidRDefault="00041D36" w:rsidP="00C819A1">
      <w:pPr>
        <w:rPr>
          <w:rFonts w:ascii="Arial" w:hAnsi="Arial"/>
          <w:lang w:val="en-AU"/>
        </w:rPr>
      </w:pPr>
      <w:r>
        <w:rPr>
          <w:rFonts w:ascii="Arial" w:hAnsi="Arial"/>
        </w:rPr>
        <w:br/>
      </w:r>
      <w:bookmarkEnd w:id="0"/>
      <w:bookmarkEnd w:id="1"/>
    </w:p>
    <w:p w14:paraId="501F0A4B" w14:textId="28098971" w:rsidR="005C1846" w:rsidRDefault="005C1846" w:rsidP="00D56AE6">
      <w:pPr>
        <w:rPr>
          <w:lang w:val="en-AU"/>
        </w:rPr>
      </w:pPr>
      <w:r>
        <w:rPr>
          <w:lang w:val="en-AU"/>
        </w:rPr>
        <w:br/>
      </w:r>
      <w:r>
        <w:rPr>
          <w:lang w:val="en-AU"/>
        </w:rPr>
        <w:br/>
      </w:r>
    </w:p>
    <w:p w14:paraId="10EA8ABF" w14:textId="77777777" w:rsidR="005C1846" w:rsidRDefault="005C1846">
      <w:pPr>
        <w:rPr>
          <w:lang w:val="en-AU"/>
        </w:rPr>
      </w:pPr>
      <w:r>
        <w:rPr>
          <w:lang w:val="en-AU"/>
        </w:rPr>
        <w:br w:type="page"/>
      </w:r>
    </w:p>
    <w:p w14:paraId="6C09CE72" w14:textId="5C3EA12B" w:rsidR="006B7A2F" w:rsidRPr="006B7A2F" w:rsidRDefault="006B7A2F" w:rsidP="006B7A2F">
      <w:pPr>
        <w:spacing w:after="160" w:line="360" w:lineRule="auto"/>
        <w:jc w:val="both"/>
        <w:rPr>
          <w:rFonts w:ascii="Arial" w:eastAsia="Aptos" w:hAnsi="Arial" w:cs="Arial"/>
          <w:kern w:val="2"/>
          <w:sz w:val="24"/>
          <w:szCs w:val="24"/>
          <w:lang w:val="en-AU"/>
          <w14:ligatures w14:val="standardContextual"/>
        </w:rPr>
      </w:pPr>
      <w:r w:rsidRPr="006B7A2F">
        <w:rPr>
          <w:rFonts w:ascii="Arial" w:eastAsia="Aptos" w:hAnsi="Arial" w:cs="Arial"/>
          <w:b/>
          <w:bCs/>
          <w:kern w:val="2"/>
          <w:sz w:val="24"/>
          <w:szCs w:val="24"/>
          <w:lang w:val="en-AU"/>
          <w14:ligatures w14:val="standardContextual"/>
        </w:rPr>
        <w:lastRenderedPageBreak/>
        <w:t xml:space="preserve">Table </w:t>
      </w:r>
      <w:r w:rsidR="00854FA1">
        <w:rPr>
          <w:rFonts w:ascii="Arial" w:eastAsia="Aptos" w:hAnsi="Arial" w:cs="Arial"/>
          <w:b/>
          <w:bCs/>
          <w:kern w:val="2"/>
          <w:sz w:val="24"/>
          <w:szCs w:val="24"/>
          <w:lang w:val="en-AU"/>
          <w14:ligatures w14:val="standardContextual"/>
        </w:rPr>
        <w:t>6</w:t>
      </w:r>
      <w:r w:rsidRPr="006B7A2F">
        <w:rPr>
          <w:rFonts w:ascii="Arial" w:eastAsia="Aptos" w:hAnsi="Arial" w:cs="Arial"/>
          <w:b/>
          <w:bCs/>
          <w:kern w:val="2"/>
          <w:sz w:val="24"/>
          <w:szCs w:val="24"/>
          <w:lang w:val="en-AU"/>
          <w14:ligatures w14:val="standardContextual"/>
        </w:rPr>
        <w:t>.</w:t>
      </w:r>
      <w:r w:rsidRPr="006B7A2F">
        <w:rPr>
          <w:rFonts w:ascii="Arial" w:eastAsia="Aptos" w:hAnsi="Arial" w:cs="Arial"/>
          <w:kern w:val="2"/>
          <w:sz w:val="24"/>
          <w:szCs w:val="24"/>
          <w:lang w:val="en-AU"/>
          <w14:ligatures w14:val="standardContextual"/>
        </w:rPr>
        <w:t xml:space="preserve"> Top</w:t>
      </w:r>
      <w:r w:rsidR="0085462C">
        <w:rPr>
          <w:rFonts w:ascii="Arial" w:eastAsia="Aptos" w:hAnsi="Arial" w:cs="Arial"/>
          <w:kern w:val="2"/>
          <w:sz w:val="24"/>
          <w:szCs w:val="24"/>
          <w:lang w:val="en-AU"/>
          <w14:ligatures w14:val="standardContextual"/>
        </w:rPr>
        <w:t xml:space="preserve"> ten</w:t>
      </w:r>
      <w:r w:rsidRPr="006B7A2F">
        <w:rPr>
          <w:rFonts w:ascii="Arial" w:eastAsia="Aptos" w:hAnsi="Arial" w:cs="Arial"/>
          <w:kern w:val="2"/>
          <w:sz w:val="24"/>
          <w:szCs w:val="24"/>
          <w:lang w:val="en-AU"/>
          <w14:ligatures w14:val="standardContextual"/>
        </w:rPr>
        <w:t xml:space="preserve"> DEPs in brain tissue</w:t>
      </w:r>
    </w:p>
    <w:tbl>
      <w:tblPr>
        <w:tblStyle w:val="TableGrid"/>
        <w:tblW w:w="9011" w:type="dxa"/>
        <w:tblLook w:val="04A0" w:firstRow="1" w:lastRow="0" w:firstColumn="1" w:lastColumn="0" w:noHBand="0" w:noVBand="1"/>
      </w:tblPr>
      <w:tblGrid>
        <w:gridCol w:w="672"/>
        <w:gridCol w:w="1708"/>
        <w:gridCol w:w="5271"/>
        <w:gridCol w:w="1360"/>
      </w:tblGrid>
      <w:tr w:rsidR="00854FA1" w:rsidRPr="00573F60" w14:paraId="415F213A" w14:textId="77777777" w:rsidTr="00571F73">
        <w:trPr>
          <w:trHeight w:hRule="exact" w:val="284"/>
        </w:trPr>
        <w:tc>
          <w:tcPr>
            <w:tcW w:w="673" w:type="dxa"/>
            <w:vAlign w:val="center"/>
          </w:tcPr>
          <w:p w14:paraId="3429AC98" w14:textId="77777777" w:rsidR="00854FA1" w:rsidRPr="00573F60" w:rsidRDefault="00854FA1" w:rsidP="00571F73">
            <w:pPr>
              <w:jc w:val="center"/>
              <w:rPr>
                <w:rFonts w:asciiTheme="minorBidi" w:hAnsiTheme="minorBidi"/>
                <w:b/>
                <w:bCs/>
                <w:sz w:val="20"/>
                <w:szCs w:val="20"/>
              </w:rPr>
            </w:pPr>
            <w:r w:rsidRPr="00573F60">
              <w:rPr>
                <w:rFonts w:asciiTheme="minorBidi" w:hAnsiTheme="minorBidi"/>
                <w:b/>
                <w:bCs/>
                <w:sz w:val="20"/>
                <w:szCs w:val="20"/>
              </w:rPr>
              <w:t>Row</w:t>
            </w:r>
          </w:p>
        </w:tc>
        <w:tc>
          <w:tcPr>
            <w:tcW w:w="1684" w:type="dxa"/>
            <w:vAlign w:val="center"/>
          </w:tcPr>
          <w:p w14:paraId="3DCF15CA" w14:textId="77777777" w:rsidR="00854FA1" w:rsidRPr="00573F60" w:rsidRDefault="00854FA1" w:rsidP="00571F73">
            <w:pPr>
              <w:jc w:val="center"/>
              <w:rPr>
                <w:rFonts w:asciiTheme="minorBidi" w:hAnsiTheme="minorBidi"/>
                <w:b/>
                <w:bCs/>
                <w:sz w:val="24"/>
                <w:szCs w:val="24"/>
              </w:rPr>
            </w:pPr>
            <w:r w:rsidRPr="00573F60">
              <w:rPr>
                <w:rFonts w:asciiTheme="minorBidi" w:hAnsiTheme="minorBidi"/>
                <w:b/>
                <w:bCs/>
                <w:sz w:val="24"/>
                <w:szCs w:val="24"/>
              </w:rPr>
              <w:t>Protein ID</w:t>
            </w:r>
          </w:p>
        </w:tc>
        <w:tc>
          <w:tcPr>
            <w:tcW w:w="5293" w:type="dxa"/>
            <w:vAlign w:val="center"/>
          </w:tcPr>
          <w:p w14:paraId="4C83C6AA" w14:textId="77777777" w:rsidR="00854FA1" w:rsidRPr="00573F60" w:rsidRDefault="00854FA1" w:rsidP="00571F73">
            <w:pPr>
              <w:jc w:val="center"/>
              <w:rPr>
                <w:rFonts w:asciiTheme="minorBidi" w:hAnsiTheme="minorBidi"/>
                <w:b/>
                <w:bCs/>
                <w:sz w:val="24"/>
                <w:szCs w:val="24"/>
              </w:rPr>
            </w:pPr>
            <w:r w:rsidRPr="00573F60">
              <w:rPr>
                <w:rFonts w:asciiTheme="minorBidi" w:hAnsiTheme="minorBidi"/>
                <w:b/>
                <w:bCs/>
                <w:sz w:val="24"/>
                <w:szCs w:val="24"/>
              </w:rPr>
              <w:t>Protein Name</w:t>
            </w:r>
          </w:p>
        </w:tc>
        <w:tc>
          <w:tcPr>
            <w:tcW w:w="1361" w:type="dxa"/>
            <w:vAlign w:val="center"/>
          </w:tcPr>
          <w:p w14:paraId="76695141" w14:textId="77777777" w:rsidR="00854FA1" w:rsidRPr="00573F60" w:rsidRDefault="00854FA1" w:rsidP="00571F73">
            <w:pPr>
              <w:jc w:val="center"/>
              <w:rPr>
                <w:rFonts w:asciiTheme="minorBidi" w:hAnsiTheme="minorBidi"/>
                <w:b/>
                <w:bCs/>
                <w:sz w:val="24"/>
                <w:szCs w:val="24"/>
              </w:rPr>
            </w:pPr>
            <w:r w:rsidRPr="00573F60">
              <w:rPr>
                <w:rFonts w:asciiTheme="minorBidi" w:hAnsiTheme="minorBidi"/>
                <w:b/>
                <w:bCs/>
                <w:sz w:val="24"/>
                <w:szCs w:val="24"/>
              </w:rPr>
              <w:t>Fold change*</w:t>
            </w:r>
          </w:p>
        </w:tc>
      </w:tr>
      <w:tr w:rsidR="00854FA1" w:rsidRPr="00573F60" w14:paraId="4FE665D6" w14:textId="77777777" w:rsidTr="00571F73">
        <w:trPr>
          <w:trHeight w:hRule="exact" w:val="284"/>
        </w:trPr>
        <w:tc>
          <w:tcPr>
            <w:tcW w:w="9011" w:type="dxa"/>
            <w:gridSpan w:val="4"/>
            <w:vAlign w:val="center"/>
          </w:tcPr>
          <w:p w14:paraId="798A7639" w14:textId="77777777" w:rsidR="00854FA1" w:rsidRPr="00865452" w:rsidRDefault="00854FA1" w:rsidP="00571F73">
            <w:pPr>
              <w:jc w:val="center"/>
              <w:rPr>
                <w:rFonts w:asciiTheme="minorBidi" w:hAnsiTheme="minorBidi"/>
                <w:b/>
                <w:bCs/>
              </w:rPr>
            </w:pPr>
            <w:r w:rsidRPr="00865452">
              <w:rPr>
                <w:rFonts w:asciiTheme="minorBidi" w:hAnsiTheme="minorBidi"/>
                <w:b/>
                <w:bCs/>
              </w:rPr>
              <w:t>Increased abundance in diet B</w:t>
            </w:r>
          </w:p>
        </w:tc>
      </w:tr>
      <w:tr w:rsidR="00854FA1" w:rsidRPr="00573F60" w14:paraId="76F52848" w14:textId="77777777" w:rsidTr="00571F73">
        <w:trPr>
          <w:trHeight w:hRule="exact" w:val="284"/>
        </w:trPr>
        <w:tc>
          <w:tcPr>
            <w:tcW w:w="673" w:type="dxa"/>
            <w:vAlign w:val="center"/>
          </w:tcPr>
          <w:p w14:paraId="54DDA9C5" w14:textId="77777777" w:rsidR="00854FA1" w:rsidRPr="00573F60" w:rsidRDefault="00854FA1" w:rsidP="00571F73">
            <w:pPr>
              <w:jc w:val="center"/>
              <w:rPr>
                <w:rFonts w:asciiTheme="minorBidi" w:hAnsiTheme="minorBidi"/>
              </w:rPr>
            </w:pPr>
            <w:r w:rsidRPr="00573F60">
              <w:rPr>
                <w:rFonts w:asciiTheme="minorBidi" w:hAnsiTheme="minorBidi"/>
              </w:rPr>
              <w:t>1</w:t>
            </w:r>
          </w:p>
        </w:tc>
        <w:tc>
          <w:tcPr>
            <w:tcW w:w="1684" w:type="dxa"/>
            <w:vAlign w:val="center"/>
          </w:tcPr>
          <w:p w14:paraId="56C6BB0A" w14:textId="77777777" w:rsidR="00854FA1" w:rsidRPr="00573F60" w:rsidRDefault="00854FA1" w:rsidP="00571F73">
            <w:pPr>
              <w:jc w:val="center"/>
              <w:rPr>
                <w:rFonts w:asciiTheme="minorBidi" w:hAnsiTheme="minorBidi"/>
              </w:rPr>
            </w:pPr>
            <w:r w:rsidRPr="00573F60">
              <w:rPr>
                <w:rFonts w:asciiTheme="minorBidi" w:hAnsiTheme="minorBidi"/>
              </w:rPr>
              <w:t>A0A4W6EX76</w:t>
            </w:r>
          </w:p>
        </w:tc>
        <w:tc>
          <w:tcPr>
            <w:tcW w:w="5293" w:type="dxa"/>
            <w:vAlign w:val="center"/>
          </w:tcPr>
          <w:p w14:paraId="21024B9F" w14:textId="77777777" w:rsidR="00854FA1" w:rsidRPr="00573F60" w:rsidRDefault="00854FA1" w:rsidP="00571F73">
            <w:pPr>
              <w:rPr>
                <w:rFonts w:asciiTheme="minorBidi" w:hAnsiTheme="minorBidi"/>
              </w:rPr>
            </w:pPr>
            <w:r w:rsidRPr="00573F60">
              <w:rPr>
                <w:rFonts w:asciiTheme="minorBidi" w:hAnsiTheme="minorBidi"/>
              </w:rPr>
              <w:t>Transporter</w:t>
            </w:r>
          </w:p>
        </w:tc>
        <w:tc>
          <w:tcPr>
            <w:tcW w:w="1361" w:type="dxa"/>
            <w:vAlign w:val="center"/>
          </w:tcPr>
          <w:p w14:paraId="701BD632" w14:textId="77777777" w:rsidR="00854FA1" w:rsidRPr="00573F60" w:rsidRDefault="00854FA1" w:rsidP="00571F73">
            <w:pPr>
              <w:jc w:val="center"/>
              <w:rPr>
                <w:rFonts w:asciiTheme="minorBidi" w:hAnsiTheme="minorBidi"/>
              </w:rPr>
            </w:pPr>
            <w:r w:rsidRPr="00573F60">
              <w:rPr>
                <w:rFonts w:asciiTheme="minorBidi" w:hAnsiTheme="minorBidi"/>
              </w:rPr>
              <w:t>7.49</w:t>
            </w:r>
          </w:p>
        </w:tc>
      </w:tr>
      <w:tr w:rsidR="00854FA1" w:rsidRPr="00573F60" w14:paraId="3B7CFCAD" w14:textId="77777777" w:rsidTr="00571F73">
        <w:trPr>
          <w:trHeight w:hRule="exact" w:val="284"/>
        </w:trPr>
        <w:tc>
          <w:tcPr>
            <w:tcW w:w="673" w:type="dxa"/>
            <w:vAlign w:val="center"/>
          </w:tcPr>
          <w:p w14:paraId="3617568E" w14:textId="77777777" w:rsidR="00854FA1" w:rsidRPr="00573F60" w:rsidRDefault="00854FA1" w:rsidP="00571F73">
            <w:pPr>
              <w:jc w:val="center"/>
              <w:rPr>
                <w:rFonts w:asciiTheme="minorBidi" w:hAnsiTheme="minorBidi"/>
              </w:rPr>
            </w:pPr>
            <w:r w:rsidRPr="00573F60">
              <w:rPr>
                <w:rFonts w:asciiTheme="minorBidi" w:hAnsiTheme="minorBidi"/>
              </w:rPr>
              <w:t>2</w:t>
            </w:r>
          </w:p>
        </w:tc>
        <w:tc>
          <w:tcPr>
            <w:tcW w:w="1684" w:type="dxa"/>
            <w:vAlign w:val="center"/>
          </w:tcPr>
          <w:p w14:paraId="38605DED" w14:textId="77777777" w:rsidR="00854FA1" w:rsidRPr="00573F60" w:rsidRDefault="00854FA1" w:rsidP="00571F73">
            <w:pPr>
              <w:jc w:val="center"/>
              <w:rPr>
                <w:rFonts w:asciiTheme="minorBidi" w:hAnsiTheme="minorBidi"/>
              </w:rPr>
            </w:pPr>
            <w:r w:rsidRPr="00573F60">
              <w:rPr>
                <w:rFonts w:asciiTheme="minorBidi" w:hAnsiTheme="minorBidi"/>
              </w:rPr>
              <w:t>A0A4W6ER29</w:t>
            </w:r>
          </w:p>
        </w:tc>
        <w:tc>
          <w:tcPr>
            <w:tcW w:w="5293" w:type="dxa"/>
            <w:vAlign w:val="center"/>
          </w:tcPr>
          <w:p w14:paraId="64002CDB" w14:textId="77777777" w:rsidR="00854FA1" w:rsidRPr="00573F60" w:rsidRDefault="00854FA1" w:rsidP="00571F73">
            <w:pPr>
              <w:rPr>
                <w:rFonts w:asciiTheme="minorBidi" w:hAnsiTheme="minorBidi"/>
              </w:rPr>
            </w:pPr>
            <w:r w:rsidRPr="00573F60">
              <w:rPr>
                <w:rFonts w:asciiTheme="minorBidi" w:hAnsiTheme="minorBidi"/>
              </w:rPr>
              <w:t>Ferritin</w:t>
            </w:r>
          </w:p>
        </w:tc>
        <w:tc>
          <w:tcPr>
            <w:tcW w:w="1361" w:type="dxa"/>
            <w:vAlign w:val="center"/>
          </w:tcPr>
          <w:p w14:paraId="75C5ACA4" w14:textId="77777777" w:rsidR="00854FA1" w:rsidRPr="00573F60" w:rsidRDefault="00854FA1" w:rsidP="00571F73">
            <w:pPr>
              <w:jc w:val="center"/>
              <w:rPr>
                <w:rFonts w:asciiTheme="minorBidi" w:hAnsiTheme="minorBidi"/>
              </w:rPr>
            </w:pPr>
            <w:r w:rsidRPr="00573F60">
              <w:rPr>
                <w:rFonts w:asciiTheme="minorBidi" w:hAnsiTheme="minorBidi"/>
              </w:rPr>
              <w:t>4.61</w:t>
            </w:r>
          </w:p>
        </w:tc>
      </w:tr>
      <w:tr w:rsidR="00854FA1" w:rsidRPr="00573F60" w14:paraId="2BCDCC05" w14:textId="77777777" w:rsidTr="00571F73">
        <w:trPr>
          <w:trHeight w:hRule="exact" w:val="284"/>
        </w:trPr>
        <w:tc>
          <w:tcPr>
            <w:tcW w:w="673" w:type="dxa"/>
            <w:vAlign w:val="center"/>
          </w:tcPr>
          <w:p w14:paraId="44F63E4E" w14:textId="77777777" w:rsidR="00854FA1" w:rsidRPr="00573F60" w:rsidRDefault="00854FA1" w:rsidP="00571F73">
            <w:pPr>
              <w:jc w:val="center"/>
              <w:rPr>
                <w:rFonts w:asciiTheme="minorBidi" w:hAnsiTheme="minorBidi"/>
              </w:rPr>
            </w:pPr>
            <w:r w:rsidRPr="00573F60">
              <w:rPr>
                <w:rFonts w:asciiTheme="minorBidi" w:hAnsiTheme="minorBidi"/>
              </w:rPr>
              <w:t>3</w:t>
            </w:r>
          </w:p>
        </w:tc>
        <w:tc>
          <w:tcPr>
            <w:tcW w:w="1684" w:type="dxa"/>
            <w:vAlign w:val="center"/>
          </w:tcPr>
          <w:p w14:paraId="35C11EC9" w14:textId="77777777" w:rsidR="00854FA1" w:rsidRPr="00573F60" w:rsidRDefault="00854FA1" w:rsidP="00571F73">
            <w:pPr>
              <w:jc w:val="center"/>
              <w:rPr>
                <w:rFonts w:asciiTheme="minorBidi" w:hAnsiTheme="minorBidi"/>
              </w:rPr>
            </w:pPr>
            <w:r w:rsidRPr="00573F60">
              <w:rPr>
                <w:rFonts w:asciiTheme="minorBidi" w:hAnsiTheme="minorBidi"/>
              </w:rPr>
              <w:t>A0A4W6D6I8</w:t>
            </w:r>
          </w:p>
        </w:tc>
        <w:tc>
          <w:tcPr>
            <w:tcW w:w="5293" w:type="dxa"/>
            <w:vAlign w:val="center"/>
          </w:tcPr>
          <w:p w14:paraId="4CC6E6CD" w14:textId="77777777" w:rsidR="00854FA1" w:rsidRPr="00573F60" w:rsidRDefault="00854FA1" w:rsidP="00571F73">
            <w:pPr>
              <w:tabs>
                <w:tab w:val="left" w:pos="1080"/>
              </w:tabs>
              <w:rPr>
                <w:rFonts w:asciiTheme="minorBidi" w:hAnsiTheme="minorBidi"/>
              </w:rPr>
            </w:pPr>
            <w:r w:rsidRPr="00573F60">
              <w:rPr>
                <w:rFonts w:asciiTheme="minorBidi" w:hAnsiTheme="minorBidi"/>
              </w:rPr>
              <w:t>Peptidyl-prolyl cis-trans isomerase (PPIase) (EC 5.2.1.8)</w:t>
            </w:r>
          </w:p>
        </w:tc>
        <w:tc>
          <w:tcPr>
            <w:tcW w:w="1361" w:type="dxa"/>
            <w:vAlign w:val="center"/>
          </w:tcPr>
          <w:p w14:paraId="059121E4" w14:textId="77777777" w:rsidR="00854FA1" w:rsidRPr="00573F60" w:rsidRDefault="00854FA1" w:rsidP="00571F73">
            <w:pPr>
              <w:jc w:val="center"/>
              <w:rPr>
                <w:rFonts w:asciiTheme="minorBidi" w:hAnsiTheme="minorBidi"/>
              </w:rPr>
            </w:pPr>
            <w:r w:rsidRPr="00573F60">
              <w:rPr>
                <w:rFonts w:asciiTheme="minorBidi" w:hAnsiTheme="minorBidi"/>
              </w:rPr>
              <w:t>3.64</w:t>
            </w:r>
          </w:p>
        </w:tc>
      </w:tr>
      <w:tr w:rsidR="00854FA1" w:rsidRPr="00573F60" w14:paraId="4383F34D" w14:textId="77777777" w:rsidTr="00571F73">
        <w:trPr>
          <w:trHeight w:hRule="exact" w:val="284"/>
        </w:trPr>
        <w:tc>
          <w:tcPr>
            <w:tcW w:w="673" w:type="dxa"/>
            <w:vAlign w:val="center"/>
          </w:tcPr>
          <w:p w14:paraId="1118AB65" w14:textId="77777777" w:rsidR="00854FA1" w:rsidRPr="00573F60" w:rsidRDefault="00854FA1" w:rsidP="00571F73">
            <w:pPr>
              <w:jc w:val="center"/>
              <w:rPr>
                <w:rFonts w:asciiTheme="minorBidi" w:hAnsiTheme="minorBidi"/>
              </w:rPr>
            </w:pPr>
            <w:r w:rsidRPr="00573F60">
              <w:rPr>
                <w:rFonts w:asciiTheme="minorBidi" w:hAnsiTheme="minorBidi"/>
              </w:rPr>
              <w:t>4</w:t>
            </w:r>
          </w:p>
        </w:tc>
        <w:tc>
          <w:tcPr>
            <w:tcW w:w="1684" w:type="dxa"/>
            <w:vAlign w:val="center"/>
          </w:tcPr>
          <w:p w14:paraId="7A73F16B" w14:textId="77777777" w:rsidR="00854FA1" w:rsidRPr="00573F60" w:rsidRDefault="00854FA1" w:rsidP="00571F73">
            <w:pPr>
              <w:jc w:val="center"/>
              <w:rPr>
                <w:rFonts w:asciiTheme="minorBidi" w:hAnsiTheme="minorBidi"/>
              </w:rPr>
            </w:pPr>
            <w:r w:rsidRPr="00573F60">
              <w:rPr>
                <w:rFonts w:asciiTheme="minorBidi" w:hAnsiTheme="minorBidi"/>
              </w:rPr>
              <w:t>A0A4W6D1Z6</w:t>
            </w:r>
          </w:p>
        </w:tc>
        <w:tc>
          <w:tcPr>
            <w:tcW w:w="5293" w:type="dxa"/>
            <w:vAlign w:val="center"/>
          </w:tcPr>
          <w:p w14:paraId="4D018AC2" w14:textId="77777777" w:rsidR="00854FA1" w:rsidRPr="00573F60" w:rsidRDefault="00854FA1" w:rsidP="00571F73">
            <w:pPr>
              <w:rPr>
                <w:rFonts w:asciiTheme="minorBidi" w:hAnsiTheme="minorBidi"/>
              </w:rPr>
            </w:pPr>
            <w:r w:rsidRPr="00573F60">
              <w:rPr>
                <w:rFonts w:asciiTheme="minorBidi" w:hAnsiTheme="minorBidi"/>
              </w:rPr>
              <w:t>Adhesion G protein-coupled receptor L2b, tandem duplicate 1</w:t>
            </w:r>
          </w:p>
        </w:tc>
        <w:tc>
          <w:tcPr>
            <w:tcW w:w="1361" w:type="dxa"/>
            <w:vAlign w:val="center"/>
          </w:tcPr>
          <w:p w14:paraId="4F351C1A" w14:textId="77777777" w:rsidR="00854FA1" w:rsidRPr="00573F60" w:rsidRDefault="00854FA1" w:rsidP="00571F73">
            <w:pPr>
              <w:jc w:val="center"/>
              <w:rPr>
                <w:rFonts w:asciiTheme="minorBidi" w:hAnsiTheme="minorBidi"/>
              </w:rPr>
            </w:pPr>
            <w:r w:rsidRPr="00573F60">
              <w:rPr>
                <w:rFonts w:asciiTheme="minorBidi" w:hAnsiTheme="minorBidi"/>
              </w:rPr>
              <w:t>3.54</w:t>
            </w:r>
          </w:p>
        </w:tc>
      </w:tr>
      <w:tr w:rsidR="00854FA1" w:rsidRPr="00573F60" w14:paraId="76A25AB9" w14:textId="77777777" w:rsidTr="00571F73">
        <w:trPr>
          <w:trHeight w:hRule="exact" w:val="284"/>
        </w:trPr>
        <w:tc>
          <w:tcPr>
            <w:tcW w:w="673" w:type="dxa"/>
            <w:vAlign w:val="center"/>
          </w:tcPr>
          <w:p w14:paraId="3819B35B" w14:textId="77777777" w:rsidR="00854FA1" w:rsidRPr="00573F60" w:rsidRDefault="00854FA1" w:rsidP="00571F73">
            <w:pPr>
              <w:jc w:val="center"/>
              <w:rPr>
                <w:rFonts w:asciiTheme="minorBidi" w:hAnsiTheme="minorBidi"/>
              </w:rPr>
            </w:pPr>
            <w:r w:rsidRPr="00573F60">
              <w:rPr>
                <w:rFonts w:asciiTheme="minorBidi" w:hAnsiTheme="minorBidi"/>
              </w:rPr>
              <w:t>5</w:t>
            </w:r>
          </w:p>
        </w:tc>
        <w:tc>
          <w:tcPr>
            <w:tcW w:w="1684" w:type="dxa"/>
            <w:vAlign w:val="center"/>
          </w:tcPr>
          <w:p w14:paraId="4D02707E" w14:textId="77777777" w:rsidR="00854FA1" w:rsidRPr="00573F60" w:rsidRDefault="00854FA1" w:rsidP="00571F73">
            <w:pPr>
              <w:jc w:val="center"/>
              <w:rPr>
                <w:rFonts w:asciiTheme="minorBidi" w:hAnsiTheme="minorBidi"/>
              </w:rPr>
            </w:pPr>
            <w:r w:rsidRPr="00573F60">
              <w:rPr>
                <w:rFonts w:asciiTheme="minorBidi" w:hAnsiTheme="minorBidi"/>
              </w:rPr>
              <w:t>A0A4W6EE98</w:t>
            </w:r>
          </w:p>
        </w:tc>
        <w:tc>
          <w:tcPr>
            <w:tcW w:w="5293" w:type="dxa"/>
            <w:vAlign w:val="center"/>
          </w:tcPr>
          <w:p w14:paraId="71A261B8" w14:textId="77777777" w:rsidR="00854FA1" w:rsidRPr="00573F60" w:rsidRDefault="00854FA1" w:rsidP="00571F73">
            <w:pPr>
              <w:tabs>
                <w:tab w:val="left" w:pos="1080"/>
              </w:tabs>
              <w:rPr>
                <w:rFonts w:asciiTheme="minorBidi" w:hAnsiTheme="minorBidi"/>
              </w:rPr>
            </w:pPr>
            <w:r w:rsidRPr="00573F60">
              <w:rPr>
                <w:rFonts w:asciiTheme="minorBidi" w:hAnsiTheme="minorBidi"/>
              </w:rPr>
              <w:t>Myosin X, like 1</w:t>
            </w:r>
          </w:p>
        </w:tc>
        <w:tc>
          <w:tcPr>
            <w:tcW w:w="1361" w:type="dxa"/>
            <w:vAlign w:val="center"/>
          </w:tcPr>
          <w:p w14:paraId="7D8BC8C6" w14:textId="77777777" w:rsidR="00854FA1" w:rsidRPr="00573F60" w:rsidRDefault="00854FA1" w:rsidP="00571F73">
            <w:pPr>
              <w:jc w:val="center"/>
              <w:rPr>
                <w:rFonts w:asciiTheme="minorBidi" w:hAnsiTheme="minorBidi"/>
              </w:rPr>
            </w:pPr>
            <w:r w:rsidRPr="00573F60">
              <w:rPr>
                <w:rFonts w:asciiTheme="minorBidi" w:hAnsiTheme="minorBidi"/>
              </w:rPr>
              <w:t>3.42</w:t>
            </w:r>
          </w:p>
        </w:tc>
      </w:tr>
      <w:tr w:rsidR="00854FA1" w:rsidRPr="00573F60" w14:paraId="259CF7E6" w14:textId="77777777" w:rsidTr="00571F73">
        <w:trPr>
          <w:trHeight w:hRule="exact" w:val="284"/>
        </w:trPr>
        <w:tc>
          <w:tcPr>
            <w:tcW w:w="673" w:type="dxa"/>
            <w:vAlign w:val="center"/>
          </w:tcPr>
          <w:p w14:paraId="4D7F62B8" w14:textId="77777777" w:rsidR="00854FA1" w:rsidRPr="00573F60" w:rsidRDefault="00854FA1" w:rsidP="00571F73">
            <w:pPr>
              <w:jc w:val="center"/>
              <w:rPr>
                <w:rFonts w:asciiTheme="minorBidi" w:hAnsiTheme="minorBidi"/>
              </w:rPr>
            </w:pPr>
            <w:r w:rsidRPr="00573F60">
              <w:rPr>
                <w:rFonts w:asciiTheme="minorBidi" w:hAnsiTheme="minorBidi"/>
              </w:rPr>
              <w:t>6</w:t>
            </w:r>
          </w:p>
        </w:tc>
        <w:tc>
          <w:tcPr>
            <w:tcW w:w="1684" w:type="dxa"/>
            <w:vAlign w:val="center"/>
          </w:tcPr>
          <w:p w14:paraId="2AFAFBE5" w14:textId="77777777" w:rsidR="00854FA1" w:rsidRPr="00573F60" w:rsidRDefault="00854FA1" w:rsidP="00571F73">
            <w:pPr>
              <w:jc w:val="center"/>
              <w:rPr>
                <w:rFonts w:asciiTheme="minorBidi" w:hAnsiTheme="minorBidi"/>
              </w:rPr>
            </w:pPr>
            <w:r w:rsidRPr="00573F60">
              <w:rPr>
                <w:rFonts w:asciiTheme="minorBidi" w:hAnsiTheme="minorBidi"/>
              </w:rPr>
              <w:t>A0A4W6ETZ5</w:t>
            </w:r>
          </w:p>
        </w:tc>
        <w:tc>
          <w:tcPr>
            <w:tcW w:w="5293" w:type="dxa"/>
            <w:vAlign w:val="center"/>
          </w:tcPr>
          <w:p w14:paraId="799E4BDE" w14:textId="77777777" w:rsidR="00854FA1" w:rsidRPr="00573F60" w:rsidRDefault="00854FA1" w:rsidP="00571F73">
            <w:pPr>
              <w:tabs>
                <w:tab w:val="left" w:pos="1290"/>
              </w:tabs>
              <w:rPr>
                <w:rFonts w:asciiTheme="minorBidi" w:hAnsiTheme="minorBidi"/>
              </w:rPr>
            </w:pPr>
            <w:r w:rsidRPr="00573F60">
              <w:rPr>
                <w:rFonts w:asciiTheme="minorBidi" w:hAnsiTheme="minorBidi"/>
              </w:rPr>
              <w:t>Protein tyrosine phosphatase receptor type Nb</w:t>
            </w:r>
          </w:p>
        </w:tc>
        <w:tc>
          <w:tcPr>
            <w:tcW w:w="1361" w:type="dxa"/>
            <w:vAlign w:val="center"/>
          </w:tcPr>
          <w:p w14:paraId="48D16F05" w14:textId="77777777" w:rsidR="00854FA1" w:rsidRPr="00573F60" w:rsidRDefault="00854FA1" w:rsidP="00571F73">
            <w:pPr>
              <w:jc w:val="center"/>
              <w:rPr>
                <w:rFonts w:asciiTheme="minorBidi" w:hAnsiTheme="minorBidi"/>
              </w:rPr>
            </w:pPr>
            <w:r w:rsidRPr="00573F60">
              <w:rPr>
                <w:rFonts w:asciiTheme="minorBidi" w:hAnsiTheme="minorBidi"/>
              </w:rPr>
              <w:t>3.42</w:t>
            </w:r>
          </w:p>
        </w:tc>
      </w:tr>
      <w:tr w:rsidR="00854FA1" w:rsidRPr="00573F60" w14:paraId="5B89A080" w14:textId="77777777" w:rsidTr="00571F73">
        <w:trPr>
          <w:trHeight w:hRule="exact" w:val="284"/>
        </w:trPr>
        <w:tc>
          <w:tcPr>
            <w:tcW w:w="673" w:type="dxa"/>
            <w:vAlign w:val="center"/>
          </w:tcPr>
          <w:p w14:paraId="11DEE74F" w14:textId="77777777" w:rsidR="00854FA1" w:rsidRPr="00573F60" w:rsidRDefault="00854FA1" w:rsidP="00571F73">
            <w:pPr>
              <w:jc w:val="center"/>
              <w:rPr>
                <w:rFonts w:asciiTheme="minorBidi" w:hAnsiTheme="minorBidi"/>
              </w:rPr>
            </w:pPr>
            <w:r w:rsidRPr="00573F60">
              <w:rPr>
                <w:rFonts w:asciiTheme="minorBidi" w:hAnsiTheme="minorBidi"/>
              </w:rPr>
              <w:t>7</w:t>
            </w:r>
          </w:p>
        </w:tc>
        <w:tc>
          <w:tcPr>
            <w:tcW w:w="1684" w:type="dxa"/>
            <w:vAlign w:val="center"/>
          </w:tcPr>
          <w:p w14:paraId="2F5C7062" w14:textId="77777777" w:rsidR="00854FA1" w:rsidRPr="00573F60" w:rsidRDefault="00854FA1" w:rsidP="00571F73">
            <w:pPr>
              <w:jc w:val="center"/>
              <w:rPr>
                <w:rFonts w:asciiTheme="minorBidi" w:hAnsiTheme="minorBidi"/>
              </w:rPr>
            </w:pPr>
            <w:r w:rsidRPr="00573F60">
              <w:rPr>
                <w:rFonts w:asciiTheme="minorBidi" w:hAnsiTheme="minorBidi"/>
              </w:rPr>
              <w:t>A0A4W6FSI9</w:t>
            </w:r>
          </w:p>
        </w:tc>
        <w:tc>
          <w:tcPr>
            <w:tcW w:w="5293" w:type="dxa"/>
            <w:vAlign w:val="center"/>
          </w:tcPr>
          <w:p w14:paraId="0850194D" w14:textId="77777777" w:rsidR="00854FA1" w:rsidRPr="00573F60" w:rsidRDefault="00854FA1" w:rsidP="00571F73">
            <w:pPr>
              <w:rPr>
                <w:rFonts w:asciiTheme="minorBidi" w:hAnsiTheme="minorBidi"/>
              </w:rPr>
            </w:pPr>
            <w:r w:rsidRPr="00573F60">
              <w:rPr>
                <w:rFonts w:asciiTheme="minorBidi" w:hAnsiTheme="minorBidi"/>
              </w:rPr>
              <w:t>LIM zinc-binding domain-containing protein</w:t>
            </w:r>
          </w:p>
        </w:tc>
        <w:tc>
          <w:tcPr>
            <w:tcW w:w="1361" w:type="dxa"/>
            <w:vAlign w:val="center"/>
          </w:tcPr>
          <w:p w14:paraId="03E74D35" w14:textId="77777777" w:rsidR="00854FA1" w:rsidRPr="00573F60" w:rsidRDefault="00854FA1" w:rsidP="00571F73">
            <w:pPr>
              <w:jc w:val="center"/>
              <w:rPr>
                <w:rFonts w:asciiTheme="minorBidi" w:hAnsiTheme="minorBidi"/>
              </w:rPr>
            </w:pPr>
            <w:r w:rsidRPr="00573F60">
              <w:rPr>
                <w:rFonts w:asciiTheme="minorBidi" w:hAnsiTheme="minorBidi"/>
              </w:rPr>
              <w:t>3.39</w:t>
            </w:r>
          </w:p>
        </w:tc>
      </w:tr>
      <w:tr w:rsidR="00854FA1" w:rsidRPr="00573F60" w14:paraId="5279FAAA" w14:textId="77777777" w:rsidTr="00571F73">
        <w:trPr>
          <w:trHeight w:hRule="exact" w:val="284"/>
        </w:trPr>
        <w:tc>
          <w:tcPr>
            <w:tcW w:w="673" w:type="dxa"/>
            <w:vAlign w:val="center"/>
          </w:tcPr>
          <w:p w14:paraId="49DF3BD2" w14:textId="77777777" w:rsidR="00854FA1" w:rsidRPr="00573F60" w:rsidRDefault="00854FA1" w:rsidP="00571F73">
            <w:pPr>
              <w:jc w:val="center"/>
              <w:rPr>
                <w:rFonts w:asciiTheme="minorBidi" w:hAnsiTheme="minorBidi"/>
              </w:rPr>
            </w:pPr>
            <w:r w:rsidRPr="00573F60">
              <w:rPr>
                <w:rFonts w:asciiTheme="minorBidi" w:hAnsiTheme="minorBidi"/>
              </w:rPr>
              <w:t>8</w:t>
            </w:r>
          </w:p>
        </w:tc>
        <w:tc>
          <w:tcPr>
            <w:tcW w:w="1684" w:type="dxa"/>
            <w:vAlign w:val="center"/>
          </w:tcPr>
          <w:p w14:paraId="1406C1A8" w14:textId="77777777" w:rsidR="00854FA1" w:rsidRPr="00573F60" w:rsidRDefault="00854FA1" w:rsidP="00571F73">
            <w:pPr>
              <w:jc w:val="center"/>
              <w:rPr>
                <w:rFonts w:asciiTheme="minorBidi" w:hAnsiTheme="minorBidi"/>
              </w:rPr>
            </w:pPr>
            <w:r w:rsidRPr="00573F60">
              <w:rPr>
                <w:rFonts w:asciiTheme="minorBidi" w:hAnsiTheme="minorBidi"/>
              </w:rPr>
              <w:t>A0A4W6EUJ3</w:t>
            </w:r>
          </w:p>
        </w:tc>
        <w:tc>
          <w:tcPr>
            <w:tcW w:w="5293" w:type="dxa"/>
            <w:vAlign w:val="center"/>
          </w:tcPr>
          <w:p w14:paraId="623FFFC1" w14:textId="77777777" w:rsidR="00854FA1" w:rsidRPr="00573F60" w:rsidRDefault="00854FA1" w:rsidP="00571F73">
            <w:pPr>
              <w:rPr>
                <w:rFonts w:asciiTheme="minorBidi" w:hAnsiTheme="minorBidi"/>
              </w:rPr>
            </w:pPr>
            <w:r w:rsidRPr="00573F60">
              <w:rPr>
                <w:rFonts w:asciiTheme="minorBidi" w:hAnsiTheme="minorBidi"/>
              </w:rPr>
              <w:t>3-oxoacyl-(acyl-carrier-protein) synthase</w:t>
            </w:r>
          </w:p>
        </w:tc>
        <w:tc>
          <w:tcPr>
            <w:tcW w:w="1361" w:type="dxa"/>
            <w:vAlign w:val="center"/>
          </w:tcPr>
          <w:p w14:paraId="4C437205" w14:textId="77777777" w:rsidR="00854FA1" w:rsidRPr="00573F60" w:rsidRDefault="00854FA1" w:rsidP="00571F73">
            <w:pPr>
              <w:jc w:val="center"/>
              <w:rPr>
                <w:rFonts w:asciiTheme="minorBidi" w:hAnsiTheme="minorBidi"/>
              </w:rPr>
            </w:pPr>
            <w:r w:rsidRPr="00573F60">
              <w:rPr>
                <w:rFonts w:asciiTheme="minorBidi" w:hAnsiTheme="minorBidi"/>
              </w:rPr>
              <w:t>3.33</w:t>
            </w:r>
          </w:p>
        </w:tc>
      </w:tr>
      <w:tr w:rsidR="00854FA1" w:rsidRPr="00573F60" w14:paraId="07415AC4" w14:textId="77777777" w:rsidTr="00571F73">
        <w:trPr>
          <w:trHeight w:hRule="exact" w:val="284"/>
        </w:trPr>
        <w:tc>
          <w:tcPr>
            <w:tcW w:w="673" w:type="dxa"/>
            <w:vAlign w:val="center"/>
          </w:tcPr>
          <w:p w14:paraId="2C922539" w14:textId="77777777" w:rsidR="00854FA1" w:rsidRPr="00573F60" w:rsidRDefault="00854FA1" w:rsidP="00571F73">
            <w:pPr>
              <w:jc w:val="center"/>
              <w:rPr>
                <w:rFonts w:asciiTheme="minorBidi" w:hAnsiTheme="minorBidi"/>
              </w:rPr>
            </w:pPr>
            <w:r w:rsidRPr="00573F60">
              <w:rPr>
                <w:rFonts w:asciiTheme="minorBidi" w:hAnsiTheme="minorBidi"/>
              </w:rPr>
              <w:t>9</w:t>
            </w:r>
          </w:p>
        </w:tc>
        <w:tc>
          <w:tcPr>
            <w:tcW w:w="1684" w:type="dxa"/>
            <w:vAlign w:val="center"/>
          </w:tcPr>
          <w:p w14:paraId="7DAAD0E6" w14:textId="77777777" w:rsidR="00854FA1" w:rsidRPr="00573F60" w:rsidRDefault="00854FA1" w:rsidP="00571F73">
            <w:pPr>
              <w:jc w:val="center"/>
              <w:rPr>
                <w:rFonts w:asciiTheme="minorBidi" w:hAnsiTheme="minorBidi"/>
              </w:rPr>
            </w:pPr>
            <w:r w:rsidRPr="00573F60">
              <w:rPr>
                <w:rFonts w:asciiTheme="minorBidi" w:hAnsiTheme="minorBidi"/>
              </w:rPr>
              <w:t>A0A4W6FB21</w:t>
            </w:r>
          </w:p>
        </w:tc>
        <w:tc>
          <w:tcPr>
            <w:tcW w:w="5293" w:type="dxa"/>
            <w:vAlign w:val="center"/>
          </w:tcPr>
          <w:p w14:paraId="1D1CF58D" w14:textId="77777777" w:rsidR="00854FA1" w:rsidRPr="00573F60" w:rsidRDefault="00854FA1" w:rsidP="00571F73">
            <w:pPr>
              <w:rPr>
                <w:rFonts w:asciiTheme="minorBidi" w:hAnsiTheme="minorBidi"/>
              </w:rPr>
            </w:pPr>
            <w:r w:rsidRPr="00573F60">
              <w:rPr>
                <w:rFonts w:asciiTheme="minorBidi" w:hAnsiTheme="minorBidi"/>
              </w:rPr>
              <w:t xml:space="preserve">NADH dehydrogenase (ubiquinone) iron-sulfur protein 5 </w:t>
            </w:r>
          </w:p>
        </w:tc>
        <w:tc>
          <w:tcPr>
            <w:tcW w:w="1361" w:type="dxa"/>
            <w:vAlign w:val="center"/>
          </w:tcPr>
          <w:p w14:paraId="7B04EE92" w14:textId="77777777" w:rsidR="00854FA1" w:rsidRPr="00573F60" w:rsidRDefault="00854FA1" w:rsidP="00571F73">
            <w:pPr>
              <w:jc w:val="center"/>
              <w:rPr>
                <w:rFonts w:asciiTheme="minorBidi" w:hAnsiTheme="minorBidi"/>
              </w:rPr>
            </w:pPr>
            <w:r w:rsidRPr="00573F60">
              <w:rPr>
                <w:rFonts w:asciiTheme="minorBidi" w:hAnsiTheme="minorBidi"/>
              </w:rPr>
              <w:t>3.25</w:t>
            </w:r>
          </w:p>
        </w:tc>
      </w:tr>
      <w:tr w:rsidR="00854FA1" w:rsidRPr="00573F60" w14:paraId="4FA40C86" w14:textId="77777777" w:rsidTr="00571F73">
        <w:trPr>
          <w:trHeight w:hRule="exact" w:val="284"/>
        </w:trPr>
        <w:tc>
          <w:tcPr>
            <w:tcW w:w="673" w:type="dxa"/>
            <w:vAlign w:val="center"/>
          </w:tcPr>
          <w:p w14:paraId="7143D144" w14:textId="77777777" w:rsidR="00854FA1" w:rsidRPr="00573F60" w:rsidRDefault="00854FA1" w:rsidP="00571F73">
            <w:pPr>
              <w:jc w:val="center"/>
              <w:rPr>
                <w:rFonts w:asciiTheme="minorBidi" w:hAnsiTheme="minorBidi"/>
              </w:rPr>
            </w:pPr>
            <w:r w:rsidRPr="00573F60">
              <w:rPr>
                <w:rFonts w:asciiTheme="minorBidi" w:hAnsiTheme="minorBidi"/>
              </w:rPr>
              <w:t>10</w:t>
            </w:r>
          </w:p>
        </w:tc>
        <w:tc>
          <w:tcPr>
            <w:tcW w:w="1684" w:type="dxa"/>
            <w:vAlign w:val="center"/>
          </w:tcPr>
          <w:p w14:paraId="51C00328" w14:textId="77777777" w:rsidR="00854FA1" w:rsidRPr="00573F60" w:rsidRDefault="00854FA1" w:rsidP="00571F73">
            <w:pPr>
              <w:jc w:val="center"/>
              <w:rPr>
                <w:rFonts w:asciiTheme="minorBidi" w:hAnsiTheme="minorBidi"/>
              </w:rPr>
            </w:pPr>
            <w:r w:rsidRPr="00573F60">
              <w:rPr>
                <w:rFonts w:asciiTheme="minorBidi" w:hAnsiTheme="minorBidi"/>
              </w:rPr>
              <w:t>A0A4W6E7W2</w:t>
            </w:r>
          </w:p>
        </w:tc>
        <w:tc>
          <w:tcPr>
            <w:tcW w:w="5293" w:type="dxa"/>
            <w:vAlign w:val="center"/>
          </w:tcPr>
          <w:p w14:paraId="4E45ED46" w14:textId="77777777" w:rsidR="00854FA1" w:rsidRPr="00573F60" w:rsidRDefault="00854FA1" w:rsidP="00571F73">
            <w:pPr>
              <w:rPr>
                <w:rFonts w:asciiTheme="minorBidi" w:hAnsiTheme="minorBidi"/>
              </w:rPr>
            </w:pPr>
            <w:r w:rsidRPr="00573F60">
              <w:rPr>
                <w:rFonts w:asciiTheme="minorBidi" w:hAnsiTheme="minorBidi"/>
              </w:rPr>
              <w:t>Sodium channel subunit beta-2 isoform X1</w:t>
            </w:r>
          </w:p>
        </w:tc>
        <w:tc>
          <w:tcPr>
            <w:tcW w:w="1361" w:type="dxa"/>
            <w:vAlign w:val="center"/>
          </w:tcPr>
          <w:p w14:paraId="6BAC64CD" w14:textId="77777777" w:rsidR="00854FA1" w:rsidRPr="00573F60" w:rsidRDefault="00854FA1" w:rsidP="00571F73">
            <w:pPr>
              <w:jc w:val="center"/>
              <w:rPr>
                <w:rFonts w:asciiTheme="minorBidi" w:hAnsiTheme="minorBidi"/>
              </w:rPr>
            </w:pPr>
            <w:r w:rsidRPr="00573F60">
              <w:rPr>
                <w:rFonts w:asciiTheme="minorBidi" w:hAnsiTheme="minorBidi"/>
              </w:rPr>
              <w:t>3.18</w:t>
            </w:r>
          </w:p>
        </w:tc>
      </w:tr>
      <w:tr w:rsidR="00854FA1" w:rsidRPr="00573F60" w14:paraId="748745CB" w14:textId="77777777" w:rsidTr="00571F73">
        <w:trPr>
          <w:trHeight w:hRule="exact" w:val="284"/>
        </w:trPr>
        <w:tc>
          <w:tcPr>
            <w:tcW w:w="9011" w:type="dxa"/>
            <w:gridSpan w:val="4"/>
            <w:vAlign w:val="center"/>
          </w:tcPr>
          <w:p w14:paraId="63815ADA" w14:textId="77777777" w:rsidR="00854FA1" w:rsidRPr="00865452" w:rsidRDefault="00854FA1" w:rsidP="00571F73">
            <w:pPr>
              <w:jc w:val="center"/>
              <w:rPr>
                <w:rFonts w:asciiTheme="minorBidi" w:hAnsiTheme="minorBidi"/>
                <w:b/>
                <w:bCs/>
                <w:color w:val="000000"/>
              </w:rPr>
            </w:pPr>
            <w:r w:rsidRPr="00865452">
              <w:rPr>
                <w:rFonts w:asciiTheme="minorBidi" w:hAnsiTheme="minorBidi"/>
                <w:b/>
                <w:bCs/>
                <w:color w:val="000000"/>
              </w:rPr>
              <w:t>Decreased abundance in diet B</w:t>
            </w:r>
          </w:p>
        </w:tc>
      </w:tr>
      <w:tr w:rsidR="00854FA1" w:rsidRPr="00573F60" w14:paraId="7610511B" w14:textId="77777777" w:rsidTr="00571F73">
        <w:trPr>
          <w:trHeight w:hRule="exact" w:val="284"/>
        </w:trPr>
        <w:tc>
          <w:tcPr>
            <w:tcW w:w="673" w:type="dxa"/>
            <w:vAlign w:val="center"/>
          </w:tcPr>
          <w:p w14:paraId="048D6C78" w14:textId="77777777" w:rsidR="00854FA1" w:rsidRPr="00573F60" w:rsidRDefault="00854FA1" w:rsidP="00571F73">
            <w:pPr>
              <w:jc w:val="center"/>
              <w:rPr>
                <w:rFonts w:asciiTheme="minorBidi" w:hAnsiTheme="minorBidi"/>
              </w:rPr>
            </w:pPr>
            <w:r w:rsidRPr="00573F60">
              <w:rPr>
                <w:rFonts w:asciiTheme="minorBidi" w:hAnsiTheme="minorBidi"/>
              </w:rPr>
              <w:t>1</w:t>
            </w:r>
          </w:p>
        </w:tc>
        <w:tc>
          <w:tcPr>
            <w:tcW w:w="1684" w:type="dxa"/>
            <w:vAlign w:val="center"/>
          </w:tcPr>
          <w:p w14:paraId="4086E47A" w14:textId="77777777" w:rsidR="00854FA1" w:rsidRPr="00573F60" w:rsidRDefault="00854FA1" w:rsidP="00571F73">
            <w:pPr>
              <w:jc w:val="center"/>
              <w:rPr>
                <w:rFonts w:asciiTheme="minorBidi" w:hAnsiTheme="minorBidi"/>
              </w:rPr>
            </w:pPr>
            <w:r w:rsidRPr="00573F60">
              <w:rPr>
                <w:rFonts w:asciiTheme="minorBidi" w:hAnsiTheme="minorBidi"/>
                <w:color w:val="000000"/>
              </w:rPr>
              <w:t>A0A4W6DCM7</w:t>
            </w:r>
          </w:p>
        </w:tc>
        <w:tc>
          <w:tcPr>
            <w:tcW w:w="5293" w:type="dxa"/>
            <w:vAlign w:val="center"/>
          </w:tcPr>
          <w:p w14:paraId="11F7EE98" w14:textId="77777777" w:rsidR="00854FA1" w:rsidRPr="00573F60" w:rsidRDefault="00854FA1" w:rsidP="00571F73">
            <w:pPr>
              <w:rPr>
                <w:rFonts w:asciiTheme="minorBidi" w:hAnsiTheme="minorBidi"/>
              </w:rPr>
            </w:pPr>
            <w:r w:rsidRPr="00573F60">
              <w:rPr>
                <w:rFonts w:asciiTheme="minorBidi" w:hAnsiTheme="minorBidi"/>
              </w:rPr>
              <w:t>Guanine nucleotide-binding protein subunit alpha</w:t>
            </w:r>
          </w:p>
        </w:tc>
        <w:tc>
          <w:tcPr>
            <w:tcW w:w="1361" w:type="dxa"/>
            <w:vAlign w:val="center"/>
          </w:tcPr>
          <w:p w14:paraId="6F8901A0" w14:textId="77777777" w:rsidR="00854FA1" w:rsidRPr="00573F60" w:rsidRDefault="00854FA1" w:rsidP="00571F73">
            <w:pPr>
              <w:jc w:val="center"/>
              <w:rPr>
                <w:rFonts w:asciiTheme="minorBidi" w:hAnsiTheme="minorBidi"/>
              </w:rPr>
            </w:pPr>
            <w:r w:rsidRPr="00573F60">
              <w:rPr>
                <w:rFonts w:asciiTheme="minorBidi" w:hAnsiTheme="minorBidi"/>
                <w:color w:val="000000"/>
              </w:rPr>
              <w:t>0.02</w:t>
            </w:r>
          </w:p>
        </w:tc>
      </w:tr>
      <w:tr w:rsidR="00854FA1" w:rsidRPr="00573F60" w14:paraId="522186A1" w14:textId="77777777" w:rsidTr="00571F73">
        <w:trPr>
          <w:trHeight w:hRule="exact" w:val="284"/>
        </w:trPr>
        <w:tc>
          <w:tcPr>
            <w:tcW w:w="673" w:type="dxa"/>
            <w:vAlign w:val="center"/>
          </w:tcPr>
          <w:p w14:paraId="6B046DEB" w14:textId="77777777" w:rsidR="00854FA1" w:rsidRPr="00573F60" w:rsidRDefault="00854FA1" w:rsidP="00571F73">
            <w:pPr>
              <w:jc w:val="center"/>
              <w:rPr>
                <w:rFonts w:asciiTheme="minorBidi" w:hAnsiTheme="minorBidi"/>
              </w:rPr>
            </w:pPr>
            <w:r w:rsidRPr="00573F60">
              <w:rPr>
                <w:rFonts w:asciiTheme="minorBidi" w:hAnsiTheme="minorBidi"/>
              </w:rPr>
              <w:t>2</w:t>
            </w:r>
          </w:p>
        </w:tc>
        <w:tc>
          <w:tcPr>
            <w:tcW w:w="1684" w:type="dxa"/>
            <w:vAlign w:val="center"/>
          </w:tcPr>
          <w:p w14:paraId="23F9CCFB" w14:textId="77777777" w:rsidR="00854FA1" w:rsidRPr="00573F60" w:rsidRDefault="00854FA1" w:rsidP="00571F73">
            <w:pPr>
              <w:jc w:val="center"/>
              <w:rPr>
                <w:rFonts w:asciiTheme="minorBidi" w:hAnsiTheme="minorBidi"/>
              </w:rPr>
            </w:pPr>
            <w:r w:rsidRPr="00573F60">
              <w:rPr>
                <w:rFonts w:asciiTheme="minorBidi" w:hAnsiTheme="minorBidi"/>
                <w:color w:val="000000"/>
              </w:rPr>
              <w:t>A0A4W6EGV8</w:t>
            </w:r>
          </w:p>
        </w:tc>
        <w:tc>
          <w:tcPr>
            <w:tcW w:w="5293" w:type="dxa"/>
            <w:vAlign w:val="center"/>
          </w:tcPr>
          <w:p w14:paraId="41396F5B" w14:textId="77777777" w:rsidR="00854FA1" w:rsidRPr="00573F60" w:rsidRDefault="00854FA1" w:rsidP="00571F73">
            <w:pPr>
              <w:rPr>
                <w:rFonts w:asciiTheme="minorBidi" w:hAnsiTheme="minorBidi"/>
              </w:rPr>
            </w:pPr>
            <w:r w:rsidRPr="00573F60">
              <w:rPr>
                <w:rFonts w:asciiTheme="minorBidi" w:hAnsiTheme="minorBidi"/>
              </w:rPr>
              <w:t xml:space="preserve">1-phosphatidylinositol 4,5-bisphosphate phosphodiesterase </w:t>
            </w:r>
          </w:p>
        </w:tc>
        <w:tc>
          <w:tcPr>
            <w:tcW w:w="1361" w:type="dxa"/>
            <w:vAlign w:val="center"/>
          </w:tcPr>
          <w:p w14:paraId="5371DC69" w14:textId="77777777" w:rsidR="00854FA1" w:rsidRPr="00573F60" w:rsidRDefault="00854FA1" w:rsidP="00571F73">
            <w:pPr>
              <w:jc w:val="center"/>
              <w:rPr>
                <w:rFonts w:asciiTheme="minorBidi" w:hAnsiTheme="minorBidi"/>
              </w:rPr>
            </w:pPr>
            <w:r w:rsidRPr="00573F60">
              <w:rPr>
                <w:rFonts w:asciiTheme="minorBidi" w:hAnsiTheme="minorBidi"/>
                <w:color w:val="000000"/>
              </w:rPr>
              <w:t>0.07</w:t>
            </w:r>
          </w:p>
        </w:tc>
      </w:tr>
      <w:tr w:rsidR="00854FA1" w:rsidRPr="00573F60" w14:paraId="4E28F964" w14:textId="77777777" w:rsidTr="00571F73">
        <w:trPr>
          <w:trHeight w:hRule="exact" w:val="284"/>
        </w:trPr>
        <w:tc>
          <w:tcPr>
            <w:tcW w:w="673" w:type="dxa"/>
            <w:vAlign w:val="center"/>
          </w:tcPr>
          <w:p w14:paraId="6B36AA33" w14:textId="77777777" w:rsidR="00854FA1" w:rsidRPr="00573F60" w:rsidRDefault="00854FA1" w:rsidP="00571F73">
            <w:pPr>
              <w:jc w:val="center"/>
              <w:rPr>
                <w:rFonts w:asciiTheme="minorBidi" w:hAnsiTheme="minorBidi"/>
              </w:rPr>
            </w:pPr>
            <w:r w:rsidRPr="00573F60">
              <w:rPr>
                <w:rFonts w:asciiTheme="minorBidi" w:hAnsiTheme="minorBidi"/>
              </w:rPr>
              <w:t>3</w:t>
            </w:r>
          </w:p>
        </w:tc>
        <w:tc>
          <w:tcPr>
            <w:tcW w:w="1684" w:type="dxa"/>
            <w:vAlign w:val="center"/>
          </w:tcPr>
          <w:p w14:paraId="2B2C4CF5" w14:textId="77777777" w:rsidR="00854FA1" w:rsidRPr="00573F60" w:rsidRDefault="00854FA1" w:rsidP="00571F73">
            <w:pPr>
              <w:jc w:val="center"/>
              <w:rPr>
                <w:rFonts w:asciiTheme="minorBidi" w:hAnsiTheme="minorBidi"/>
              </w:rPr>
            </w:pPr>
            <w:r w:rsidRPr="00573F60">
              <w:rPr>
                <w:rFonts w:asciiTheme="minorBidi" w:hAnsiTheme="minorBidi"/>
                <w:color w:val="000000"/>
              </w:rPr>
              <w:t>A0A4W6DLB9</w:t>
            </w:r>
          </w:p>
        </w:tc>
        <w:tc>
          <w:tcPr>
            <w:tcW w:w="5293" w:type="dxa"/>
            <w:vAlign w:val="center"/>
          </w:tcPr>
          <w:p w14:paraId="5D91122B" w14:textId="77777777" w:rsidR="00854FA1" w:rsidRPr="00573F60" w:rsidRDefault="00854FA1" w:rsidP="00571F73">
            <w:pPr>
              <w:rPr>
                <w:rFonts w:asciiTheme="minorBidi" w:hAnsiTheme="minorBidi"/>
              </w:rPr>
            </w:pPr>
            <w:r w:rsidRPr="00573F60">
              <w:rPr>
                <w:rFonts w:asciiTheme="minorBidi" w:hAnsiTheme="minorBidi"/>
              </w:rPr>
              <w:t>Cell adhesion molecule 1a</w:t>
            </w:r>
          </w:p>
        </w:tc>
        <w:tc>
          <w:tcPr>
            <w:tcW w:w="1361" w:type="dxa"/>
            <w:vAlign w:val="center"/>
          </w:tcPr>
          <w:p w14:paraId="2172DA2F" w14:textId="77777777" w:rsidR="00854FA1" w:rsidRPr="00573F60" w:rsidRDefault="00854FA1" w:rsidP="00571F73">
            <w:pPr>
              <w:jc w:val="center"/>
              <w:rPr>
                <w:rFonts w:asciiTheme="minorBidi" w:hAnsiTheme="minorBidi"/>
              </w:rPr>
            </w:pPr>
            <w:r w:rsidRPr="00573F60">
              <w:rPr>
                <w:rFonts w:asciiTheme="minorBidi" w:hAnsiTheme="minorBidi"/>
                <w:color w:val="000000"/>
              </w:rPr>
              <w:t>0.08</w:t>
            </w:r>
          </w:p>
        </w:tc>
      </w:tr>
      <w:tr w:rsidR="00854FA1" w:rsidRPr="00573F60" w14:paraId="75E8CA3D" w14:textId="77777777" w:rsidTr="00571F73">
        <w:trPr>
          <w:trHeight w:hRule="exact" w:val="284"/>
        </w:trPr>
        <w:tc>
          <w:tcPr>
            <w:tcW w:w="673" w:type="dxa"/>
            <w:vAlign w:val="center"/>
          </w:tcPr>
          <w:p w14:paraId="14F453A3" w14:textId="77777777" w:rsidR="00854FA1" w:rsidRPr="00573F60" w:rsidRDefault="00854FA1" w:rsidP="00571F73">
            <w:pPr>
              <w:jc w:val="center"/>
              <w:rPr>
                <w:rFonts w:asciiTheme="minorBidi" w:hAnsiTheme="minorBidi"/>
              </w:rPr>
            </w:pPr>
            <w:r w:rsidRPr="00573F60">
              <w:rPr>
                <w:rFonts w:asciiTheme="minorBidi" w:hAnsiTheme="minorBidi"/>
              </w:rPr>
              <w:t>4</w:t>
            </w:r>
          </w:p>
        </w:tc>
        <w:tc>
          <w:tcPr>
            <w:tcW w:w="1684" w:type="dxa"/>
            <w:vAlign w:val="center"/>
          </w:tcPr>
          <w:p w14:paraId="7C3953AD" w14:textId="77777777" w:rsidR="00854FA1" w:rsidRPr="00573F60" w:rsidRDefault="00854FA1" w:rsidP="00571F73">
            <w:pPr>
              <w:jc w:val="center"/>
              <w:rPr>
                <w:rFonts w:asciiTheme="minorBidi" w:hAnsiTheme="minorBidi"/>
              </w:rPr>
            </w:pPr>
            <w:r w:rsidRPr="00573F60">
              <w:rPr>
                <w:rFonts w:asciiTheme="minorBidi" w:hAnsiTheme="minorBidi"/>
                <w:color w:val="000000"/>
              </w:rPr>
              <w:t>A0A4W6CDB0</w:t>
            </w:r>
          </w:p>
        </w:tc>
        <w:tc>
          <w:tcPr>
            <w:tcW w:w="5293" w:type="dxa"/>
            <w:vAlign w:val="center"/>
          </w:tcPr>
          <w:p w14:paraId="3E4C0E48" w14:textId="77777777" w:rsidR="00854FA1" w:rsidRPr="00573F60" w:rsidRDefault="00854FA1" w:rsidP="00571F73">
            <w:pPr>
              <w:rPr>
                <w:rFonts w:asciiTheme="minorBidi" w:hAnsiTheme="minorBidi"/>
              </w:rPr>
            </w:pPr>
            <w:r w:rsidRPr="00573F60">
              <w:rPr>
                <w:rFonts w:asciiTheme="minorBidi" w:hAnsiTheme="minorBidi"/>
              </w:rPr>
              <w:t>Spermine synthase</w:t>
            </w:r>
          </w:p>
        </w:tc>
        <w:tc>
          <w:tcPr>
            <w:tcW w:w="1361" w:type="dxa"/>
            <w:vAlign w:val="center"/>
          </w:tcPr>
          <w:p w14:paraId="06CCB282" w14:textId="77777777" w:rsidR="00854FA1" w:rsidRPr="00573F60" w:rsidRDefault="00854FA1" w:rsidP="00571F73">
            <w:pPr>
              <w:jc w:val="center"/>
              <w:rPr>
                <w:rFonts w:asciiTheme="minorBidi" w:hAnsiTheme="minorBidi"/>
              </w:rPr>
            </w:pPr>
            <w:r w:rsidRPr="00573F60">
              <w:rPr>
                <w:rFonts w:asciiTheme="minorBidi" w:hAnsiTheme="minorBidi"/>
                <w:color w:val="000000"/>
              </w:rPr>
              <w:t>0.08</w:t>
            </w:r>
          </w:p>
        </w:tc>
      </w:tr>
      <w:tr w:rsidR="00854FA1" w:rsidRPr="00573F60" w14:paraId="5FE30CCB" w14:textId="77777777" w:rsidTr="00571F73">
        <w:trPr>
          <w:trHeight w:hRule="exact" w:val="284"/>
        </w:trPr>
        <w:tc>
          <w:tcPr>
            <w:tcW w:w="673" w:type="dxa"/>
            <w:vAlign w:val="center"/>
          </w:tcPr>
          <w:p w14:paraId="7EA37C05" w14:textId="77777777" w:rsidR="00854FA1" w:rsidRPr="00573F60" w:rsidRDefault="00854FA1" w:rsidP="00571F73">
            <w:pPr>
              <w:jc w:val="center"/>
              <w:rPr>
                <w:rFonts w:asciiTheme="minorBidi" w:hAnsiTheme="minorBidi"/>
              </w:rPr>
            </w:pPr>
            <w:r w:rsidRPr="00573F60">
              <w:rPr>
                <w:rFonts w:asciiTheme="minorBidi" w:hAnsiTheme="minorBidi"/>
              </w:rPr>
              <w:t>5</w:t>
            </w:r>
          </w:p>
        </w:tc>
        <w:tc>
          <w:tcPr>
            <w:tcW w:w="1684" w:type="dxa"/>
            <w:vAlign w:val="center"/>
          </w:tcPr>
          <w:p w14:paraId="60D9C161" w14:textId="77777777" w:rsidR="00854FA1" w:rsidRPr="00573F60" w:rsidRDefault="00854FA1" w:rsidP="00571F73">
            <w:pPr>
              <w:jc w:val="center"/>
              <w:rPr>
                <w:rFonts w:asciiTheme="minorBidi" w:hAnsiTheme="minorBidi"/>
              </w:rPr>
            </w:pPr>
            <w:r w:rsidRPr="00573F60">
              <w:rPr>
                <w:rFonts w:asciiTheme="minorBidi" w:hAnsiTheme="minorBidi"/>
                <w:color w:val="000000"/>
              </w:rPr>
              <w:t>A0A4W6DXP0</w:t>
            </w:r>
          </w:p>
        </w:tc>
        <w:tc>
          <w:tcPr>
            <w:tcW w:w="5293" w:type="dxa"/>
            <w:vAlign w:val="center"/>
          </w:tcPr>
          <w:p w14:paraId="1CDC7FEE" w14:textId="77777777" w:rsidR="00854FA1" w:rsidRPr="00573F60" w:rsidRDefault="00854FA1" w:rsidP="00571F73">
            <w:pPr>
              <w:rPr>
                <w:rFonts w:asciiTheme="minorBidi" w:hAnsiTheme="minorBidi"/>
              </w:rPr>
            </w:pPr>
            <w:r w:rsidRPr="00573F60">
              <w:rPr>
                <w:rFonts w:asciiTheme="minorBidi" w:hAnsiTheme="minorBidi"/>
              </w:rPr>
              <w:t>Guanine nucleotide binding protein (G protein)</w:t>
            </w:r>
          </w:p>
        </w:tc>
        <w:tc>
          <w:tcPr>
            <w:tcW w:w="1361" w:type="dxa"/>
            <w:vAlign w:val="center"/>
          </w:tcPr>
          <w:p w14:paraId="52249132" w14:textId="77777777" w:rsidR="00854FA1" w:rsidRPr="00573F60" w:rsidRDefault="00854FA1" w:rsidP="00571F73">
            <w:pPr>
              <w:jc w:val="center"/>
              <w:rPr>
                <w:rFonts w:asciiTheme="minorBidi" w:hAnsiTheme="minorBidi"/>
              </w:rPr>
            </w:pPr>
            <w:r w:rsidRPr="00573F60">
              <w:rPr>
                <w:rFonts w:asciiTheme="minorBidi" w:hAnsiTheme="minorBidi"/>
                <w:color w:val="000000"/>
              </w:rPr>
              <w:t>0.09</w:t>
            </w:r>
          </w:p>
        </w:tc>
      </w:tr>
      <w:tr w:rsidR="00854FA1" w:rsidRPr="00573F60" w14:paraId="6B6D8133" w14:textId="77777777" w:rsidTr="00571F73">
        <w:trPr>
          <w:trHeight w:hRule="exact" w:val="284"/>
        </w:trPr>
        <w:tc>
          <w:tcPr>
            <w:tcW w:w="673" w:type="dxa"/>
            <w:vAlign w:val="center"/>
          </w:tcPr>
          <w:p w14:paraId="246EBB96" w14:textId="77777777" w:rsidR="00854FA1" w:rsidRPr="00573F60" w:rsidRDefault="00854FA1" w:rsidP="00571F73">
            <w:pPr>
              <w:jc w:val="center"/>
              <w:rPr>
                <w:rFonts w:asciiTheme="minorBidi" w:hAnsiTheme="minorBidi"/>
              </w:rPr>
            </w:pPr>
            <w:r w:rsidRPr="00573F60">
              <w:rPr>
                <w:rFonts w:asciiTheme="minorBidi" w:hAnsiTheme="minorBidi"/>
              </w:rPr>
              <w:t>6</w:t>
            </w:r>
          </w:p>
        </w:tc>
        <w:tc>
          <w:tcPr>
            <w:tcW w:w="1684" w:type="dxa"/>
            <w:vAlign w:val="center"/>
          </w:tcPr>
          <w:p w14:paraId="471F3C4A" w14:textId="77777777" w:rsidR="00854FA1" w:rsidRPr="00573F60" w:rsidRDefault="00854FA1" w:rsidP="00571F73">
            <w:pPr>
              <w:jc w:val="center"/>
              <w:rPr>
                <w:rFonts w:asciiTheme="minorBidi" w:hAnsiTheme="minorBidi"/>
              </w:rPr>
            </w:pPr>
            <w:r w:rsidRPr="00573F60">
              <w:rPr>
                <w:rFonts w:asciiTheme="minorBidi" w:hAnsiTheme="minorBidi"/>
                <w:color w:val="000000"/>
              </w:rPr>
              <w:t>A0A4W6CNV2</w:t>
            </w:r>
          </w:p>
        </w:tc>
        <w:tc>
          <w:tcPr>
            <w:tcW w:w="5293" w:type="dxa"/>
            <w:vAlign w:val="center"/>
          </w:tcPr>
          <w:p w14:paraId="1458B1B6" w14:textId="77777777" w:rsidR="00854FA1" w:rsidRPr="00573F60" w:rsidRDefault="00854FA1" w:rsidP="00571F73">
            <w:pPr>
              <w:rPr>
                <w:rFonts w:asciiTheme="minorBidi" w:hAnsiTheme="minorBidi"/>
              </w:rPr>
            </w:pPr>
            <w:r w:rsidRPr="00573F60">
              <w:rPr>
                <w:rFonts w:asciiTheme="minorBidi" w:hAnsiTheme="minorBidi"/>
              </w:rPr>
              <w:t>ATP synthase subunit beta (EC 7.1.2.2)</w:t>
            </w:r>
          </w:p>
        </w:tc>
        <w:tc>
          <w:tcPr>
            <w:tcW w:w="1361" w:type="dxa"/>
            <w:vAlign w:val="center"/>
          </w:tcPr>
          <w:p w14:paraId="29A649E4" w14:textId="77777777" w:rsidR="00854FA1" w:rsidRPr="00573F60" w:rsidRDefault="00854FA1" w:rsidP="00571F73">
            <w:pPr>
              <w:jc w:val="center"/>
              <w:rPr>
                <w:rFonts w:asciiTheme="minorBidi" w:hAnsiTheme="minorBidi"/>
              </w:rPr>
            </w:pPr>
            <w:r w:rsidRPr="00573F60">
              <w:rPr>
                <w:rFonts w:asciiTheme="minorBidi" w:hAnsiTheme="minorBidi"/>
                <w:color w:val="000000"/>
              </w:rPr>
              <w:t>0.09</w:t>
            </w:r>
          </w:p>
        </w:tc>
      </w:tr>
      <w:tr w:rsidR="00854FA1" w:rsidRPr="00573F60" w14:paraId="4E40C416" w14:textId="77777777" w:rsidTr="00571F73">
        <w:trPr>
          <w:trHeight w:hRule="exact" w:val="284"/>
        </w:trPr>
        <w:tc>
          <w:tcPr>
            <w:tcW w:w="673" w:type="dxa"/>
            <w:vAlign w:val="center"/>
          </w:tcPr>
          <w:p w14:paraId="63026568" w14:textId="77777777" w:rsidR="00854FA1" w:rsidRPr="00573F60" w:rsidRDefault="00854FA1" w:rsidP="00571F73">
            <w:pPr>
              <w:jc w:val="center"/>
              <w:rPr>
                <w:rFonts w:asciiTheme="minorBidi" w:hAnsiTheme="minorBidi"/>
              </w:rPr>
            </w:pPr>
            <w:r w:rsidRPr="00573F60">
              <w:rPr>
                <w:rFonts w:asciiTheme="minorBidi" w:hAnsiTheme="minorBidi"/>
              </w:rPr>
              <w:t>7</w:t>
            </w:r>
          </w:p>
        </w:tc>
        <w:tc>
          <w:tcPr>
            <w:tcW w:w="1684" w:type="dxa"/>
            <w:vAlign w:val="center"/>
          </w:tcPr>
          <w:p w14:paraId="6DF92590" w14:textId="77777777" w:rsidR="00854FA1" w:rsidRPr="00573F60" w:rsidRDefault="00854FA1" w:rsidP="00571F73">
            <w:pPr>
              <w:jc w:val="center"/>
              <w:rPr>
                <w:rFonts w:asciiTheme="minorBidi" w:hAnsiTheme="minorBidi"/>
              </w:rPr>
            </w:pPr>
            <w:r w:rsidRPr="00573F60">
              <w:rPr>
                <w:rFonts w:asciiTheme="minorBidi" w:hAnsiTheme="minorBidi"/>
                <w:color w:val="000000"/>
              </w:rPr>
              <w:t>A0A4W6BVV5</w:t>
            </w:r>
          </w:p>
        </w:tc>
        <w:tc>
          <w:tcPr>
            <w:tcW w:w="5293" w:type="dxa"/>
            <w:vAlign w:val="center"/>
          </w:tcPr>
          <w:p w14:paraId="0A22FCE7" w14:textId="77777777" w:rsidR="00854FA1" w:rsidRPr="00573F60" w:rsidRDefault="00854FA1" w:rsidP="00571F73">
            <w:pPr>
              <w:rPr>
                <w:rFonts w:asciiTheme="minorBidi" w:hAnsiTheme="minorBidi"/>
              </w:rPr>
            </w:pPr>
            <w:r w:rsidRPr="00573F60">
              <w:rPr>
                <w:rFonts w:asciiTheme="minorBidi" w:hAnsiTheme="minorBidi"/>
              </w:rPr>
              <w:t>Small ribosomal subunit protein uS2</w:t>
            </w:r>
          </w:p>
        </w:tc>
        <w:tc>
          <w:tcPr>
            <w:tcW w:w="1361" w:type="dxa"/>
            <w:vAlign w:val="center"/>
          </w:tcPr>
          <w:p w14:paraId="7B4CD97F" w14:textId="77777777" w:rsidR="00854FA1" w:rsidRPr="00573F60" w:rsidRDefault="00854FA1" w:rsidP="00571F73">
            <w:pPr>
              <w:jc w:val="center"/>
              <w:rPr>
                <w:rFonts w:asciiTheme="minorBidi" w:hAnsiTheme="minorBidi"/>
              </w:rPr>
            </w:pPr>
            <w:r w:rsidRPr="00573F60">
              <w:rPr>
                <w:rFonts w:asciiTheme="minorBidi" w:hAnsiTheme="minorBidi"/>
                <w:color w:val="000000"/>
              </w:rPr>
              <w:t>0.09</w:t>
            </w:r>
          </w:p>
        </w:tc>
      </w:tr>
      <w:tr w:rsidR="00854FA1" w:rsidRPr="00573F60" w14:paraId="38BA5DD1" w14:textId="77777777" w:rsidTr="00571F73">
        <w:trPr>
          <w:trHeight w:hRule="exact" w:val="284"/>
        </w:trPr>
        <w:tc>
          <w:tcPr>
            <w:tcW w:w="673" w:type="dxa"/>
            <w:vAlign w:val="center"/>
          </w:tcPr>
          <w:p w14:paraId="25AF7003" w14:textId="77777777" w:rsidR="00854FA1" w:rsidRPr="00573F60" w:rsidRDefault="00854FA1" w:rsidP="00571F73">
            <w:pPr>
              <w:jc w:val="center"/>
              <w:rPr>
                <w:rFonts w:asciiTheme="minorBidi" w:hAnsiTheme="minorBidi"/>
              </w:rPr>
            </w:pPr>
            <w:r w:rsidRPr="00573F60">
              <w:rPr>
                <w:rFonts w:asciiTheme="minorBidi" w:hAnsiTheme="minorBidi"/>
              </w:rPr>
              <w:t>8</w:t>
            </w:r>
          </w:p>
        </w:tc>
        <w:tc>
          <w:tcPr>
            <w:tcW w:w="1684" w:type="dxa"/>
            <w:vAlign w:val="center"/>
          </w:tcPr>
          <w:p w14:paraId="5668EBC5" w14:textId="77777777" w:rsidR="00854FA1" w:rsidRPr="00573F60" w:rsidRDefault="00854FA1" w:rsidP="00571F73">
            <w:pPr>
              <w:jc w:val="center"/>
              <w:rPr>
                <w:rFonts w:asciiTheme="minorBidi" w:hAnsiTheme="minorBidi"/>
              </w:rPr>
            </w:pPr>
            <w:r w:rsidRPr="00573F60">
              <w:rPr>
                <w:rFonts w:asciiTheme="minorBidi" w:hAnsiTheme="minorBidi"/>
                <w:color w:val="000000"/>
              </w:rPr>
              <w:t>A0A4W6DBS0</w:t>
            </w:r>
          </w:p>
        </w:tc>
        <w:tc>
          <w:tcPr>
            <w:tcW w:w="5293" w:type="dxa"/>
            <w:vAlign w:val="center"/>
          </w:tcPr>
          <w:p w14:paraId="1229C5C0" w14:textId="77777777" w:rsidR="00854FA1" w:rsidRPr="00573F60" w:rsidRDefault="00854FA1" w:rsidP="00571F73">
            <w:pPr>
              <w:rPr>
                <w:rFonts w:asciiTheme="minorBidi" w:hAnsiTheme="minorBidi"/>
              </w:rPr>
            </w:pPr>
            <w:r w:rsidRPr="00573F60">
              <w:rPr>
                <w:rFonts w:asciiTheme="minorBidi" w:hAnsiTheme="minorBidi"/>
              </w:rPr>
              <w:t>ADP ribosylation factor like GTPase 3b</w:t>
            </w:r>
          </w:p>
        </w:tc>
        <w:tc>
          <w:tcPr>
            <w:tcW w:w="1361" w:type="dxa"/>
            <w:vAlign w:val="center"/>
          </w:tcPr>
          <w:p w14:paraId="679420C7" w14:textId="77777777" w:rsidR="00854FA1" w:rsidRPr="00573F60" w:rsidRDefault="00854FA1" w:rsidP="00571F73">
            <w:pPr>
              <w:jc w:val="center"/>
              <w:rPr>
                <w:rFonts w:asciiTheme="minorBidi" w:hAnsiTheme="minorBidi"/>
              </w:rPr>
            </w:pPr>
            <w:r w:rsidRPr="00573F60">
              <w:rPr>
                <w:rFonts w:asciiTheme="minorBidi" w:hAnsiTheme="minorBidi"/>
                <w:color w:val="000000"/>
              </w:rPr>
              <w:t>0.10</w:t>
            </w:r>
          </w:p>
        </w:tc>
      </w:tr>
      <w:tr w:rsidR="00854FA1" w:rsidRPr="00573F60" w14:paraId="511F1667" w14:textId="77777777" w:rsidTr="00571F73">
        <w:trPr>
          <w:trHeight w:hRule="exact" w:val="284"/>
        </w:trPr>
        <w:tc>
          <w:tcPr>
            <w:tcW w:w="673" w:type="dxa"/>
            <w:vAlign w:val="center"/>
          </w:tcPr>
          <w:p w14:paraId="60ADE780" w14:textId="77777777" w:rsidR="00854FA1" w:rsidRPr="00573F60" w:rsidRDefault="00854FA1" w:rsidP="00571F73">
            <w:pPr>
              <w:jc w:val="center"/>
              <w:rPr>
                <w:rFonts w:asciiTheme="minorBidi" w:hAnsiTheme="minorBidi"/>
              </w:rPr>
            </w:pPr>
            <w:r w:rsidRPr="00573F60">
              <w:rPr>
                <w:rFonts w:asciiTheme="minorBidi" w:hAnsiTheme="minorBidi"/>
              </w:rPr>
              <w:t>9</w:t>
            </w:r>
          </w:p>
        </w:tc>
        <w:tc>
          <w:tcPr>
            <w:tcW w:w="1684" w:type="dxa"/>
            <w:vAlign w:val="center"/>
          </w:tcPr>
          <w:p w14:paraId="0A970BC5" w14:textId="77777777" w:rsidR="00854FA1" w:rsidRPr="00573F60" w:rsidRDefault="00854FA1" w:rsidP="00571F73">
            <w:pPr>
              <w:jc w:val="center"/>
              <w:rPr>
                <w:rFonts w:asciiTheme="minorBidi" w:hAnsiTheme="minorBidi"/>
              </w:rPr>
            </w:pPr>
            <w:r w:rsidRPr="00573F60">
              <w:rPr>
                <w:rFonts w:asciiTheme="minorBidi" w:hAnsiTheme="minorBidi"/>
                <w:color w:val="000000"/>
              </w:rPr>
              <w:t>A0A4W6CBE8</w:t>
            </w:r>
          </w:p>
        </w:tc>
        <w:tc>
          <w:tcPr>
            <w:tcW w:w="5293" w:type="dxa"/>
            <w:vAlign w:val="center"/>
          </w:tcPr>
          <w:p w14:paraId="5FAB381E" w14:textId="77777777" w:rsidR="00854FA1" w:rsidRPr="00573F60" w:rsidRDefault="00854FA1" w:rsidP="00571F73">
            <w:pPr>
              <w:rPr>
                <w:rFonts w:asciiTheme="minorBidi" w:hAnsiTheme="minorBidi"/>
              </w:rPr>
            </w:pPr>
            <w:r w:rsidRPr="00573F60">
              <w:rPr>
                <w:rFonts w:asciiTheme="minorBidi" w:hAnsiTheme="minorBidi"/>
              </w:rPr>
              <w:t xml:space="preserve">Solute carrier family 17 member 6 </w:t>
            </w:r>
          </w:p>
        </w:tc>
        <w:tc>
          <w:tcPr>
            <w:tcW w:w="1361" w:type="dxa"/>
            <w:vAlign w:val="center"/>
          </w:tcPr>
          <w:p w14:paraId="4694AF8A" w14:textId="77777777" w:rsidR="00854FA1" w:rsidRPr="00573F60" w:rsidRDefault="00854FA1" w:rsidP="00571F73">
            <w:pPr>
              <w:jc w:val="center"/>
              <w:rPr>
                <w:rFonts w:asciiTheme="minorBidi" w:hAnsiTheme="minorBidi"/>
              </w:rPr>
            </w:pPr>
            <w:r w:rsidRPr="00573F60">
              <w:rPr>
                <w:rFonts w:asciiTheme="minorBidi" w:hAnsiTheme="minorBidi"/>
                <w:color w:val="000000"/>
              </w:rPr>
              <w:t>0.15</w:t>
            </w:r>
          </w:p>
        </w:tc>
      </w:tr>
      <w:tr w:rsidR="00854FA1" w:rsidRPr="00573F60" w14:paraId="1CD6D83C" w14:textId="77777777" w:rsidTr="00571F73">
        <w:trPr>
          <w:trHeight w:hRule="exact" w:val="284"/>
        </w:trPr>
        <w:tc>
          <w:tcPr>
            <w:tcW w:w="673" w:type="dxa"/>
            <w:vAlign w:val="center"/>
          </w:tcPr>
          <w:p w14:paraId="30AB3C05" w14:textId="77777777" w:rsidR="00854FA1" w:rsidRPr="00573F60" w:rsidRDefault="00854FA1" w:rsidP="00571F73">
            <w:pPr>
              <w:jc w:val="center"/>
              <w:rPr>
                <w:rFonts w:asciiTheme="minorBidi" w:hAnsiTheme="minorBidi"/>
              </w:rPr>
            </w:pPr>
            <w:r w:rsidRPr="00573F60">
              <w:rPr>
                <w:rFonts w:asciiTheme="minorBidi" w:hAnsiTheme="minorBidi"/>
              </w:rPr>
              <w:t>10</w:t>
            </w:r>
          </w:p>
        </w:tc>
        <w:tc>
          <w:tcPr>
            <w:tcW w:w="1684" w:type="dxa"/>
            <w:vAlign w:val="center"/>
          </w:tcPr>
          <w:p w14:paraId="342A540C" w14:textId="77777777" w:rsidR="00854FA1" w:rsidRPr="00573F60" w:rsidRDefault="00854FA1" w:rsidP="00571F73">
            <w:pPr>
              <w:jc w:val="center"/>
              <w:rPr>
                <w:rFonts w:asciiTheme="minorBidi" w:hAnsiTheme="minorBidi"/>
              </w:rPr>
            </w:pPr>
            <w:r w:rsidRPr="00573F60">
              <w:rPr>
                <w:rFonts w:asciiTheme="minorBidi" w:hAnsiTheme="minorBidi"/>
                <w:color w:val="000000"/>
              </w:rPr>
              <w:t>A0A4W6DBM8</w:t>
            </w:r>
          </w:p>
        </w:tc>
        <w:tc>
          <w:tcPr>
            <w:tcW w:w="5293" w:type="dxa"/>
            <w:vAlign w:val="center"/>
          </w:tcPr>
          <w:p w14:paraId="56E72E18" w14:textId="77777777" w:rsidR="00854FA1" w:rsidRPr="00573F60" w:rsidRDefault="00854FA1" w:rsidP="00571F73">
            <w:pPr>
              <w:rPr>
                <w:rFonts w:asciiTheme="minorBidi" w:hAnsiTheme="minorBidi"/>
              </w:rPr>
            </w:pPr>
            <w:r w:rsidRPr="00573F60">
              <w:rPr>
                <w:rFonts w:asciiTheme="minorBidi" w:hAnsiTheme="minorBidi"/>
              </w:rPr>
              <w:t>Uncharacterized protein LOC108891021</w:t>
            </w:r>
          </w:p>
        </w:tc>
        <w:tc>
          <w:tcPr>
            <w:tcW w:w="1361" w:type="dxa"/>
            <w:vAlign w:val="center"/>
          </w:tcPr>
          <w:p w14:paraId="7DE03179" w14:textId="77777777" w:rsidR="00854FA1" w:rsidRPr="00573F60" w:rsidRDefault="00854FA1" w:rsidP="00571F73">
            <w:pPr>
              <w:jc w:val="center"/>
              <w:rPr>
                <w:rFonts w:asciiTheme="minorBidi" w:hAnsiTheme="minorBidi"/>
              </w:rPr>
            </w:pPr>
            <w:r w:rsidRPr="00573F60">
              <w:rPr>
                <w:rFonts w:asciiTheme="minorBidi" w:hAnsiTheme="minorBidi"/>
                <w:color w:val="000000"/>
              </w:rPr>
              <w:t>0.16</w:t>
            </w:r>
          </w:p>
        </w:tc>
      </w:tr>
    </w:tbl>
    <w:p w14:paraId="56231139" w14:textId="77777777" w:rsidR="006B7A2F" w:rsidRPr="006B7A2F" w:rsidRDefault="006B7A2F" w:rsidP="006B7A2F">
      <w:pPr>
        <w:spacing w:after="160" w:line="360" w:lineRule="auto"/>
        <w:jc w:val="both"/>
        <w:rPr>
          <w:rFonts w:ascii="Arial" w:eastAsia="Aptos" w:hAnsi="Arial" w:cs="Arial"/>
          <w:kern w:val="2"/>
          <w:sz w:val="20"/>
          <w:szCs w:val="20"/>
          <w:lang w:val="en-AU"/>
          <w14:ligatures w14:val="standardContextual"/>
        </w:rPr>
      </w:pPr>
      <w:r w:rsidRPr="006B7A2F">
        <w:rPr>
          <w:rFonts w:ascii="Arial" w:eastAsia="Aptos" w:hAnsi="Arial" w:cs="Arial"/>
          <w:kern w:val="2"/>
          <w:sz w:val="24"/>
          <w:szCs w:val="24"/>
          <w:lang w:val="en-AU"/>
          <w14:ligatures w14:val="standardContextual"/>
        </w:rPr>
        <w:t>*</w:t>
      </w:r>
      <w:r w:rsidRPr="006B7A2F">
        <w:rPr>
          <w:rFonts w:ascii="Arial" w:eastAsia="Aptos" w:hAnsi="Arial" w:cs="Arial"/>
          <w:kern w:val="2"/>
          <w:sz w:val="20"/>
          <w:szCs w:val="20"/>
          <w:lang w:val="en-AU"/>
          <w14:ligatures w14:val="standardContextual"/>
        </w:rPr>
        <w:t>Values &gt; 1.3 indicate more abundant in diet B, values &lt; 0.76 indicate less abundant in diet B</w:t>
      </w:r>
    </w:p>
    <w:p w14:paraId="547A0677" w14:textId="276066C6" w:rsidR="006B7A2F" w:rsidRDefault="006B7A2F" w:rsidP="006330E7">
      <w:pPr>
        <w:rPr>
          <w:rFonts w:asciiTheme="minorBidi" w:hAnsiTheme="minorBidi"/>
          <w:lang w:val="en-AU"/>
        </w:rPr>
      </w:pPr>
      <w:r>
        <w:rPr>
          <w:rFonts w:asciiTheme="minorBidi" w:hAnsiTheme="minorBidi"/>
          <w:lang w:val="en-AU"/>
        </w:rPr>
        <w:br/>
      </w:r>
    </w:p>
    <w:p w14:paraId="64D580A9" w14:textId="1AB6013A" w:rsidR="00854FA1" w:rsidRPr="007C618C" w:rsidRDefault="008809DE" w:rsidP="008809DE">
      <w:pPr>
        <w:jc w:val="both"/>
        <w:rPr>
          <w:rFonts w:asciiTheme="minorBidi" w:hAnsiTheme="minorBidi"/>
          <w:sz w:val="24"/>
          <w:szCs w:val="24"/>
          <w:lang w:val="en-AU"/>
        </w:rPr>
      </w:pPr>
      <w:r w:rsidRPr="007C618C">
        <w:rPr>
          <w:rFonts w:asciiTheme="minorBidi" w:hAnsiTheme="minorBidi"/>
          <w:noProof/>
          <w:sz w:val="24"/>
          <w:szCs w:val="24"/>
          <w:lang w:bidi="fa-IR"/>
        </w:rPr>
        <w:lastRenderedPageBreak/>
        <w:drawing>
          <wp:anchor distT="0" distB="0" distL="114300" distR="114300" simplePos="0" relativeHeight="251693568" behindDoc="0" locked="0" layoutInCell="1" allowOverlap="1" wp14:anchorId="77569849" wp14:editId="080EE472">
            <wp:simplePos x="0" y="0"/>
            <wp:positionH relativeFrom="margin">
              <wp:align>left</wp:align>
            </wp:positionH>
            <wp:positionV relativeFrom="paragraph">
              <wp:posOffset>28575</wp:posOffset>
            </wp:positionV>
            <wp:extent cx="5408199" cy="6840000"/>
            <wp:effectExtent l="0" t="0" r="2540" b="0"/>
            <wp:wrapThrough wrapText="bothSides">
              <wp:wrapPolygon edited="0">
                <wp:start x="0" y="0"/>
                <wp:lineTo x="0" y="21538"/>
                <wp:lineTo x="21534" y="21538"/>
                <wp:lineTo x="21534" y="0"/>
                <wp:lineTo x="0" y="0"/>
              </wp:wrapPolygon>
            </wp:wrapThrough>
            <wp:docPr id="40082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20509" name=""/>
                    <pic:cNvPicPr/>
                  </pic:nvPicPr>
                  <pic:blipFill>
                    <a:blip r:embed="rId10">
                      <a:extLst>
                        <a:ext uri="{28A0092B-C50C-407E-A947-70E740481C1C}">
                          <a14:useLocalDpi xmlns:a14="http://schemas.microsoft.com/office/drawing/2010/main" val="0"/>
                        </a:ext>
                      </a:extLst>
                    </a:blip>
                    <a:stretch>
                      <a:fillRect/>
                    </a:stretch>
                  </pic:blipFill>
                  <pic:spPr>
                    <a:xfrm>
                      <a:off x="0" y="0"/>
                      <a:ext cx="5408199" cy="6840000"/>
                    </a:xfrm>
                    <a:prstGeom prst="rect">
                      <a:avLst/>
                    </a:prstGeom>
                  </pic:spPr>
                </pic:pic>
              </a:graphicData>
            </a:graphic>
          </wp:anchor>
        </w:drawing>
      </w:r>
      <w:r w:rsidR="00854FA1" w:rsidRPr="007C618C">
        <w:rPr>
          <w:rFonts w:asciiTheme="minorBidi" w:eastAsia="Aptos" w:hAnsiTheme="minorBidi"/>
          <w:b/>
          <w:bCs/>
          <w:kern w:val="2"/>
          <w:sz w:val="24"/>
          <w:szCs w:val="24"/>
          <w:lang w:val="en-AU"/>
          <w14:ligatures w14:val="standardContextual"/>
        </w:rPr>
        <w:t>Figure 3.</w:t>
      </w:r>
      <w:r w:rsidR="00854FA1" w:rsidRPr="007C618C">
        <w:rPr>
          <w:rFonts w:asciiTheme="minorBidi" w:eastAsia="Aptos" w:hAnsiTheme="minorBidi"/>
          <w:kern w:val="2"/>
          <w:sz w:val="24"/>
          <w:szCs w:val="24"/>
          <w:lang w:val="en-AU"/>
          <w14:ligatures w14:val="standardContextual"/>
        </w:rPr>
        <w:t xml:space="preserve"> </w:t>
      </w:r>
      <w:r w:rsidR="00CE0094" w:rsidRPr="007C618C">
        <w:rPr>
          <w:rFonts w:asciiTheme="minorBidi" w:hAnsiTheme="minorBidi"/>
          <w:sz w:val="24"/>
          <w:szCs w:val="24"/>
        </w:rPr>
        <w:t>Top enriched GO terms in the DEPs of brain tissue from barramundi. A higher –log</w:t>
      </w:r>
      <w:r w:rsidR="00CE0094" w:rsidRPr="007C618C">
        <w:rPr>
          <w:rFonts w:ascii="Cambria Math" w:hAnsi="Cambria Math" w:cs="Cambria Math"/>
          <w:sz w:val="24"/>
          <w:szCs w:val="24"/>
        </w:rPr>
        <w:t>₁₀</w:t>
      </w:r>
      <w:r w:rsidR="00CE0094" w:rsidRPr="007C618C">
        <w:rPr>
          <w:rFonts w:asciiTheme="minorBidi" w:hAnsiTheme="minorBidi"/>
          <w:sz w:val="24"/>
          <w:szCs w:val="24"/>
        </w:rPr>
        <w:t>(p-value) (red) indicates greater statistical significance, while lower –log</w:t>
      </w:r>
      <w:r w:rsidR="00CE0094" w:rsidRPr="007C618C">
        <w:rPr>
          <w:rFonts w:ascii="Cambria Math" w:hAnsi="Cambria Math" w:cs="Cambria Math"/>
          <w:sz w:val="24"/>
          <w:szCs w:val="24"/>
        </w:rPr>
        <w:t>₁₀</w:t>
      </w:r>
      <w:r w:rsidR="00CE0094" w:rsidRPr="007C618C">
        <w:rPr>
          <w:rFonts w:asciiTheme="minorBidi" w:hAnsiTheme="minorBidi"/>
          <w:sz w:val="24"/>
          <w:szCs w:val="24"/>
        </w:rPr>
        <w:t>(p-value) (blue) values indicate less significant enrichment. Up indicates increased abundance in the brain of fish fed on diet B, while Down indicates decreased abundance in the brain of fish fed on diet B.</w:t>
      </w:r>
    </w:p>
    <w:p w14:paraId="52781BF6" w14:textId="77777777" w:rsidR="00854FA1" w:rsidRDefault="00854FA1">
      <w:pPr>
        <w:rPr>
          <w:rFonts w:asciiTheme="minorBidi" w:hAnsiTheme="minorBidi"/>
          <w:lang w:val="en-AU"/>
        </w:rPr>
      </w:pPr>
    </w:p>
    <w:p w14:paraId="71270AD1" w14:textId="77777777" w:rsidR="004430EC" w:rsidRPr="00573F60" w:rsidRDefault="004430EC" w:rsidP="004430EC">
      <w:pPr>
        <w:jc w:val="center"/>
        <w:rPr>
          <w:rFonts w:asciiTheme="minorBidi" w:hAnsiTheme="minorBidi"/>
          <w:lang w:bidi="fa-IR"/>
        </w:rPr>
      </w:pPr>
      <w:r w:rsidRPr="00573F60">
        <w:rPr>
          <w:rFonts w:asciiTheme="minorBidi" w:hAnsiTheme="minorBidi"/>
          <w:noProof/>
        </w:rPr>
        <w:drawing>
          <wp:inline distT="0" distB="0" distL="0" distR="0" wp14:anchorId="2C246166" wp14:editId="0AB9478C">
            <wp:extent cx="4225626" cy="4702682"/>
            <wp:effectExtent l="9207" t="0" r="0" b="0"/>
            <wp:docPr id="586120321" name="Picture 1" descr="A graph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0321" name="Picture 1" descr="A graph of a number of cells&#10;&#10;AI-generated content may be incorrect."/>
                    <pic:cNvPicPr/>
                  </pic:nvPicPr>
                  <pic:blipFill>
                    <a:blip r:embed="rId11"/>
                    <a:stretch>
                      <a:fillRect/>
                    </a:stretch>
                  </pic:blipFill>
                  <pic:spPr>
                    <a:xfrm rot="5400000">
                      <a:off x="0" y="0"/>
                      <a:ext cx="4234592" cy="4712660"/>
                    </a:xfrm>
                    <a:prstGeom prst="rect">
                      <a:avLst/>
                    </a:prstGeom>
                  </pic:spPr>
                </pic:pic>
              </a:graphicData>
            </a:graphic>
          </wp:inline>
        </w:drawing>
      </w:r>
    </w:p>
    <w:p w14:paraId="35C28AE0" w14:textId="374B938C" w:rsidR="00910CD5" w:rsidRPr="007C618C" w:rsidRDefault="00910CD5" w:rsidP="007C618C">
      <w:pPr>
        <w:jc w:val="both"/>
        <w:rPr>
          <w:rFonts w:asciiTheme="minorBidi" w:hAnsiTheme="minorBidi"/>
          <w:sz w:val="24"/>
          <w:szCs w:val="24"/>
        </w:rPr>
      </w:pPr>
      <w:r w:rsidRPr="007C618C">
        <w:rPr>
          <w:rFonts w:asciiTheme="minorBidi" w:hAnsiTheme="minorBidi"/>
          <w:b/>
          <w:bCs/>
          <w:sz w:val="24"/>
          <w:szCs w:val="24"/>
        </w:rPr>
        <w:t>Figure 4.</w:t>
      </w:r>
      <w:r w:rsidRPr="007C618C">
        <w:rPr>
          <w:rFonts w:asciiTheme="minorBidi" w:hAnsiTheme="minorBidi"/>
          <w:sz w:val="24"/>
          <w:szCs w:val="24"/>
        </w:rPr>
        <w:t xml:space="preserve"> Top KEGG pathways of the differentially abundant proteins in brain tissue </w:t>
      </w:r>
    </w:p>
    <w:p w14:paraId="7625E8C9" w14:textId="77777777" w:rsidR="00896933" w:rsidRDefault="00896933" w:rsidP="006330E7">
      <w:pPr>
        <w:rPr>
          <w:rFonts w:asciiTheme="minorBidi" w:hAnsiTheme="minorBidi"/>
          <w:lang w:val="en-AU"/>
        </w:rPr>
      </w:pPr>
    </w:p>
    <w:p w14:paraId="1F4ABD10" w14:textId="77777777" w:rsidR="004430EC" w:rsidRDefault="004430EC" w:rsidP="006330E7">
      <w:pPr>
        <w:rPr>
          <w:rFonts w:asciiTheme="minorBidi" w:hAnsiTheme="minorBidi"/>
          <w:lang w:val="en-AU"/>
        </w:rPr>
      </w:pPr>
    </w:p>
    <w:p w14:paraId="73725529" w14:textId="77777777" w:rsidR="004430EC" w:rsidRDefault="004430EC" w:rsidP="006330E7">
      <w:pPr>
        <w:rPr>
          <w:rFonts w:asciiTheme="minorBidi" w:hAnsiTheme="minorBidi"/>
          <w:lang w:val="en-AU"/>
        </w:rPr>
      </w:pPr>
    </w:p>
    <w:p w14:paraId="3CE9CE38" w14:textId="77777777" w:rsidR="004430EC" w:rsidRDefault="004430EC" w:rsidP="006330E7">
      <w:pPr>
        <w:rPr>
          <w:rFonts w:asciiTheme="minorBidi" w:hAnsiTheme="minorBidi"/>
          <w:lang w:val="en-AU"/>
        </w:rPr>
      </w:pPr>
    </w:p>
    <w:p w14:paraId="3846E7AD" w14:textId="77777777" w:rsidR="004430EC" w:rsidRDefault="004430EC" w:rsidP="006330E7">
      <w:pPr>
        <w:rPr>
          <w:rFonts w:asciiTheme="minorBidi" w:hAnsiTheme="minorBidi"/>
          <w:lang w:val="en-AU"/>
        </w:rPr>
      </w:pPr>
    </w:p>
    <w:p w14:paraId="16F4EB5C" w14:textId="77777777" w:rsidR="004430EC" w:rsidRDefault="004430EC" w:rsidP="006330E7">
      <w:pPr>
        <w:rPr>
          <w:rFonts w:asciiTheme="minorBidi" w:hAnsiTheme="minorBidi"/>
          <w:lang w:val="en-AU"/>
        </w:rPr>
      </w:pPr>
    </w:p>
    <w:p w14:paraId="0FE7CDE2" w14:textId="77777777" w:rsidR="004430EC" w:rsidRDefault="004430EC" w:rsidP="006330E7">
      <w:pPr>
        <w:rPr>
          <w:rFonts w:asciiTheme="minorBidi" w:hAnsiTheme="minorBidi"/>
          <w:lang w:val="en-AU"/>
        </w:rPr>
      </w:pPr>
    </w:p>
    <w:p w14:paraId="7931474F" w14:textId="77777777" w:rsidR="004430EC" w:rsidRDefault="004430EC" w:rsidP="006330E7">
      <w:pPr>
        <w:rPr>
          <w:rFonts w:asciiTheme="minorBidi" w:hAnsiTheme="minorBidi"/>
          <w:lang w:val="en-AU"/>
        </w:rPr>
      </w:pPr>
    </w:p>
    <w:p w14:paraId="26BE5987" w14:textId="77777777" w:rsidR="004430EC" w:rsidRDefault="004430EC" w:rsidP="006330E7">
      <w:pPr>
        <w:rPr>
          <w:rFonts w:asciiTheme="minorBidi" w:hAnsiTheme="minorBidi"/>
          <w:lang w:val="en-AU"/>
        </w:rPr>
      </w:pPr>
    </w:p>
    <w:p w14:paraId="352684E2" w14:textId="77777777" w:rsidR="004430EC" w:rsidRDefault="004430EC" w:rsidP="006330E7">
      <w:pPr>
        <w:rPr>
          <w:rFonts w:asciiTheme="minorBidi" w:hAnsiTheme="minorBidi"/>
          <w:lang w:val="en-AU"/>
        </w:rPr>
      </w:pPr>
    </w:p>
    <w:p w14:paraId="4BBBA59D" w14:textId="77777777" w:rsidR="00CF049A" w:rsidRDefault="00CF049A" w:rsidP="00CB781D">
      <w:pPr>
        <w:spacing w:after="160" w:line="278" w:lineRule="auto"/>
        <w:jc w:val="both"/>
        <w:rPr>
          <w:rFonts w:ascii="Arial" w:eastAsia="Aptos" w:hAnsi="Arial" w:cs="Arial"/>
          <w:b/>
          <w:bCs/>
          <w:kern w:val="2"/>
          <w:lang w:val="en-AU"/>
          <w14:ligatures w14:val="standardContextual"/>
        </w:rPr>
      </w:pPr>
    </w:p>
    <w:p w14:paraId="6CD78C2E" w14:textId="0D578BDA" w:rsidR="00CF049A" w:rsidRDefault="00CF049A" w:rsidP="00CB781D">
      <w:pPr>
        <w:spacing w:after="160" w:line="278" w:lineRule="auto"/>
        <w:jc w:val="both"/>
        <w:rPr>
          <w:rFonts w:ascii="Arial" w:eastAsia="Aptos" w:hAnsi="Arial" w:cs="Arial"/>
          <w:b/>
          <w:bCs/>
          <w:kern w:val="2"/>
          <w:lang w:val="en-AU"/>
          <w14:ligatures w14:val="standardContextual"/>
        </w:rPr>
      </w:pPr>
    </w:p>
    <w:p w14:paraId="501EF087" w14:textId="46608432" w:rsidR="00CB781D" w:rsidRPr="00CB781D" w:rsidRDefault="00CB781D" w:rsidP="00CB781D">
      <w:pPr>
        <w:jc w:val="right"/>
        <w:rPr>
          <w:rFonts w:asciiTheme="minorBidi" w:hAnsiTheme="minorBidi"/>
          <w:lang w:val="en-AU"/>
        </w:rPr>
      </w:pPr>
    </w:p>
    <w:p w14:paraId="494346E2" w14:textId="77777777" w:rsidR="007C618C" w:rsidRDefault="007C618C" w:rsidP="007C618C">
      <w:pPr>
        <w:spacing w:before="240" w:after="0" w:line="360" w:lineRule="auto"/>
        <w:ind w:firstLine="720"/>
        <w:jc w:val="center"/>
        <w:rPr>
          <w:rFonts w:asciiTheme="minorBidi" w:hAnsiTheme="minorBidi"/>
          <w:sz w:val="24"/>
          <w:szCs w:val="24"/>
        </w:rPr>
      </w:pPr>
    </w:p>
    <w:p w14:paraId="35031A54" w14:textId="77777777" w:rsidR="007C618C" w:rsidRDefault="007C618C" w:rsidP="007C618C">
      <w:pPr>
        <w:spacing w:before="240" w:after="0" w:line="360" w:lineRule="auto"/>
        <w:ind w:firstLine="720"/>
        <w:jc w:val="center"/>
        <w:rPr>
          <w:rFonts w:asciiTheme="minorBidi" w:hAnsiTheme="minorBidi"/>
          <w:sz w:val="24"/>
          <w:szCs w:val="24"/>
        </w:rPr>
      </w:pPr>
    </w:p>
    <w:p w14:paraId="5315D444" w14:textId="77777777" w:rsidR="007C618C" w:rsidRDefault="007C618C" w:rsidP="007C618C">
      <w:pPr>
        <w:spacing w:before="240" w:after="0" w:line="360" w:lineRule="auto"/>
        <w:ind w:firstLine="720"/>
        <w:jc w:val="center"/>
        <w:rPr>
          <w:rFonts w:asciiTheme="minorBidi" w:hAnsiTheme="minorBidi"/>
          <w:sz w:val="24"/>
          <w:szCs w:val="24"/>
        </w:rPr>
      </w:pPr>
      <w:r>
        <w:rPr>
          <w:rFonts w:asciiTheme="minorBidi" w:hAnsiTheme="minorBidi"/>
          <w:noProof/>
          <w:sz w:val="24"/>
          <w:szCs w:val="24"/>
        </w:rPr>
        <w:drawing>
          <wp:inline distT="0" distB="0" distL="0" distR="0" wp14:anchorId="4AECD5F7" wp14:editId="181F9314">
            <wp:extent cx="5314990" cy="4317558"/>
            <wp:effectExtent l="0" t="0" r="0" b="0"/>
            <wp:docPr id="1243546670" name="Picture 3" descr="A graph with green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46670" name="Picture 3" descr="A graph with green and red do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589" cy="4335916"/>
                    </a:xfrm>
                    <a:prstGeom prst="rect">
                      <a:avLst/>
                    </a:prstGeom>
                    <a:noFill/>
                  </pic:spPr>
                </pic:pic>
              </a:graphicData>
            </a:graphic>
          </wp:inline>
        </w:drawing>
      </w:r>
    </w:p>
    <w:p w14:paraId="077D270C" w14:textId="5D34A5CE" w:rsidR="007C618C" w:rsidRDefault="007C618C" w:rsidP="007C618C">
      <w:pPr>
        <w:spacing w:line="360" w:lineRule="auto"/>
        <w:jc w:val="both"/>
        <w:rPr>
          <w:rFonts w:ascii="Arial" w:eastAsia="Aptos" w:hAnsi="Arial" w:cs="Arial"/>
          <w:sz w:val="24"/>
          <w:szCs w:val="24"/>
        </w:rPr>
      </w:pPr>
      <w:r w:rsidRPr="0053627A">
        <w:rPr>
          <w:rFonts w:ascii="Arial" w:eastAsia="Aptos" w:hAnsi="Arial" w:cs="Arial"/>
          <w:b/>
          <w:bCs/>
          <w:sz w:val="24"/>
          <w:szCs w:val="24"/>
        </w:rPr>
        <w:t>Figure 5</w:t>
      </w:r>
      <w:r w:rsidRPr="0053627A">
        <w:rPr>
          <w:rFonts w:ascii="Arial" w:eastAsia="Aptos" w:hAnsi="Arial" w:cs="Arial"/>
          <w:sz w:val="24"/>
          <w:szCs w:val="24"/>
        </w:rPr>
        <w:t xml:space="preserve">. Partial least squares discriminant analysis (PLS-DA) of liver of barramundi fed on diet A and diet B displayed at 95% confidence intervals highlights the clustering of the sample based on their response to different diets. </w:t>
      </w:r>
    </w:p>
    <w:p w14:paraId="674FB1E0" w14:textId="77777777" w:rsidR="007C618C" w:rsidRDefault="007C618C" w:rsidP="007C618C">
      <w:pPr>
        <w:spacing w:line="278" w:lineRule="auto"/>
        <w:rPr>
          <w:rFonts w:ascii="Arial" w:eastAsia="Aptos" w:hAnsi="Arial" w:cs="Arial"/>
          <w:sz w:val="24"/>
          <w:szCs w:val="24"/>
        </w:rPr>
      </w:pPr>
      <w:r>
        <w:rPr>
          <w:rFonts w:ascii="Arial" w:eastAsia="Aptos" w:hAnsi="Arial" w:cs="Arial"/>
          <w:sz w:val="24"/>
          <w:szCs w:val="24"/>
        </w:rPr>
        <w:br w:type="page"/>
      </w:r>
    </w:p>
    <w:p w14:paraId="7767D941" w14:textId="77777777" w:rsidR="007C618C" w:rsidRDefault="007C618C" w:rsidP="007C618C">
      <w:pPr>
        <w:spacing w:line="278" w:lineRule="auto"/>
        <w:rPr>
          <w:rFonts w:ascii="Arial" w:eastAsia="Aptos" w:hAnsi="Arial" w:cs="Arial"/>
          <w:sz w:val="24"/>
          <w:szCs w:val="24"/>
        </w:rPr>
      </w:pPr>
    </w:p>
    <w:p w14:paraId="66068E9E" w14:textId="77777777" w:rsidR="007C618C" w:rsidRDefault="007C618C" w:rsidP="007C618C">
      <w:pPr>
        <w:spacing w:line="360" w:lineRule="auto"/>
        <w:jc w:val="center"/>
        <w:rPr>
          <w:rFonts w:ascii="Arial" w:eastAsia="Aptos" w:hAnsi="Arial" w:cs="Arial"/>
          <w:sz w:val="24"/>
          <w:szCs w:val="24"/>
        </w:rPr>
      </w:pPr>
      <w:r w:rsidRPr="00573F60">
        <w:rPr>
          <w:rFonts w:asciiTheme="minorBidi" w:hAnsiTheme="minorBidi"/>
          <w:noProof/>
        </w:rPr>
        <w:drawing>
          <wp:inline distT="0" distB="0" distL="0" distR="0" wp14:anchorId="7B8175DD" wp14:editId="3093911A">
            <wp:extent cx="5112689" cy="3935896"/>
            <wp:effectExtent l="0" t="0" r="0" b="7620"/>
            <wp:docPr id="532389034" name="Chart 1">
              <a:extLst xmlns:a="http://schemas.openxmlformats.org/drawingml/2006/main">
                <a:ext uri="{FF2B5EF4-FFF2-40B4-BE49-F238E27FC236}">
                  <a16:creationId xmlns:a16="http://schemas.microsoft.com/office/drawing/2014/main" id="{F2817367-3243-44D6-BA19-2633A5F0D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9A34EB" w14:textId="1EA761B6" w:rsidR="007C618C" w:rsidRDefault="007C618C" w:rsidP="007C618C">
      <w:pPr>
        <w:spacing w:line="360" w:lineRule="auto"/>
        <w:jc w:val="both"/>
        <w:rPr>
          <w:rFonts w:ascii="Arial" w:eastAsia="Aptos" w:hAnsi="Arial" w:cs="Arial"/>
          <w:sz w:val="24"/>
          <w:szCs w:val="24"/>
        </w:rPr>
      </w:pPr>
      <w:r w:rsidRPr="000A5713">
        <w:rPr>
          <w:rFonts w:ascii="Arial" w:eastAsia="Aptos" w:hAnsi="Arial" w:cs="Arial"/>
          <w:b/>
          <w:bCs/>
          <w:sz w:val="24"/>
          <w:szCs w:val="24"/>
        </w:rPr>
        <w:t>Figure 6</w:t>
      </w:r>
      <w:r w:rsidRPr="000A5713">
        <w:rPr>
          <w:rFonts w:ascii="Arial" w:eastAsia="Aptos" w:hAnsi="Arial" w:cs="Arial"/>
          <w:sz w:val="24"/>
          <w:szCs w:val="24"/>
        </w:rPr>
        <w:t>. Volcano plot illustrates significantly differentially abundant proteins in liver. The −log</w:t>
      </w:r>
      <w:r w:rsidRPr="000A5713">
        <w:rPr>
          <w:rFonts w:ascii="Arial" w:eastAsia="Aptos" w:hAnsi="Arial" w:cs="Arial"/>
          <w:sz w:val="24"/>
          <w:szCs w:val="24"/>
          <w:vertAlign w:val="subscript"/>
        </w:rPr>
        <w:t>10</w:t>
      </w:r>
      <w:r w:rsidRPr="000A5713">
        <w:rPr>
          <w:rFonts w:ascii="Arial" w:eastAsia="Aptos" w:hAnsi="Arial" w:cs="Arial"/>
          <w:sz w:val="24"/>
          <w:szCs w:val="24"/>
        </w:rPr>
        <w:t> (</w:t>
      </w:r>
      <w:r w:rsidRPr="000A5713">
        <w:rPr>
          <w:rFonts w:ascii="Arial" w:eastAsia="Aptos" w:hAnsi="Arial" w:cs="Arial"/>
          <w:i/>
          <w:iCs/>
          <w:sz w:val="24"/>
          <w:szCs w:val="24"/>
        </w:rPr>
        <w:t>P value</w:t>
      </w:r>
      <w:r w:rsidRPr="000A5713">
        <w:rPr>
          <w:rFonts w:ascii="Arial" w:eastAsia="Aptos" w:hAnsi="Arial" w:cs="Arial"/>
          <w:sz w:val="24"/>
          <w:szCs w:val="24"/>
        </w:rPr>
        <w:t>) is plotted against the log</w:t>
      </w:r>
      <w:r w:rsidRPr="000A5713">
        <w:rPr>
          <w:rFonts w:ascii="Arial" w:eastAsia="Aptos" w:hAnsi="Arial" w:cs="Arial"/>
          <w:sz w:val="24"/>
          <w:szCs w:val="24"/>
          <w:vertAlign w:val="subscript"/>
        </w:rPr>
        <w:t>2</w:t>
      </w:r>
      <w:r w:rsidRPr="000A5713">
        <w:rPr>
          <w:rFonts w:ascii="Arial" w:eastAsia="Aptos" w:hAnsi="Arial" w:cs="Arial"/>
          <w:sz w:val="24"/>
          <w:szCs w:val="24"/>
        </w:rPr>
        <w:t> (fold change: diet B/diet A).</w:t>
      </w:r>
    </w:p>
    <w:p w14:paraId="7D5B67D4" w14:textId="77777777" w:rsidR="00E25663" w:rsidRDefault="00E25663">
      <w:pPr>
        <w:rPr>
          <w:rFonts w:asciiTheme="minorBidi" w:hAnsiTheme="minorBidi"/>
          <w:sz w:val="24"/>
          <w:szCs w:val="24"/>
          <w:lang w:bidi="fa-IR"/>
        </w:rPr>
      </w:pPr>
      <w:r>
        <w:rPr>
          <w:rFonts w:asciiTheme="minorBidi" w:hAnsiTheme="minorBidi"/>
          <w:sz w:val="24"/>
          <w:szCs w:val="24"/>
        </w:rPr>
        <w:br w:type="page"/>
      </w:r>
    </w:p>
    <w:p w14:paraId="3222995F" w14:textId="6D7016D1" w:rsidR="00E25663" w:rsidRPr="00573F60" w:rsidRDefault="00E25663" w:rsidP="00E25663">
      <w:pPr>
        <w:rPr>
          <w:rFonts w:asciiTheme="minorBidi" w:hAnsiTheme="minorBidi"/>
          <w:sz w:val="24"/>
          <w:szCs w:val="24"/>
        </w:rPr>
      </w:pPr>
      <w:r w:rsidRPr="00573F60">
        <w:rPr>
          <w:rFonts w:asciiTheme="minorBidi" w:hAnsiTheme="minorBidi"/>
          <w:b/>
          <w:bCs/>
          <w:sz w:val="24"/>
          <w:szCs w:val="24"/>
        </w:rPr>
        <w:lastRenderedPageBreak/>
        <w:t xml:space="preserve">Table </w:t>
      </w:r>
      <w:r w:rsidR="009C41F5">
        <w:rPr>
          <w:rFonts w:asciiTheme="minorBidi" w:hAnsiTheme="minorBidi"/>
          <w:b/>
          <w:bCs/>
          <w:sz w:val="24"/>
          <w:szCs w:val="24"/>
        </w:rPr>
        <w:t>7</w:t>
      </w:r>
      <w:r w:rsidRPr="00573F60">
        <w:rPr>
          <w:rFonts w:asciiTheme="minorBidi" w:hAnsiTheme="minorBidi"/>
          <w:b/>
          <w:bCs/>
          <w:sz w:val="24"/>
          <w:szCs w:val="24"/>
        </w:rPr>
        <w:t>.</w:t>
      </w:r>
      <w:r w:rsidRPr="00573F60">
        <w:rPr>
          <w:rFonts w:asciiTheme="minorBidi" w:hAnsiTheme="minorBidi"/>
          <w:sz w:val="24"/>
          <w:szCs w:val="24"/>
        </w:rPr>
        <w:t xml:space="preserve"> Top </w:t>
      </w:r>
      <w:r w:rsidR="00910CD5">
        <w:rPr>
          <w:rFonts w:asciiTheme="minorBidi" w:hAnsiTheme="minorBidi"/>
          <w:sz w:val="24"/>
          <w:szCs w:val="24"/>
          <w:lang w:bidi="fa-IR"/>
        </w:rPr>
        <w:t xml:space="preserve">ten </w:t>
      </w:r>
      <w:r w:rsidRPr="00573F60">
        <w:rPr>
          <w:rFonts w:asciiTheme="minorBidi" w:hAnsiTheme="minorBidi"/>
          <w:sz w:val="24"/>
          <w:szCs w:val="24"/>
        </w:rPr>
        <w:t xml:space="preserve">DEPs in the Liver tissue </w:t>
      </w:r>
    </w:p>
    <w:tbl>
      <w:tblPr>
        <w:tblStyle w:val="TableGrid"/>
        <w:tblpPr w:leftFromText="180" w:rightFromText="180" w:vertAnchor="text" w:horzAnchor="margin" w:tblpY="125"/>
        <w:tblW w:w="0" w:type="auto"/>
        <w:tblLook w:val="04A0" w:firstRow="1" w:lastRow="0" w:firstColumn="1" w:lastColumn="0" w:noHBand="0" w:noVBand="1"/>
      </w:tblPr>
      <w:tblGrid>
        <w:gridCol w:w="723"/>
        <w:gridCol w:w="1742"/>
        <w:gridCol w:w="5108"/>
        <w:gridCol w:w="1057"/>
      </w:tblGrid>
      <w:tr w:rsidR="00E25663" w:rsidRPr="00573F60" w14:paraId="06EBD594" w14:textId="77777777" w:rsidTr="00973AE4">
        <w:trPr>
          <w:trHeight w:val="429"/>
        </w:trPr>
        <w:tc>
          <w:tcPr>
            <w:tcW w:w="674" w:type="dxa"/>
            <w:vAlign w:val="center"/>
          </w:tcPr>
          <w:p w14:paraId="74628D9A" w14:textId="77777777" w:rsidR="00E25663" w:rsidRPr="00573F60" w:rsidRDefault="00E25663" w:rsidP="00973AE4">
            <w:pPr>
              <w:jc w:val="center"/>
              <w:rPr>
                <w:rFonts w:asciiTheme="minorBidi" w:hAnsiTheme="minorBidi"/>
                <w:b/>
                <w:bCs/>
                <w:sz w:val="24"/>
                <w:szCs w:val="24"/>
              </w:rPr>
            </w:pPr>
            <w:r w:rsidRPr="00573F60">
              <w:rPr>
                <w:rFonts w:asciiTheme="minorBidi" w:hAnsiTheme="minorBidi"/>
                <w:b/>
                <w:bCs/>
                <w:sz w:val="24"/>
                <w:szCs w:val="24"/>
              </w:rPr>
              <w:t>Row</w:t>
            </w:r>
          </w:p>
        </w:tc>
        <w:tc>
          <w:tcPr>
            <w:tcW w:w="1745" w:type="dxa"/>
            <w:vAlign w:val="center"/>
          </w:tcPr>
          <w:p w14:paraId="03DF40B7" w14:textId="77777777" w:rsidR="00E25663" w:rsidRPr="00573F60" w:rsidRDefault="00E25663" w:rsidP="00973AE4">
            <w:pPr>
              <w:rPr>
                <w:rFonts w:asciiTheme="minorBidi" w:hAnsiTheme="minorBidi"/>
                <w:b/>
                <w:bCs/>
                <w:sz w:val="24"/>
                <w:szCs w:val="24"/>
              </w:rPr>
            </w:pPr>
            <w:r w:rsidRPr="00573F60">
              <w:rPr>
                <w:rFonts w:asciiTheme="minorBidi" w:hAnsiTheme="minorBidi"/>
                <w:b/>
                <w:bCs/>
                <w:sz w:val="24"/>
                <w:szCs w:val="24"/>
              </w:rPr>
              <w:t>Protein ID</w:t>
            </w:r>
          </w:p>
        </w:tc>
        <w:tc>
          <w:tcPr>
            <w:tcW w:w="5335" w:type="dxa"/>
            <w:vAlign w:val="center"/>
          </w:tcPr>
          <w:p w14:paraId="26C25205" w14:textId="77777777" w:rsidR="00E25663" w:rsidRPr="00573F60" w:rsidRDefault="00E25663" w:rsidP="00973AE4">
            <w:pPr>
              <w:rPr>
                <w:rFonts w:asciiTheme="minorBidi" w:hAnsiTheme="minorBidi"/>
                <w:b/>
                <w:bCs/>
                <w:sz w:val="24"/>
                <w:szCs w:val="24"/>
              </w:rPr>
            </w:pPr>
            <w:r w:rsidRPr="00573F60">
              <w:rPr>
                <w:rFonts w:asciiTheme="minorBidi" w:hAnsiTheme="minorBidi"/>
                <w:b/>
                <w:bCs/>
                <w:sz w:val="24"/>
                <w:szCs w:val="24"/>
              </w:rPr>
              <w:t>Protein Name</w:t>
            </w:r>
          </w:p>
        </w:tc>
        <w:tc>
          <w:tcPr>
            <w:tcW w:w="903" w:type="dxa"/>
            <w:vAlign w:val="center"/>
          </w:tcPr>
          <w:p w14:paraId="07D163BC" w14:textId="77777777" w:rsidR="00E25663" w:rsidRPr="00573F60" w:rsidRDefault="00E25663" w:rsidP="00973AE4">
            <w:pPr>
              <w:jc w:val="center"/>
              <w:rPr>
                <w:rFonts w:asciiTheme="minorBidi" w:hAnsiTheme="minorBidi"/>
                <w:b/>
                <w:bCs/>
                <w:sz w:val="24"/>
                <w:szCs w:val="24"/>
              </w:rPr>
            </w:pPr>
            <w:r w:rsidRPr="00573F60">
              <w:rPr>
                <w:rFonts w:asciiTheme="minorBidi" w:hAnsiTheme="minorBidi"/>
                <w:b/>
                <w:bCs/>
                <w:sz w:val="24"/>
                <w:szCs w:val="24"/>
              </w:rPr>
              <w:t>Fold* change</w:t>
            </w:r>
          </w:p>
        </w:tc>
      </w:tr>
      <w:tr w:rsidR="00E25663" w:rsidRPr="00573F60" w14:paraId="19E3BE16" w14:textId="77777777" w:rsidTr="00973AE4">
        <w:trPr>
          <w:trHeight w:val="249"/>
        </w:trPr>
        <w:tc>
          <w:tcPr>
            <w:tcW w:w="8657" w:type="dxa"/>
            <w:gridSpan w:val="4"/>
            <w:vAlign w:val="center"/>
          </w:tcPr>
          <w:p w14:paraId="206D3DAC" w14:textId="77777777" w:rsidR="00E25663" w:rsidRPr="00865452" w:rsidRDefault="00E25663" w:rsidP="00973AE4">
            <w:pPr>
              <w:jc w:val="center"/>
              <w:rPr>
                <w:rFonts w:asciiTheme="minorBidi" w:hAnsiTheme="minorBidi"/>
                <w:b/>
                <w:bCs/>
                <w:sz w:val="20"/>
                <w:szCs w:val="20"/>
              </w:rPr>
            </w:pPr>
            <w:r w:rsidRPr="00865452">
              <w:rPr>
                <w:rFonts w:asciiTheme="minorBidi" w:hAnsiTheme="minorBidi"/>
                <w:b/>
                <w:bCs/>
              </w:rPr>
              <w:t>Increased abundance in diet B</w:t>
            </w:r>
          </w:p>
        </w:tc>
      </w:tr>
      <w:tr w:rsidR="00E25663" w:rsidRPr="00573F60" w14:paraId="1A9516E2" w14:textId="77777777" w:rsidTr="00973AE4">
        <w:trPr>
          <w:trHeight w:val="249"/>
        </w:trPr>
        <w:tc>
          <w:tcPr>
            <w:tcW w:w="674" w:type="dxa"/>
            <w:vAlign w:val="center"/>
          </w:tcPr>
          <w:p w14:paraId="51001A39"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w:t>
            </w:r>
          </w:p>
        </w:tc>
        <w:tc>
          <w:tcPr>
            <w:tcW w:w="1745" w:type="dxa"/>
            <w:vAlign w:val="center"/>
          </w:tcPr>
          <w:p w14:paraId="0BFADA72" w14:textId="77777777" w:rsidR="00E25663" w:rsidRPr="00573F60" w:rsidRDefault="00E25663" w:rsidP="00973AE4">
            <w:pPr>
              <w:jc w:val="center"/>
              <w:rPr>
                <w:rFonts w:asciiTheme="minorBidi" w:hAnsiTheme="minorBidi"/>
                <w:color w:val="000000"/>
              </w:rPr>
            </w:pPr>
            <w:r w:rsidRPr="00573F60">
              <w:rPr>
                <w:rFonts w:asciiTheme="minorBidi" w:hAnsiTheme="minorBidi"/>
                <w:color w:val="000000"/>
              </w:rPr>
              <w:t>A0A4W6G873</w:t>
            </w:r>
          </w:p>
        </w:tc>
        <w:tc>
          <w:tcPr>
            <w:tcW w:w="5335" w:type="dxa"/>
            <w:vAlign w:val="center"/>
          </w:tcPr>
          <w:p w14:paraId="319B03CF" w14:textId="77777777" w:rsidR="00E25663" w:rsidRPr="00573F60" w:rsidRDefault="00E25663" w:rsidP="00973AE4">
            <w:pPr>
              <w:rPr>
                <w:rFonts w:asciiTheme="minorBidi" w:hAnsiTheme="minorBidi"/>
                <w:color w:val="000000"/>
              </w:rPr>
            </w:pPr>
            <w:r w:rsidRPr="00573F60">
              <w:rPr>
                <w:rFonts w:asciiTheme="minorBidi" w:hAnsiTheme="minorBidi"/>
                <w:color w:val="000000"/>
              </w:rPr>
              <w:t>pancreatic elastase II</w:t>
            </w:r>
          </w:p>
        </w:tc>
        <w:tc>
          <w:tcPr>
            <w:tcW w:w="903" w:type="dxa"/>
            <w:vAlign w:val="center"/>
          </w:tcPr>
          <w:p w14:paraId="22EDDF1D" w14:textId="77777777" w:rsidR="00E25663" w:rsidRPr="00573F60" w:rsidRDefault="00E25663" w:rsidP="00973AE4">
            <w:pPr>
              <w:jc w:val="center"/>
              <w:rPr>
                <w:rFonts w:asciiTheme="minorBidi" w:hAnsiTheme="minorBidi"/>
                <w:color w:val="000000"/>
              </w:rPr>
            </w:pPr>
            <w:r w:rsidRPr="00573F60">
              <w:rPr>
                <w:rFonts w:asciiTheme="minorBidi" w:hAnsiTheme="minorBidi"/>
                <w:color w:val="000000"/>
              </w:rPr>
              <w:t>7.13</w:t>
            </w:r>
          </w:p>
        </w:tc>
      </w:tr>
      <w:tr w:rsidR="00E25663" w:rsidRPr="00573F60" w14:paraId="195C7FF6" w14:textId="77777777" w:rsidTr="00973AE4">
        <w:trPr>
          <w:trHeight w:val="249"/>
        </w:trPr>
        <w:tc>
          <w:tcPr>
            <w:tcW w:w="674" w:type="dxa"/>
            <w:vAlign w:val="center"/>
          </w:tcPr>
          <w:p w14:paraId="649B8A2E"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2</w:t>
            </w:r>
          </w:p>
        </w:tc>
        <w:tc>
          <w:tcPr>
            <w:tcW w:w="1745" w:type="dxa"/>
            <w:vAlign w:val="center"/>
          </w:tcPr>
          <w:p w14:paraId="3E10FBC0"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A0A4W6CY37</w:t>
            </w:r>
          </w:p>
        </w:tc>
        <w:tc>
          <w:tcPr>
            <w:tcW w:w="5335" w:type="dxa"/>
            <w:vAlign w:val="center"/>
          </w:tcPr>
          <w:p w14:paraId="2C96C3F3"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Chymotrypsin-like</w:t>
            </w:r>
          </w:p>
        </w:tc>
        <w:tc>
          <w:tcPr>
            <w:tcW w:w="903" w:type="dxa"/>
            <w:vAlign w:val="center"/>
          </w:tcPr>
          <w:p w14:paraId="2EE81AE5"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7.04</w:t>
            </w:r>
          </w:p>
        </w:tc>
      </w:tr>
      <w:tr w:rsidR="00E25663" w:rsidRPr="00573F60" w14:paraId="63DDCDC9" w14:textId="77777777" w:rsidTr="00973AE4">
        <w:trPr>
          <w:trHeight w:val="249"/>
        </w:trPr>
        <w:tc>
          <w:tcPr>
            <w:tcW w:w="674" w:type="dxa"/>
            <w:vAlign w:val="center"/>
          </w:tcPr>
          <w:p w14:paraId="0CA5BFC3"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3</w:t>
            </w:r>
          </w:p>
        </w:tc>
        <w:tc>
          <w:tcPr>
            <w:tcW w:w="1745" w:type="dxa"/>
            <w:vAlign w:val="center"/>
          </w:tcPr>
          <w:p w14:paraId="4DBA4294"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A0A4W6FQC7</w:t>
            </w:r>
          </w:p>
        </w:tc>
        <w:tc>
          <w:tcPr>
            <w:tcW w:w="5335" w:type="dxa"/>
            <w:vAlign w:val="center"/>
          </w:tcPr>
          <w:p w14:paraId="7D98FE14" w14:textId="77777777" w:rsidR="00E25663" w:rsidRPr="00573F60" w:rsidRDefault="00E25663" w:rsidP="00973AE4">
            <w:pPr>
              <w:tabs>
                <w:tab w:val="left" w:pos="1080"/>
              </w:tabs>
              <w:rPr>
                <w:rFonts w:asciiTheme="minorBidi" w:hAnsiTheme="minorBidi"/>
                <w:sz w:val="20"/>
                <w:szCs w:val="20"/>
              </w:rPr>
            </w:pPr>
            <w:r w:rsidRPr="00573F60">
              <w:rPr>
                <w:rFonts w:asciiTheme="minorBidi" w:hAnsiTheme="minorBidi"/>
                <w:color w:val="000000"/>
              </w:rPr>
              <w:t>Vesicle transport protein USE1</w:t>
            </w:r>
          </w:p>
        </w:tc>
        <w:tc>
          <w:tcPr>
            <w:tcW w:w="903" w:type="dxa"/>
            <w:vAlign w:val="center"/>
          </w:tcPr>
          <w:p w14:paraId="71584F0E"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6.99</w:t>
            </w:r>
          </w:p>
        </w:tc>
      </w:tr>
      <w:tr w:rsidR="00E25663" w:rsidRPr="00573F60" w14:paraId="06A55EE2" w14:textId="77777777" w:rsidTr="00973AE4">
        <w:trPr>
          <w:trHeight w:val="249"/>
        </w:trPr>
        <w:tc>
          <w:tcPr>
            <w:tcW w:w="674" w:type="dxa"/>
            <w:vAlign w:val="center"/>
          </w:tcPr>
          <w:p w14:paraId="4F2C820B"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4</w:t>
            </w:r>
          </w:p>
        </w:tc>
        <w:tc>
          <w:tcPr>
            <w:tcW w:w="1745" w:type="dxa"/>
            <w:vAlign w:val="center"/>
          </w:tcPr>
          <w:p w14:paraId="7985BAA8"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A0A4W6D8E6</w:t>
            </w:r>
          </w:p>
        </w:tc>
        <w:tc>
          <w:tcPr>
            <w:tcW w:w="5335" w:type="dxa"/>
            <w:vAlign w:val="center"/>
          </w:tcPr>
          <w:p w14:paraId="1A56B6FE"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Lin-9 DREAM MuvB core complex component</w:t>
            </w:r>
          </w:p>
        </w:tc>
        <w:tc>
          <w:tcPr>
            <w:tcW w:w="903" w:type="dxa"/>
            <w:vAlign w:val="center"/>
          </w:tcPr>
          <w:p w14:paraId="0BB700C6"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5.05</w:t>
            </w:r>
          </w:p>
        </w:tc>
      </w:tr>
      <w:tr w:rsidR="00E25663" w:rsidRPr="00573F60" w14:paraId="3C69D3F1" w14:textId="77777777" w:rsidTr="00973AE4">
        <w:trPr>
          <w:trHeight w:val="249"/>
        </w:trPr>
        <w:tc>
          <w:tcPr>
            <w:tcW w:w="674" w:type="dxa"/>
            <w:vAlign w:val="center"/>
          </w:tcPr>
          <w:p w14:paraId="1135CB5D"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5</w:t>
            </w:r>
          </w:p>
        </w:tc>
        <w:tc>
          <w:tcPr>
            <w:tcW w:w="1745" w:type="dxa"/>
            <w:vAlign w:val="center"/>
          </w:tcPr>
          <w:p w14:paraId="57C7584B"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A0A4W6BK05</w:t>
            </w:r>
          </w:p>
        </w:tc>
        <w:tc>
          <w:tcPr>
            <w:tcW w:w="5335" w:type="dxa"/>
            <w:vAlign w:val="center"/>
          </w:tcPr>
          <w:p w14:paraId="15932737" w14:textId="77777777" w:rsidR="00E25663" w:rsidRPr="00573F60" w:rsidRDefault="00E25663" w:rsidP="00973AE4">
            <w:pPr>
              <w:tabs>
                <w:tab w:val="left" w:pos="1080"/>
              </w:tabs>
              <w:rPr>
                <w:rFonts w:asciiTheme="minorBidi" w:hAnsiTheme="minorBidi"/>
                <w:sz w:val="20"/>
                <w:szCs w:val="20"/>
              </w:rPr>
            </w:pPr>
            <w:r w:rsidRPr="00573F60">
              <w:rPr>
                <w:rFonts w:asciiTheme="minorBidi" w:hAnsiTheme="minorBidi"/>
                <w:color w:val="000000"/>
              </w:rPr>
              <w:t>RNA helicase</w:t>
            </w:r>
          </w:p>
        </w:tc>
        <w:tc>
          <w:tcPr>
            <w:tcW w:w="903" w:type="dxa"/>
            <w:vAlign w:val="center"/>
          </w:tcPr>
          <w:p w14:paraId="49542705"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4.86</w:t>
            </w:r>
          </w:p>
        </w:tc>
      </w:tr>
      <w:tr w:rsidR="00E25663" w:rsidRPr="00573F60" w14:paraId="7B5FB572" w14:textId="77777777" w:rsidTr="00973AE4">
        <w:trPr>
          <w:trHeight w:val="232"/>
        </w:trPr>
        <w:tc>
          <w:tcPr>
            <w:tcW w:w="674" w:type="dxa"/>
            <w:vAlign w:val="center"/>
          </w:tcPr>
          <w:p w14:paraId="42F49852"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6</w:t>
            </w:r>
          </w:p>
        </w:tc>
        <w:tc>
          <w:tcPr>
            <w:tcW w:w="1745" w:type="dxa"/>
            <w:vAlign w:val="center"/>
          </w:tcPr>
          <w:p w14:paraId="3C845E7A"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A0A4W6DXB6</w:t>
            </w:r>
          </w:p>
        </w:tc>
        <w:tc>
          <w:tcPr>
            <w:tcW w:w="5335" w:type="dxa"/>
            <w:vAlign w:val="center"/>
          </w:tcPr>
          <w:p w14:paraId="3D293C3F" w14:textId="77777777" w:rsidR="00E25663" w:rsidRPr="00573F60" w:rsidRDefault="00E25663" w:rsidP="00973AE4">
            <w:pPr>
              <w:tabs>
                <w:tab w:val="left" w:pos="1290"/>
              </w:tabs>
              <w:rPr>
                <w:rFonts w:asciiTheme="minorBidi" w:hAnsiTheme="minorBidi"/>
                <w:sz w:val="20"/>
                <w:szCs w:val="20"/>
              </w:rPr>
            </w:pPr>
            <w:r w:rsidRPr="00573F60">
              <w:rPr>
                <w:rFonts w:asciiTheme="minorBidi" w:hAnsiTheme="minorBidi"/>
                <w:color w:val="000000"/>
              </w:rPr>
              <w:t>Dematin actin binding protein</w:t>
            </w:r>
          </w:p>
        </w:tc>
        <w:tc>
          <w:tcPr>
            <w:tcW w:w="903" w:type="dxa"/>
            <w:vAlign w:val="center"/>
          </w:tcPr>
          <w:p w14:paraId="71F91320"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4.74</w:t>
            </w:r>
          </w:p>
        </w:tc>
      </w:tr>
      <w:tr w:rsidR="00E25663" w:rsidRPr="00573F60" w14:paraId="32EF17AE" w14:textId="77777777" w:rsidTr="00973AE4">
        <w:trPr>
          <w:trHeight w:val="249"/>
        </w:trPr>
        <w:tc>
          <w:tcPr>
            <w:tcW w:w="674" w:type="dxa"/>
            <w:vAlign w:val="center"/>
          </w:tcPr>
          <w:p w14:paraId="21C0DC50"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7</w:t>
            </w:r>
          </w:p>
        </w:tc>
        <w:tc>
          <w:tcPr>
            <w:tcW w:w="1745" w:type="dxa"/>
            <w:vAlign w:val="center"/>
          </w:tcPr>
          <w:p w14:paraId="7ED0B350"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A0A4W6FXS8</w:t>
            </w:r>
          </w:p>
        </w:tc>
        <w:tc>
          <w:tcPr>
            <w:tcW w:w="5335" w:type="dxa"/>
            <w:vAlign w:val="center"/>
          </w:tcPr>
          <w:p w14:paraId="277C047E"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Myoglobin</w:t>
            </w:r>
          </w:p>
        </w:tc>
        <w:tc>
          <w:tcPr>
            <w:tcW w:w="903" w:type="dxa"/>
            <w:vAlign w:val="center"/>
          </w:tcPr>
          <w:p w14:paraId="5BC51623"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3.91</w:t>
            </w:r>
          </w:p>
        </w:tc>
      </w:tr>
      <w:tr w:rsidR="00E25663" w:rsidRPr="00573F60" w14:paraId="39C60A10" w14:textId="77777777" w:rsidTr="00973AE4">
        <w:trPr>
          <w:trHeight w:val="249"/>
        </w:trPr>
        <w:tc>
          <w:tcPr>
            <w:tcW w:w="674" w:type="dxa"/>
            <w:vAlign w:val="center"/>
          </w:tcPr>
          <w:p w14:paraId="196C3552"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8</w:t>
            </w:r>
          </w:p>
        </w:tc>
        <w:tc>
          <w:tcPr>
            <w:tcW w:w="1745" w:type="dxa"/>
            <w:vAlign w:val="center"/>
          </w:tcPr>
          <w:p w14:paraId="67464CB9"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A0A4W6CMS6</w:t>
            </w:r>
          </w:p>
        </w:tc>
        <w:tc>
          <w:tcPr>
            <w:tcW w:w="5335" w:type="dxa"/>
            <w:vAlign w:val="center"/>
          </w:tcPr>
          <w:p w14:paraId="0EFA4F6B"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O-acyltransferase</w:t>
            </w:r>
          </w:p>
        </w:tc>
        <w:tc>
          <w:tcPr>
            <w:tcW w:w="903" w:type="dxa"/>
            <w:vAlign w:val="center"/>
          </w:tcPr>
          <w:p w14:paraId="33C5792A"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3.89</w:t>
            </w:r>
          </w:p>
        </w:tc>
      </w:tr>
      <w:tr w:rsidR="00E25663" w:rsidRPr="00573F60" w14:paraId="53B4F610" w14:textId="77777777" w:rsidTr="00973AE4">
        <w:trPr>
          <w:trHeight w:val="249"/>
        </w:trPr>
        <w:tc>
          <w:tcPr>
            <w:tcW w:w="674" w:type="dxa"/>
            <w:vAlign w:val="center"/>
          </w:tcPr>
          <w:p w14:paraId="7D7CDE6D"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9</w:t>
            </w:r>
          </w:p>
        </w:tc>
        <w:tc>
          <w:tcPr>
            <w:tcW w:w="1745" w:type="dxa"/>
            <w:vAlign w:val="center"/>
          </w:tcPr>
          <w:p w14:paraId="3A6DFAE7"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A0A4W6F0G8</w:t>
            </w:r>
          </w:p>
        </w:tc>
        <w:tc>
          <w:tcPr>
            <w:tcW w:w="5335" w:type="dxa"/>
            <w:vAlign w:val="center"/>
          </w:tcPr>
          <w:p w14:paraId="283F3AC6"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SPRY domain containing 4</w:t>
            </w:r>
          </w:p>
        </w:tc>
        <w:tc>
          <w:tcPr>
            <w:tcW w:w="903" w:type="dxa"/>
            <w:vAlign w:val="center"/>
          </w:tcPr>
          <w:p w14:paraId="1CBE8304"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3.81</w:t>
            </w:r>
          </w:p>
        </w:tc>
      </w:tr>
      <w:tr w:rsidR="00E25663" w:rsidRPr="00573F60" w14:paraId="7DA4FFC5" w14:textId="77777777" w:rsidTr="00973AE4">
        <w:trPr>
          <w:trHeight w:val="249"/>
        </w:trPr>
        <w:tc>
          <w:tcPr>
            <w:tcW w:w="674" w:type="dxa"/>
            <w:vAlign w:val="center"/>
          </w:tcPr>
          <w:p w14:paraId="605093D6"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10</w:t>
            </w:r>
          </w:p>
        </w:tc>
        <w:tc>
          <w:tcPr>
            <w:tcW w:w="1745" w:type="dxa"/>
            <w:vAlign w:val="center"/>
          </w:tcPr>
          <w:p w14:paraId="0E445249"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A0A4W6E876</w:t>
            </w:r>
          </w:p>
        </w:tc>
        <w:tc>
          <w:tcPr>
            <w:tcW w:w="5335" w:type="dxa"/>
            <w:vAlign w:val="center"/>
          </w:tcPr>
          <w:p w14:paraId="6E157051"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Ring finger protein 7</w:t>
            </w:r>
          </w:p>
        </w:tc>
        <w:tc>
          <w:tcPr>
            <w:tcW w:w="903" w:type="dxa"/>
            <w:vAlign w:val="center"/>
          </w:tcPr>
          <w:p w14:paraId="4782BD4D"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3.64</w:t>
            </w:r>
          </w:p>
        </w:tc>
      </w:tr>
      <w:tr w:rsidR="00E25663" w:rsidRPr="00573F60" w14:paraId="02353337" w14:textId="77777777" w:rsidTr="00973AE4">
        <w:trPr>
          <w:trHeight w:val="249"/>
        </w:trPr>
        <w:tc>
          <w:tcPr>
            <w:tcW w:w="8657" w:type="dxa"/>
            <w:gridSpan w:val="4"/>
            <w:vAlign w:val="center"/>
          </w:tcPr>
          <w:p w14:paraId="3DF52FBD" w14:textId="77777777" w:rsidR="00E25663" w:rsidRPr="00865452" w:rsidRDefault="00E25663" w:rsidP="00973AE4">
            <w:pPr>
              <w:jc w:val="center"/>
              <w:rPr>
                <w:rFonts w:asciiTheme="minorBidi" w:hAnsiTheme="minorBidi"/>
                <w:b/>
                <w:bCs/>
                <w:color w:val="000000"/>
              </w:rPr>
            </w:pPr>
            <w:r w:rsidRPr="00865452">
              <w:rPr>
                <w:rFonts w:asciiTheme="minorBidi" w:hAnsiTheme="minorBidi"/>
                <w:b/>
                <w:bCs/>
                <w:color w:val="000000"/>
              </w:rPr>
              <w:t>Decreased abundance in diet B</w:t>
            </w:r>
          </w:p>
        </w:tc>
      </w:tr>
      <w:tr w:rsidR="00E25663" w:rsidRPr="00573F60" w14:paraId="0937DE49" w14:textId="77777777" w:rsidTr="00973AE4">
        <w:trPr>
          <w:trHeight w:val="249"/>
        </w:trPr>
        <w:tc>
          <w:tcPr>
            <w:tcW w:w="674" w:type="dxa"/>
            <w:vAlign w:val="center"/>
          </w:tcPr>
          <w:p w14:paraId="4DFA7861"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11</w:t>
            </w:r>
          </w:p>
        </w:tc>
        <w:tc>
          <w:tcPr>
            <w:tcW w:w="1745" w:type="dxa"/>
            <w:vAlign w:val="center"/>
          </w:tcPr>
          <w:p w14:paraId="1CE9124F"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A0A4W6CQU6</w:t>
            </w:r>
          </w:p>
        </w:tc>
        <w:tc>
          <w:tcPr>
            <w:tcW w:w="5335" w:type="dxa"/>
            <w:vAlign w:val="center"/>
          </w:tcPr>
          <w:p w14:paraId="34702EDA"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C1q domain-containing protein</w:t>
            </w:r>
          </w:p>
        </w:tc>
        <w:tc>
          <w:tcPr>
            <w:tcW w:w="903" w:type="dxa"/>
            <w:vAlign w:val="center"/>
          </w:tcPr>
          <w:p w14:paraId="4EC225FB"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0.15</w:t>
            </w:r>
          </w:p>
        </w:tc>
      </w:tr>
      <w:tr w:rsidR="00E25663" w:rsidRPr="00573F60" w14:paraId="6AA830B8" w14:textId="77777777" w:rsidTr="00973AE4">
        <w:trPr>
          <w:trHeight w:val="249"/>
        </w:trPr>
        <w:tc>
          <w:tcPr>
            <w:tcW w:w="674" w:type="dxa"/>
            <w:vAlign w:val="center"/>
          </w:tcPr>
          <w:p w14:paraId="3F5750AA"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12</w:t>
            </w:r>
          </w:p>
        </w:tc>
        <w:tc>
          <w:tcPr>
            <w:tcW w:w="1745" w:type="dxa"/>
            <w:vAlign w:val="center"/>
          </w:tcPr>
          <w:p w14:paraId="13BE61CD"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A0A4W6FZS4</w:t>
            </w:r>
          </w:p>
        </w:tc>
        <w:tc>
          <w:tcPr>
            <w:tcW w:w="5335" w:type="dxa"/>
            <w:vAlign w:val="center"/>
          </w:tcPr>
          <w:p w14:paraId="09BAB95D"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Zinc finger CCCH-type containing 7B</w:t>
            </w:r>
          </w:p>
        </w:tc>
        <w:tc>
          <w:tcPr>
            <w:tcW w:w="903" w:type="dxa"/>
            <w:vAlign w:val="center"/>
          </w:tcPr>
          <w:p w14:paraId="5B65C7A0"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0.17</w:t>
            </w:r>
          </w:p>
        </w:tc>
      </w:tr>
      <w:tr w:rsidR="00E25663" w:rsidRPr="00573F60" w14:paraId="5B4BF47F" w14:textId="77777777" w:rsidTr="00973AE4">
        <w:trPr>
          <w:trHeight w:val="249"/>
        </w:trPr>
        <w:tc>
          <w:tcPr>
            <w:tcW w:w="674" w:type="dxa"/>
            <w:vAlign w:val="center"/>
          </w:tcPr>
          <w:p w14:paraId="5161FCC0"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13</w:t>
            </w:r>
          </w:p>
        </w:tc>
        <w:tc>
          <w:tcPr>
            <w:tcW w:w="1745" w:type="dxa"/>
            <w:vAlign w:val="center"/>
          </w:tcPr>
          <w:p w14:paraId="372A3FE5"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Q6ITU9</w:t>
            </w:r>
          </w:p>
        </w:tc>
        <w:tc>
          <w:tcPr>
            <w:tcW w:w="5335" w:type="dxa"/>
            <w:vAlign w:val="center"/>
          </w:tcPr>
          <w:p w14:paraId="6AE20E7A"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Parvalbumin</w:t>
            </w:r>
          </w:p>
        </w:tc>
        <w:tc>
          <w:tcPr>
            <w:tcW w:w="903" w:type="dxa"/>
            <w:vAlign w:val="center"/>
          </w:tcPr>
          <w:p w14:paraId="7D5259CC"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0.19</w:t>
            </w:r>
          </w:p>
        </w:tc>
      </w:tr>
      <w:tr w:rsidR="00E25663" w:rsidRPr="00573F60" w14:paraId="75CEC7F6" w14:textId="77777777" w:rsidTr="00973AE4">
        <w:trPr>
          <w:trHeight w:val="249"/>
        </w:trPr>
        <w:tc>
          <w:tcPr>
            <w:tcW w:w="674" w:type="dxa"/>
            <w:vAlign w:val="center"/>
          </w:tcPr>
          <w:p w14:paraId="0BEFA30D"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14</w:t>
            </w:r>
          </w:p>
        </w:tc>
        <w:tc>
          <w:tcPr>
            <w:tcW w:w="1745" w:type="dxa"/>
            <w:vAlign w:val="center"/>
          </w:tcPr>
          <w:p w14:paraId="034EE751"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A0A4W6EPI8</w:t>
            </w:r>
          </w:p>
        </w:tc>
        <w:tc>
          <w:tcPr>
            <w:tcW w:w="5335" w:type="dxa"/>
            <w:vAlign w:val="center"/>
          </w:tcPr>
          <w:p w14:paraId="050CCDBE"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Ig-like domain-containing protein</w:t>
            </w:r>
          </w:p>
        </w:tc>
        <w:tc>
          <w:tcPr>
            <w:tcW w:w="903" w:type="dxa"/>
            <w:vAlign w:val="center"/>
          </w:tcPr>
          <w:p w14:paraId="573DB828"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0.21</w:t>
            </w:r>
          </w:p>
        </w:tc>
      </w:tr>
      <w:tr w:rsidR="00E25663" w:rsidRPr="00573F60" w14:paraId="0464A28E" w14:textId="77777777" w:rsidTr="00973AE4">
        <w:trPr>
          <w:trHeight w:val="249"/>
        </w:trPr>
        <w:tc>
          <w:tcPr>
            <w:tcW w:w="674" w:type="dxa"/>
            <w:vAlign w:val="center"/>
          </w:tcPr>
          <w:p w14:paraId="18DA1970"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15</w:t>
            </w:r>
          </w:p>
        </w:tc>
        <w:tc>
          <w:tcPr>
            <w:tcW w:w="1745" w:type="dxa"/>
            <w:vAlign w:val="center"/>
          </w:tcPr>
          <w:p w14:paraId="020E94EA"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A0A4W6BTM5</w:t>
            </w:r>
          </w:p>
        </w:tc>
        <w:tc>
          <w:tcPr>
            <w:tcW w:w="5335" w:type="dxa"/>
            <w:vAlign w:val="center"/>
          </w:tcPr>
          <w:p w14:paraId="04738378"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Uncharacterized protein</w:t>
            </w:r>
          </w:p>
        </w:tc>
        <w:tc>
          <w:tcPr>
            <w:tcW w:w="903" w:type="dxa"/>
            <w:vAlign w:val="center"/>
          </w:tcPr>
          <w:p w14:paraId="5E873762"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0.25</w:t>
            </w:r>
          </w:p>
        </w:tc>
      </w:tr>
      <w:tr w:rsidR="00E25663" w:rsidRPr="00573F60" w14:paraId="5A8784E1" w14:textId="77777777" w:rsidTr="00973AE4">
        <w:trPr>
          <w:trHeight w:val="232"/>
        </w:trPr>
        <w:tc>
          <w:tcPr>
            <w:tcW w:w="674" w:type="dxa"/>
            <w:vAlign w:val="center"/>
          </w:tcPr>
          <w:p w14:paraId="23BCE4B9"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16</w:t>
            </w:r>
          </w:p>
        </w:tc>
        <w:tc>
          <w:tcPr>
            <w:tcW w:w="1745" w:type="dxa"/>
            <w:vAlign w:val="center"/>
          </w:tcPr>
          <w:p w14:paraId="209F5D75"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A0A4W6BKR3</w:t>
            </w:r>
          </w:p>
        </w:tc>
        <w:tc>
          <w:tcPr>
            <w:tcW w:w="5335" w:type="dxa"/>
            <w:vAlign w:val="center"/>
          </w:tcPr>
          <w:p w14:paraId="1CD11996"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RNA helicase</w:t>
            </w:r>
          </w:p>
        </w:tc>
        <w:tc>
          <w:tcPr>
            <w:tcW w:w="903" w:type="dxa"/>
            <w:vAlign w:val="center"/>
          </w:tcPr>
          <w:p w14:paraId="1CCF5F4B"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0.25</w:t>
            </w:r>
          </w:p>
        </w:tc>
      </w:tr>
      <w:tr w:rsidR="00E25663" w:rsidRPr="00573F60" w14:paraId="09F5CCDA" w14:textId="77777777" w:rsidTr="00973AE4">
        <w:trPr>
          <w:trHeight w:val="249"/>
        </w:trPr>
        <w:tc>
          <w:tcPr>
            <w:tcW w:w="674" w:type="dxa"/>
            <w:vAlign w:val="center"/>
          </w:tcPr>
          <w:p w14:paraId="1C019444"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17</w:t>
            </w:r>
          </w:p>
        </w:tc>
        <w:tc>
          <w:tcPr>
            <w:tcW w:w="1745" w:type="dxa"/>
            <w:vAlign w:val="center"/>
          </w:tcPr>
          <w:p w14:paraId="03A1B718"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A0A4W6BMF0</w:t>
            </w:r>
          </w:p>
        </w:tc>
        <w:tc>
          <w:tcPr>
            <w:tcW w:w="5335" w:type="dxa"/>
            <w:vAlign w:val="center"/>
          </w:tcPr>
          <w:p w14:paraId="6DF9C4A5"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CUB domain-containing protein</w:t>
            </w:r>
          </w:p>
        </w:tc>
        <w:tc>
          <w:tcPr>
            <w:tcW w:w="903" w:type="dxa"/>
            <w:vAlign w:val="center"/>
          </w:tcPr>
          <w:p w14:paraId="21F9DF3C"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0.26</w:t>
            </w:r>
          </w:p>
        </w:tc>
      </w:tr>
      <w:tr w:rsidR="00E25663" w:rsidRPr="00573F60" w14:paraId="16D0FB20" w14:textId="77777777" w:rsidTr="00973AE4">
        <w:trPr>
          <w:trHeight w:val="249"/>
        </w:trPr>
        <w:tc>
          <w:tcPr>
            <w:tcW w:w="674" w:type="dxa"/>
            <w:vAlign w:val="center"/>
          </w:tcPr>
          <w:p w14:paraId="35C088AF"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18</w:t>
            </w:r>
          </w:p>
        </w:tc>
        <w:tc>
          <w:tcPr>
            <w:tcW w:w="1745" w:type="dxa"/>
            <w:vAlign w:val="center"/>
          </w:tcPr>
          <w:p w14:paraId="364871F9"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A0A4W6EUI1</w:t>
            </w:r>
          </w:p>
        </w:tc>
        <w:tc>
          <w:tcPr>
            <w:tcW w:w="5335" w:type="dxa"/>
            <w:vAlign w:val="center"/>
          </w:tcPr>
          <w:p w14:paraId="1449337A"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Si:dkey-69o16.5</w:t>
            </w:r>
          </w:p>
        </w:tc>
        <w:tc>
          <w:tcPr>
            <w:tcW w:w="903" w:type="dxa"/>
            <w:vAlign w:val="center"/>
          </w:tcPr>
          <w:p w14:paraId="574896E0"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0.27</w:t>
            </w:r>
          </w:p>
        </w:tc>
      </w:tr>
      <w:tr w:rsidR="00E25663" w:rsidRPr="00573F60" w14:paraId="79E2CE90" w14:textId="77777777" w:rsidTr="00973AE4">
        <w:trPr>
          <w:trHeight w:val="249"/>
        </w:trPr>
        <w:tc>
          <w:tcPr>
            <w:tcW w:w="674" w:type="dxa"/>
            <w:vAlign w:val="center"/>
          </w:tcPr>
          <w:p w14:paraId="6A3EB5BE"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19</w:t>
            </w:r>
          </w:p>
        </w:tc>
        <w:tc>
          <w:tcPr>
            <w:tcW w:w="1745" w:type="dxa"/>
            <w:vAlign w:val="center"/>
          </w:tcPr>
          <w:p w14:paraId="02CF1FEE"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A0A4W6FRU8</w:t>
            </w:r>
          </w:p>
        </w:tc>
        <w:tc>
          <w:tcPr>
            <w:tcW w:w="5335" w:type="dxa"/>
            <w:vAlign w:val="center"/>
          </w:tcPr>
          <w:p w14:paraId="5F08A222"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Prothrombin</w:t>
            </w:r>
          </w:p>
        </w:tc>
        <w:tc>
          <w:tcPr>
            <w:tcW w:w="903" w:type="dxa"/>
            <w:vAlign w:val="center"/>
          </w:tcPr>
          <w:p w14:paraId="6940E6CA"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0.28</w:t>
            </w:r>
          </w:p>
        </w:tc>
      </w:tr>
      <w:tr w:rsidR="00E25663" w:rsidRPr="00573F60" w14:paraId="3E3E8C29" w14:textId="77777777" w:rsidTr="00973AE4">
        <w:trPr>
          <w:trHeight w:val="249"/>
        </w:trPr>
        <w:tc>
          <w:tcPr>
            <w:tcW w:w="674" w:type="dxa"/>
            <w:vAlign w:val="center"/>
          </w:tcPr>
          <w:p w14:paraId="0D1B5BD5" w14:textId="77777777" w:rsidR="00E25663" w:rsidRPr="00573F60" w:rsidRDefault="00E25663" w:rsidP="00973AE4">
            <w:pPr>
              <w:jc w:val="center"/>
              <w:rPr>
                <w:rFonts w:asciiTheme="minorBidi" w:hAnsiTheme="minorBidi"/>
                <w:sz w:val="20"/>
                <w:szCs w:val="20"/>
              </w:rPr>
            </w:pPr>
            <w:r w:rsidRPr="00573F60">
              <w:rPr>
                <w:rFonts w:asciiTheme="minorBidi" w:hAnsiTheme="minorBidi"/>
                <w:sz w:val="20"/>
                <w:szCs w:val="20"/>
              </w:rPr>
              <w:t>20</w:t>
            </w:r>
          </w:p>
        </w:tc>
        <w:tc>
          <w:tcPr>
            <w:tcW w:w="1745" w:type="dxa"/>
            <w:vAlign w:val="center"/>
          </w:tcPr>
          <w:p w14:paraId="6D9EB50C"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A8D3J6</w:t>
            </w:r>
          </w:p>
        </w:tc>
        <w:tc>
          <w:tcPr>
            <w:tcW w:w="5335" w:type="dxa"/>
            <w:vAlign w:val="center"/>
          </w:tcPr>
          <w:p w14:paraId="7C946FD0" w14:textId="77777777" w:rsidR="00E25663" w:rsidRPr="00573F60" w:rsidRDefault="00E25663" w:rsidP="00973AE4">
            <w:pPr>
              <w:rPr>
                <w:rFonts w:asciiTheme="minorBidi" w:hAnsiTheme="minorBidi"/>
                <w:sz w:val="20"/>
                <w:szCs w:val="20"/>
              </w:rPr>
            </w:pPr>
            <w:r w:rsidRPr="00573F60">
              <w:rPr>
                <w:rFonts w:asciiTheme="minorBidi" w:hAnsiTheme="minorBidi"/>
                <w:color w:val="000000"/>
              </w:rPr>
              <w:t>Lysozyme g</w:t>
            </w:r>
          </w:p>
        </w:tc>
        <w:tc>
          <w:tcPr>
            <w:tcW w:w="903" w:type="dxa"/>
            <w:vAlign w:val="center"/>
          </w:tcPr>
          <w:p w14:paraId="65927279" w14:textId="77777777" w:rsidR="00E25663" w:rsidRPr="00573F60" w:rsidRDefault="00E25663" w:rsidP="00973AE4">
            <w:pPr>
              <w:jc w:val="center"/>
              <w:rPr>
                <w:rFonts w:asciiTheme="minorBidi" w:hAnsiTheme="minorBidi"/>
                <w:sz w:val="20"/>
                <w:szCs w:val="20"/>
              </w:rPr>
            </w:pPr>
            <w:r w:rsidRPr="00573F60">
              <w:rPr>
                <w:rFonts w:asciiTheme="minorBidi" w:hAnsiTheme="minorBidi"/>
                <w:color w:val="000000"/>
              </w:rPr>
              <w:t>0.28</w:t>
            </w:r>
          </w:p>
        </w:tc>
      </w:tr>
    </w:tbl>
    <w:p w14:paraId="0093D292" w14:textId="77777777" w:rsidR="00E25663" w:rsidRPr="00573F60" w:rsidRDefault="00E25663" w:rsidP="00E25663">
      <w:pPr>
        <w:spacing w:line="360" w:lineRule="auto"/>
        <w:jc w:val="both"/>
        <w:rPr>
          <w:rFonts w:asciiTheme="minorBidi" w:hAnsiTheme="minorBidi"/>
          <w:sz w:val="20"/>
          <w:szCs w:val="20"/>
        </w:rPr>
      </w:pPr>
      <w:r w:rsidRPr="00573F60">
        <w:rPr>
          <w:rFonts w:asciiTheme="minorBidi" w:hAnsiTheme="minorBidi"/>
          <w:sz w:val="24"/>
          <w:szCs w:val="24"/>
        </w:rPr>
        <w:t>*</w:t>
      </w:r>
      <w:r w:rsidRPr="00573F60">
        <w:rPr>
          <w:rFonts w:asciiTheme="minorBidi" w:hAnsiTheme="minorBidi"/>
          <w:sz w:val="20"/>
          <w:szCs w:val="20"/>
        </w:rPr>
        <w:t>Values &gt; 1.3 indicate more abundant in diet B, values &lt; 0.76 indicate less abundant in diet B</w:t>
      </w:r>
    </w:p>
    <w:p w14:paraId="0AB4E940" w14:textId="24B1D1CE" w:rsidR="00CB781D" w:rsidRDefault="00CB781D" w:rsidP="00E25663">
      <w:pPr>
        <w:rPr>
          <w:rFonts w:asciiTheme="minorBidi" w:hAnsiTheme="minorBidi"/>
          <w:rtl/>
          <w:lang w:val="en-AU"/>
        </w:rPr>
      </w:pPr>
    </w:p>
    <w:p w14:paraId="5F2F2974" w14:textId="77777777" w:rsidR="000D6F64" w:rsidRDefault="000D6F64" w:rsidP="00E25663">
      <w:pPr>
        <w:rPr>
          <w:rFonts w:asciiTheme="minorBidi" w:hAnsiTheme="minorBidi"/>
          <w:rtl/>
          <w:lang w:val="en-AU"/>
        </w:rPr>
      </w:pPr>
    </w:p>
    <w:p w14:paraId="1A8EBD11" w14:textId="77777777" w:rsidR="000D6F64" w:rsidRDefault="000D6F64" w:rsidP="00E25663">
      <w:pPr>
        <w:rPr>
          <w:rFonts w:asciiTheme="minorBidi" w:hAnsiTheme="minorBidi"/>
          <w:rtl/>
          <w:lang w:val="en-AU"/>
        </w:rPr>
      </w:pPr>
    </w:p>
    <w:p w14:paraId="75459691" w14:textId="77777777" w:rsidR="000D6F64" w:rsidRDefault="000D6F64" w:rsidP="00E25663">
      <w:pPr>
        <w:rPr>
          <w:rFonts w:asciiTheme="minorBidi" w:hAnsiTheme="minorBidi"/>
          <w:rtl/>
          <w:lang w:val="en-AU"/>
        </w:rPr>
      </w:pPr>
    </w:p>
    <w:p w14:paraId="54D4207C" w14:textId="709305E6" w:rsidR="000D6F64" w:rsidRDefault="00B33092" w:rsidP="00E25663">
      <w:pPr>
        <w:rPr>
          <w:rFonts w:asciiTheme="minorBidi" w:hAnsiTheme="minorBidi"/>
          <w:rtl/>
          <w:lang w:val="en-AU"/>
        </w:rPr>
      </w:pPr>
      <w:r w:rsidRPr="007F2B43">
        <w:rPr>
          <w:rFonts w:asciiTheme="minorBidi" w:hAnsiTheme="minorBidi"/>
          <w:noProof/>
          <w:sz w:val="24"/>
          <w:szCs w:val="24"/>
        </w:rPr>
        <w:lastRenderedPageBreak/>
        <w:drawing>
          <wp:anchor distT="0" distB="0" distL="114300" distR="114300" simplePos="0" relativeHeight="251695616" behindDoc="0" locked="0" layoutInCell="1" allowOverlap="1" wp14:anchorId="53563400" wp14:editId="54DB3BD0">
            <wp:simplePos x="0" y="0"/>
            <wp:positionH relativeFrom="margin">
              <wp:align>left</wp:align>
            </wp:positionH>
            <wp:positionV relativeFrom="paragraph">
              <wp:posOffset>0</wp:posOffset>
            </wp:positionV>
            <wp:extent cx="5568850" cy="6840000"/>
            <wp:effectExtent l="0" t="0" r="0" b="0"/>
            <wp:wrapThrough wrapText="bothSides">
              <wp:wrapPolygon edited="0">
                <wp:start x="0" y="0"/>
                <wp:lineTo x="0" y="21538"/>
                <wp:lineTo x="21504" y="21538"/>
                <wp:lineTo x="21504" y="0"/>
                <wp:lineTo x="0" y="0"/>
              </wp:wrapPolygon>
            </wp:wrapThrough>
            <wp:docPr id="25026159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1590" name="Picture 1" descr="A screenshot of a graph&#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568850" cy="6840000"/>
                    </a:xfrm>
                    <a:prstGeom prst="rect">
                      <a:avLst/>
                    </a:prstGeom>
                  </pic:spPr>
                </pic:pic>
              </a:graphicData>
            </a:graphic>
          </wp:anchor>
        </w:drawing>
      </w:r>
    </w:p>
    <w:p w14:paraId="028C7116" w14:textId="21D6BEEF" w:rsidR="006573F5" w:rsidRPr="007C618C" w:rsidRDefault="006573F5" w:rsidP="006573F5">
      <w:pPr>
        <w:spacing w:line="278" w:lineRule="auto"/>
        <w:jc w:val="both"/>
        <w:rPr>
          <w:rFonts w:asciiTheme="minorBidi" w:eastAsiaTheme="majorEastAsia" w:hAnsiTheme="minorBidi"/>
          <w:b/>
          <w:bCs/>
          <w:color w:val="365F91" w:themeColor="accent1" w:themeShade="BF"/>
          <w:sz w:val="24"/>
          <w:szCs w:val="24"/>
        </w:rPr>
      </w:pPr>
      <w:r w:rsidRPr="007C618C">
        <w:rPr>
          <w:rFonts w:asciiTheme="minorBidi" w:hAnsiTheme="minorBidi"/>
          <w:b/>
          <w:bCs/>
          <w:sz w:val="24"/>
          <w:szCs w:val="24"/>
        </w:rPr>
        <w:t>Figure 7.</w:t>
      </w:r>
      <w:r w:rsidRPr="007C618C">
        <w:rPr>
          <w:rFonts w:asciiTheme="minorBidi" w:hAnsiTheme="minorBidi"/>
          <w:sz w:val="24"/>
          <w:szCs w:val="24"/>
        </w:rPr>
        <w:t xml:space="preserve"> Top enriched GO terms in the DEPs of liver of barramundi. A higher –log</w:t>
      </w:r>
      <w:r w:rsidRPr="007C618C">
        <w:rPr>
          <w:rFonts w:ascii="Cambria Math" w:hAnsi="Cambria Math" w:cs="Cambria Math"/>
          <w:sz w:val="24"/>
          <w:szCs w:val="24"/>
        </w:rPr>
        <w:t>₁₀</w:t>
      </w:r>
      <w:r w:rsidRPr="007C618C">
        <w:rPr>
          <w:rFonts w:asciiTheme="minorBidi" w:hAnsiTheme="minorBidi"/>
          <w:sz w:val="24"/>
          <w:szCs w:val="24"/>
        </w:rPr>
        <w:t>(p-value) (red) indicates greater statistical significance, while lower –log</w:t>
      </w:r>
      <w:r w:rsidRPr="007C618C">
        <w:rPr>
          <w:rFonts w:ascii="Cambria Math" w:hAnsi="Cambria Math" w:cs="Cambria Math"/>
          <w:sz w:val="24"/>
          <w:szCs w:val="24"/>
        </w:rPr>
        <w:t>₁₀</w:t>
      </w:r>
      <w:r w:rsidRPr="007C618C">
        <w:rPr>
          <w:rFonts w:asciiTheme="minorBidi" w:hAnsiTheme="minorBidi"/>
          <w:sz w:val="24"/>
          <w:szCs w:val="24"/>
        </w:rPr>
        <w:t>(p-value) (blue) values indicate less significant enrichment. Up indicates increased abundance in the liver of fish fed on diet B, while Down indicates decreased abundance in the liver of fish fed on diet B.</w:t>
      </w:r>
    </w:p>
    <w:p w14:paraId="3954B725" w14:textId="77777777" w:rsidR="000D6F64" w:rsidRDefault="000D6F64" w:rsidP="00E25663">
      <w:pPr>
        <w:rPr>
          <w:rFonts w:asciiTheme="minorBidi" w:hAnsiTheme="minorBidi"/>
          <w:rtl/>
          <w:lang w:val="en-AU"/>
        </w:rPr>
      </w:pPr>
    </w:p>
    <w:p w14:paraId="43B937F3" w14:textId="77777777" w:rsidR="000D6F64" w:rsidRDefault="000D6F64" w:rsidP="00E25663">
      <w:pPr>
        <w:rPr>
          <w:rFonts w:asciiTheme="minorBidi" w:hAnsiTheme="minorBidi"/>
          <w:rtl/>
          <w:lang w:val="en-AU"/>
        </w:rPr>
      </w:pPr>
    </w:p>
    <w:p w14:paraId="3DBD5A18" w14:textId="77777777" w:rsidR="000D6F64" w:rsidRDefault="000D6F64" w:rsidP="00E25663">
      <w:pPr>
        <w:rPr>
          <w:rFonts w:asciiTheme="minorBidi" w:hAnsiTheme="minorBidi"/>
          <w:lang w:val="en-AU"/>
        </w:rPr>
      </w:pPr>
    </w:p>
    <w:p w14:paraId="2EB8EC3F" w14:textId="7A7E54B6" w:rsidR="00704B82" w:rsidRDefault="00C115E1" w:rsidP="00E25663">
      <w:pPr>
        <w:rPr>
          <w:rFonts w:asciiTheme="minorBidi" w:hAnsiTheme="minorBidi"/>
          <w:lang w:val="en-AU"/>
        </w:rPr>
      </w:pPr>
      <w:r w:rsidRPr="00573F60">
        <w:rPr>
          <w:rFonts w:asciiTheme="minorBidi" w:hAnsiTheme="minorBidi"/>
          <w:noProof/>
        </w:rPr>
        <w:drawing>
          <wp:inline distT="0" distB="0" distL="0" distR="0" wp14:anchorId="5B84B9D5" wp14:editId="0DDA19FE">
            <wp:extent cx="4528833" cy="5315583"/>
            <wp:effectExtent l="6985" t="0" r="0" b="0"/>
            <wp:docPr id="1592011701" name="Picture 1"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11701" name="Picture 1" descr="A graph with red and blue lines&#10;&#10;AI-generated content may be incorrect."/>
                    <pic:cNvPicPr/>
                  </pic:nvPicPr>
                  <pic:blipFill>
                    <a:blip r:embed="rId15"/>
                    <a:stretch>
                      <a:fillRect/>
                    </a:stretch>
                  </pic:blipFill>
                  <pic:spPr>
                    <a:xfrm rot="5400000">
                      <a:off x="0" y="0"/>
                      <a:ext cx="4542098" cy="5331152"/>
                    </a:xfrm>
                    <a:prstGeom prst="rect">
                      <a:avLst/>
                    </a:prstGeom>
                  </pic:spPr>
                </pic:pic>
              </a:graphicData>
            </a:graphic>
          </wp:inline>
        </w:drawing>
      </w:r>
    </w:p>
    <w:p w14:paraId="1C05054D" w14:textId="0D7968CD" w:rsidR="00A63377" w:rsidRPr="007C618C" w:rsidRDefault="00A63377" w:rsidP="007C618C">
      <w:pPr>
        <w:jc w:val="both"/>
        <w:rPr>
          <w:rFonts w:asciiTheme="minorBidi" w:hAnsiTheme="minorBidi"/>
          <w:sz w:val="24"/>
          <w:szCs w:val="24"/>
        </w:rPr>
      </w:pPr>
      <w:r w:rsidRPr="007C618C">
        <w:rPr>
          <w:rFonts w:asciiTheme="minorBidi" w:hAnsiTheme="minorBidi"/>
          <w:b/>
          <w:bCs/>
          <w:sz w:val="24"/>
          <w:szCs w:val="24"/>
        </w:rPr>
        <w:t>Figure 8.</w:t>
      </w:r>
      <w:r w:rsidRPr="007C618C">
        <w:rPr>
          <w:rFonts w:asciiTheme="minorBidi" w:hAnsiTheme="minorBidi"/>
          <w:sz w:val="24"/>
          <w:szCs w:val="24"/>
        </w:rPr>
        <w:t xml:space="preserve"> Top KEGG pathways of the differentially abundant proteins in liver tissue</w:t>
      </w:r>
    </w:p>
    <w:p w14:paraId="746DAAE3" w14:textId="4F70A83F" w:rsidR="00981073" w:rsidRDefault="00981073" w:rsidP="008D7865">
      <w:pPr>
        <w:rPr>
          <w:rFonts w:asciiTheme="minorBidi" w:hAnsiTheme="minorBidi"/>
          <w:lang w:val="en-AU" w:bidi="fa-IR"/>
        </w:rPr>
      </w:pPr>
    </w:p>
    <w:p w14:paraId="385466B1" w14:textId="77777777" w:rsidR="008D7865" w:rsidRPr="008D7865" w:rsidRDefault="008D7865" w:rsidP="008D7865">
      <w:pPr>
        <w:rPr>
          <w:rFonts w:asciiTheme="minorBidi" w:hAnsiTheme="minorBidi"/>
          <w:rtl/>
          <w:lang w:val="en-AU"/>
        </w:rPr>
      </w:pPr>
    </w:p>
    <w:p w14:paraId="746BAA29" w14:textId="77777777" w:rsidR="008D7865" w:rsidRPr="008D7865" w:rsidRDefault="008D7865" w:rsidP="008D7865">
      <w:pPr>
        <w:rPr>
          <w:rFonts w:asciiTheme="minorBidi" w:hAnsiTheme="minorBidi"/>
          <w:rtl/>
          <w:lang w:val="en-AU"/>
        </w:rPr>
      </w:pPr>
    </w:p>
    <w:p w14:paraId="02A1C670" w14:textId="77777777" w:rsidR="008D7865" w:rsidRPr="008D7865" w:rsidRDefault="008D7865" w:rsidP="008D7865">
      <w:pPr>
        <w:rPr>
          <w:rFonts w:asciiTheme="minorBidi" w:hAnsiTheme="minorBidi"/>
          <w:rtl/>
          <w:lang w:val="en-AU"/>
        </w:rPr>
      </w:pPr>
    </w:p>
    <w:p w14:paraId="0F44005C" w14:textId="77777777" w:rsidR="008D7865" w:rsidRPr="008D7865" w:rsidRDefault="008D7865" w:rsidP="008D7865">
      <w:pPr>
        <w:rPr>
          <w:rFonts w:asciiTheme="minorBidi" w:hAnsiTheme="minorBidi"/>
          <w:rtl/>
          <w:lang w:val="en-AU"/>
        </w:rPr>
      </w:pPr>
    </w:p>
    <w:p w14:paraId="49D63E5B" w14:textId="40C078CD" w:rsidR="008D7865" w:rsidRDefault="008D7865" w:rsidP="00906FB9">
      <w:pPr>
        <w:rPr>
          <w:rFonts w:asciiTheme="minorBidi" w:hAnsiTheme="minorBidi"/>
          <w:noProof/>
          <w:lang w:val="en-AU"/>
        </w:rPr>
      </w:pPr>
    </w:p>
    <w:p w14:paraId="3922C47B" w14:textId="77777777" w:rsidR="001D3CD9" w:rsidRDefault="001D3CD9" w:rsidP="00906FB9">
      <w:pPr>
        <w:rPr>
          <w:rFonts w:asciiTheme="minorBidi" w:hAnsiTheme="minorBidi"/>
          <w:noProof/>
          <w:lang w:val="en-AU"/>
        </w:rPr>
      </w:pPr>
    </w:p>
    <w:p w14:paraId="5B25A9C2" w14:textId="77777777" w:rsidR="001D3CD9" w:rsidRDefault="001D3CD9" w:rsidP="00906FB9">
      <w:pPr>
        <w:rPr>
          <w:rFonts w:asciiTheme="minorBidi" w:hAnsiTheme="minorBidi"/>
          <w:noProof/>
          <w:lang w:val="en-AU"/>
        </w:rPr>
      </w:pPr>
    </w:p>
    <w:p w14:paraId="0C2B423A" w14:textId="3D662D93" w:rsidR="008D7865" w:rsidRPr="008D7865" w:rsidRDefault="00B33DB8" w:rsidP="008D7865">
      <w:pPr>
        <w:tabs>
          <w:tab w:val="left" w:pos="5670"/>
        </w:tabs>
        <w:rPr>
          <w:rFonts w:asciiTheme="minorBidi" w:hAnsiTheme="minorBidi"/>
          <w:lang w:val="en-AU"/>
        </w:rPr>
      </w:pPr>
      <w:r>
        <w:rPr>
          <w:rFonts w:asciiTheme="minorBidi" w:hAnsiTheme="minorBidi"/>
          <w:noProof/>
          <w:lang w:val="en-AU"/>
        </w:rPr>
        <w:drawing>
          <wp:inline distT="0" distB="0" distL="0" distR="0" wp14:anchorId="1D3D6D7E" wp14:editId="38E58604">
            <wp:extent cx="5608320" cy="4567763"/>
            <wp:effectExtent l="0" t="0" r="0" b="0"/>
            <wp:docPr id="30842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194" cy="4575805"/>
                    </a:xfrm>
                    <a:prstGeom prst="rect">
                      <a:avLst/>
                    </a:prstGeom>
                    <a:noFill/>
                  </pic:spPr>
                </pic:pic>
              </a:graphicData>
            </a:graphic>
          </wp:inline>
        </w:drawing>
      </w:r>
    </w:p>
    <w:p w14:paraId="3E470B1B" w14:textId="77777777" w:rsidR="007C618C" w:rsidRDefault="007C618C" w:rsidP="007C618C">
      <w:pPr>
        <w:spacing w:after="0"/>
        <w:jc w:val="center"/>
      </w:pPr>
    </w:p>
    <w:p w14:paraId="4681D630" w14:textId="016A3DD3" w:rsidR="007C618C" w:rsidRDefault="007C618C" w:rsidP="007C618C">
      <w:pPr>
        <w:spacing w:after="0"/>
        <w:jc w:val="center"/>
        <w:rPr>
          <w:lang w:bidi="fa-IR"/>
        </w:rPr>
      </w:pPr>
    </w:p>
    <w:p w14:paraId="7E02BEEF" w14:textId="3AF9572E" w:rsidR="007C618C" w:rsidRDefault="007C618C" w:rsidP="007C618C">
      <w:pPr>
        <w:spacing w:line="360" w:lineRule="auto"/>
        <w:jc w:val="both"/>
        <w:rPr>
          <w:rFonts w:ascii="Arial" w:eastAsia="Aptos" w:hAnsi="Arial" w:cs="Arial"/>
          <w:sz w:val="24"/>
          <w:szCs w:val="24"/>
        </w:rPr>
      </w:pPr>
      <w:r w:rsidRPr="002D64B7">
        <w:rPr>
          <w:rFonts w:ascii="Arial" w:eastAsia="Aptos" w:hAnsi="Arial" w:cs="Arial"/>
          <w:b/>
          <w:bCs/>
          <w:sz w:val="24"/>
          <w:szCs w:val="24"/>
        </w:rPr>
        <w:t>Figure 9</w:t>
      </w:r>
      <w:r w:rsidRPr="002D64B7">
        <w:rPr>
          <w:rFonts w:ascii="Arial" w:eastAsia="Aptos" w:hAnsi="Arial" w:cs="Arial"/>
          <w:sz w:val="24"/>
          <w:szCs w:val="24"/>
        </w:rPr>
        <w:t xml:space="preserve">. Partial least squares discriminant analysis (PLS-DA) of intestine of barramundi fed on diet A and diet B displayed at 95% confidence intervals highlights the clustering of the sample based on their response to different diets. </w:t>
      </w:r>
    </w:p>
    <w:p w14:paraId="4A63CC50" w14:textId="77777777" w:rsidR="007C618C" w:rsidRDefault="007C618C" w:rsidP="007C618C">
      <w:pPr>
        <w:spacing w:line="278" w:lineRule="auto"/>
        <w:rPr>
          <w:rFonts w:ascii="Arial" w:eastAsia="Aptos" w:hAnsi="Arial" w:cs="Arial"/>
          <w:sz w:val="24"/>
          <w:szCs w:val="24"/>
        </w:rPr>
      </w:pPr>
      <w:r>
        <w:rPr>
          <w:rFonts w:ascii="Arial" w:eastAsia="Aptos" w:hAnsi="Arial" w:cs="Arial"/>
          <w:sz w:val="24"/>
          <w:szCs w:val="24"/>
        </w:rPr>
        <w:br w:type="page"/>
      </w:r>
    </w:p>
    <w:p w14:paraId="71A1EBB5" w14:textId="77777777" w:rsidR="007C618C" w:rsidRPr="002D64B7" w:rsidRDefault="007C618C" w:rsidP="007C618C">
      <w:pPr>
        <w:spacing w:line="360" w:lineRule="auto"/>
        <w:jc w:val="center"/>
        <w:rPr>
          <w:rFonts w:ascii="Arial" w:eastAsia="Aptos" w:hAnsi="Arial" w:cs="Arial"/>
          <w:sz w:val="24"/>
          <w:szCs w:val="24"/>
        </w:rPr>
      </w:pPr>
      <w:r w:rsidRPr="00573F60">
        <w:rPr>
          <w:rFonts w:asciiTheme="minorBidi" w:hAnsiTheme="minorBidi"/>
          <w:noProof/>
        </w:rPr>
        <w:lastRenderedPageBreak/>
        <w:drawing>
          <wp:inline distT="0" distB="0" distL="0" distR="0" wp14:anchorId="66E57E84" wp14:editId="0D33779B">
            <wp:extent cx="4802588" cy="4102873"/>
            <wp:effectExtent l="0" t="0" r="0" b="0"/>
            <wp:docPr id="190923154" name="Chart 1">
              <a:extLst xmlns:a="http://schemas.openxmlformats.org/drawingml/2006/main">
                <a:ext uri="{FF2B5EF4-FFF2-40B4-BE49-F238E27FC236}">
                  <a16:creationId xmlns:a16="http://schemas.microsoft.com/office/drawing/2014/main" id="{BA730E6B-C336-252E-B2A5-A3474CC5B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DC6601" w14:textId="2CBB99CD" w:rsidR="007C618C" w:rsidRPr="000D1FE0" w:rsidRDefault="007C618C" w:rsidP="007C618C">
      <w:pPr>
        <w:spacing w:line="360" w:lineRule="auto"/>
        <w:jc w:val="both"/>
        <w:rPr>
          <w:rFonts w:ascii="Arial" w:eastAsia="Aptos" w:hAnsi="Arial" w:cs="Arial"/>
          <w:sz w:val="24"/>
          <w:szCs w:val="24"/>
        </w:rPr>
      </w:pPr>
      <w:r w:rsidRPr="000D1FE0">
        <w:rPr>
          <w:rFonts w:ascii="Arial" w:eastAsia="Aptos" w:hAnsi="Arial" w:cs="Arial"/>
          <w:b/>
          <w:bCs/>
          <w:sz w:val="24"/>
          <w:szCs w:val="24"/>
        </w:rPr>
        <w:t>Figure 10</w:t>
      </w:r>
      <w:r w:rsidRPr="000D1FE0">
        <w:rPr>
          <w:rFonts w:ascii="Arial" w:eastAsia="Aptos" w:hAnsi="Arial" w:cs="Arial"/>
          <w:sz w:val="24"/>
          <w:szCs w:val="24"/>
        </w:rPr>
        <w:t>. Volcano plot illustrates significantly differentially abundant proteins in intestine. The −log</w:t>
      </w:r>
      <w:r w:rsidRPr="000D1FE0">
        <w:rPr>
          <w:rFonts w:ascii="Arial" w:eastAsia="Aptos" w:hAnsi="Arial" w:cs="Arial"/>
          <w:sz w:val="24"/>
          <w:szCs w:val="24"/>
          <w:vertAlign w:val="subscript"/>
        </w:rPr>
        <w:t>10</w:t>
      </w:r>
      <w:r w:rsidRPr="000D1FE0">
        <w:rPr>
          <w:rFonts w:ascii="Arial" w:eastAsia="Aptos" w:hAnsi="Arial" w:cs="Arial"/>
          <w:sz w:val="24"/>
          <w:szCs w:val="24"/>
        </w:rPr>
        <w:t> (</w:t>
      </w:r>
      <w:r w:rsidRPr="000D1FE0">
        <w:rPr>
          <w:rFonts w:ascii="Arial" w:eastAsia="Aptos" w:hAnsi="Arial" w:cs="Arial"/>
          <w:i/>
          <w:iCs/>
          <w:sz w:val="24"/>
          <w:szCs w:val="24"/>
        </w:rPr>
        <w:t>P value</w:t>
      </w:r>
      <w:r w:rsidRPr="000D1FE0">
        <w:rPr>
          <w:rFonts w:ascii="Arial" w:eastAsia="Aptos" w:hAnsi="Arial" w:cs="Arial"/>
          <w:sz w:val="24"/>
          <w:szCs w:val="24"/>
        </w:rPr>
        <w:t>) is plotted against the log</w:t>
      </w:r>
      <w:r w:rsidRPr="000D1FE0">
        <w:rPr>
          <w:rFonts w:ascii="Arial" w:eastAsia="Aptos" w:hAnsi="Arial" w:cs="Arial"/>
          <w:sz w:val="24"/>
          <w:szCs w:val="24"/>
          <w:vertAlign w:val="subscript"/>
        </w:rPr>
        <w:t>2</w:t>
      </w:r>
      <w:r w:rsidRPr="000D1FE0">
        <w:rPr>
          <w:rFonts w:ascii="Arial" w:eastAsia="Aptos" w:hAnsi="Arial" w:cs="Arial"/>
          <w:sz w:val="24"/>
          <w:szCs w:val="24"/>
        </w:rPr>
        <w:t> (fold change: diet B/diet A).</w:t>
      </w:r>
    </w:p>
    <w:p w14:paraId="50510214" w14:textId="77777777" w:rsidR="001A3022" w:rsidRDefault="001A3022" w:rsidP="00C6586B">
      <w:pPr>
        <w:rPr>
          <w:rFonts w:asciiTheme="minorBidi" w:hAnsiTheme="minorBidi"/>
          <w:lang w:val="en-AU"/>
        </w:rPr>
      </w:pPr>
    </w:p>
    <w:p w14:paraId="288A288C" w14:textId="77777777" w:rsidR="001A3022" w:rsidRDefault="001A3022" w:rsidP="00C6586B">
      <w:pPr>
        <w:rPr>
          <w:rFonts w:asciiTheme="minorBidi" w:hAnsiTheme="minorBidi"/>
          <w:lang w:val="en-AU"/>
        </w:rPr>
      </w:pPr>
    </w:p>
    <w:p w14:paraId="26AEDEED" w14:textId="77777777" w:rsidR="001A3022" w:rsidRDefault="001A3022" w:rsidP="00C6586B">
      <w:pPr>
        <w:rPr>
          <w:rFonts w:asciiTheme="minorBidi" w:hAnsiTheme="minorBidi"/>
          <w:lang w:val="en-AU"/>
        </w:rPr>
      </w:pPr>
    </w:p>
    <w:p w14:paraId="43A36CCB" w14:textId="77777777" w:rsidR="001A3022" w:rsidRDefault="001A3022" w:rsidP="00C6586B">
      <w:pPr>
        <w:rPr>
          <w:rFonts w:asciiTheme="minorBidi" w:hAnsiTheme="minorBidi"/>
          <w:lang w:val="en-AU"/>
        </w:rPr>
      </w:pPr>
    </w:p>
    <w:p w14:paraId="3A987B03" w14:textId="77777777" w:rsidR="001A3022" w:rsidRDefault="001A3022" w:rsidP="00C6586B">
      <w:pPr>
        <w:rPr>
          <w:rFonts w:asciiTheme="minorBidi" w:hAnsiTheme="minorBidi"/>
          <w:lang w:val="en-AU"/>
        </w:rPr>
      </w:pPr>
    </w:p>
    <w:p w14:paraId="40C0B78C" w14:textId="77777777" w:rsidR="001A3022" w:rsidRDefault="001A3022" w:rsidP="00C6586B">
      <w:pPr>
        <w:rPr>
          <w:rFonts w:asciiTheme="minorBidi" w:hAnsiTheme="minorBidi"/>
          <w:lang w:val="en-AU"/>
        </w:rPr>
      </w:pPr>
    </w:p>
    <w:p w14:paraId="250F03C9" w14:textId="77777777" w:rsidR="001A3022" w:rsidRDefault="001A3022" w:rsidP="00C6586B">
      <w:pPr>
        <w:rPr>
          <w:rFonts w:asciiTheme="minorBidi" w:hAnsiTheme="minorBidi"/>
          <w:lang w:val="en-AU"/>
        </w:rPr>
      </w:pPr>
    </w:p>
    <w:p w14:paraId="6091714F" w14:textId="77777777" w:rsidR="001A3022" w:rsidRDefault="001A3022" w:rsidP="00C6586B">
      <w:pPr>
        <w:rPr>
          <w:rFonts w:asciiTheme="minorBidi" w:hAnsiTheme="minorBidi"/>
          <w:lang w:val="en-AU"/>
        </w:rPr>
      </w:pPr>
    </w:p>
    <w:p w14:paraId="3CF80DA2" w14:textId="77777777" w:rsidR="00C819A1" w:rsidRDefault="00C819A1" w:rsidP="00C6586B">
      <w:pPr>
        <w:rPr>
          <w:rFonts w:asciiTheme="minorBidi" w:hAnsiTheme="minorBidi"/>
          <w:lang w:val="en-AU"/>
        </w:rPr>
      </w:pPr>
    </w:p>
    <w:p w14:paraId="2A55544A" w14:textId="77777777" w:rsidR="00C819A1" w:rsidRDefault="00C819A1" w:rsidP="00C6586B">
      <w:pPr>
        <w:rPr>
          <w:rFonts w:asciiTheme="minorBidi" w:hAnsiTheme="minorBidi"/>
          <w:lang w:val="en-AU"/>
        </w:rPr>
      </w:pPr>
    </w:p>
    <w:p w14:paraId="6672866A" w14:textId="77777777" w:rsidR="00C819A1" w:rsidRDefault="00C819A1" w:rsidP="00C6586B">
      <w:pPr>
        <w:rPr>
          <w:rFonts w:asciiTheme="minorBidi" w:hAnsiTheme="minorBidi"/>
          <w:lang w:val="en-AU"/>
        </w:rPr>
      </w:pPr>
    </w:p>
    <w:p w14:paraId="32650650" w14:textId="77777777" w:rsidR="00C819A1" w:rsidRDefault="00C819A1" w:rsidP="00C6586B">
      <w:pPr>
        <w:rPr>
          <w:rFonts w:asciiTheme="minorBidi" w:hAnsiTheme="minorBidi"/>
          <w:lang w:val="en-AU"/>
        </w:rPr>
      </w:pPr>
    </w:p>
    <w:p w14:paraId="4A946F33" w14:textId="33B44975" w:rsidR="001A3022" w:rsidRPr="00573F60" w:rsidRDefault="001A3022" w:rsidP="001A3022">
      <w:pPr>
        <w:rPr>
          <w:rFonts w:asciiTheme="minorBidi" w:hAnsiTheme="minorBidi"/>
          <w:sz w:val="24"/>
          <w:szCs w:val="24"/>
        </w:rPr>
      </w:pPr>
      <w:r w:rsidRPr="00573F60">
        <w:rPr>
          <w:rFonts w:asciiTheme="minorBidi" w:hAnsiTheme="minorBidi"/>
          <w:b/>
          <w:bCs/>
          <w:sz w:val="24"/>
          <w:szCs w:val="24"/>
        </w:rPr>
        <w:t xml:space="preserve">Table </w:t>
      </w:r>
      <w:r w:rsidR="009C41F5">
        <w:rPr>
          <w:rFonts w:asciiTheme="minorBidi" w:hAnsiTheme="minorBidi"/>
          <w:b/>
          <w:bCs/>
          <w:sz w:val="24"/>
          <w:szCs w:val="24"/>
        </w:rPr>
        <w:t>8</w:t>
      </w:r>
      <w:r w:rsidRPr="00573F60">
        <w:rPr>
          <w:rFonts w:asciiTheme="minorBidi" w:hAnsiTheme="minorBidi"/>
          <w:b/>
          <w:bCs/>
          <w:sz w:val="24"/>
          <w:szCs w:val="24"/>
        </w:rPr>
        <w:t>.</w:t>
      </w:r>
      <w:r w:rsidRPr="00573F60">
        <w:rPr>
          <w:rFonts w:asciiTheme="minorBidi" w:hAnsiTheme="minorBidi"/>
          <w:sz w:val="24"/>
          <w:szCs w:val="24"/>
        </w:rPr>
        <w:t xml:space="preserve"> Top ten DEPs in the Intestine tissue </w:t>
      </w:r>
    </w:p>
    <w:tbl>
      <w:tblPr>
        <w:tblStyle w:val="TableGrid"/>
        <w:tblpPr w:leftFromText="180" w:rightFromText="180" w:vertAnchor="text" w:horzAnchor="margin" w:tblpY="-29"/>
        <w:tblW w:w="0" w:type="auto"/>
        <w:tblLook w:val="04A0" w:firstRow="1" w:lastRow="0" w:firstColumn="1" w:lastColumn="0" w:noHBand="0" w:noVBand="1"/>
      </w:tblPr>
      <w:tblGrid>
        <w:gridCol w:w="723"/>
        <w:gridCol w:w="1749"/>
        <w:gridCol w:w="5008"/>
        <w:gridCol w:w="1150"/>
      </w:tblGrid>
      <w:tr w:rsidR="00FA32B9" w:rsidRPr="00573F60" w14:paraId="5A385814" w14:textId="77777777" w:rsidTr="007C618C">
        <w:trPr>
          <w:trHeight w:hRule="exact" w:val="577"/>
        </w:trPr>
        <w:tc>
          <w:tcPr>
            <w:tcW w:w="679" w:type="dxa"/>
            <w:vAlign w:val="center"/>
          </w:tcPr>
          <w:p w14:paraId="5E3C34E0" w14:textId="77777777" w:rsidR="00FA32B9" w:rsidRPr="00F811A2" w:rsidRDefault="00FA32B9" w:rsidP="00571F73">
            <w:pPr>
              <w:jc w:val="center"/>
              <w:rPr>
                <w:rFonts w:asciiTheme="minorBidi" w:hAnsiTheme="minorBidi"/>
                <w:b/>
                <w:bCs/>
                <w:sz w:val="24"/>
                <w:szCs w:val="24"/>
              </w:rPr>
            </w:pPr>
            <w:r w:rsidRPr="00F811A2">
              <w:rPr>
                <w:rFonts w:asciiTheme="minorBidi" w:hAnsiTheme="minorBidi"/>
                <w:b/>
                <w:bCs/>
                <w:sz w:val="24"/>
                <w:szCs w:val="24"/>
              </w:rPr>
              <w:t>Row</w:t>
            </w:r>
          </w:p>
        </w:tc>
        <w:tc>
          <w:tcPr>
            <w:tcW w:w="1756" w:type="dxa"/>
            <w:vAlign w:val="center"/>
          </w:tcPr>
          <w:p w14:paraId="46C56FE2" w14:textId="77777777" w:rsidR="00FA32B9" w:rsidRPr="00F811A2" w:rsidRDefault="00FA32B9" w:rsidP="00571F73">
            <w:pPr>
              <w:rPr>
                <w:rFonts w:asciiTheme="minorBidi" w:hAnsiTheme="minorBidi"/>
                <w:b/>
                <w:bCs/>
                <w:sz w:val="24"/>
                <w:szCs w:val="24"/>
              </w:rPr>
            </w:pPr>
            <w:r w:rsidRPr="00F811A2">
              <w:rPr>
                <w:rFonts w:asciiTheme="minorBidi" w:hAnsiTheme="minorBidi"/>
                <w:b/>
                <w:bCs/>
                <w:sz w:val="24"/>
                <w:szCs w:val="24"/>
              </w:rPr>
              <w:t>Protein ID</w:t>
            </w:r>
          </w:p>
        </w:tc>
        <w:tc>
          <w:tcPr>
            <w:tcW w:w="5370" w:type="dxa"/>
            <w:vAlign w:val="center"/>
          </w:tcPr>
          <w:p w14:paraId="1F620A45" w14:textId="77777777" w:rsidR="00FA32B9" w:rsidRPr="00F811A2" w:rsidRDefault="00FA32B9" w:rsidP="00571F73">
            <w:pPr>
              <w:rPr>
                <w:rFonts w:asciiTheme="minorBidi" w:hAnsiTheme="minorBidi"/>
                <w:b/>
                <w:bCs/>
                <w:sz w:val="24"/>
                <w:szCs w:val="24"/>
              </w:rPr>
            </w:pPr>
            <w:r w:rsidRPr="00F811A2">
              <w:rPr>
                <w:rFonts w:asciiTheme="minorBidi" w:hAnsiTheme="minorBidi"/>
                <w:b/>
                <w:bCs/>
                <w:sz w:val="24"/>
                <w:szCs w:val="24"/>
              </w:rPr>
              <w:t>Protein Name</w:t>
            </w:r>
          </w:p>
        </w:tc>
        <w:tc>
          <w:tcPr>
            <w:tcW w:w="909" w:type="dxa"/>
            <w:vAlign w:val="center"/>
          </w:tcPr>
          <w:p w14:paraId="0F30B264" w14:textId="77777777" w:rsidR="00FA32B9" w:rsidRPr="00F811A2" w:rsidRDefault="00FA32B9" w:rsidP="00571F73">
            <w:pPr>
              <w:jc w:val="center"/>
              <w:rPr>
                <w:rFonts w:asciiTheme="minorBidi" w:hAnsiTheme="minorBidi"/>
                <w:b/>
                <w:bCs/>
                <w:sz w:val="24"/>
                <w:szCs w:val="24"/>
              </w:rPr>
            </w:pPr>
            <w:r w:rsidRPr="00F811A2">
              <w:rPr>
                <w:rFonts w:asciiTheme="minorBidi" w:hAnsiTheme="minorBidi"/>
                <w:b/>
                <w:bCs/>
                <w:sz w:val="24"/>
                <w:szCs w:val="24"/>
              </w:rPr>
              <w:t>Fold change</w:t>
            </w:r>
            <w:r>
              <w:rPr>
                <w:rFonts w:asciiTheme="minorBidi" w:hAnsiTheme="minorBidi"/>
                <w:b/>
                <w:bCs/>
                <w:sz w:val="24"/>
                <w:szCs w:val="24"/>
              </w:rPr>
              <w:t>*</w:t>
            </w:r>
          </w:p>
        </w:tc>
      </w:tr>
      <w:tr w:rsidR="00FA32B9" w:rsidRPr="00573F60" w14:paraId="64BEA221" w14:textId="77777777" w:rsidTr="00571F73">
        <w:trPr>
          <w:trHeight w:hRule="exact" w:val="284"/>
        </w:trPr>
        <w:tc>
          <w:tcPr>
            <w:tcW w:w="8714" w:type="dxa"/>
            <w:gridSpan w:val="4"/>
            <w:vAlign w:val="center"/>
          </w:tcPr>
          <w:p w14:paraId="3E97E87C" w14:textId="77777777" w:rsidR="00FA32B9" w:rsidRPr="00865452" w:rsidRDefault="00FA32B9" w:rsidP="00571F73">
            <w:pPr>
              <w:jc w:val="center"/>
              <w:rPr>
                <w:rFonts w:asciiTheme="minorBidi" w:hAnsiTheme="minorBidi"/>
                <w:b/>
                <w:bCs/>
                <w:color w:val="000000"/>
              </w:rPr>
            </w:pPr>
            <w:r w:rsidRPr="00865452">
              <w:rPr>
                <w:rFonts w:asciiTheme="minorBidi" w:hAnsiTheme="minorBidi"/>
                <w:b/>
                <w:bCs/>
              </w:rPr>
              <w:t>Increased abundance in diet B</w:t>
            </w:r>
          </w:p>
        </w:tc>
      </w:tr>
      <w:tr w:rsidR="00FA32B9" w:rsidRPr="00573F60" w14:paraId="4D057B3E" w14:textId="77777777" w:rsidTr="00571F73">
        <w:trPr>
          <w:trHeight w:hRule="exact" w:val="284"/>
        </w:trPr>
        <w:tc>
          <w:tcPr>
            <w:tcW w:w="679" w:type="dxa"/>
            <w:vAlign w:val="center"/>
          </w:tcPr>
          <w:p w14:paraId="005EB7F7" w14:textId="77777777" w:rsidR="00FA32B9" w:rsidRPr="00865452" w:rsidRDefault="00FA32B9" w:rsidP="00571F73">
            <w:pPr>
              <w:jc w:val="center"/>
              <w:rPr>
                <w:rFonts w:asciiTheme="minorBidi" w:hAnsiTheme="minorBidi"/>
              </w:rPr>
            </w:pPr>
            <w:r w:rsidRPr="00865452">
              <w:rPr>
                <w:rFonts w:asciiTheme="minorBidi" w:hAnsiTheme="minorBidi"/>
              </w:rPr>
              <w:t>1</w:t>
            </w:r>
          </w:p>
        </w:tc>
        <w:tc>
          <w:tcPr>
            <w:tcW w:w="1756" w:type="dxa"/>
            <w:vAlign w:val="center"/>
          </w:tcPr>
          <w:p w14:paraId="4CC42864" w14:textId="77777777" w:rsidR="00FA32B9" w:rsidRPr="00865452" w:rsidRDefault="00FA32B9" w:rsidP="00571F73">
            <w:pPr>
              <w:jc w:val="center"/>
              <w:rPr>
                <w:rFonts w:asciiTheme="minorBidi" w:hAnsiTheme="minorBidi"/>
              </w:rPr>
            </w:pPr>
            <w:r w:rsidRPr="00865452">
              <w:rPr>
                <w:rFonts w:asciiTheme="minorBidi" w:hAnsiTheme="minorBidi"/>
                <w:color w:val="000000"/>
              </w:rPr>
              <w:t>A0A4W6DGN9</w:t>
            </w:r>
          </w:p>
        </w:tc>
        <w:tc>
          <w:tcPr>
            <w:tcW w:w="5370" w:type="dxa"/>
            <w:vAlign w:val="center"/>
          </w:tcPr>
          <w:p w14:paraId="1C4E5DDF" w14:textId="77777777" w:rsidR="00FA32B9" w:rsidRPr="00865452" w:rsidRDefault="00FA32B9" w:rsidP="00571F73">
            <w:pPr>
              <w:rPr>
                <w:rFonts w:asciiTheme="minorBidi" w:hAnsiTheme="minorBidi"/>
              </w:rPr>
            </w:pPr>
            <w:r w:rsidRPr="00865452">
              <w:rPr>
                <w:rFonts w:asciiTheme="minorBidi" w:hAnsiTheme="minorBidi"/>
                <w:color w:val="000000"/>
              </w:rPr>
              <w:t xml:space="preserve">Threonyl carbamoyl-AMP synthase </w:t>
            </w:r>
          </w:p>
        </w:tc>
        <w:tc>
          <w:tcPr>
            <w:tcW w:w="909" w:type="dxa"/>
            <w:vAlign w:val="center"/>
          </w:tcPr>
          <w:p w14:paraId="0573F833" w14:textId="77777777" w:rsidR="00FA32B9" w:rsidRPr="00865452" w:rsidRDefault="00FA32B9" w:rsidP="00571F73">
            <w:pPr>
              <w:jc w:val="center"/>
              <w:rPr>
                <w:rFonts w:asciiTheme="minorBidi" w:hAnsiTheme="minorBidi"/>
              </w:rPr>
            </w:pPr>
            <w:r w:rsidRPr="00865452">
              <w:rPr>
                <w:rFonts w:asciiTheme="minorBidi" w:hAnsiTheme="minorBidi"/>
                <w:color w:val="000000"/>
              </w:rPr>
              <w:t>9.12</w:t>
            </w:r>
          </w:p>
        </w:tc>
      </w:tr>
      <w:tr w:rsidR="00FA32B9" w:rsidRPr="00573F60" w14:paraId="773E95E5" w14:textId="77777777" w:rsidTr="00571F73">
        <w:trPr>
          <w:trHeight w:hRule="exact" w:val="284"/>
        </w:trPr>
        <w:tc>
          <w:tcPr>
            <w:tcW w:w="679" w:type="dxa"/>
            <w:vAlign w:val="center"/>
          </w:tcPr>
          <w:p w14:paraId="6655D4A2" w14:textId="77777777" w:rsidR="00FA32B9" w:rsidRPr="00865452" w:rsidRDefault="00FA32B9" w:rsidP="00571F73">
            <w:pPr>
              <w:jc w:val="center"/>
              <w:rPr>
                <w:rFonts w:asciiTheme="minorBidi" w:hAnsiTheme="minorBidi"/>
              </w:rPr>
            </w:pPr>
            <w:r w:rsidRPr="00865452">
              <w:rPr>
                <w:rFonts w:asciiTheme="minorBidi" w:hAnsiTheme="minorBidi"/>
              </w:rPr>
              <w:t>2</w:t>
            </w:r>
          </w:p>
        </w:tc>
        <w:tc>
          <w:tcPr>
            <w:tcW w:w="1756" w:type="dxa"/>
            <w:vAlign w:val="center"/>
          </w:tcPr>
          <w:p w14:paraId="05CB4643" w14:textId="77777777" w:rsidR="00FA32B9" w:rsidRPr="00865452" w:rsidRDefault="00FA32B9" w:rsidP="00571F73">
            <w:pPr>
              <w:jc w:val="center"/>
              <w:rPr>
                <w:rFonts w:asciiTheme="minorBidi" w:hAnsiTheme="minorBidi"/>
              </w:rPr>
            </w:pPr>
            <w:r w:rsidRPr="00865452">
              <w:rPr>
                <w:rFonts w:asciiTheme="minorBidi" w:hAnsiTheme="minorBidi"/>
                <w:color w:val="000000"/>
              </w:rPr>
              <w:t>A0A4W6CQR5</w:t>
            </w:r>
          </w:p>
        </w:tc>
        <w:tc>
          <w:tcPr>
            <w:tcW w:w="5370" w:type="dxa"/>
            <w:vAlign w:val="center"/>
          </w:tcPr>
          <w:p w14:paraId="62533208" w14:textId="77777777" w:rsidR="00FA32B9" w:rsidRPr="00865452" w:rsidRDefault="00FA32B9" w:rsidP="00571F73">
            <w:pPr>
              <w:rPr>
                <w:rFonts w:asciiTheme="minorBidi" w:hAnsiTheme="minorBidi"/>
              </w:rPr>
            </w:pPr>
            <w:r w:rsidRPr="00865452">
              <w:rPr>
                <w:rFonts w:asciiTheme="minorBidi" w:hAnsiTheme="minorBidi"/>
                <w:color w:val="000000"/>
              </w:rPr>
              <w:t>GIT ArfGAP 1</w:t>
            </w:r>
          </w:p>
        </w:tc>
        <w:tc>
          <w:tcPr>
            <w:tcW w:w="909" w:type="dxa"/>
            <w:vAlign w:val="center"/>
          </w:tcPr>
          <w:p w14:paraId="2CB357DD" w14:textId="77777777" w:rsidR="00FA32B9" w:rsidRPr="00865452" w:rsidRDefault="00FA32B9" w:rsidP="00571F73">
            <w:pPr>
              <w:jc w:val="center"/>
              <w:rPr>
                <w:rFonts w:asciiTheme="minorBidi" w:hAnsiTheme="minorBidi"/>
              </w:rPr>
            </w:pPr>
            <w:r w:rsidRPr="00865452">
              <w:rPr>
                <w:rFonts w:asciiTheme="minorBidi" w:hAnsiTheme="minorBidi"/>
                <w:color w:val="000000"/>
              </w:rPr>
              <w:t>6.92</w:t>
            </w:r>
          </w:p>
        </w:tc>
      </w:tr>
      <w:tr w:rsidR="00FA32B9" w:rsidRPr="00573F60" w14:paraId="502F651D" w14:textId="77777777" w:rsidTr="00571F73">
        <w:trPr>
          <w:trHeight w:hRule="exact" w:val="284"/>
        </w:trPr>
        <w:tc>
          <w:tcPr>
            <w:tcW w:w="679" w:type="dxa"/>
            <w:vAlign w:val="center"/>
          </w:tcPr>
          <w:p w14:paraId="37095F83" w14:textId="77777777" w:rsidR="00FA32B9" w:rsidRPr="00865452" w:rsidRDefault="00FA32B9" w:rsidP="00571F73">
            <w:pPr>
              <w:jc w:val="center"/>
              <w:rPr>
                <w:rFonts w:asciiTheme="minorBidi" w:hAnsiTheme="minorBidi"/>
              </w:rPr>
            </w:pPr>
            <w:r w:rsidRPr="00865452">
              <w:rPr>
                <w:rFonts w:asciiTheme="minorBidi" w:hAnsiTheme="minorBidi"/>
              </w:rPr>
              <w:t>3</w:t>
            </w:r>
          </w:p>
        </w:tc>
        <w:tc>
          <w:tcPr>
            <w:tcW w:w="1756" w:type="dxa"/>
            <w:vAlign w:val="center"/>
          </w:tcPr>
          <w:p w14:paraId="7DA1FF06" w14:textId="77777777" w:rsidR="00FA32B9" w:rsidRPr="00865452" w:rsidRDefault="00FA32B9" w:rsidP="00571F73">
            <w:pPr>
              <w:jc w:val="center"/>
              <w:rPr>
                <w:rFonts w:asciiTheme="minorBidi" w:hAnsiTheme="minorBidi"/>
              </w:rPr>
            </w:pPr>
            <w:r w:rsidRPr="00865452">
              <w:rPr>
                <w:rFonts w:asciiTheme="minorBidi" w:hAnsiTheme="minorBidi"/>
                <w:color w:val="000000"/>
              </w:rPr>
              <w:t>A0A4W6DG98</w:t>
            </w:r>
          </w:p>
        </w:tc>
        <w:tc>
          <w:tcPr>
            <w:tcW w:w="5370" w:type="dxa"/>
            <w:vAlign w:val="center"/>
          </w:tcPr>
          <w:p w14:paraId="4AC19299" w14:textId="77777777" w:rsidR="00FA32B9" w:rsidRPr="00865452" w:rsidRDefault="00FA32B9" w:rsidP="00571F73">
            <w:pPr>
              <w:tabs>
                <w:tab w:val="left" w:pos="1080"/>
              </w:tabs>
              <w:rPr>
                <w:rFonts w:asciiTheme="minorBidi" w:hAnsiTheme="minorBidi"/>
              </w:rPr>
            </w:pPr>
            <w:r w:rsidRPr="00865452">
              <w:rPr>
                <w:rFonts w:asciiTheme="minorBidi" w:hAnsiTheme="minorBidi"/>
                <w:color w:val="000000"/>
              </w:rPr>
              <w:t>NACHT domain-containing protein</w:t>
            </w:r>
          </w:p>
        </w:tc>
        <w:tc>
          <w:tcPr>
            <w:tcW w:w="909" w:type="dxa"/>
            <w:vAlign w:val="center"/>
          </w:tcPr>
          <w:p w14:paraId="7F21D683" w14:textId="77777777" w:rsidR="00FA32B9" w:rsidRPr="00865452" w:rsidRDefault="00FA32B9" w:rsidP="00571F73">
            <w:pPr>
              <w:jc w:val="center"/>
              <w:rPr>
                <w:rFonts w:asciiTheme="minorBidi" w:hAnsiTheme="minorBidi"/>
              </w:rPr>
            </w:pPr>
            <w:r w:rsidRPr="00865452">
              <w:rPr>
                <w:rFonts w:asciiTheme="minorBidi" w:hAnsiTheme="minorBidi"/>
                <w:color w:val="000000"/>
              </w:rPr>
              <w:t>5.29</w:t>
            </w:r>
          </w:p>
        </w:tc>
      </w:tr>
      <w:tr w:rsidR="00FA32B9" w:rsidRPr="00573F60" w14:paraId="2C28F509" w14:textId="77777777" w:rsidTr="00571F73">
        <w:trPr>
          <w:trHeight w:hRule="exact" w:val="284"/>
        </w:trPr>
        <w:tc>
          <w:tcPr>
            <w:tcW w:w="679" w:type="dxa"/>
            <w:vAlign w:val="center"/>
          </w:tcPr>
          <w:p w14:paraId="4546D763" w14:textId="77777777" w:rsidR="00FA32B9" w:rsidRPr="00865452" w:rsidRDefault="00FA32B9" w:rsidP="00571F73">
            <w:pPr>
              <w:jc w:val="center"/>
              <w:rPr>
                <w:rFonts w:asciiTheme="minorBidi" w:hAnsiTheme="minorBidi"/>
              </w:rPr>
            </w:pPr>
            <w:r w:rsidRPr="00865452">
              <w:rPr>
                <w:rFonts w:asciiTheme="minorBidi" w:hAnsiTheme="minorBidi"/>
              </w:rPr>
              <w:t>4</w:t>
            </w:r>
          </w:p>
        </w:tc>
        <w:tc>
          <w:tcPr>
            <w:tcW w:w="1756" w:type="dxa"/>
            <w:vAlign w:val="center"/>
          </w:tcPr>
          <w:p w14:paraId="49C1C03D" w14:textId="77777777" w:rsidR="00FA32B9" w:rsidRPr="00865452" w:rsidRDefault="00FA32B9" w:rsidP="00571F73">
            <w:pPr>
              <w:jc w:val="center"/>
              <w:rPr>
                <w:rFonts w:asciiTheme="minorBidi" w:hAnsiTheme="minorBidi"/>
              </w:rPr>
            </w:pPr>
            <w:r w:rsidRPr="00865452">
              <w:rPr>
                <w:rFonts w:asciiTheme="minorBidi" w:hAnsiTheme="minorBidi"/>
                <w:color w:val="000000"/>
              </w:rPr>
              <w:t>A0A4W6EI74</w:t>
            </w:r>
          </w:p>
        </w:tc>
        <w:tc>
          <w:tcPr>
            <w:tcW w:w="5370" w:type="dxa"/>
            <w:vAlign w:val="center"/>
          </w:tcPr>
          <w:p w14:paraId="28F8C4BF" w14:textId="77777777" w:rsidR="00FA32B9" w:rsidRPr="00865452" w:rsidRDefault="00FA32B9" w:rsidP="00571F73">
            <w:pPr>
              <w:rPr>
                <w:rFonts w:asciiTheme="minorBidi" w:hAnsiTheme="minorBidi"/>
              </w:rPr>
            </w:pPr>
            <w:r w:rsidRPr="00865452">
              <w:rPr>
                <w:rFonts w:asciiTheme="minorBidi" w:hAnsiTheme="minorBidi"/>
                <w:color w:val="000000"/>
              </w:rPr>
              <w:t>Apolipoprotein Ea</w:t>
            </w:r>
          </w:p>
        </w:tc>
        <w:tc>
          <w:tcPr>
            <w:tcW w:w="909" w:type="dxa"/>
            <w:vAlign w:val="center"/>
          </w:tcPr>
          <w:p w14:paraId="6AA08C08" w14:textId="77777777" w:rsidR="00FA32B9" w:rsidRPr="00865452" w:rsidRDefault="00FA32B9" w:rsidP="00571F73">
            <w:pPr>
              <w:jc w:val="center"/>
              <w:rPr>
                <w:rFonts w:asciiTheme="minorBidi" w:hAnsiTheme="minorBidi"/>
              </w:rPr>
            </w:pPr>
            <w:r w:rsidRPr="00865452">
              <w:rPr>
                <w:rFonts w:asciiTheme="minorBidi" w:hAnsiTheme="minorBidi"/>
                <w:color w:val="000000"/>
              </w:rPr>
              <w:t>5.16</w:t>
            </w:r>
          </w:p>
        </w:tc>
      </w:tr>
      <w:tr w:rsidR="00FA32B9" w:rsidRPr="00573F60" w14:paraId="5C7C8E7C" w14:textId="77777777" w:rsidTr="00571F73">
        <w:trPr>
          <w:trHeight w:hRule="exact" w:val="284"/>
        </w:trPr>
        <w:tc>
          <w:tcPr>
            <w:tcW w:w="679" w:type="dxa"/>
            <w:vAlign w:val="center"/>
          </w:tcPr>
          <w:p w14:paraId="3A4D23DA" w14:textId="77777777" w:rsidR="00FA32B9" w:rsidRPr="00865452" w:rsidRDefault="00FA32B9" w:rsidP="00571F73">
            <w:pPr>
              <w:jc w:val="center"/>
              <w:rPr>
                <w:rFonts w:asciiTheme="minorBidi" w:hAnsiTheme="minorBidi"/>
              </w:rPr>
            </w:pPr>
            <w:r w:rsidRPr="00865452">
              <w:rPr>
                <w:rFonts w:asciiTheme="minorBidi" w:hAnsiTheme="minorBidi"/>
              </w:rPr>
              <w:t>5</w:t>
            </w:r>
          </w:p>
        </w:tc>
        <w:tc>
          <w:tcPr>
            <w:tcW w:w="1756" w:type="dxa"/>
            <w:vAlign w:val="center"/>
          </w:tcPr>
          <w:p w14:paraId="3C6523E8" w14:textId="77777777" w:rsidR="00FA32B9" w:rsidRPr="00865452" w:rsidRDefault="00FA32B9" w:rsidP="00571F73">
            <w:pPr>
              <w:jc w:val="center"/>
              <w:rPr>
                <w:rFonts w:asciiTheme="minorBidi" w:hAnsiTheme="minorBidi"/>
              </w:rPr>
            </w:pPr>
            <w:r w:rsidRPr="00865452">
              <w:rPr>
                <w:rFonts w:asciiTheme="minorBidi" w:hAnsiTheme="minorBidi"/>
                <w:color w:val="000000"/>
              </w:rPr>
              <w:t>A0A4W6FS56</w:t>
            </w:r>
          </w:p>
        </w:tc>
        <w:tc>
          <w:tcPr>
            <w:tcW w:w="5370" w:type="dxa"/>
            <w:vAlign w:val="center"/>
          </w:tcPr>
          <w:p w14:paraId="0F1F6096" w14:textId="77777777" w:rsidR="00FA32B9" w:rsidRPr="00865452" w:rsidRDefault="00FA32B9" w:rsidP="00571F73">
            <w:pPr>
              <w:tabs>
                <w:tab w:val="left" w:pos="1080"/>
              </w:tabs>
              <w:rPr>
                <w:rFonts w:asciiTheme="minorBidi" w:hAnsiTheme="minorBidi"/>
              </w:rPr>
            </w:pPr>
            <w:r w:rsidRPr="00865452">
              <w:rPr>
                <w:rFonts w:asciiTheme="minorBidi" w:hAnsiTheme="minorBidi"/>
                <w:color w:val="000000"/>
              </w:rPr>
              <w:t>RUN and SH3 domain containing 1</w:t>
            </w:r>
          </w:p>
        </w:tc>
        <w:tc>
          <w:tcPr>
            <w:tcW w:w="909" w:type="dxa"/>
            <w:vAlign w:val="center"/>
          </w:tcPr>
          <w:p w14:paraId="41C92426" w14:textId="77777777" w:rsidR="00FA32B9" w:rsidRPr="00865452" w:rsidRDefault="00FA32B9" w:rsidP="00571F73">
            <w:pPr>
              <w:jc w:val="center"/>
              <w:rPr>
                <w:rFonts w:asciiTheme="minorBidi" w:hAnsiTheme="minorBidi"/>
              </w:rPr>
            </w:pPr>
            <w:r w:rsidRPr="00865452">
              <w:rPr>
                <w:rFonts w:asciiTheme="minorBidi" w:hAnsiTheme="minorBidi"/>
                <w:color w:val="000000"/>
              </w:rPr>
              <w:t>4.74</w:t>
            </w:r>
          </w:p>
        </w:tc>
      </w:tr>
      <w:tr w:rsidR="00FA32B9" w:rsidRPr="00573F60" w14:paraId="25A5132F" w14:textId="77777777" w:rsidTr="00571F73">
        <w:trPr>
          <w:trHeight w:hRule="exact" w:val="284"/>
        </w:trPr>
        <w:tc>
          <w:tcPr>
            <w:tcW w:w="679" w:type="dxa"/>
            <w:vAlign w:val="center"/>
          </w:tcPr>
          <w:p w14:paraId="31730C3B" w14:textId="77777777" w:rsidR="00FA32B9" w:rsidRPr="00865452" w:rsidRDefault="00FA32B9" w:rsidP="00571F73">
            <w:pPr>
              <w:jc w:val="center"/>
              <w:rPr>
                <w:rFonts w:asciiTheme="minorBidi" w:hAnsiTheme="minorBidi"/>
              </w:rPr>
            </w:pPr>
            <w:r w:rsidRPr="00865452">
              <w:rPr>
                <w:rFonts w:asciiTheme="minorBidi" w:hAnsiTheme="minorBidi"/>
              </w:rPr>
              <w:t>6</w:t>
            </w:r>
          </w:p>
        </w:tc>
        <w:tc>
          <w:tcPr>
            <w:tcW w:w="1756" w:type="dxa"/>
            <w:vAlign w:val="center"/>
          </w:tcPr>
          <w:p w14:paraId="25A8FD77" w14:textId="77777777" w:rsidR="00FA32B9" w:rsidRPr="00865452" w:rsidRDefault="00FA32B9" w:rsidP="00571F73">
            <w:pPr>
              <w:jc w:val="center"/>
              <w:rPr>
                <w:rFonts w:asciiTheme="minorBidi" w:hAnsiTheme="minorBidi"/>
              </w:rPr>
            </w:pPr>
            <w:r w:rsidRPr="00865452">
              <w:rPr>
                <w:rFonts w:asciiTheme="minorBidi" w:hAnsiTheme="minorBidi"/>
                <w:color w:val="000000"/>
              </w:rPr>
              <w:t>A0A4W6DP25</w:t>
            </w:r>
          </w:p>
        </w:tc>
        <w:tc>
          <w:tcPr>
            <w:tcW w:w="5370" w:type="dxa"/>
            <w:vAlign w:val="center"/>
          </w:tcPr>
          <w:p w14:paraId="5F108363" w14:textId="77777777" w:rsidR="00FA32B9" w:rsidRPr="00865452" w:rsidRDefault="00FA32B9" w:rsidP="00571F73">
            <w:pPr>
              <w:tabs>
                <w:tab w:val="left" w:pos="1290"/>
              </w:tabs>
              <w:rPr>
                <w:rFonts w:asciiTheme="minorBidi" w:hAnsiTheme="minorBidi"/>
              </w:rPr>
            </w:pPr>
            <w:r w:rsidRPr="00865452">
              <w:rPr>
                <w:rFonts w:asciiTheme="minorBidi" w:hAnsiTheme="minorBidi"/>
                <w:color w:val="000000"/>
              </w:rPr>
              <w:t>YTH domain-containing family protein</w:t>
            </w:r>
          </w:p>
        </w:tc>
        <w:tc>
          <w:tcPr>
            <w:tcW w:w="909" w:type="dxa"/>
            <w:vAlign w:val="center"/>
          </w:tcPr>
          <w:p w14:paraId="178D5FE8" w14:textId="77777777" w:rsidR="00FA32B9" w:rsidRPr="00865452" w:rsidRDefault="00FA32B9" w:rsidP="00571F73">
            <w:pPr>
              <w:jc w:val="center"/>
              <w:rPr>
                <w:rFonts w:asciiTheme="minorBidi" w:hAnsiTheme="minorBidi"/>
              </w:rPr>
            </w:pPr>
            <w:r w:rsidRPr="00865452">
              <w:rPr>
                <w:rFonts w:asciiTheme="minorBidi" w:hAnsiTheme="minorBidi"/>
                <w:color w:val="000000"/>
              </w:rPr>
              <w:t>4.40</w:t>
            </w:r>
          </w:p>
        </w:tc>
      </w:tr>
      <w:tr w:rsidR="00FA32B9" w:rsidRPr="00573F60" w14:paraId="435985EC" w14:textId="77777777" w:rsidTr="00571F73">
        <w:trPr>
          <w:trHeight w:hRule="exact" w:val="284"/>
        </w:trPr>
        <w:tc>
          <w:tcPr>
            <w:tcW w:w="679" w:type="dxa"/>
            <w:vAlign w:val="center"/>
          </w:tcPr>
          <w:p w14:paraId="48DDCBFD" w14:textId="77777777" w:rsidR="00FA32B9" w:rsidRPr="00865452" w:rsidRDefault="00FA32B9" w:rsidP="00571F73">
            <w:pPr>
              <w:jc w:val="center"/>
              <w:rPr>
                <w:rFonts w:asciiTheme="minorBidi" w:hAnsiTheme="minorBidi"/>
              </w:rPr>
            </w:pPr>
            <w:r w:rsidRPr="00865452">
              <w:rPr>
                <w:rFonts w:asciiTheme="minorBidi" w:hAnsiTheme="minorBidi"/>
              </w:rPr>
              <w:t>7</w:t>
            </w:r>
          </w:p>
        </w:tc>
        <w:tc>
          <w:tcPr>
            <w:tcW w:w="1756" w:type="dxa"/>
            <w:vAlign w:val="center"/>
          </w:tcPr>
          <w:p w14:paraId="7FE7818C" w14:textId="77777777" w:rsidR="00FA32B9" w:rsidRPr="00865452" w:rsidRDefault="00FA32B9" w:rsidP="00571F73">
            <w:pPr>
              <w:jc w:val="center"/>
              <w:rPr>
                <w:rFonts w:asciiTheme="minorBidi" w:hAnsiTheme="minorBidi"/>
              </w:rPr>
            </w:pPr>
            <w:r w:rsidRPr="00865452">
              <w:rPr>
                <w:rFonts w:asciiTheme="minorBidi" w:hAnsiTheme="minorBidi"/>
                <w:color w:val="000000"/>
              </w:rPr>
              <w:t>A0A4W6D1L2</w:t>
            </w:r>
          </w:p>
        </w:tc>
        <w:tc>
          <w:tcPr>
            <w:tcW w:w="5370" w:type="dxa"/>
            <w:vAlign w:val="center"/>
          </w:tcPr>
          <w:p w14:paraId="6F61D37D" w14:textId="77777777" w:rsidR="00FA32B9" w:rsidRPr="00865452" w:rsidRDefault="00FA32B9" w:rsidP="00571F73">
            <w:pPr>
              <w:rPr>
                <w:rFonts w:asciiTheme="minorBidi" w:hAnsiTheme="minorBidi"/>
              </w:rPr>
            </w:pPr>
            <w:r w:rsidRPr="00865452">
              <w:rPr>
                <w:rFonts w:asciiTheme="minorBidi" w:hAnsiTheme="minorBidi"/>
                <w:color w:val="000000"/>
              </w:rPr>
              <w:t xml:space="preserve">Metallo endopeptidase </w:t>
            </w:r>
          </w:p>
        </w:tc>
        <w:tc>
          <w:tcPr>
            <w:tcW w:w="909" w:type="dxa"/>
            <w:vAlign w:val="center"/>
          </w:tcPr>
          <w:p w14:paraId="16FB5787" w14:textId="77777777" w:rsidR="00FA32B9" w:rsidRPr="00865452" w:rsidRDefault="00FA32B9" w:rsidP="00571F73">
            <w:pPr>
              <w:jc w:val="center"/>
              <w:rPr>
                <w:rFonts w:asciiTheme="minorBidi" w:hAnsiTheme="minorBidi"/>
              </w:rPr>
            </w:pPr>
            <w:r w:rsidRPr="00865452">
              <w:rPr>
                <w:rFonts w:asciiTheme="minorBidi" w:hAnsiTheme="minorBidi"/>
                <w:color w:val="000000"/>
              </w:rPr>
              <w:t>4.20</w:t>
            </w:r>
          </w:p>
        </w:tc>
      </w:tr>
      <w:tr w:rsidR="00FA32B9" w:rsidRPr="00573F60" w14:paraId="227765A0" w14:textId="77777777" w:rsidTr="00571F73">
        <w:trPr>
          <w:trHeight w:hRule="exact" w:val="284"/>
        </w:trPr>
        <w:tc>
          <w:tcPr>
            <w:tcW w:w="679" w:type="dxa"/>
            <w:vAlign w:val="center"/>
          </w:tcPr>
          <w:p w14:paraId="5C738B32" w14:textId="77777777" w:rsidR="00FA32B9" w:rsidRPr="00865452" w:rsidRDefault="00FA32B9" w:rsidP="00571F73">
            <w:pPr>
              <w:jc w:val="center"/>
              <w:rPr>
                <w:rFonts w:asciiTheme="minorBidi" w:hAnsiTheme="minorBidi"/>
              </w:rPr>
            </w:pPr>
            <w:r w:rsidRPr="00865452">
              <w:rPr>
                <w:rFonts w:asciiTheme="minorBidi" w:hAnsiTheme="minorBidi"/>
              </w:rPr>
              <w:t>8</w:t>
            </w:r>
          </w:p>
        </w:tc>
        <w:tc>
          <w:tcPr>
            <w:tcW w:w="1756" w:type="dxa"/>
            <w:vAlign w:val="center"/>
          </w:tcPr>
          <w:p w14:paraId="57AFDC8C" w14:textId="77777777" w:rsidR="00FA32B9" w:rsidRPr="00865452" w:rsidRDefault="00FA32B9" w:rsidP="00571F73">
            <w:pPr>
              <w:jc w:val="center"/>
              <w:rPr>
                <w:rFonts w:asciiTheme="minorBidi" w:hAnsiTheme="minorBidi"/>
              </w:rPr>
            </w:pPr>
            <w:r w:rsidRPr="00865452">
              <w:rPr>
                <w:rFonts w:asciiTheme="minorBidi" w:hAnsiTheme="minorBidi"/>
                <w:color w:val="000000"/>
              </w:rPr>
              <w:t>A0A4W6DT98</w:t>
            </w:r>
          </w:p>
        </w:tc>
        <w:tc>
          <w:tcPr>
            <w:tcW w:w="5370" w:type="dxa"/>
            <w:vAlign w:val="center"/>
          </w:tcPr>
          <w:p w14:paraId="10ACC978" w14:textId="77777777" w:rsidR="00FA32B9" w:rsidRPr="00865452" w:rsidRDefault="00FA32B9" w:rsidP="00571F73">
            <w:pPr>
              <w:rPr>
                <w:rFonts w:asciiTheme="minorBidi" w:hAnsiTheme="minorBidi"/>
              </w:rPr>
            </w:pPr>
            <w:r w:rsidRPr="00865452">
              <w:rPr>
                <w:rFonts w:asciiTheme="minorBidi" w:hAnsiTheme="minorBidi"/>
                <w:color w:val="000000"/>
              </w:rPr>
              <w:t>DnaJ (Hsp40) homolog, subfamily C, member 8</w:t>
            </w:r>
          </w:p>
        </w:tc>
        <w:tc>
          <w:tcPr>
            <w:tcW w:w="909" w:type="dxa"/>
            <w:vAlign w:val="center"/>
          </w:tcPr>
          <w:p w14:paraId="4FB9B591" w14:textId="77777777" w:rsidR="00FA32B9" w:rsidRPr="00865452" w:rsidRDefault="00FA32B9" w:rsidP="00571F73">
            <w:pPr>
              <w:jc w:val="center"/>
              <w:rPr>
                <w:rFonts w:asciiTheme="minorBidi" w:hAnsiTheme="minorBidi"/>
              </w:rPr>
            </w:pPr>
            <w:r w:rsidRPr="00865452">
              <w:rPr>
                <w:rFonts w:asciiTheme="minorBidi" w:hAnsiTheme="minorBidi"/>
                <w:color w:val="000000"/>
              </w:rPr>
              <w:t>4.03</w:t>
            </w:r>
          </w:p>
        </w:tc>
      </w:tr>
      <w:tr w:rsidR="00FA32B9" w:rsidRPr="00573F60" w14:paraId="5A4020F6" w14:textId="77777777" w:rsidTr="00571F73">
        <w:trPr>
          <w:trHeight w:hRule="exact" w:val="284"/>
        </w:trPr>
        <w:tc>
          <w:tcPr>
            <w:tcW w:w="679" w:type="dxa"/>
            <w:vAlign w:val="center"/>
          </w:tcPr>
          <w:p w14:paraId="59827ED2" w14:textId="77777777" w:rsidR="00FA32B9" w:rsidRPr="00865452" w:rsidRDefault="00FA32B9" w:rsidP="00571F73">
            <w:pPr>
              <w:jc w:val="center"/>
              <w:rPr>
                <w:rFonts w:asciiTheme="minorBidi" w:hAnsiTheme="minorBidi"/>
              </w:rPr>
            </w:pPr>
            <w:r w:rsidRPr="00865452">
              <w:rPr>
                <w:rFonts w:asciiTheme="minorBidi" w:hAnsiTheme="minorBidi"/>
              </w:rPr>
              <w:t>9</w:t>
            </w:r>
          </w:p>
        </w:tc>
        <w:tc>
          <w:tcPr>
            <w:tcW w:w="1756" w:type="dxa"/>
            <w:vAlign w:val="center"/>
          </w:tcPr>
          <w:p w14:paraId="7E481401" w14:textId="77777777" w:rsidR="00FA32B9" w:rsidRPr="00865452" w:rsidRDefault="00FA32B9" w:rsidP="00571F73">
            <w:pPr>
              <w:jc w:val="center"/>
              <w:rPr>
                <w:rFonts w:asciiTheme="minorBidi" w:hAnsiTheme="minorBidi"/>
              </w:rPr>
            </w:pPr>
            <w:r w:rsidRPr="00865452">
              <w:rPr>
                <w:rFonts w:asciiTheme="minorBidi" w:hAnsiTheme="minorBidi"/>
                <w:color w:val="000000"/>
              </w:rPr>
              <w:t>A0A4W6FGH5</w:t>
            </w:r>
          </w:p>
        </w:tc>
        <w:tc>
          <w:tcPr>
            <w:tcW w:w="5370" w:type="dxa"/>
            <w:vAlign w:val="center"/>
          </w:tcPr>
          <w:p w14:paraId="2E3462C6" w14:textId="77777777" w:rsidR="00FA32B9" w:rsidRPr="00865452" w:rsidRDefault="00FA32B9" w:rsidP="00571F73">
            <w:pPr>
              <w:rPr>
                <w:rFonts w:asciiTheme="minorBidi" w:hAnsiTheme="minorBidi"/>
              </w:rPr>
            </w:pPr>
            <w:r w:rsidRPr="00865452">
              <w:rPr>
                <w:rFonts w:asciiTheme="minorBidi" w:hAnsiTheme="minorBidi"/>
                <w:color w:val="000000"/>
              </w:rPr>
              <w:t>Bridging integrator 2b</w:t>
            </w:r>
          </w:p>
        </w:tc>
        <w:tc>
          <w:tcPr>
            <w:tcW w:w="909" w:type="dxa"/>
            <w:vAlign w:val="center"/>
          </w:tcPr>
          <w:p w14:paraId="2ABE1BE0" w14:textId="77777777" w:rsidR="00FA32B9" w:rsidRPr="00865452" w:rsidRDefault="00FA32B9" w:rsidP="00571F73">
            <w:pPr>
              <w:jc w:val="center"/>
              <w:rPr>
                <w:rFonts w:asciiTheme="minorBidi" w:hAnsiTheme="minorBidi"/>
              </w:rPr>
            </w:pPr>
            <w:r w:rsidRPr="00865452">
              <w:rPr>
                <w:rFonts w:asciiTheme="minorBidi" w:hAnsiTheme="minorBidi"/>
                <w:color w:val="000000"/>
              </w:rPr>
              <w:t>4.00</w:t>
            </w:r>
          </w:p>
        </w:tc>
      </w:tr>
      <w:tr w:rsidR="00FA32B9" w:rsidRPr="00573F60" w14:paraId="4F590A66" w14:textId="77777777" w:rsidTr="00571F73">
        <w:trPr>
          <w:trHeight w:hRule="exact" w:val="284"/>
        </w:trPr>
        <w:tc>
          <w:tcPr>
            <w:tcW w:w="679" w:type="dxa"/>
            <w:vAlign w:val="center"/>
          </w:tcPr>
          <w:p w14:paraId="693D6D3C" w14:textId="77777777" w:rsidR="00FA32B9" w:rsidRPr="00865452" w:rsidRDefault="00FA32B9" w:rsidP="00571F73">
            <w:pPr>
              <w:jc w:val="center"/>
              <w:rPr>
                <w:rFonts w:asciiTheme="minorBidi" w:hAnsiTheme="minorBidi"/>
              </w:rPr>
            </w:pPr>
            <w:r w:rsidRPr="00865452">
              <w:rPr>
                <w:rFonts w:asciiTheme="minorBidi" w:hAnsiTheme="minorBidi"/>
              </w:rPr>
              <w:t>10</w:t>
            </w:r>
          </w:p>
        </w:tc>
        <w:tc>
          <w:tcPr>
            <w:tcW w:w="1756" w:type="dxa"/>
            <w:vAlign w:val="center"/>
          </w:tcPr>
          <w:p w14:paraId="749477E7" w14:textId="77777777" w:rsidR="00FA32B9" w:rsidRPr="00865452" w:rsidRDefault="00FA32B9" w:rsidP="00571F73">
            <w:pPr>
              <w:jc w:val="center"/>
              <w:rPr>
                <w:rFonts w:asciiTheme="minorBidi" w:hAnsiTheme="minorBidi"/>
              </w:rPr>
            </w:pPr>
            <w:r w:rsidRPr="00865452">
              <w:rPr>
                <w:rFonts w:asciiTheme="minorBidi" w:hAnsiTheme="minorBidi"/>
                <w:color w:val="000000"/>
              </w:rPr>
              <w:t>A0A4W6CAB3</w:t>
            </w:r>
          </w:p>
        </w:tc>
        <w:tc>
          <w:tcPr>
            <w:tcW w:w="5370" w:type="dxa"/>
            <w:vAlign w:val="center"/>
          </w:tcPr>
          <w:p w14:paraId="7EC8C257" w14:textId="77777777" w:rsidR="00FA32B9" w:rsidRPr="00865452" w:rsidRDefault="00FA32B9" w:rsidP="00571F73">
            <w:pPr>
              <w:rPr>
                <w:rFonts w:asciiTheme="minorBidi" w:hAnsiTheme="minorBidi"/>
              </w:rPr>
            </w:pPr>
            <w:r w:rsidRPr="00865452">
              <w:rPr>
                <w:rFonts w:asciiTheme="minorBidi" w:hAnsiTheme="minorBidi"/>
                <w:color w:val="000000"/>
              </w:rPr>
              <w:t>AP complex subunit sigma</w:t>
            </w:r>
          </w:p>
        </w:tc>
        <w:tc>
          <w:tcPr>
            <w:tcW w:w="909" w:type="dxa"/>
            <w:vAlign w:val="center"/>
          </w:tcPr>
          <w:p w14:paraId="76D47352" w14:textId="77777777" w:rsidR="00FA32B9" w:rsidRPr="00865452" w:rsidRDefault="00FA32B9" w:rsidP="00571F73">
            <w:pPr>
              <w:jc w:val="center"/>
              <w:rPr>
                <w:rFonts w:asciiTheme="minorBidi" w:hAnsiTheme="minorBidi"/>
              </w:rPr>
            </w:pPr>
            <w:r w:rsidRPr="00865452">
              <w:rPr>
                <w:rFonts w:asciiTheme="minorBidi" w:hAnsiTheme="minorBidi"/>
                <w:color w:val="000000"/>
              </w:rPr>
              <w:t>3.92</w:t>
            </w:r>
          </w:p>
        </w:tc>
      </w:tr>
      <w:tr w:rsidR="00FA32B9" w:rsidRPr="00573F60" w14:paraId="1F9EE3CC" w14:textId="77777777" w:rsidTr="00571F73">
        <w:trPr>
          <w:trHeight w:hRule="exact" w:val="284"/>
        </w:trPr>
        <w:tc>
          <w:tcPr>
            <w:tcW w:w="8714" w:type="dxa"/>
            <w:gridSpan w:val="4"/>
            <w:vAlign w:val="center"/>
          </w:tcPr>
          <w:p w14:paraId="25F0BD67" w14:textId="77777777" w:rsidR="00FA32B9" w:rsidRPr="00865452" w:rsidRDefault="00FA32B9" w:rsidP="00571F73">
            <w:pPr>
              <w:jc w:val="center"/>
              <w:rPr>
                <w:rFonts w:asciiTheme="minorBidi" w:hAnsiTheme="minorBidi"/>
                <w:b/>
                <w:bCs/>
                <w:color w:val="000000"/>
              </w:rPr>
            </w:pPr>
            <w:r w:rsidRPr="00865452">
              <w:rPr>
                <w:rFonts w:asciiTheme="minorBidi" w:hAnsiTheme="minorBidi"/>
                <w:b/>
                <w:bCs/>
              </w:rPr>
              <w:t>Decreased abundance in diet B</w:t>
            </w:r>
          </w:p>
        </w:tc>
      </w:tr>
      <w:tr w:rsidR="00FA32B9" w:rsidRPr="00573F60" w14:paraId="332E432A" w14:textId="77777777" w:rsidTr="00571F73">
        <w:trPr>
          <w:trHeight w:hRule="exact" w:val="284"/>
        </w:trPr>
        <w:tc>
          <w:tcPr>
            <w:tcW w:w="679" w:type="dxa"/>
            <w:vAlign w:val="center"/>
          </w:tcPr>
          <w:p w14:paraId="2D95D89C" w14:textId="77777777" w:rsidR="00FA32B9" w:rsidRPr="00865452" w:rsidRDefault="00FA32B9" w:rsidP="00571F73">
            <w:pPr>
              <w:jc w:val="center"/>
              <w:rPr>
                <w:rFonts w:asciiTheme="minorBidi" w:hAnsiTheme="minorBidi"/>
              </w:rPr>
            </w:pPr>
            <w:r w:rsidRPr="00865452">
              <w:rPr>
                <w:rFonts w:asciiTheme="minorBidi" w:hAnsiTheme="minorBidi"/>
              </w:rPr>
              <w:t>11</w:t>
            </w:r>
          </w:p>
        </w:tc>
        <w:tc>
          <w:tcPr>
            <w:tcW w:w="1756" w:type="dxa"/>
            <w:vAlign w:val="center"/>
          </w:tcPr>
          <w:p w14:paraId="68A3A7CB" w14:textId="77777777" w:rsidR="00FA32B9" w:rsidRPr="00865452" w:rsidRDefault="00FA32B9" w:rsidP="00571F73">
            <w:pPr>
              <w:jc w:val="center"/>
              <w:rPr>
                <w:rFonts w:asciiTheme="minorBidi" w:hAnsiTheme="minorBidi"/>
              </w:rPr>
            </w:pPr>
            <w:r w:rsidRPr="00865452">
              <w:rPr>
                <w:rFonts w:asciiTheme="minorBidi" w:hAnsiTheme="minorBidi"/>
                <w:color w:val="000000"/>
              </w:rPr>
              <w:t>A0A4W6DJG2</w:t>
            </w:r>
          </w:p>
        </w:tc>
        <w:tc>
          <w:tcPr>
            <w:tcW w:w="5370" w:type="dxa"/>
            <w:vAlign w:val="center"/>
          </w:tcPr>
          <w:p w14:paraId="69690FC1" w14:textId="77777777" w:rsidR="00FA32B9" w:rsidRPr="00865452" w:rsidRDefault="00FA32B9" w:rsidP="00571F73">
            <w:pPr>
              <w:rPr>
                <w:rFonts w:asciiTheme="minorBidi" w:hAnsiTheme="minorBidi"/>
              </w:rPr>
            </w:pPr>
            <w:r w:rsidRPr="00865452">
              <w:rPr>
                <w:rFonts w:asciiTheme="minorBidi" w:hAnsiTheme="minorBidi"/>
                <w:color w:val="000000"/>
              </w:rPr>
              <w:t>C1q domain-containing protein</w:t>
            </w:r>
          </w:p>
        </w:tc>
        <w:tc>
          <w:tcPr>
            <w:tcW w:w="909" w:type="dxa"/>
            <w:vAlign w:val="center"/>
          </w:tcPr>
          <w:p w14:paraId="7E8E465C" w14:textId="77777777" w:rsidR="00FA32B9" w:rsidRPr="00865452" w:rsidRDefault="00FA32B9" w:rsidP="00571F73">
            <w:pPr>
              <w:jc w:val="center"/>
              <w:rPr>
                <w:rFonts w:asciiTheme="minorBidi" w:hAnsiTheme="minorBidi"/>
              </w:rPr>
            </w:pPr>
            <w:r w:rsidRPr="00865452">
              <w:rPr>
                <w:rFonts w:asciiTheme="minorBidi" w:hAnsiTheme="minorBidi"/>
                <w:color w:val="000000"/>
              </w:rPr>
              <w:t>0.06</w:t>
            </w:r>
          </w:p>
        </w:tc>
      </w:tr>
      <w:tr w:rsidR="00FA32B9" w:rsidRPr="00573F60" w14:paraId="32E40B17" w14:textId="77777777" w:rsidTr="00571F73">
        <w:trPr>
          <w:trHeight w:hRule="exact" w:val="284"/>
        </w:trPr>
        <w:tc>
          <w:tcPr>
            <w:tcW w:w="679" w:type="dxa"/>
            <w:vAlign w:val="center"/>
          </w:tcPr>
          <w:p w14:paraId="10D372F5" w14:textId="77777777" w:rsidR="00FA32B9" w:rsidRPr="00865452" w:rsidRDefault="00FA32B9" w:rsidP="00571F73">
            <w:pPr>
              <w:jc w:val="center"/>
              <w:rPr>
                <w:rFonts w:asciiTheme="minorBidi" w:hAnsiTheme="minorBidi"/>
              </w:rPr>
            </w:pPr>
            <w:r w:rsidRPr="00865452">
              <w:rPr>
                <w:rFonts w:asciiTheme="minorBidi" w:hAnsiTheme="minorBidi"/>
              </w:rPr>
              <w:t>12</w:t>
            </w:r>
          </w:p>
        </w:tc>
        <w:tc>
          <w:tcPr>
            <w:tcW w:w="1756" w:type="dxa"/>
            <w:vAlign w:val="center"/>
          </w:tcPr>
          <w:p w14:paraId="1AEDEC89" w14:textId="77777777" w:rsidR="00FA32B9" w:rsidRPr="00865452" w:rsidRDefault="00FA32B9" w:rsidP="00571F73">
            <w:pPr>
              <w:jc w:val="center"/>
              <w:rPr>
                <w:rFonts w:asciiTheme="minorBidi" w:hAnsiTheme="minorBidi"/>
              </w:rPr>
            </w:pPr>
            <w:r w:rsidRPr="00865452">
              <w:rPr>
                <w:rFonts w:asciiTheme="minorBidi" w:hAnsiTheme="minorBidi"/>
                <w:color w:val="000000"/>
              </w:rPr>
              <w:t>A0A4W6EI75</w:t>
            </w:r>
          </w:p>
        </w:tc>
        <w:tc>
          <w:tcPr>
            <w:tcW w:w="5370" w:type="dxa"/>
            <w:vAlign w:val="center"/>
          </w:tcPr>
          <w:p w14:paraId="3497FAD8" w14:textId="77777777" w:rsidR="00FA32B9" w:rsidRPr="00865452" w:rsidRDefault="00FA32B9" w:rsidP="00571F73">
            <w:pPr>
              <w:rPr>
                <w:rFonts w:asciiTheme="minorBidi" w:hAnsiTheme="minorBidi"/>
              </w:rPr>
            </w:pPr>
            <w:r w:rsidRPr="00865452">
              <w:rPr>
                <w:rFonts w:asciiTheme="minorBidi" w:hAnsiTheme="minorBidi"/>
                <w:color w:val="000000"/>
              </w:rPr>
              <w:t xml:space="preserve">non-specific serine/threonine protein kinase </w:t>
            </w:r>
          </w:p>
        </w:tc>
        <w:tc>
          <w:tcPr>
            <w:tcW w:w="909" w:type="dxa"/>
            <w:vAlign w:val="center"/>
          </w:tcPr>
          <w:p w14:paraId="457EF75A" w14:textId="77777777" w:rsidR="00FA32B9" w:rsidRPr="00865452" w:rsidRDefault="00FA32B9" w:rsidP="00571F73">
            <w:pPr>
              <w:jc w:val="center"/>
              <w:rPr>
                <w:rFonts w:asciiTheme="minorBidi" w:hAnsiTheme="minorBidi"/>
              </w:rPr>
            </w:pPr>
            <w:r w:rsidRPr="00865452">
              <w:rPr>
                <w:rFonts w:asciiTheme="minorBidi" w:hAnsiTheme="minorBidi"/>
                <w:color w:val="000000"/>
              </w:rPr>
              <w:t>0.06</w:t>
            </w:r>
          </w:p>
        </w:tc>
      </w:tr>
      <w:tr w:rsidR="00FA32B9" w:rsidRPr="00573F60" w14:paraId="476ABCC6" w14:textId="77777777" w:rsidTr="00571F73">
        <w:trPr>
          <w:trHeight w:hRule="exact" w:val="284"/>
        </w:trPr>
        <w:tc>
          <w:tcPr>
            <w:tcW w:w="679" w:type="dxa"/>
            <w:vAlign w:val="center"/>
          </w:tcPr>
          <w:p w14:paraId="718A5190" w14:textId="77777777" w:rsidR="00FA32B9" w:rsidRPr="00865452" w:rsidRDefault="00FA32B9" w:rsidP="00571F73">
            <w:pPr>
              <w:jc w:val="center"/>
              <w:rPr>
                <w:rFonts w:asciiTheme="minorBidi" w:hAnsiTheme="minorBidi"/>
              </w:rPr>
            </w:pPr>
            <w:r w:rsidRPr="00865452">
              <w:rPr>
                <w:rFonts w:asciiTheme="minorBidi" w:hAnsiTheme="minorBidi"/>
              </w:rPr>
              <w:t>13</w:t>
            </w:r>
          </w:p>
        </w:tc>
        <w:tc>
          <w:tcPr>
            <w:tcW w:w="1756" w:type="dxa"/>
            <w:vAlign w:val="center"/>
          </w:tcPr>
          <w:p w14:paraId="6267E3D7" w14:textId="77777777" w:rsidR="00FA32B9" w:rsidRPr="00865452" w:rsidRDefault="00FA32B9" w:rsidP="00571F73">
            <w:pPr>
              <w:jc w:val="center"/>
              <w:rPr>
                <w:rFonts w:asciiTheme="minorBidi" w:hAnsiTheme="minorBidi"/>
              </w:rPr>
            </w:pPr>
            <w:r w:rsidRPr="00865452">
              <w:rPr>
                <w:rFonts w:asciiTheme="minorBidi" w:hAnsiTheme="minorBidi"/>
                <w:color w:val="000000"/>
              </w:rPr>
              <w:t>A0A4W6BTQ3</w:t>
            </w:r>
          </w:p>
        </w:tc>
        <w:tc>
          <w:tcPr>
            <w:tcW w:w="5370" w:type="dxa"/>
            <w:vAlign w:val="center"/>
          </w:tcPr>
          <w:p w14:paraId="469CA9EA" w14:textId="77777777" w:rsidR="00FA32B9" w:rsidRPr="00865452" w:rsidRDefault="00FA32B9" w:rsidP="00571F73">
            <w:pPr>
              <w:rPr>
                <w:rFonts w:asciiTheme="minorBidi" w:hAnsiTheme="minorBidi"/>
              </w:rPr>
            </w:pPr>
            <w:r w:rsidRPr="00865452">
              <w:rPr>
                <w:rFonts w:asciiTheme="minorBidi" w:hAnsiTheme="minorBidi"/>
                <w:color w:val="000000"/>
              </w:rPr>
              <w:t>UPAR/Ly6 domain-containing protein</w:t>
            </w:r>
          </w:p>
        </w:tc>
        <w:tc>
          <w:tcPr>
            <w:tcW w:w="909" w:type="dxa"/>
            <w:vAlign w:val="center"/>
          </w:tcPr>
          <w:p w14:paraId="032F44B0" w14:textId="77777777" w:rsidR="00FA32B9" w:rsidRPr="00865452" w:rsidRDefault="00FA32B9" w:rsidP="00571F73">
            <w:pPr>
              <w:jc w:val="center"/>
              <w:rPr>
                <w:rFonts w:asciiTheme="minorBidi" w:hAnsiTheme="minorBidi"/>
              </w:rPr>
            </w:pPr>
            <w:r w:rsidRPr="00865452">
              <w:rPr>
                <w:rFonts w:asciiTheme="minorBidi" w:hAnsiTheme="minorBidi"/>
                <w:color w:val="000000"/>
              </w:rPr>
              <w:t>0.18</w:t>
            </w:r>
          </w:p>
        </w:tc>
      </w:tr>
      <w:tr w:rsidR="00FA32B9" w:rsidRPr="00573F60" w14:paraId="25825B8B" w14:textId="77777777" w:rsidTr="00571F73">
        <w:trPr>
          <w:trHeight w:hRule="exact" w:val="284"/>
        </w:trPr>
        <w:tc>
          <w:tcPr>
            <w:tcW w:w="679" w:type="dxa"/>
            <w:vAlign w:val="center"/>
          </w:tcPr>
          <w:p w14:paraId="64D8D18B" w14:textId="77777777" w:rsidR="00FA32B9" w:rsidRPr="00865452" w:rsidRDefault="00FA32B9" w:rsidP="00571F73">
            <w:pPr>
              <w:jc w:val="center"/>
              <w:rPr>
                <w:rFonts w:asciiTheme="minorBidi" w:hAnsiTheme="minorBidi"/>
              </w:rPr>
            </w:pPr>
            <w:r w:rsidRPr="00865452">
              <w:rPr>
                <w:rFonts w:asciiTheme="minorBidi" w:hAnsiTheme="minorBidi"/>
              </w:rPr>
              <w:t>14</w:t>
            </w:r>
          </w:p>
        </w:tc>
        <w:tc>
          <w:tcPr>
            <w:tcW w:w="1756" w:type="dxa"/>
            <w:vAlign w:val="center"/>
          </w:tcPr>
          <w:p w14:paraId="6CEBBBA0" w14:textId="77777777" w:rsidR="00FA32B9" w:rsidRPr="00865452" w:rsidRDefault="00FA32B9" w:rsidP="00571F73">
            <w:pPr>
              <w:jc w:val="center"/>
              <w:rPr>
                <w:rFonts w:asciiTheme="minorBidi" w:hAnsiTheme="minorBidi"/>
              </w:rPr>
            </w:pPr>
            <w:r w:rsidRPr="00865452">
              <w:rPr>
                <w:rFonts w:asciiTheme="minorBidi" w:hAnsiTheme="minorBidi"/>
                <w:color w:val="000000"/>
              </w:rPr>
              <w:t>A0A4W6FXK4</w:t>
            </w:r>
          </w:p>
        </w:tc>
        <w:tc>
          <w:tcPr>
            <w:tcW w:w="5370" w:type="dxa"/>
            <w:vAlign w:val="center"/>
          </w:tcPr>
          <w:p w14:paraId="2A89EC2D" w14:textId="77777777" w:rsidR="00FA32B9" w:rsidRPr="00865452" w:rsidRDefault="00FA32B9" w:rsidP="00571F73">
            <w:pPr>
              <w:rPr>
                <w:rFonts w:asciiTheme="minorBidi" w:hAnsiTheme="minorBidi"/>
              </w:rPr>
            </w:pPr>
            <w:r w:rsidRPr="00865452">
              <w:rPr>
                <w:rFonts w:asciiTheme="minorBidi" w:hAnsiTheme="minorBidi"/>
                <w:color w:val="000000"/>
              </w:rPr>
              <w:t>phosphatidylinositol-4,5-bisphosphate 3-kinase</w:t>
            </w:r>
          </w:p>
        </w:tc>
        <w:tc>
          <w:tcPr>
            <w:tcW w:w="909" w:type="dxa"/>
            <w:vAlign w:val="center"/>
          </w:tcPr>
          <w:p w14:paraId="0836485A" w14:textId="77777777" w:rsidR="00FA32B9" w:rsidRPr="00865452" w:rsidRDefault="00FA32B9" w:rsidP="00571F73">
            <w:pPr>
              <w:jc w:val="center"/>
              <w:rPr>
                <w:rFonts w:asciiTheme="minorBidi" w:hAnsiTheme="minorBidi"/>
              </w:rPr>
            </w:pPr>
            <w:r w:rsidRPr="00865452">
              <w:rPr>
                <w:rFonts w:asciiTheme="minorBidi" w:hAnsiTheme="minorBidi"/>
                <w:color w:val="000000"/>
              </w:rPr>
              <w:t>0.20</w:t>
            </w:r>
          </w:p>
        </w:tc>
      </w:tr>
      <w:tr w:rsidR="00FA32B9" w:rsidRPr="00573F60" w14:paraId="23A9A888" w14:textId="77777777" w:rsidTr="00571F73">
        <w:trPr>
          <w:trHeight w:hRule="exact" w:val="284"/>
        </w:trPr>
        <w:tc>
          <w:tcPr>
            <w:tcW w:w="679" w:type="dxa"/>
            <w:vAlign w:val="center"/>
          </w:tcPr>
          <w:p w14:paraId="14FEBBD7" w14:textId="77777777" w:rsidR="00FA32B9" w:rsidRPr="00865452" w:rsidRDefault="00FA32B9" w:rsidP="00571F73">
            <w:pPr>
              <w:jc w:val="center"/>
              <w:rPr>
                <w:rFonts w:asciiTheme="minorBidi" w:hAnsiTheme="minorBidi"/>
              </w:rPr>
            </w:pPr>
            <w:r w:rsidRPr="00865452">
              <w:rPr>
                <w:rFonts w:asciiTheme="minorBidi" w:hAnsiTheme="minorBidi"/>
              </w:rPr>
              <w:t>15</w:t>
            </w:r>
          </w:p>
        </w:tc>
        <w:tc>
          <w:tcPr>
            <w:tcW w:w="1756" w:type="dxa"/>
            <w:vAlign w:val="center"/>
          </w:tcPr>
          <w:p w14:paraId="0B78E081" w14:textId="77777777" w:rsidR="00FA32B9" w:rsidRPr="00865452" w:rsidRDefault="00FA32B9" w:rsidP="00571F73">
            <w:pPr>
              <w:jc w:val="center"/>
              <w:rPr>
                <w:rFonts w:asciiTheme="minorBidi" w:hAnsiTheme="minorBidi"/>
              </w:rPr>
            </w:pPr>
            <w:r w:rsidRPr="00865452">
              <w:rPr>
                <w:rFonts w:asciiTheme="minorBidi" w:hAnsiTheme="minorBidi"/>
                <w:color w:val="000000"/>
              </w:rPr>
              <w:t>A0A4W6G0X6</w:t>
            </w:r>
          </w:p>
        </w:tc>
        <w:tc>
          <w:tcPr>
            <w:tcW w:w="5370" w:type="dxa"/>
            <w:vAlign w:val="center"/>
          </w:tcPr>
          <w:p w14:paraId="37496D96" w14:textId="77777777" w:rsidR="00FA32B9" w:rsidRPr="00865452" w:rsidRDefault="00FA32B9" w:rsidP="00571F73">
            <w:pPr>
              <w:rPr>
                <w:rFonts w:asciiTheme="minorBidi" w:hAnsiTheme="minorBidi"/>
              </w:rPr>
            </w:pPr>
            <w:r w:rsidRPr="00865452">
              <w:rPr>
                <w:rFonts w:asciiTheme="minorBidi" w:hAnsiTheme="minorBidi"/>
                <w:color w:val="000000"/>
              </w:rPr>
              <w:t>H1.0 linker histone</w:t>
            </w:r>
          </w:p>
        </w:tc>
        <w:tc>
          <w:tcPr>
            <w:tcW w:w="909" w:type="dxa"/>
            <w:vAlign w:val="center"/>
          </w:tcPr>
          <w:p w14:paraId="16FDDA3A" w14:textId="77777777" w:rsidR="00FA32B9" w:rsidRPr="00865452" w:rsidRDefault="00FA32B9" w:rsidP="00571F73">
            <w:pPr>
              <w:jc w:val="center"/>
              <w:rPr>
                <w:rFonts w:asciiTheme="minorBidi" w:hAnsiTheme="minorBidi"/>
              </w:rPr>
            </w:pPr>
            <w:r w:rsidRPr="00865452">
              <w:rPr>
                <w:rFonts w:asciiTheme="minorBidi" w:hAnsiTheme="minorBidi"/>
                <w:color w:val="000000"/>
              </w:rPr>
              <w:t>0.25</w:t>
            </w:r>
          </w:p>
        </w:tc>
      </w:tr>
      <w:tr w:rsidR="00FA32B9" w:rsidRPr="00573F60" w14:paraId="2AF1DE29" w14:textId="77777777" w:rsidTr="00571F73">
        <w:trPr>
          <w:trHeight w:hRule="exact" w:val="284"/>
        </w:trPr>
        <w:tc>
          <w:tcPr>
            <w:tcW w:w="679" w:type="dxa"/>
            <w:vAlign w:val="center"/>
          </w:tcPr>
          <w:p w14:paraId="3EB32B7E" w14:textId="77777777" w:rsidR="00FA32B9" w:rsidRPr="00865452" w:rsidRDefault="00FA32B9" w:rsidP="00571F73">
            <w:pPr>
              <w:jc w:val="center"/>
              <w:rPr>
                <w:rFonts w:asciiTheme="minorBidi" w:hAnsiTheme="minorBidi"/>
              </w:rPr>
            </w:pPr>
            <w:r w:rsidRPr="00865452">
              <w:rPr>
                <w:rFonts w:asciiTheme="minorBidi" w:hAnsiTheme="minorBidi"/>
              </w:rPr>
              <w:t>16</w:t>
            </w:r>
          </w:p>
        </w:tc>
        <w:tc>
          <w:tcPr>
            <w:tcW w:w="1756" w:type="dxa"/>
            <w:vAlign w:val="center"/>
          </w:tcPr>
          <w:p w14:paraId="7A98628D" w14:textId="77777777" w:rsidR="00FA32B9" w:rsidRPr="00865452" w:rsidRDefault="00FA32B9" w:rsidP="00571F73">
            <w:pPr>
              <w:jc w:val="center"/>
              <w:rPr>
                <w:rFonts w:asciiTheme="minorBidi" w:hAnsiTheme="minorBidi"/>
              </w:rPr>
            </w:pPr>
            <w:r w:rsidRPr="00865452">
              <w:rPr>
                <w:rFonts w:asciiTheme="minorBidi" w:hAnsiTheme="minorBidi"/>
                <w:color w:val="000000"/>
              </w:rPr>
              <w:t>A0A4W6CTG1</w:t>
            </w:r>
          </w:p>
        </w:tc>
        <w:tc>
          <w:tcPr>
            <w:tcW w:w="5370" w:type="dxa"/>
            <w:vAlign w:val="center"/>
          </w:tcPr>
          <w:p w14:paraId="4309BD00" w14:textId="77777777" w:rsidR="00FA32B9" w:rsidRPr="00865452" w:rsidRDefault="00FA32B9" w:rsidP="00571F73">
            <w:pPr>
              <w:rPr>
                <w:rFonts w:asciiTheme="minorBidi" w:hAnsiTheme="minorBidi"/>
              </w:rPr>
            </w:pPr>
            <w:r w:rsidRPr="00865452">
              <w:rPr>
                <w:rFonts w:asciiTheme="minorBidi" w:hAnsiTheme="minorBidi"/>
                <w:color w:val="000000"/>
              </w:rPr>
              <w:t>Uncharacterized protein</w:t>
            </w:r>
          </w:p>
        </w:tc>
        <w:tc>
          <w:tcPr>
            <w:tcW w:w="909" w:type="dxa"/>
            <w:vAlign w:val="center"/>
          </w:tcPr>
          <w:p w14:paraId="67A4738D" w14:textId="77777777" w:rsidR="00FA32B9" w:rsidRPr="00865452" w:rsidRDefault="00FA32B9" w:rsidP="00571F73">
            <w:pPr>
              <w:jc w:val="center"/>
              <w:rPr>
                <w:rFonts w:asciiTheme="minorBidi" w:hAnsiTheme="minorBidi"/>
              </w:rPr>
            </w:pPr>
            <w:r w:rsidRPr="00865452">
              <w:rPr>
                <w:rFonts w:asciiTheme="minorBidi" w:hAnsiTheme="minorBidi"/>
                <w:color w:val="000000"/>
              </w:rPr>
              <w:t>0.29</w:t>
            </w:r>
          </w:p>
        </w:tc>
      </w:tr>
      <w:tr w:rsidR="00FA32B9" w:rsidRPr="00573F60" w14:paraId="2E5C5FBC" w14:textId="77777777" w:rsidTr="00571F73">
        <w:trPr>
          <w:trHeight w:hRule="exact" w:val="284"/>
        </w:trPr>
        <w:tc>
          <w:tcPr>
            <w:tcW w:w="679" w:type="dxa"/>
            <w:vAlign w:val="center"/>
          </w:tcPr>
          <w:p w14:paraId="1BE4A0FD" w14:textId="77777777" w:rsidR="00FA32B9" w:rsidRPr="00865452" w:rsidRDefault="00FA32B9" w:rsidP="00571F73">
            <w:pPr>
              <w:jc w:val="center"/>
              <w:rPr>
                <w:rFonts w:asciiTheme="minorBidi" w:hAnsiTheme="minorBidi"/>
              </w:rPr>
            </w:pPr>
            <w:r w:rsidRPr="00865452">
              <w:rPr>
                <w:rFonts w:asciiTheme="minorBidi" w:hAnsiTheme="minorBidi"/>
              </w:rPr>
              <w:t>17</w:t>
            </w:r>
          </w:p>
        </w:tc>
        <w:tc>
          <w:tcPr>
            <w:tcW w:w="1756" w:type="dxa"/>
            <w:vAlign w:val="center"/>
          </w:tcPr>
          <w:p w14:paraId="2D00D870" w14:textId="77777777" w:rsidR="00FA32B9" w:rsidRPr="00865452" w:rsidRDefault="00FA32B9" w:rsidP="00571F73">
            <w:pPr>
              <w:jc w:val="center"/>
              <w:rPr>
                <w:rFonts w:asciiTheme="minorBidi" w:hAnsiTheme="minorBidi"/>
              </w:rPr>
            </w:pPr>
            <w:r w:rsidRPr="00865452">
              <w:rPr>
                <w:rFonts w:asciiTheme="minorBidi" w:hAnsiTheme="minorBidi"/>
                <w:color w:val="000000"/>
              </w:rPr>
              <w:t>A0A4W6F148</w:t>
            </w:r>
          </w:p>
        </w:tc>
        <w:tc>
          <w:tcPr>
            <w:tcW w:w="5370" w:type="dxa"/>
            <w:vAlign w:val="center"/>
          </w:tcPr>
          <w:p w14:paraId="147C01F4" w14:textId="77777777" w:rsidR="00FA32B9" w:rsidRPr="00865452" w:rsidRDefault="00FA32B9" w:rsidP="00571F73">
            <w:pPr>
              <w:rPr>
                <w:rFonts w:asciiTheme="minorBidi" w:hAnsiTheme="minorBidi"/>
              </w:rPr>
            </w:pPr>
            <w:r w:rsidRPr="00865452">
              <w:rPr>
                <w:rFonts w:asciiTheme="minorBidi" w:hAnsiTheme="minorBidi"/>
                <w:color w:val="000000"/>
              </w:rPr>
              <w:t>Zmp:0000000846</w:t>
            </w:r>
          </w:p>
        </w:tc>
        <w:tc>
          <w:tcPr>
            <w:tcW w:w="909" w:type="dxa"/>
            <w:vAlign w:val="center"/>
          </w:tcPr>
          <w:p w14:paraId="7463A921" w14:textId="77777777" w:rsidR="00FA32B9" w:rsidRPr="00865452" w:rsidRDefault="00FA32B9" w:rsidP="00571F73">
            <w:pPr>
              <w:jc w:val="center"/>
              <w:rPr>
                <w:rFonts w:asciiTheme="minorBidi" w:hAnsiTheme="minorBidi"/>
              </w:rPr>
            </w:pPr>
            <w:r w:rsidRPr="00865452">
              <w:rPr>
                <w:rFonts w:asciiTheme="minorBidi" w:hAnsiTheme="minorBidi"/>
                <w:color w:val="000000"/>
              </w:rPr>
              <w:t>0.29</w:t>
            </w:r>
          </w:p>
        </w:tc>
      </w:tr>
      <w:tr w:rsidR="00FA32B9" w:rsidRPr="00573F60" w14:paraId="11594C39" w14:textId="77777777" w:rsidTr="00571F73">
        <w:trPr>
          <w:trHeight w:hRule="exact" w:val="284"/>
        </w:trPr>
        <w:tc>
          <w:tcPr>
            <w:tcW w:w="679" w:type="dxa"/>
            <w:vAlign w:val="center"/>
          </w:tcPr>
          <w:p w14:paraId="28D175CE" w14:textId="77777777" w:rsidR="00FA32B9" w:rsidRPr="00865452" w:rsidRDefault="00FA32B9" w:rsidP="00571F73">
            <w:pPr>
              <w:jc w:val="center"/>
              <w:rPr>
                <w:rFonts w:asciiTheme="minorBidi" w:hAnsiTheme="minorBidi"/>
              </w:rPr>
            </w:pPr>
            <w:r w:rsidRPr="00865452">
              <w:rPr>
                <w:rFonts w:asciiTheme="minorBidi" w:hAnsiTheme="minorBidi"/>
              </w:rPr>
              <w:t>18</w:t>
            </w:r>
          </w:p>
        </w:tc>
        <w:tc>
          <w:tcPr>
            <w:tcW w:w="1756" w:type="dxa"/>
            <w:vAlign w:val="center"/>
          </w:tcPr>
          <w:p w14:paraId="06A136C2" w14:textId="77777777" w:rsidR="00FA32B9" w:rsidRPr="00865452" w:rsidRDefault="00FA32B9" w:rsidP="00571F73">
            <w:pPr>
              <w:jc w:val="center"/>
              <w:rPr>
                <w:rFonts w:asciiTheme="minorBidi" w:hAnsiTheme="minorBidi"/>
              </w:rPr>
            </w:pPr>
            <w:r w:rsidRPr="00865452">
              <w:rPr>
                <w:rFonts w:asciiTheme="minorBidi" w:hAnsiTheme="minorBidi"/>
                <w:color w:val="000000"/>
              </w:rPr>
              <w:t>A0A4W6BT82</w:t>
            </w:r>
          </w:p>
        </w:tc>
        <w:tc>
          <w:tcPr>
            <w:tcW w:w="5370" w:type="dxa"/>
            <w:vAlign w:val="center"/>
          </w:tcPr>
          <w:p w14:paraId="71BE588F" w14:textId="77777777" w:rsidR="00FA32B9" w:rsidRPr="00865452" w:rsidRDefault="00FA32B9" w:rsidP="00571F73">
            <w:pPr>
              <w:rPr>
                <w:rFonts w:asciiTheme="minorBidi" w:hAnsiTheme="minorBidi"/>
              </w:rPr>
            </w:pPr>
            <w:r w:rsidRPr="00865452">
              <w:rPr>
                <w:rFonts w:asciiTheme="minorBidi" w:hAnsiTheme="minorBidi"/>
                <w:color w:val="000000"/>
              </w:rPr>
              <w:t>Tyrosine-protein kinase (EC 2.7.10.2)</w:t>
            </w:r>
          </w:p>
        </w:tc>
        <w:tc>
          <w:tcPr>
            <w:tcW w:w="909" w:type="dxa"/>
            <w:vAlign w:val="center"/>
          </w:tcPr>
          <w:p w14:paraId="2E586CF9" w14:textId="77777777" w:rsidR="00FA32B9" w:rsidRPr="00865452" w:rsidRDefault="00FA32B9" w:rsidP="00571F73">
            <w:pPr>
              <w:jc w:val="center"/>
              <w:rPr>
                <w:rFonts w:asciiTheme="minorBidi" w:hAnsiTheme="minorBidi"/>
              </w:rPr>
            </w:pPr>
            <w:r w:rsidRPr="00865452">
              <w:rPr>
                <w:rFonts w:asciiTheme="minorBidi" w:hAnsiTheme="minorBidi"/>
                <w:color w:val="000000"/>
              </w:rPr>
              <w:t>0.30</w:t>
            </w:r>
          </w:p>
        </w:tc>
      </w:tr>
      <w:tr w:rsidR="00FA32B9" w:rsidRPr="00573F60" w14:paraId="7CE485EB" w14:textId="77777777" w:rsidTr="00571F73">
        <w:trPr>
          <w:trHeight w:hRule="exact" w:val="284"/>
        </w:trPr>
        <w:tc>
          <w:tcPr>
            <w:tcW w:w="679" w:type="dxa"/>
            <w:vAlign w:val="center"/>
          </w:tcPr>
          <w:p w14:paraId="29CDF04A" w14:textId="77777777" w:rsidR="00FA32B9" w:rsidRPr="00865452" w:rsidRDefault="00FA32B9" w:rsidP="00571F73">
            <w:pPr>
              <w:jc w:val="center"/>
              <w:rPr>
                <w:rFonts w:asciiTheme="minorBidi" w:hAnsiTheme="minorBidi"/>
              </w:rPr>
            </w:pPr>
            <w:r w:rsidRPr="00865452">
              <w:rPr>
                <w:rFonts w:asciiTheme="minorBidi" w:hAnsiTheme="minorBidi"/>
              </w:rPr>
              <w:t>19</w:t>
            </w:r>
          </w:p>
        </w:tc>
        <w:tc>
          <w:tcPr>
            <w:tcW w:w="1756" w:type="dxa"/>
            <w:vAlign w:val="center"/>
          </w:tcPr>
          <w:p w14:paraId="5C880898" w14:textId="77777777" w:rsidR="00FA32B9" w:rsidRPr="00865452" w:rsidRDefault="00FA32B9" w:rsidP="00571F73">
            <w:pPr>
              <w:jc w:val="center"/>
              <w:rPr>
                <w:rFonts w:asciiTheme="minorBidi" w:hAnsiTheme="minorBidi"/>
              </w:rPr>
            </w:pPr>
            <w:r w:rsidRPr="00865452">
              <w:rPr>
                <w:rFonts w:asciiTheme="minorBidi" w:hAnsiTheme="minorBidi"/>
                <w:color w:val="000000"/>
              </w:rPr>
              <w:t>A0A4W6BTD9</w:t>
            </w:r>
          </w:p>
        </w:tc>
        <w:tc>
          <w:tcPr>
            <w:tcW w:w="5370" w:type="dxa"/>
            <w:vAlign w:val="center"/>
          </w:tcPr>
          <w:p w14:paraId="69BE9485" w14:textId="77777777" w:rsidR="00FA32B9" w:rsidRPr="00865452" w:rsidRDefault="00FA32B9" w:rsidP="00571F73">
            <w:pPr>
              <w:rPr>
                <w:rFonts w:asciiTheme="minorBidi" w:hAnsiTheme="minorBidi"/>
              </w:rPr>
            </w:pPr>
            <w:r w:rsidRPr="00865452">
              <w:rPr>
                <w:rFonts w:asciiTheme="minorBidi" w:hAnsiTheme="minorBidi"/>
                <w:color w:val="000000"/>
              </w:rPr>
              <w:t>Solute carrier family 25-member 18</w:t>
            </w:r>
          </w:p>
        </w:tc>
        <w:tc>
          <w:tcPr>
            <w:tcW w:w="909" w:type="dxa"/>
            <w:vAlign w:val="center"/>
          </w:tcPr>
          <w:p w14:paraId="4F54A255" w14:textId="77777777" w:rsidR="00FA32B9" w:rsidRPr="00865452" w:rsidRDefault="00FA32B9" w:rsidP="00571F73">
            <w:pPr>
              <w:jc w:val="center"/>
              <w:rPr>
                <w:rFonts w:asciiTheme="minorBidi" w:hAnsiTheme="minorBidi"/>
              </w:rPr>
            </w:pPr>
            <w:r w:rsidRPr="00865452">
              <w:rPr>
                <w:rFonts w:asciiTheme="minorBidi" w:hAnsiTheme="minorBidi"/>
                <w:color w:val="000000"/>
              </w:rPr>
              <w:t>0.31</w:t>
            </w:r>
          </w:p>
        </w:tc>
      </w:tr>
      <w:tr w:rsidR="00FA32B9" w:rsidRPr="00573F60" w14:paraId="2107B627" w14:textId="77777777" w:rsidTr="00571F73">
        <w:trPr>
          <w:trHeight w:hRule="exact" w:val="284"/>
        </w:trPr>
        <w:tc>
          <w:tcPr>
            <w:tcW w:w="679" w:type="dxa"/>
            <w:vAlign w:val="center"/>
          </w:tcPr>
          <w:p w14:paraId="65F28FEA" w14:textId="77777777" w:rsidR="00FA32B9" w:rsidRPr="00865452" w:rsidRDefault="00FA32B9" w:rsidP="00571F73">
            <w:pPr>
              <w:jc w:val="center"/>
              <w:rPr>
                <w:rFonts w:asciiTheme="minorBidi" w:hAnsiTheme="minorBidi"/>
              </w:rPr>
            </w:pPr>
            <w:r w:rsidRPr="00865452">
              <w:rPr>
                <w:rFonts w:asciiTheme="minorBidi" w:hAnsiTheme="minorBidi"/>
              </w:rPr>
              <w:t>20</w:t>
            </w:r>
          </w:p>
        </w:tc>
        <w:tc>
          <w:tcPr>
            <w:tcW w:w="1756" w:type="dxa"/>
            <w:vAlign w:val="center"/>
          </w:tcPr>
          <w:p w14:paraId="2587F47A" w14:textId="77777777" w:rsidR="00FA32B9" w:rsidRPr="00865452" w:rsidRDefault="00FA32B9" w:rsidP="00571F73">
            <w:pPr>
              <w:jc w:val="center"/>
              <w:rPr>
                <w:rFonts w:asciiTheme="minorBidi" w:hAnsiTheme="minorBidi"/>
              </w:rPr>
            </w:pPr>
            <w:r w:rsidRPr="00865452">
              <w:rPr>
                <w:rFonts w:asciiTheme="minorBidi" w:hAnsiTheme="minorBidi"/>
                <w:color w:val="000000"/>
              </w:rPr>
              <w:t>A0A4W6ECB4</w:t>
            </w:r>
          </w:p>
        </w:tc>
        <w:tc>
          <w:tcPr>
            <w:tcW w:w="5370" w:type="dxa"/>
            <w:vAlign w:val="center"/>
          </w:tcPr>
          <w:p w14:paraId="6BBAB872" w14:textId="77777777" w:rsidR="00FA32B9" w:rsidRPr="00865452" w:rsidRDefault="00FA32B9" w:rsidP="00571F73">
            <w:pPr>
              <w:rPr>
                <w:rFonts w:asciiTheme="minorBidi" w:hAnsiTheme="minorBidi"/>
              </w:rPr>
            </w:pPr>
            <w:r w:rsidRPr="00865452">
              <w:rPr>
                <w:rFonts w:asciiTheme="minorBidi" w:hAnsiTheme="minorBidi"/>
                <w:color w:val="000000"/>
              </w:rPr>
              <w:t>Fatty acid-binding protein</w:t>
            </w:r>
          </w:p>
        </w:tc>
        <w:tc>
          <w:tcPr>
            <w:tcW w:w="909" w:type="dxa"/>
            <w:vAlign w:val="center"/>
          </w:tcPr>
          <w:p w14:paraId="7542DC3B" w14:textId="77777777" w:rsidR="00FA32B9" w:rsidRPr="00865452" w:rsidRDefault="00FA32B9" w:rsidP="00571F73">
            <w:pPr>
              <w:jc w:val="center"/>
              <w:rPr>
                <w:rFonts w:asciiTheme="minorBidi" w:hAnsiTheme="minorBidi"/>
              </w:rPr>
            </w:pPr>
            <w:r w:rsidRPr="00865452">
              <w:rPr>
                <w:rFonts w:asciiTheme="minorBidi" w:hAnsiTheme="minorBidi"/>
                <w:color w:val="000000"/>
              </w:rPr>
              <w:t>0.31</w:t>
            </w:r>
          </w:p>
        </w:tc>
      </w:tr>
    </w:tbl>
    <w:p w14:paraId="02FF992E" w14:textId="77777777" w:rsidR="001A3022" w:rsidRPr="00573F60" w:rsidRDefault="001A3022" w:rsidP="001A3022">
      <w:pPr>
        <w:spacing w:line="360" w:lineRule="auto"/>
        <w:jc w:val="both"/>
        <w:rPr>
          <w:rFonts w:asciiTheme="minorBidi" w:hAnsiTheme="minorBidi"/>
          <w:sz w:val="20"/>
          <w:szCs w:val="20"/>
        </w:rPr>
      </w:pPr>
      <w:r w:rsidRPr="00573F60">
        <w:rPr>
          <w:rFonts w:asciiTheme="minorBidi" w:hAnsiTheme="minorBidi"/>
          <w:sz w:val="24"/>
          <w:szCs w:val="24"/>
        </w:rPr>
        <w:t>*</w:t>
      </w:r>
      <w:r w:rsidRPr="00573F60">
        <w:rPr>
          <w:rFonts w:asciiTheme="minorBidi" w:hAnsiTheme="minorBidi"/>
          <w:sz w:val="20"/>
          <w:szCs w:val="20"/>
        </w:rPr>
        <w:t>Values &gt; 1.3 indicate more abundant in diet B, values &lt; 0.76 indicate less abundant in diet B</w:t>
      </w:r>
    </w:p>
    <w:p w14:paraId="22E2FA40" w14:textId="77777777" w:rsidR="001A3022" w:rsidRDefault="001A3022" w:rsidP="00C6586B">
      <w:pPr>
        <w:rPr>
          <w:rFonts w:asciiTheme="minorBidi" w:hAnsiTheme="minorBidi"/>
          <w:lang w:val="en-AU"/>
        </w:rPr>
      </w:pPr>
    </w:p>
    <w:p w14:paraId="485D363B" w14:textId="77777777" w:rsidR="001A3022" w:rsidRDefault="001A3022" w:rsidP="00C6586B">
      <w:pPr>
        <w:rPr>
          <w:rFonts w:asciiTheme="minorBidi" w:hAnsiTheme="minorBidi"/>
          <w:lang w:val="en-AU"/>
        </w:rPr>
      </w:pPr>
    </w:p>
    <w:p w14:paraId="16156490" w14:textId="77777777" w:rsidR="001A3022" w:rsidRDefault="001A3022" w:rsidP="00C6586B">
      <w:pPr>
        <w:rPr>
          <w:rFonts w:asciiTheme="minorBidi" w:hAnsiTheme="minorBidi"/>
          <w:lang w:val="en-AU"/>
        </w:rPr>
      </w:pPr>
    </w:p>
    <w:p w14:paraId="4AF3841D" w14:textId="77777777" w:rsidR="001A3022" w:rsidRDefault="001A3022" w:rsidP="00C6586B">
      <w:pPr>
        <w:rPr>
          <w:rFonts w:asciiTheme="minorBidi" w:hAnsiTheme="minorBidi"/>
          <w:lang w:val="en-AU"/>
        </w:rPr>
      </w:pPr>
    </w:p>
    <w:p w14:paraId="1D97C997" w14:textId="77777777" w:rsidR="001A3022" w:rsidRDefault="001A3022" w:rsidP="00C6586B">
      <w:pPr>
        <w:rPr>
          <w:rFonts w:asciiTheme="minorBidi" w:hAnsiTheme="minorBidi"/>
          <w:lang w:val="en-AU"/>
        </w:rPr>
      </w:pPr>
    </w:p>
    <w:p w14:paraId="3B779AD2" w14:textId="1EFCE558" w:rsidR="00FC6F7E" w:rsidRPr="007C618C" w:rsidRDefault="003B31C3" w:rsidP="003B31C3">
      <w:pPr>
        <w:jc w:val="both"/>
        <w:rPr>
          <w:rFonts w:asciiTheme="minorBidi" w:hAnsiTheme="minorBidi"/>
          <w:sz w:val="24"/>
          <w:szCs w:val="24"/>
          <w:lang w:val="en-AU"/>
        </w:rPr>
      </w:pPr>
      <w:r w:rsidRPr="007C618C">
        <w:rPr>
          <w:rFonts w:asciiTheme="minorBidi" w:hAnsiTheme="minorBidi"/>
          <w:noProof/>
          <w:sz w:val="24"/>
          <w:szCs w:val="24"/>
        </w:rPr>
        <w:lastRenderedPageBreak/>
        <w:drawing>
          <wp:anchor distT="0" distB="0" distL="114300" distR="114300" simplePos="0" relativeHeight="251697664" behindDoc="0" locked="0" layoutInCell="1" allowOverlap="1" wp14:anchorId="3E2B8A14" wp14:editId="32E0214A">
            <wp:simplePos x="0" y="0"/>
            <wp:positionH relativeFrom="margin">
              <wp:align>left</wp:align>
            </wp:positionH>
            <wp:positionV relativeFrom="paragraph">
              <wp:posOffset>95250</wp:posOffset>
            </wp:positionV>
            <wp:extent cx="5568850" cy="6840000"/>
            <wp:effectExtent l="0" t="0" r="0" b="0"/>
            <wp:wrapThrough wrapText="bothSides">
              <wp:wrapPolygon edited="0">
                <wp:start x="0" y="0"/>
                <wp:lineTo x="0" y="21538"/>
                <wp:lineTo x="21504" y="21538"/>
                <wp:lineTo x="21504" y="0"/>
                <wp:lineTo x="0" y="0"/>
              </wp:wrapPolygon>
            </wp:wrapThrough>
            <wp:docPr id="76649430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4309" name="Picture 1" descr="A screenshot of a graph&#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568850" cy="6840000"/>
                    </a:xfrm>
                    <a:prstGeom prst="rect">
                      <a:avLst/>
                    </a:prstGeom>
                  </pic:spPr>
                </pic:pic>
              </a:graphicData>
            </a:graphic>
          </wp:anchor>
        </w:drawing>
      </w:r>
      <w:r w:rsidR="00FC6F7E" w:rsidRPr="007C618C">
        <w:rPr>
          <w:rFonts w:asciiTheme="minorBidi" w:hAnsiTheme="minorBidi"/>
          <w:b/>
          <w:bCs/>
          <w:sz w:val="24"/>
          <w:szCs w:val="24"/>
        </w:rPr>
        <w:t>Figure 11.</w:t>
      </w:r>
      <w:r w:rsidR="00FC6F7E" w:rsidRPr="007C618C">
        <w:rPr>
          <w:rFonts w:asciiTheme="minorBidi" w:hAnsiTheme="minorBidi"/>
          <w:sz w:val="24"/>
          <w:szCs w:val="24"/>
        </w:rPr>
        <w:t xml:space="preserve"> Top enriched GO terms in the DEPS of the intestine of barramundi. A higher –log</w:t>
      </w:r>
      <w:r w:rsidR="00FC6F7E" w:rsidRPr="007C618C">
        <w:rPr>
          <w:rFonts w:ascii="Cambria Math" w:hAnsi="Cambria Math" w:cs="Cambria Math"/>
          <w:sz w:val="24"/>
          <w:szCs w:val="24"/>
        </w:rPr>
        <w:t>₁₀</w:t>
      </w:r>
      <w:r w:rsidR="00FC6F7E" w:rsidRPr="007C618C">
        <w:rPr>
          <w:rFonts w:asciiTheme="minorBidi" w:hAnsiTheme="minorBidi"/>
          <w:sz w:val="24"/>
          <w:szCs w:val="24"/>
        </w:rPr>
        <w:t>(p-value) (red) indicates greater statistical significance, while lower –log</w:t>
      </w:r>
      <w:r w:rsidR="00FC6F7E" w:rsidRPr="007C618C">
        <w:rPr>
          <w:rFonts w:ascii="Cambria Math" w:hAnsi="Cambria Math" w:cs="Cambria Math"/>
          <w:sz w:val="24"/>
          <w:szCs w:val="24"/>
        </w:rPr>
        <w:t>₁₀</w:t>
      </w:r>
      <w:r w:rsidR="00FC6F7E" w:rsidRPr="007C618C">
        <w:rPr>
          <w:rFonts w:asciiTheme="minorBidi" w:hAnsiTheme="minorBidi"/>
          <w:sz w:val="24"/>
          <w:szCs w:val="24"/>
        </w:rPr>
        <w:t>(p-value) (blue) values indicate less significant enrichment. Up indicates increased abundance in the intestine of fish fed on diet B, while Down indicates decreased abundance in the intestine of fish fed on diet B.</w:t>
      </w:r>
    </w:p>
    <w:p w14:paraId="6B8A3C3C" w14:textId="77777777" w:rsidR="001A3022" w:rsidRDefault="001A3022" w:rsidP="00C6586B">
      <w:pPr>
        <w:rPr>
          <w:rFonts w:asciiTheme="minorBidi" w:hAnsiTheme="minorBidi"/>
          <w:lang w:val="en-AU"/>
        </w:rPr>
      </w:pPr>
    </w:p>
    <w:p w14:paraId="747F972E" w14:textId="77777777" w:rsidR="001A3022" w:rsidRDefault="001A3022" w:rsidP="00C6586B">
      <w:pPr>
        <w:rPr>
          <w:rFonts w:asciiTheme="minorBidi" w:hAnsiTheme="minorBidi"/>
          <w:lang w:val="en-AU"/>
        </w:rPr>
      </w:pPr>
    </w:p>
    <w:p w14:paraId="36A2BFEF" w14:textId="77777777" w:rsidR="001A3022" w:rsidRDefault="001A3022" w:rsidP="00C6586B">
      <w:pPr>
        <w:rPr>
          <w:rFonts w:asciiTheme="minorBidi" w:hAnsiTheme="minorBidi"/>
          <w:lang w:val="en-AU"/>
        </w:rPr>
      </w:pPr>
    </w:p>
    <w:p w14:paraId="41AD3202" w14:textId="37F9F161" w:rsidR="001A3022" w:rsidRDefault="00456DB1" w:rsidP="00456DB1">
      <w:pPr>
        <w:jc w:val="center"/>
        <w:rPr>
          <w:rFonts w:asciiTheme="minorBidi" w:hAnsiTheme="minorBidi"/>
          <w:lang w:val="en-AU"/>
        </w:rPr>
      </w:pPr>
      <w:r w:rsidRPr="00573F60">
        <w:rPr>
          <w:rFonts w:asciiTheme="minorBidi" w:hAnsiTheme="minorBidi"/>
          <w:noProof/>
        </w:rPr>
        <w:drawing>
          <wp:inline distT="0" distB="0" distL="0" distR="0" wp14:anchorId="0AADFACC" wp14:editId="14F1E97C">
            <wp:extent cx="3759735" cy="3503284"/>
            <wp:effectExtent l="0" t="5080" r="7620" b="7620"/>
            <wp:docPr id="217835171" name="Picture 1" descr="A graph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35171" name="Picture 1" descr="A graph of a number of cells&#10;&#10;AI-generated content may be incorrect."/>
                    <pic:cNvPicPr/>
                  </pic:nvPicPr>
                  <pic:blipFill>
                    <a:blip r:embed="rId18"/>
                    <a:stretch>
                      <a:fillRect/>
                    </a:stretch>
                  </pic:blipFill>
                  <pic:spPr>
                    <a:xfrm rot="5400000">
                      <a:off x="0" y="0"/>
                      <a:ext cx="3781731" cy="3523780"/>
                    </a:xfrm>
                    <a:prstGeom prst="rect">
                      <a:avLst/>
                    </a:prstGeom>
                  </pic:spPr>
                </pic:pic>
              </a:graphicData>
            </a:graphic>
          </wp:inline>
        </w:drawing>
      </w:r>
    </w:p>
    <w:p w14:paraId="524D96BC" w14:textId="32C0A997" w:rsidR="00542FD3" w:rsidRPr="007C618C" w:rsidRDefault="00542FD3" w:rsidP="00542FD3">
      <w:pPr>
        <w:spacing w:before="240" w:line="360" w:lineRule="auto"/>
        <w:jc w:val="both"/>
        <w:rPr>
          <w:rFonts w:asciiTheme="minorBidi" w:hAnsiTheme="minorBidi"/>
          <w:sz w:val="24"/>
          <w:szCs w:val="24"/>
        </w:rPr>
      </w:pPr>
      <w:r w:rsidRPr="007C618C">
        <w:rPr>
          <w:rFonts w:asciiTheme="minorBidi" w:hAnsiTheme="minorBidi"/>
          <w:b/>
          <w:bCs/>
          <w:sz w:val="24"/>
          <w:szCs w:val="24"/>
        </w:rPr>
        <w:t>Figure 12.</w:t>
      </w:r>
      <w:r w:rsidRPr="007C618C">
        <w:rPr>
          <w:rFonts w:asciiTheme="minorBidi" w:hAnsiTheme="minorBidi"/>
          <w:sz w:val="24"/>
          <w:szCs w:val="24"/>
        </w:rPr>
        <w:t xml:space="preserve"> Top KEGG pathways of the differentially abundant proteins in Intestine tissue</w:t>
      </w:r>
    </w:p>
    <w:p w14:paraId="01889476" w14:textId="77777777" w:rsidR="0049154B" w:rsidRDefault="0049154B" w:rsidP="00456DB1">
      <w:pPr>
        <w:jc w:val="center"/>
        <w:rPr>
          <w:rFonts w:asciiTheme="minorBidi" w:hAnsiTheme="minorBidi"/>
          <w:lang w:val="en-AU"/>
        </w:rPr>
      </w:pPr>
    </w:p>
    <w:p w14:paraId="4B026781" w14:textId="77777777" w:rsidR="00D747D8" w:rsidRDefault="00D747D8" w:rsidP="00456DB1">
      <w:pPr>
        <w:jc w:val="center"/>
        <w:rPr>
          <w:rFonts w:asciiTheme="minorBidi" w:hAnsiTheme="minorBidi"/>
          <w:lang w:val="en-AU"/>
        </w:rPr>
      </w:pPr>
    </w:p>
    <w:p w14:paraId="409A6010" w14:textId="77777777" w:rsidR="00D747D8" w:rsidRDefault="00D747D8" w:rsidP="00456DB1">
      <w:pPr>
        <w:jc w:val="center"/>
        <w:rPr>
          <w:rFonts w:asciiTheme="minorBidi" w:hAnsiTheme="minorBidi"/>
          <w:lang w:val="en-AU"/>
        </w:rPr>
      </w:pPr>
    </w:p>
    <w:p w14:paraId="050DDC1F" w14:textId="77777777" w:rsidR="00D747D8" w:rsidRDefault="00D747D8" w:rsidP="00456DB1">
      <w:pPr>
        <w:jc w:val="center"/>
        <w:rPr>
          <w:rFonts w:asciiTheme="minorBidi" w:hAnsiTheme="minorBidi"/>
          <w:lang w:val="en-AU"/>
        </w:rPr>
      </w:pPr>
    </w:p>
    <w:p w14:paraId="58B770A5" w14:textId="77777777" w:rsidR="00D747D8" w:rsidRDefault="00D747D8" w:rsidP="00456DB1">
      <w:pPr>
        <w:jc w:val="center"/>
        <w:rPr>
          <w:rFonts w:asciiTheme="minorBidi" w:hAnsiTheme="minorBidi"/>
          <w:lang w:val="en-AU"/>
        </w:rPr>
      </w:pPr>
    </w:p>
    <w:p w14:paraId="326E14EA" w14:textId="77777777" w:rsidR="00D747D8" w:rsidRDefault="00D747D8" w:rsidP="00456DB1">
      <w:pPr>
        <w:jc w:val="center"/>
        <w:rPr>
          <w:rFonts w:asciiTheme="minorBidi" w:hAnsiTheme="minorBidi"/>
          <w:lang w:val="en-AU"/>
        </w:rPr>
      </w:pPr>
    </w:p>
    <w:p w14:paraId="5FA5E1F8" w14:textId="77777777" w:rsidR="00D747D8" w:rsidRDefault="00D747D8" w:rsidP="00456DB1">
      <w:pPr>
        <w:jc w:val="center"/>
        <w:rPr>
          <w:rFonts w:asciiTheme="minorBidi" w:hAnsiTheme="minorBidi"/>
          <w:lang w:val="en-AU"/>
        </w:rPr>
      </w:pPr>
    </w:p>
    <w:p w14:paraId="5CDFAC2E" w14:textId="13F6C18B" w:rsidR="00D747D8" w:rsidRDefault="00D747D8" w:rsidP="001F29FC">
      <w:pPr>
        <w:rPr>
          <w:rFonts w:asciiTheme="minorBidi" w:hAnsiTheme="minorBidi"/>
          <w:lang w:val="en-AU"/>
        </w:rPr>
      </w:pPr>
    </w:p>
    <w:p w14:paraId="46757FC9" w14:textId="77777777" w:rsidR="002B0B62" w:rsidRDefault="002B0B62" w:rsidP="001F29FC">
      <w:pPr>
        <w:rPr>
          <w:rFonts w:asciiTheme="minorBidi" w:hAnsiTheme="minorBidi"/>
          <w:rtl/>
          <w:lang w:val="en-AU"/>
        </w:rPr>
      </w:pPr>
    </w:p>
    <w:p w14:paraId="441A0BFC" w14:textId="77777777" w:rsidR="007C618C" w:rsidRPr="0001504F" w:rsidRDefault="007C618C" w:rsidP="007C618C">
      <w:pPr>
        <w:spacing w:after="0"/>
        <w:jc w:val="center"/>
        <w:rPr>
          <w:rFonts w:asciiTheme="minorBidi" w:hAnsiTheme="minorBidi"/>
        </w:rPr>
      </w:pPr>
      <w:r>
        <w:rPr>
          <w:noProof/>
        </w:rPr>
        <w:lastRenderedPageBreak/>
        <w:drawing>
          <wp:inline distT="0" distB="0" distL="0" distR="0" wp14:anchorId="67EE0D2B" wp14:editId="327C1C23">
            <wp:extent cx="4572000" cy="2642775"/>
            <wp:effectExtent l="0" t="0" r="0" b="5715"/>
            <wp:docPr id="1314687159" name="Chart 1">
              <a:extLst xmlns:a="http://schemas.openxmlformats.org/drawingml/2006/main">
                <a:ext uri="{FF2B5EF4-FFF2-40B4-BE49-F238E27FC236}">
                  <a16:creationId xmlns:a16="http://schemas.microsoft.com/office/drawing/2014/main" id="{3EE9B595-06A4-C11D-CCD3-F65B3651F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4AA022" w14:textId="6924D657" w:rsidR="007C618C" w:rsidRPr="0076236C" w:rsidRDefault="007C618C" w:rsidP="007C618C">
      <w:pPr>
        <w:spacing w:after="0" w:line="360" w:lineRule="auto"/>
        <w:jc w:val="both"/>
        <w:rPr>
          <w:rFonts w:asciiTheme="minorBidi" w:hAnsiTheme="minorBidi"/>
          <w:sz w:val="24"/>
          <w:szCs w:val="24"/>
        </w:rPr>
      </w:pPr>
      <w:r w:rsidRPr="0076236C">
        <w:rPr>
          <w:rFonts w:asciiTheme="minorBidi" w:hAnsiTheme="minorBidi"/>
          <w:b/>
          <w:bCs/>
          <w:sz w:val="24"/>
          <w:szCs w:val="24"/>
          <w:lang w:bidi="fa-IR"/>
        </w:rPr>
        <w:t>Figure 13.</w:t>
      </w:r>
      <w:r w:rsidRPr="0076236C">
        <w:rPr>
          <w:rFonts w:asciiTheme="minorBidi" w:hAnsiTheme="minorBidi"/>
          <w:sz w:val="24"/>
          <w:szCs w:val="24"/>
          <w:lang w:bidi="fa-IR"/>
        </w:rPr>
        <w:t xml:space="preserve"> Total iron concentration (µg/g) brain tissue of the barramundi fed on diet A and B. Error bars represent the standard deviation.</w:t>
      </w:r>
    </w:p>
    <w:p w14:paraId="1CA62D76" w14:textId="77777777" w:rsidR="007C618C" w:rsidRPr="00573F60" w:rsidRDefault="007C618C" w:rsidP="007C618C">
      <w:pPr>
        <w:spacing w:after="0" w:line="360" w:lineRule="auto"/>
        <w:jc w:val="center"/>
        <w:rPr>
          <w:rFonts w:asciiTheme="minorBidi" w:hAnsiTheme="minorBidi"/>
          <w:sz w:val="24"/>
          <w:szCs w:val="24"/>
        </w:rPr>
      </w:pPr>
      <w:r w:rsidRPr="0017167E">
        <w:rPr>
          <w:noProof/>
          <w:color w:val="000000" w:themeColor="text1"/>
        </w:rPr>
        <w:drawing>
          <wp:inline distT="0" distB="0" distL="0" distR="0" wp14:anchorId="3CFC7B9E" wp14:editId="3D1F3424">
            <wp:extent cx="4572000" cy="2743200"/>
            <wp:effectExtent l="0" t="0" r="0" b="0"/>
            <wp:docPr id="1839888201" name="Chart 1">
              <a:extLst xmlns:a="http://schemas.openxmlformats.org/drawingml/2006/main">
                <a:ext uri="{FF2B5EF4-FFF2-40B4-BE49-F238E27FC236}">
                  <a16:creationId xmlns:a16="http://schemas.microsoft.com/office/drawing/2014/main" id="{ED946969-F2B4-6AD9-2CB8-3667EAFC6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2ADA11" w14:textId="3A0F4B50" w:rsidR="007C618C" w:rsidRPr="0076236C" w:rsidRDefault="007C618C" w:rsidP="007C618C">
      <w:pPr>
        <w:spacing w:after="0" w:line="360" w:lineRule="auto"/>
        <w:jc w:val="both"/>
        <w:rPr>
          <w:rFonts w:asciiTheme="minorBidi" w:hAnsiTheme="minorBidi"/>
          <w:sz w:val="24"/>
          <w:szCs w:val="24"/>
        </w:rPr>
      </w:pPr>
      <w:r w:rsidRPr="0076236C">
        <w:rPr>
          <w:rFonts w:asciiTheme="minorBidi" w:hAnsiTheme="minorBidi"/>
          <w:b/>
          <w:bCs/>
          <w:sz w:val="24"/>
          <w:szCs w:val="24"/>
          <w:lang w:bidi="fa-IR"/>
        </w:rPr>
        <w:t xml:space="preserve">Figure 14. </w:t>
      </w:r>
      <w:r w:rsidRPr="0076236C">
        <w:rPr>
          <w:rFonts w:asciiTheme="minorBidi" w:hAnsiTheme="minorBidi"/>
          <w:sz w:val="24"/>
          <w:szCs w:val="24"/>
          <w:lang w:bidi="fa-IR"/>
        </w:rPr>
        <w:t>Total iron concentration (µg/g) liver tissue of the barramundi fed on diet A and B. Bars represent the standard deviation.</w:t>
      </w:r>
    </w:p>
    <w:p w14:paraId="4A81BD7F" w14:textId="70544301" w:rsidR="008207C7" w:rsidRDefault="007C618C" w:rsidP="007C618C">
      <w:pPr>
        <w:spacing w:line="360" w:lineRule="auto"/>
        <w:jc w:val="center"/>
        <w:rPr>
          <w:rFonts w:asciiTheme="minorBidi" w:hAnsiTheme="minorBidi"/>
          <w:rtl/>
        </w:rPr>
      </w:pPr>
      <w:r w:rsidRPr="0017167E">
        <w:rPr>
          <w:noProof/>
          <w:color w:val="000000" w:themeColor="text1"/>
        </w:rPr>
        <w:lastRenderedPageBreak/>
        <w:drawing>
          <wp:inline distT="0" distB="0" distL="0" distR="0" wp14:anchorId="6B9B7F70" wp14:editId="4774D21D">
            <wp:extent cx="4568825" cy="2743200"/>
            <wp:effectExtent l="0" t="0" r="3175" b="0"/>
            <wp:docPr id="1675428320" name="Chart 1">
              <a:extLst xmlns:a="http://schemas.openxmlformats.org/drawingml/2006/main">
                <a:ext uri="{FF2B5EF4-FFF2-40B4-BE49-F238E27FC236}">
                  <a16:creationId xmlns:a16="http://schemas.microsoft.com/office/drawing/2014/main" id="{0E3F1B1B-793A-2ED4-5CF0-6E8D074E5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1891CF" w14:textId="775FFBD7" w:rsidR="007C618C" w:rsidRPr="0076236C" w:rsidRDefault="007C618C" w:rsidP="007C618C">
      <w:pPr>
        <w:spacing w:after="0" w:line="360" w:lineRule="auto"/>
        <w:jc w:val="both"/>
        <w:rPr>
          <w:rFonts w:asciiTheme="minorBidi" w:hAnsiTheme="minorBidi"/>
          <w:sz w:val="24"/>
          <w:szCs w:val="24"/>
        </w:rPr>
      </w:pPr>
      <w:r w:rsidRPr="0076236C">
        <w:rPr>
          <w:rFonts w:asciiTheme="minorBidi" w:hAnsiTheme="minorBidi"/>
          <w:b/>
          <w:bCs/>
          <w:sz w:val="24"/>
          <w:szCs w:val="24"/>
          <w:lang w:bidi="fa-IR"/>
        </w:rPr>
        <w:t>Figure 15.</w:t>
      </w:r>
      <w:r w:rsidRPr="0076236C">
        <w:rPr>
          <w:rFonts w:asciiTheme="minorBidi" w:hAnsiTheme="minorBidi"/>
          <w:sz w:val="24"/>
          <w:szCs w:val="24"/>
          <w:lang w:bidi="fa-IR"/>
        </w:rPr>
        <w:t xml:space="preserve"> Total iron concentration (µg/g) in intestine tissue of the barramundi fed on diet A and B. Bars represent the standard deviation. Asterisk (*) indicates a statistically significant difference between groups as determined by Student’s t-test (p &lt; 0.05).</w:t>
      </w:r>
    </w:p>
    <w:p w14:paraId="3D62E67A" w14:textId="77777777" w:rsidR="007C618C" w:rsidRPr="007C618C" w:rsidRDefault="007C618C" w:rsidP="007C618C">
      <w:pPr>
        <w:spacing w:line="360" w:lineRule="auto"/>
        <w:jc w:val="center"/>
        <w:rPr>
          <w:rFonts w:asciiTheme="minorBidi" w:hAnsiTheme="minorBidi"/>
        </w:rPr>
      </w:pPr>
    </w:p>
    <w:sectPr w:rsidR="007C618C" w:rsidRPr="007C618C"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B1DDC" w14:textId="77777777" w:rsidR="007D3401" w:rsidRDefault="007D3401" w:rsidP="00287B86">
      <w:pPr>
        <w:spacing w:after="0" w:line="240" w:lineRule="auto"/>
      </w:pPr>
      <w:r>
        <w:separator/>
      </w:r>
    </w:p>
  </w:endnote>
  <w:endnote w:type="continuationSeparator" w:id="0">
    <w:p w14:paraId="4E0853D9" w14:textId="77777777" w:rsidR="007D3401" w:rsidRDefault="007D3401" w:rsidP="0028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D771F" w14:textId="77777777" w:rsidR="007D3401" w:rsidRDefault="007D3401" w:rsidP="00287B86">
      <w:pPr>
        <w:spacing w:after="0" w:line="240" w:lineRule="auto"/>
      </w:pPr>
      <w:r>
        <w:separator/>
      </w:r>
    </w:p>
  </w:footnote>
  <w:footnote w:type="continuationSeparator" w:id="0">
    <w:p w14:paraId="7710DF79" w14:textId="77777777" w:rsidR="007D3401" w:rsidRDefault="007D3401" w:rsidP="00287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01327146">
    <w:abstractNumId w:val="8"/>
  </w:num>
  <w:num w:numId="2" w16cid:durableId="216819156">
    <w:abstractNumId w:val="6"/>
  </w:num>
  <w:num w:numId="3" w16cid:durableId="415057958">
    <w:abstractNumId w:val="5"/>
  </w:num>
  <w:num w:numId="4" w16cid:durableId="1480463359">
    <w:abstractNumId w:val="4"/>
  </w:num>
  <w:num w:numId="5" w16cid:durableId="479613735">
    <w:abstractNumId w:val="7"/>
  </w:num>
  <w:num w:numId="6" w16cid:durableId="1076434476">
    <w:abstractNumId w:val="3"/>
  </w:num>
  <w:num w:numId="7" w16cid:durableId="564409830">
    <w:abstractNumId w:val="2"/>
  </w:num>
  <w:num w:numId="8" w16cid:durableId="1536311365">
    <w:abstractNumId w:val="1"/>
  </w:num>
  <w:num w:numId="9" w16cid:durableId="1671175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CA5"/>
    <w:rsid w:val="00034616"/>
    <w:rsid w:val="00041D36"/>
    <w:rsid w:val="00057FBC"/>
    <w:rsid w:val="0006063C"/>
    <w:rsid w:val="00063EBA"/>
    <w:rsid w:val="000D6F64"/>
    <w:rsid w:val="000E4CCC"/>
    <w:rsid w:val="00121192"/>
    <w:rsid w:val="001357E7"/>
    <w:rsid w:val="001379D7"/>
    <w:rsid w:val="001431BE"/>
    <w:rsid w:val="0015074B"/>
    <w:rsid w:val="00162050"/>
    <w:rsid w:val="00186309"/>
    <w:rsid w:val="001A3022"/>
    <w:rsid w:val="001A7B44"/>
    <w:rsid w:val="001B5959"/>
    <w:rsid w:val="001D3CD9"/>
    <w:rsid w:val="001E638F"/>
    <w:rsid w:val="001F29FC"/>
    <w:rsid w:val="00211A18"/>
    <w:rsid w:val="00251CC7"/>
    <w:rsid w:val="00287545"/>
    <w:rsid w:val="00287B86"/>
    <w:rsid w:val="0029639D"/>
    <w:rsid w:val="00297314"/>
    <w:rsid w:val="002B0B62"/>
    <w:rsid w:val="00326F90"/>
    <w:rsid w:val="00372D9C"/>
    <w:rsid w:val="00373D47"/>
    <w:rsid w:val="003911C0"/>
    <w:rsid w:val="003946A9"/>
    <w:rsid w:val="003B31C3"/>
    <w:rsid w:val="003B7F40"/>
    <w:rsid w:val="003D0C7B"/>
    <w:rsid w:val="003D2EEF"/>
    <w:rsid w:val="003E7671"/>
    <w:rsid w:val="004068B5"/>
    <w:rsid w:val="00411375"/>
    <w:rsid w:val="004430EC"/>
    <w:rsid w:val="00453925"/>
    <w:rsid w:val="00456DB1"/>
    <w:rsid w:val="0049154B"/>
    <w:rsid w:val="004932EE"/>
    <w:rsid w:val="004A708E"/>
    <w:rsid w:val="004D1BBD"/>
    <w:rsid w:val="004E3CB8"/>
    <w:rsid w:val="004E5889"/>
    <w:rsid w:val="0050410C"/>
    <w:rsid w:val="00534713"/>
    <w:rsid w:val="00542FD3"/>
    <w:rsid w:val="00557B4B"/>
    <w:rsid w:val="00561A4D"/>
    <w:rsid w:val="00597BAD"/>
    <w:rsid w:val="005B0068"/>
    <w:rsid w:val="005C1846"/>
    <w:rsid w:val="00622E32"/>
    <w:rsid w:val="00624196"/>
    <w:rsid w:val="006330E7"/>
    <w:rsid w:val="00637CE3"/>
    <w:rsid w:val="006573F5"/>
    <w:rsid w:val="00676BDB"/>
    <w:rsid w:val="006772BE"/>
    <w:rsid w:val="00680A23"/>
    <w:rsid w:val="006810FC"/>
    <w:rsid w:val="006A3753"/>
    <w:rsid w:val="006A427A"/>
    <w:rsid w:val="006B7A2F"/>
    <w:rsid w:val="006E7F74"/>
    <w:rsid w:val="00700D74"/>
    <w:rsid w:val="00704B82"/>
    <w:rsid w:val="00761EE8"/>
    <w:rsid w:val="00771DB0"/>
    <w:rsid w:val="00775664"/>
    <w:rsid w:val="007776D3"/>
    <w:rsid w:val="007A37C1"/>
    <w:rsid w:val="007C618C"/>
    <w:rsid w:val="007D3401"/>
    <w:rsid w:val="008207C7"/>
    <w:rsid w:val="0085462C"/>
    <w:rsid w:val="00854FA1"/>
    <w:rsid w:val="008809DE"/>
    <w:rsid w:val="00884AF7"/>
    <w:rsid w:val="008927BF"/>
    <w:rsid w:val="0089579B"/>
    <w:rsid w:val="00896933"/>
    <w:rsid w:val="008A03AF"/>
    <w:rsid w:val="008D7865"/>
    <w:rsid w:val="00906FB9"/>
    <w:rsid w:val="00910352"/>
    <w:rsid w:val="00910CD5"/>
    <w:rsid w:val="009167BD"/>
    <w:rsid w:val="00950974"/>
    <w:rsid w:val="00981073"/>
    <w:rsid w:val="00987B7E"/>
    <w:rsid w:val="009B7A04"/>
    <w:rsid w:val="009C41F5"/>
    <w:rsid w:val="009E0D6C"/>
    <w:rsid w:val="009F2F6C"/>
    <w:rsid w:val="00A12C39"/>
    <w:rsid w:val="00A14D57"/>
    <w:rsid w:val="00A25411"/>
    <w:rsid w:val="00A445F5"/>
    <w:rsid w:val="00A63377"/>
    <w:rsid w:val="00A859BB"/>
    <w:rsid w:val="00A87345"/>
    <w:rsid w:val="00A96619"/>
    <w:rsid w:val="00AA1D8D"/>
    <w:rsid w:val="00AF575B"/>
    <w:rsid w:val="00B212CA"/>
    <w:rsid w:val="00B33092"/>
    <w:rsid w:val="00B33DB8"/>
    <w:rsid w:val="00B35641"/>
    <w:rsid w:val="00B47730"/>
    <w:rsid w:val="00B54BE0"/>
    <w:rsid w:val="00B56484"/>
    <w:rsid w:val="00B91856"/>
    <w:rsid w:val="00B93EDB"/>
    <w:rsid w:val="00B94814"/>
    <w:rsid w:val="00BC349E"/>
    <w:rsid w:val="00BE27D2"/>
    <w:rsid w:val="00BF2201"/>
    <w:rsid w:val="00C115E1"/>
    <w:rsid w:val="00C27EB5"/>
    <w:rsid w:val="00C30B85"/>
    <w:rsid w:val="00C43E7E"/>
    <w:rsid w:val="00C6586B"/>
    <w:rsid w:val="00C819A1"/>
    <w:rsid w:val="00C859B0"/>
    <w:rsid w:val="00CB0664"/>
    <w:rsid w:val="00CB5A69"/>
    <w:rsid w:val="00CB781D"/>
    <w:rsid w:val="00CD2581"/>
    <w:rsid w:val="00CE0094"/>
    <w:rsid w:val="00CE0817"/>
    <w:rsid w:val="00CE1AB5"/>
    <w:rsid w:val="00CE202B"/>
    <w:rsid w:val="00CF049A"/>
    <w:rsid w:val="00D063C5"/>
    <w:rsid w:val="00D43958"/>
    <w:rsid w:val="00D56AE6"/>
    <w:rsid w:val="00D725CF"/>
    <w:rsid w:val="00D747D8"/>
    <w:rsid w:val="00DC1112"/>
    <w:rsid w:val="00DF10E6"/>
    <w:rsid w:val="00DF5190"/>
    <w:rsid w:val="00DF5402"/>
    <w:rsid w:val="00E25663"/>
    <w:rsid w:val="00E34B09"/>
    <w:rsid w:val="00E36F13"/>
    <w:rsid w:val="00E46837"/>
    <w:rsid w:val="00E96121"/>
    <w:rsid w:val="00EA71E0"/>
    <w:rsid w:val="00ED383B"/>
    <w:rsid w:val="00ED4073"/>
    <w:rsid w:val="00F02CFB"/>
    <w:rsid w:val="00F079D5"/>
    <w:rsid w:val="00F71AFA"/>
    <w:rsid w:val="00F72C8E"/>
    <w:rsid w:val="00FA32B9"/>
    <w:rsid w:val="00FC693F"/>
    <w:rsid w:val="00FC6F7E"/>
    <w:rsid w:val="00FE02E2"/>
    <w:rsid w:val="00FF7A39"/>
  </w:rsids>
  <m:mathPr>
    <m:mathFont m:val="Cambria Math"/>
    <m:brkBin m:val="before"/>
    <m:brkBinSub m:val="--"/>
    <m:smallFrac m:val="0"/>
    <m:dispDef/>
    <m:lMargin m:val="0"/>
    <m:rMargin m:val="0"/>
    <m:defJc m:val="centerGroup"/>
    <m:wrapIndent m:val="1440"/>
    <m:intLim m:val="subSup"/>
    <m:naryLim m:val="undOvr"/>
  </m:mathPr>
  <w:themeFontLang w:val="en-US" w:eastAsia="ja-JP"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1ECBC1"/>
  <w14:defaultImageDpi w14:val="300"/>
  <w15:docId w15:val="{1FFC1B45-BF0C-4874-A0A1-6BEAB093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eGridLight">
    <w:name w:val="Grid Table Light"/>
    <w:basedOn w:val="TableNormal"/>
    <w:uiPriority w:val="99"/>
    <w:rsid w:val="00D5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6B7A2F"/>
    <w:pPr>
      <w:spacing w:after="0" w:line="240" w:lineRule="auto"/>
    </w:pPr>
    <w:rPr>
      <w:rFonts w:eastAsia="Aptos"/>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02CFB"/>
    <w:pPr>
      <w:spacing w:after="0" w:line="240" w:lineRule="auto"/>
    </w:pPr>
    <w:rPr>
      <w:rFonts w:eastAsia="Aptos"/>
      <w:kern w:val="2"/>
      <w:lang w:val="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mqoutlook-my.sharepoint.com/personal/mohadeseh_montazerishatouri_hdr_mq_edu_au/Documents/everythingabouttuna/chapters/Chapter%205%20quantification%20of%20protein%20profile%20of%20brain,%20liver%20and%20Intestine%20of%20Barramundi%20with%20high%20feed%25"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https://mqoutlook-my.sharepoint.com/personal/mohadeseh_montazerishatouri_hdr_mq_edu_au/Documents/everythingabouttuna/chapters/Chapter%205%20quantification%20of%20protein%20profile%20of%20brain,%20liver%20and%20Intestine%20of%20Barramundi%20with%20high%20feed%2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qoutlook-my.sharepoint.com/personal/mohadeseh_montazerishatouri_hdr_mq_edu_au/Documents/everythingabouttuna/chapters/Chapter%205%20quantification%20of%20protein%20profile%20of%20brain,%20liver%20and%20Intestine%20of%20Barramundi%20with%20high%20feed%25"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aseline="0">
                <a:solidFill>
                  <a:schemeClr val="tx1"/>
                </a:solidFill>
                <a:latin typeface="Arial" panose="020B0604020202020204" pitchFamily="34" charset="0"/>
                <a:cs typeface="Arial" panose="020B0604020202020204" pitchFamily="34" charset="0"/>
              </a:rPr>
              <a:t>B vs A (Brain)</a:t>
            </a:r>
          </a:p>
        </c:rich>
      </c:tx>
      <c:layout>
        <c:manualLayout>
          <c:xMode val="edge"/>
          <c:yMode val="edge"/>
          <c:x val="0.496586923221627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a-IR"/>
        </a:p>
      </c:txPr>
    </c:title>
    <c:autoTitleDeleted val="0"/>
    <c:plotArea>
      <c:layout>
        <c:manualLayout>
          <c:layoutTarget val="inner"/>
          <c:xMode val="edge"/>
          <c:yMode val="edge"/>
          <c:x val="0.12254617517950045"/>
          <c:y val="4.7008190241280078E-2"/>
          <c:w val="0.7621571893606004"/>
          <c:h val="0.78116434240900601"/>
        </c:manualLayout>
      </c:layout>
      <c:scatterChart>
        <c:scatterStyle val="lineMarker"/>
        <c:varyColors val="0"/>
        <c:ser>
          <c:idx val="0"/>
          <c:order val="0"/>
          <c:tx>
            <c:v>"Not changed"</c:v>
          </c:tx>
          <c:spPr>
            <a:ln w="19050" cap="rnd">
              <a:noFill/>
              <a:round/>
            </a:ln>
            <a:effectLst>
              <a:outerShdw sx="1000" sy="1000" algn="ctr" rotWithShape="0">
                <a:schemeClr val="tx1"/>
              </a:outerShdw>
            </a:effectLst>
          </c:spPr>
          <c:marker>
            <c:symbol val="circle"/>
            <c:size val="5"/>
            <c:spPr>
              <a:solidFill>
                <a:schemeClr val="tx1"/>
              </a:solidFill>
              <a:ln w="9525">
                <a:solidFill>
                  <a:schemeClr val="tx1"/>
                </a:solidFill>
              </a:ln>
              <a:effectLst>
                <a:outerShdw sx="1000" sy="1000" algn="ctr" rotWithShape="0">
                  <a:schemeClr val="tx1"/>
                </a:outerShdw>
              </a:effectLst>
            </c:spPr>
          </c:marker>
          <c:xVal>
            <c:numRef>
              <c:f>'[Supplementary data S5.2.xlsx]Volcano plot '!$B$3:$B$3902</c:f>
              <c:numCache>
                <c:formatCode>General</c:formatCode>
                <c:ptCount val="3900"/>
                <c:pt idx="0">
                  <c:v>2.2050272560368702</c:v>
                </c:pt>
                <c:pt idx="1">
                  <c:v>-2.6425169566870199</c:v>
                </c:pt>
                <c:pt idx="2">
                  <c:v>-1.89381780486531</c:v>
                </c:pt>
                <c:pt idx="3">
                  <c:v>1.39156249772872</c:v>
                </c:pt>
                <c:pt idx="4">
                  <c:v>1.70226811316216</c:v>
                </c:pt>
                <c:pt idx="5">
                  <c:v>-1.2674602003661</c:v>
                </c:pt>
                <c:pt idx="6">
                  <c:v>1.4359372944559301</c:v>
                </c:pt>
                <c:pt idx="7">
                  <c:v>-2.1157220188862902</c:v>
                </c:pt>
                <c:pt idx="8">
                  <c:v>-2.5204147807975401</c:v>
                </c:pt>
                <c:pt idx="9">
                  <c:v>-1.1673008164662699</c:v>
                </c:pt>
                <c:pt idx="10">
                  <c:v>-1.4287766805720199</c:v>
                </c:pt>
                <c:pt idx="11">
                  <c:v>-2.04981213969503</c:v>
                </c:pt>
                <c:pt idx="12">
                  <c:v>-1.29432740384314</c:v>
                </c:pt>
                <c:pt idx="13">
                  <c:v>-0.96225139123506098</c:v>
                </c:pt>
                <c:pt idx="14">
                  <c:v>1.3623032022223101</c:v>
                </c:pt>
                <c:pt idx="15">
                  <c:v>-1.41807907847293</c:v>
                </c:pt>
                <c:pt idx="16">
                  <c:v>-1.3064494756710501</c:v>
                </c:pt>
                <c:pt idx="17">
                  <c:v>1.05894128020643</c:v>
                </c:pt>
                <c:pt idx="18">
                  <c:v>-1.2426392469205301</c:v>
                </c:pt>
                <c:pt idx="19">
                  <c:v>-5.5592927061604298</c:v>
                </c:pt>
                <c:pt idx="20">
                  <c:v>-1.8761316166927799</c:v>
                </c:pt>
                <c:pt idx="21">
                  <c:v>-2.5730441579589001</c:v>
                </c:pt>
                <c:pt idx="22">
                  <c:v>-3.2954158120463899</c:v>
                </c:pt>
                <c:pt idx="23">
                  <c:v>-1.3817855570087301</c:v>
                </c:pt>
                <c:pt idx="24">
                  <c:v>-1.95354583012516</c:v>
                </c:pt>
                <c:pt idx="25">
                  <c:v>0.98249331592990397</c:v>
                </c:pt>
                <c:pt idx="26">
                  <c:v>-1.4513243849196</c:v>
                </c:pt>
                <c:pt idx="27">
                  <c:v>1.7768593246109801</c:v>
                </c:pt>
                <c:pt idx="28">
                  <c:v>-3.3431431604533799</c:v>
                </c:pt>
                <c:pt idx="29">
                  <c:v>1.27880063685006</c:v>
                </c:pt>
                <c:pt idx="30">
                  <c:v>1.4599149888640599</c:v>
                </c:pt>
                <c:pt idx="31">
                  <c:v>-2.35863864006323</c:v>
                </c:pt>
                <c:pt idx="32">
                  <c:v>1.0025279777521601</c:v>
                </c:pt>
                <c:pt idx="33">
                  <c:v>-1.12674098347247</c:v>
                </c:pt>
                <c:pt idx="34">
                  <c:v>1.82429920322892</c:v>
                </c:pt>
                <c:pt idx="35">
                  <c:v>-1.1196830209664299</c:v>
                </c:pt>
                <c:pt idx="36">
                  <c:v>1.19333566796722</c:v>
                </c:pt>
                <c:pt idx="37">
                  <c:v>-1.8309375451511301</c:v>
                </c:pt>
                <c:pt idx="38">
                  <c:v>-1.0132600774084199</c:v>
                </c:pt>
                <c:pt idx="39">
                  <c:v>-1.3599652981049399</c:v>
                </c:pt>
                <c:pt idx="40">
                  <c:v>-1.11942487474358</c:v>
                </c:pt>
                <c:pt idx="41">
                  <c:v>-1.1871389438111499</c:v>
                </c:pt>
                <c:pt idx="42">
                  <c:v>-1.9222111183570301</c:v>
                </c:pt>
                <c:pt idx="43">
                  <c:v>-1.2563622010161599</c:v>
                </c:pt>
                <c:pt idx="44">
                  <c:v>-3.6193016250196899</c:v>
                </c:pt>
                <c:pt idx="45">
                  <c:v>1.7773674289806201</c:v>
                </c:pt>
                <c:pt idx="46">
                  <c:v>-1.2937506867956401</c:v>
                </c:pt>
                <c:pt idx="47">
                  <c:v>-1.56813867276492</c:v>
                </c:pt>
                <c:pt idx="48">
                  <c:v>-2.0912719838157101</c:v>
                </c:pt>
                <c:pt idx="49">
                  <c:v>-1.06080356452809</c:v>
                </c:pt>
                <c:pt idx="50">
                  <c:v>1.0505016959267801</c:v>
                </c:pt>
                <c:pt idx="51">
                  <c:v>-1.4154920269090401</c:v>
                </c:pt>
                <c:pt idx="52">
                  <c:v>-2.25967060731264</c:v>
                </c:pt>
                <c:pt idx="53">
                  <c:v>1.76197371322688</c:v>
                </c:pt>
                <c:pt idx="54">
                  <c:v>0.88898835285101496</c:v>
                </c:pt>
                <c:pt idx="55">
                  <c:v>1.20903566964444</c:v>
                </c:pt>
                <c:pt idx="56">
                  <c:v>-1.7749139948221</c:v>
                </c:pt>
                <c:pt idx="57">
                  <c:v>-1.1336305717784501</c:v>
                </c:pt>
                <c:pt idx="58">
                  <c:v>1.63765945281438</c:v>
                </c:pt>
                <c:pt idx="59">
                  <c:v>-1.70221482035345</c:v>
                </c:pt>
                <c:pt idx="60">
                  <c:v>-1.2771580231281301</c:v>
                </c:pt>
                <c:pt idx="61">
                  <c:v>-2.5784959085947898</c:v>
                </c:pt>
                <c:pt idx="62">
                  <c:v>0.96389033096000498</c:v>
                </c:pt>
                <c:pt idx="63">
                  <c:v>-1.6066178760252301</c:v>
                </c:pt>
                <c:pt idx="64">
                  <c:v>1.0793234024862399</c:v>
                </c:pt>
                <c:pt idx="65">
                  <c:v>-1.4863582977120799</c:v>
                </c:pt>
                <c:pt idx="66">
                  <c:v>-2.2531331181476202</c:v>
                </c:pt>
                <c:pt idx="67">
                  <c:v>1.40446048698745</c:v>
                </c:pt>
                <c:pt idx="68">
                  <c:v>-1.5738301542773201</c:v>
                </c:pt>
                <c:pt idx="69">
                  <c:v>0.86427804772102601</c:v>
                </c:pt>
                <c:pt idx="70">
                  <c:v>-1.6468010086739799</c:v>
                </c:pt>
                <c:pt idx="71">
                  <c:v>1.63282980214014</c:v>
                </c:pt>
                <c:pt idx="72">
                  <c:v>-2.0439314884547599</c:v>
                </c:pt>
                <c:pt idx="73">
                  <c:v>1.66862949138442</c:v>
                </c:pt>
                <c:pt idx="74">
                  <c:v>0.83171194751472699</c:v>
                </c:pt>
                <c:pt idx="75">
                  <c:v>-2.7163776649125499</c:v>
                </c:pt>
                <c:pt idx="76">
                  <c:v>1.0151512450950999</c:v>
                </c:pt>
                <c:pt idx="77">
                  <c:v>0.7461538423413</c:v>
                </c:pt>
                <c:pt idx="78">
                  <c:v>-2.4043157662347401</c:v>
                </c:pt>
                <c:pt idx="79">
                  <c:v>-1.80739224858614</c:v>
                </c:pt>
                <c:pt idx="80">
                  <c:v>-2.4441897105822599</c:v>
                </c:pt>
                <c:pt idx="81">
                  <c:v>0.79038387078973604</c:v>
                </c:pt>
                <c:pt idx="82">
                  <c:v>-0.72433573068697399</c:v>
                </c:pt>
                <c:pt idx="83">
                  <c:v>-1.18056535252436</c:v>
                </c:pt>
                <c:pt idx="84">
                  <c:v>-1.4293042398844</c:v>
                </c:pt>
                <c:pt idx="85">
                  <c:v>-1.78831076332103</c:v>
                </c:pt>
                <c:pt idx="86">
                  <c:v>0.97274723627359105</c:v>
                </c:pt>
                <c:pt idx="87">
                  <c:v>-0.944105929933304</c:v>
                </c:pt>
                <c:pt idx="88">
                  <c:v>-0.86903655039368399</c:v>
                </c:pt>
                <c:pt idx="89">
                  <c:v>1.86432474512284</c:v>
                </c:pt>
                <c:pt idx="90">
                  <c:v>-1.1520397813568599</c:v>
                </c:pt>
                <c:pt idx="91">
                  <c:v>-3.46678951353497</c:v>
                </c:pt>
                <c:pt idx="92">
                  <c:v>1.2840449768045801</c:v>
                </c:pt>
                <c:pt idx="93">
                  <c:v>-1.1266419909881999</c:v>
                </c:pt>
                <c:pt idx="94">
                  <c:v>-0.90743562487475404</c:v>
                </c:pt>
                <c:pt idx="95">
                  <c:v>-1.2061904675553501</c:v>
                </c:pt>
                <c:pt idx="96">
                  <c:v>-1.9784748572048501</c:v>
                </c:pt>
                <c:pt idx="97">
                  <c:v>1.47382545285737</c:v>
                </c:pt>
                <c:pt idx="98">
                  <c:v>-1.0720479026657601</c:v>
                </c:pt>
                <c:pt idx="99">
                  <c:v>-0.92387076961264103</c:v>
                </c:pt>
                <c:pt idx="100">
                  <c:v>-2.02923170008778</c:v>
                </c:pt>
                <c:pt idx="101">
                  <c:v>-0.936082552424921</c:v>
                </c:pt>
                <c:pt idx="102">
                  <c:v>1.6015399294285899</c:v>
                </c:pt>
                <c:pt idx="103">
                  <c:v>-1.3011109747982501</c:v>
                </c:pt>
                <c:pt idx="104">
                  <c:v>-1.2233513389805899</c:v>
                </c:pt>
                <c:pt idx="105">
                  <c:v>-1.7087969043615101</c:v>
                </c:pt>
                <c:pt idx="106">
                  <c:v>-2.2735801012560399</c:v>
                </c:pt>
                <c:pt idx="107">
                  <c:v>-1.77545001817296</c:v>
                </c:pt>
                <c:pt idx="108">
                  <c:v>1.12633334684258</c:v>
                </c:pt>
                <c:pt idx="109">
                  <c:v>-2.3652953901440301</c:v>
                </c:pt>
                <c:pt idx="110">
                  <c:v>0.94631167315738196</c:v>
                </c:pt>
                <c:pt idx="111">
                  <c:v>-1.44527105893944</c:v>
                </c:pt>
                <c:pt idx="112">
                  <c:v>-1.16552671906702</c:v>
                </c:pt>
                <c:pt idx="113">
                  <c:v>1.0723225482432699</c:v>
                </c:pt>
                <c:pt idx="114">
                  <c:v>-0.78390637674202401</c:v>
                </c:pt>
                <c:pt idx="115">
                  <c:v>-2.1476347190794698</c:v>
                </c:pt>
                <c:pt idx="116">
                  <c:v>-0.66215052115172301</c:v>
                </c:pt>
                <c:pt idx="117">
                  <c:v>-1.80796135493247</c:v>
                </c:pt>
                <c:pt idx="118">
                  <c:v>-1.0997688265736401</c:v>
                </c:pt>
                <c:pt idx="119">
                  <c:v>0.88803403779538903</c:v>
                </c:pt>
                <c:pt idx="120">
                  <c:v>0.758851294349842</c:v>
                </c:pt>
                <c:pt idx="121">
                  <c:v>-1.6560774097547599</c:v>
                </c:pt>
                <c:pt idx="122">
                  <c:v>0.63124921332669004</c:v>
                </c:pt>
                <c:pt idx="123">
                  <c:v>1.03244493524053</c:v>
                </c:pt>
                <c:pt idx="124">
                  <c:v>1.5427245872972499</c:v>
                </c:pt>
                <c:pt idx="125">
                  <c:v>-1.1605644042763299</c:v>
                </c:pt>
                <c:pt idx="126">
                  <c:v>-0.85272479145146796</c:v>
                </c:pt>
                <c:pt idx="127">
                  <c:v>0.59353152331776504</c:v>
                </c:pt>
                <c:pt idx="128">
                  <c:v>-0.92304708998228002</c:v>
                </c:pt>
                <c:pt idx="129">
                  <c:v>-1.2713237823699499</c:v>
                </c:pt>
                <c:pt idx="130">
                  <c:v>-1.2153049966556999</c:v>
                </c:pt>
                <c:pt idx="131">
                  <c:v>-1.23106550459291</c:v>
                </c:pt>
                <c:pt idx="132">
                  <c:v>1.4773846749548301</c:v>
                </c:pt>
                <c:pt idx="133">
                  <c:v>1.06395137375044</c:v>
                </c:pt>
                <c:pt idx="134">
                  <c:v>1.09742858582572</c:v>
                </c:pt>
                <c:pt idx="135">
                  <c:v>-1.0533342451379799</c:v>
                </c:pt>
                <c:pt idx="136">
                  <c:v>-1.00015995307586</c:v>
                </c:pt>
                <c:pt idx="137">
                  <c:v>-0.96479547271815802</c:v>
                </c:pt>
                <c:pt idx="138">
                  <c:v>-1.43029723699866</c:v>
                </c:pt>
                <c:pt idx="139">
                  <c:v>-2.2185793640489702</c:v>
                </c:pt>
                <c:pt idx="140">
                  <c:v>1.67147811475462</c:v>
                </c:pt>
                <c:pt idx="141">
                  <c:v>-1.2447086257705799</c:v>
                </c:pt>
                <c:pt idx="142">
                  <c:v>-1.37635945664574</c:v>
                </c:pt>
                <c:pt idx="143">
                  <c:v>-2.1631326560730799</c:v>
                </c:pt>
                <c:pt idx="144">
                  <c:v>-0.72531974397337295</c:v>
                </c:pt>
                <c:pt idx="145">
                  <c:v>0.61404430791050402</c:v>
                </c:pt>
                <c:pt idx="146">
                  <c:v>0.71949432412107595</c:v>
                </c:pt>
                <c:pt idx="147">
                  <c:v>0.88689080352785499</c:v>
                </c:pt>
                <c:pt idx="148">
                  <c:v>0.97052133243957395</c:v>
                </c:pt>
                <c:pt idx="149">
                  <c:v>0.80120018678323401</c:v>
                </c:pt>
                <c:pt idx="150">
                  <c:v>-1.59660016965677</c:v>
                </c:pt>
                <c:pt idx="151">
                  <c:v>1.3106807749105001</c:v>
                </c:pt>
                <c:pt idx="152">
                  <c:v>-0.64007660404114797</c:v>
                </c:pt>
                <c:pt idx="153">
                  <c:v>-1.0721843664942701</c:v>
                </c:pt>
                <c:pt idx="154">
                  <c:v>1.2420818931289199</c:v>
                </c:pt>
                <c:pt idx="155">
                  <c:v>-1.23330158766026</c:v>
                </c:pt>
                <c:pt idx="156">
                  <c:v>1.0491971754959399</c:v>
                </c:pt>
                <c:pt idx="157">
                  <c:v>-0.88794851874344605</c:v>
                </c:pt>
                <c:pt idx="158">
                  <c:v>0.90406419232368795</c:v>
                </c:pt>
                <c:pt idx="159">
                  <c:v>-1.1755653465657201</c:v>
                </c:pt>
                <c:pt idx="160">
                  <c:v>0.97477867600234103</c:v>
                </c:pt>
                <c:pt idx="161">
                  <c:v>-1.0307624687958299</c:v>
                </c:pt>
                <c:pt idx="162">
                  <c:v>-1.19473598827431</c:v>
                </c:pt>
                <c:pt idx="163">
                  <c:v>0.70891483982339698</c:v>
                </c:pt>
                <c:pt idx="164">
                  <c:v>-1.1273269693674199</c:v>
                </c:pt>
                <c:pt idx="165">
                  <c:v>0.62403778796787202</c:v>
                </c:pt>
                <c:pt idx="166">
                  <c:v>0.71165764329702697</c:v>
                </c:pt>
                <c:pt idx="167">
                  <c:v>0.88049273033624698</c:v>
                </c:pt>
                <c:pt idx="168">
                  <c:v>-1.1208496715060501</c:v>
                </c:pt>
                <c:pt idx="169">
                  <c:v>-0.879858598079437</c:v>
                </c:pt>
                <c:pt idx="170">
                  <c:v>0.76740624387357304</c:v>
                </c:pt>
                <c:pt idx="171">
                  <c:v>0.70920378368144599</c:v>
                </c:pt>
                <c:pt idx="172">
                  <c:v>-1.4796011117077099</c:v>
                </c:pt>
                <c:pt idx="173">
                  <c:v>-3.5850286900266002</c:v>
                </c:pt>
                <c:pt idx="174">
                  <c:v>-1.25225122455487</c:v>
                </c:pt>
                <c:pt idx="175">
                  <c:v>1.1499941549442201</c:v>
                </c:pt>
                <c:pt idx="176">
                  <c:v>-0.799879889590979</c:v>
                </c:pt>
                <c:pt idx="177">
                  <c:v>-0.97712964171553596</c:v>
                </c:pt>
                <c:pt idx="178">
                  <c:v>-0.62609092383097198</c:v>
                </c:pt>
                <c:pt idx="179">
                  <c:v>-1.09254170154646</c:v>
                </c:pt>
                <c:pt idx="180">
                  <c:v>0.95763546577149605</c:v>
                </c:pt>
                <c:pt idx="181">
                  <c:v>-1.0193290862370299</c:v>
                </c:pt>
                <c:pt idx="182">
                  <c:v>0.79892070526745196</c:v>
                </c:pt>
                <c:pt idx="183">
                  <c:v>-1.08790358302706</c:v>
                </c:pt>
                <c:pt idx="184">
                  <c:v>1.2218870041834999</c:v>
                </c:pt>
                <c:pt idx="185">
                  <c:v>-1.2070377301662301</c:v>
                </c:pt>
                <c:pt idx="186">
                  <c:v>-0.94903137921080805</c:v>
                </c:pt>
                <c:pt idx="187">
                  <c:v>-1.1367154458095201</c:v>
                </c:pt>
                <c:pt idx="188">
                  <c:v>-1.1622376886258501</c:v>
                </c:pt>
                <c:pt idx="189">
                  <c:v>0.65937381415748297</c:v>
                </c:pt>
                <c:pt idx="190">
                  <c:v>-0.65501733720991995</c:v>
                </c:pt>
                <c:pt idx="191">
                  <c:v>1.0525523218591699</c:v>
                </c:pt>
                <c:pt idx="192">
                  <c:v>1.35294836562071</c:v>
                </c:pt>
                <c:pt idx="193">
                  <c:v>-1.1191811514922001</c:v>
                </c:pt>
                <c:pt idx="194">
                  <c:v>0.612114558337158</c:v>
                </c:pt>
                <c:pt idx="195">
                  <c:v>-0.72711350287630006</c:v>
                </c:pt>
                <c:pt idx="196">
                  <c:v>-1.2669865345537199</c:v>
                </c:pt>
                <c:pt idx="197">
                  <c:v>0.61721974036971605</c:v>
                </c:pt>
                <c:pt idx="198">
                  <c:v>1.57310254400664</c:v>
                </c:pt>
                <c:pt idx="199">
                  <c:v>-0.77602992094977497</c:v>
                </c:pt>
                <c:pt idx="200">
                  <c:v>1.59717456664964</c:v>
                </c:pt>
                <c:pt idx="201">
                  <c:v>1.3262941568119</c:v>
                </c:pt>
                <c:pt idx="202">
                  <c:v>1.7365727055017499</c:v>
                </c:pt>
                <c:pt idx="203">
                  <c:v>1.23275141347775</c:v>
                </c:pt>
                <c:pt idx="204">
                  <c:v>-1.2288872674286599</c:v>
                </c:pt>
                <c:pt idx="205">
                  <c:v>0.81026807081032703</c:v>
                </c:pt>
                <c:pt idx="206">
                  <c:v>1.0836103045696499</c:v>
                </c:pt>
                <c:pt idx="207">
                  <c:v>-0.68824610434302602</c:v>
                </c:pt>
                <c:pt idx="208">
                  <c:v>-0.97916054569318001</c:v>
                </c:pt>
                <c:pt idx="209">
                  <c:v>-0.63367703518419904</c:v>
                </c:pt>
                <c:pt idx="210">
                  <c:v>0.99361256937648801</c:v>
                </c:pt>
                <c:pt idx="211">
                  <c:v>-0.59392939601433903</c:v>
                </c:pt>
                <c:pt idx="212">
                  <c:v>-1.41110797477859</c:v>
                </c:pt>
                <c:pt idx="213">
                  <c:v>0.66161796405971196</c:v>
                </c:pt>
                <c:pt idx="214">
                  <c:v>-1.20111889150773</c:v>
                </c:pt>
                <c:pt idx="215">
                  <c:v>0.62547578224943101</c:v>
                </c:pt>
                <c:pt idx="216">
                  <c:v>0.63589670109813001</c:v>
                </c:pt>
                <c:pt idx="217">
                  <c:v>-0.93343792666497905</c:v>
                </c:pt>
                <c:pt idx="218">
                  <c:v>-1.1776193806736099</c:v>
                </c:pt>
                <c:pt idx="219">
                  <c:v>-0.73008562889290096</c:v>
                </c:pt>
                <c:pt idx="220">
                  <c:v>0.57144375637026801</c:v>
                </c:pt>
                <c:pt idx="221">
                  <c:v>-1.20536586872327</c:v>
                </c:pt>
                <c:pt idx="222">
                  <c:v>-0.51964388931363503</c:v>
                </c:pt>
                <c:pt idx="223">
                  <c:v>1.35554954640448</c:v>
                </c:pt>
                <c:pt idx="224">
                  <c:v>-0.598044084677674</c:v>
                </c:pt>
                <c:pt idx="225">
                  <c:v>0.55734406572184603</c:v>
                </c:pt>
                <c:pt idx="226">
                  <c:v>0.69962910272957002</c:v>
                </c:pt>
                <c:pt idx="227">
                  <c:v>-2.24483750420573</c:v>
                </c:pt>
                <c:pt idx="228">
                  <c:v>-0.61941718076822705</c:v>
                </c:pt>
                <c:pt idx="229">
                  <c:v>-0.61059501341436495</c:v>
                </c:pt>
                <c:pt idx="230">
                  <c:v>0.70572824827929304</c:v>
                </c:pt>
                <c:pt idx="231">
                  <c:v>-1.8418259975108999</c:v>
                </c:pt>
                <c:pt idx="232">
                  <c:v>-1.3090661199953399</c:v>
                </c:pt>
                <c:pt idx="233">
                  <c:v>-0.95306875384075296</c:v>
                </c:pt>
                <c:pt idx="234">
                  <c:v>1.3294261383333501</c:v>
                </c:pt>
                <c:pt idx="235">
                  <c:v>-0.97926506747749198</c:v>
                </c:pt>
                <c:pt idx="236">
                  <c:v>-0.97663256031120904</c:v>
                </c:pt>
                <c:pt idx="237">
                  <c:v>0.96701093976722796</c:v>
                </c:pt>
                <c:pt idx="238">
                  <c:v>0.65083327423105097</c:v>
                </c:pt>
                <c:pt idx="239">
                  <c:v>-0.73894895089129198</c:v>
                </c:pt>
                <c:pt idx="240">
                  <c:v>-0.51839277667012995</c:v>
                </c:pt>
                <c:pt idx="241">
                  <c:v>1.2361358124100801</c:v>
                </c:pt>
                <c:pt idx="242">
                  <c:v>0.69223323059599895</c:v>
                </c:pt>
                <c:pt idx="243">
                  <c:v>0.57737279167905298</c:v>
                </c:pt>
                <c:pt idx="244">
                  <c:v>-0.58465531479890798</c:v>
                </c:pt>
                <c:pt idx="245">
                  <c:v>-1.2725980476990599</c:v>
                </c:pt>
                <c:pt idx="246">
                  <c:v>-0.80637064948378201</c:v>
                </c:pt>
                <c:pt idx="247">
                  <c:v>-0.63369739563276495</c:v>
                </c:pt>
                <c:pt idx="248">
                  <c:v>-0.92542846428143799</c:v>
                </c:pt>
                <c:pt idx="249">
                  <c:v>0.71017143291425799</c:v>
                </c:pt>
                <c:pt idx="250">
                  <c:v>-0.77022156610436099</c:v>
                </c:pt>
                <c:pt idx="251">
                  <c:v>0.58116510740070004</c:v>
                </c:pt>
                <c:pt idx="252">
                  <c:v>0.55244165453828797</c:v>
                </c:pt>
                <c:pt idx="253">
                  <c:v>-0.89478750498841497</c:v>
                </c:pt>
                <c:pt idx="254">
                  <c:v>-1.1654677198368899</c:v>
                </c:pt>
                <c:pt idx="255">
                  <c:v>0.76460682008449499</c:v>
                </c:pt>
                <c:pt idx="256">
                  <c:v>-2.3162534590365298</c:v>
                </c:pt>
                <c:pt idx="257">
                  <c:v>0.74483158666777904</c:v>
                </c:pt>
                <c:pt idx="258">
                  <c:v>-0.61534666179637998</c:v>
                </c:pt>
                <c:pt idx="259">
                  <c:v>0.73762156186100802</c:v>
                </c:pt>
                <c:pt idx="260">
                  <c:v>0.58972704617506699</c:v>
                </c:pt>
                <c:pt idx="261">
                  <c:v>1.18113297944455</c:v>
                </c:pt>
                <c:pt idx="262">
                  <c:v>-1.1725467702383801</c:v>
                </c:pt>
                <c:pt idx="263">
                  <c:v>0.82165625524961405</c:v>
                </c:pt>
                <c:pt idx="264">
                  <c:v>-0.53655195003434397</c:v>
                </c:pt>
                <c:pt idx="265">
                  <c:v>-1.5185508556880101</c:v>
                </c:pt>
                <c:pt idx="266">
                  <c:v>-0.49862244424518598</c:v>
                </c:pt>
                <c:pt idx="267">
                  <c:v>0.69398482236237402</c:v>
                </c:pt>
                <c:pt idx="268">
                  <c:v>-3.8044652433508999</c:v>
                </c:pt>
                <c:pt idx="269">
                  <c:v>1.42844966495198</c:v>
                </c:pt>
                <c:pt idx="270">
                  <c:v>0.62860413734891896</c:v>
                </c:pt>
                <c:pt idx="271">
                  <c:v>-0.56910831775782</c:v>
                </c:pt>
                <c:pt idx="272">
                  <c:v>0.757018885689689</c:v>
                </c:pt>
                <c:pt idx="273">
                  <c:v>-1.26195122086373</c:v>
                </c:pt>
                <c:pt idx="274">
                  <c:v>-0.84095159018906096</c:v>
                </c:pt>
                <c:pt idx="275">
                  <c:v>-0.80594006129955498</c:v>
                </c:pt>
                <c:pt idx="276">
                  <c:v>-1.2422851031664299</c:v>
                </c:pt>
                <c:pt idx="277">
                  <c:v>0.68337042648975599</c:v>
                </c:pt>
                <c:pt idx="278">
                  <c:v>-0.52652378076374595</c:v>
                </c:pt>
                <c:pt idx="279">
                  <c:v>-0.71724160458919395</c:v>
                </c:pt>
                <c:pt idx="280">
                  <c:v>-3.3810313889780299</c:v>
                </c:pt>
                <c:pt idx="281">
                  <c:v>0.53487872809736803</c:v>
                </c:pt>
                <c:pt idx="282">
                  <c:v>-0.54694000993640701</c:v>
                </c:pt>
                <c:pt idx="283">
                  <c:v>0.60416442089741595</c:v>
                </c:pt>
                <c:pt idx="284">
                  <c:v>-0.94166408241801502</c:v>
                </c:pt>
                <c:pt idx="285">
                  <c:v>-1.56481631710171</c:v>
                </c:pt>
                <c:pt idx="286">
                  <c:v>0.90879163831894505</c:v>
                </c:pt>
                <c:pt idx="287">
                  <c:v>-0.70944411566351195</c:v>
                </c:pt>
                <c:pt idx="288">
                  <c:v>0.59123173418669905</c:v>
                </c:pt>
                <c:pt idx="289">
                  <c:v>0.56188615412607101</c:v>
                </c:pt>
                <c:pt idx="290">
                  <c:v>-0.58878509255380995</c:v>
                </c:pt>
                <c:pt idx="291">
                  <c:v>-0.86022905209909295</c:v>
                </c:pt>
                <c:pt idx="292">
                  <c:v>-1.0158309559968699</c:v>
                </c:pt>
                <c:pt idx="293">
                  <c:v>0.91648371173982202</c:v>
                </c:pt>
                <c:pt idx="294">
                  <c:v>-0.75590703160668204</c:v>
                </c:pt>
                <c:pt idx="295">
                  <c:v>-1.2239484932082401</c:v>
                </c:pt>
                <c:pt idx="296">
                  <c:v>-0.66011686637151701</c:v>
                </c:pt>
                <c:pt idx="297">
                  <c:v>-1.3134699735397199</c:v>
                </c:pt>
                <c:pt idx="298">
                  <c:v>0.79499797352162804</c:v>
                </c:pt>
                <c:pt idx="299">
                  <c:v>-1.7002847823191201</c:v>
                </c:pt>
                <c:pt idx="300">
                  <c:v>-0.66989773443232903</c:v>
                </c:pt>
                <c:pt idx="301">
                  <c:v>-0.66261718144637205</c:v>
                </c:pt>
                <c:pt idx="302">
                  <c:v>0.63447130240084304</c:v>
                </c:pt>
                <c:pt idx="303">
                  <c:v>-1.3009777574094099</c:v>
                </c:pt>
                <c:pt idx="304">
                  <c:v>-0.64608519348437798</c:v>
                </c:pt>
                <c:pt idx="305">
                  <c:v>0.78137909966547903</c:v>
                </c:pt>
                <c:pt idx="306">
                  <c:v>-1.55504625720039</c:v>
                </c:pt>
                <c:pt idx="307">
                  <c:v>-1.0862390567414999</c:v>
                </c:pt>
                <c:pt idx="308">
                  <c:v>1.50863398991318</c:v>
                </c:pt>
                <c:pt idx="309">
                  <c:v>0.80876444173946305</c:v>
                </c:pt>
                <c:pt idx="310">
                  <c:v>-0.671143665025419</c:v>
                </c:pt>
                <c:pt idx="311">
                  <c:v>-0.57090603155887698</c:v>
                </c:pt>
                <c:pt idx="312">
                  <c:v>-1.61988211857983</c:v>
                </c:pt>
                <c:pt idx="313">
                  <c:v>0.50227078170691897</c:v>
                </c:pt>
                <c:pt idx="314">
                  <c:v>-0.84747957591119805</c:v>
                </c:pt>
                <c:pt idx="315">
                  <c:v>-0.81912462179651502</c:v>
                </c:pt>
                <c:pt idx="316">
                  <c:v>0.52165485682562396</c:v>
                </c:pt>
                <c:pt idx="317">
                  <c:v>-0.91788372986243205</c:v>
                </c:pt>
                <c:pt idx="318">
                  <c:v>0.70173568498781702</c:v>
                </c:pt>
                <c:pt idx="319">
                  <c:v>1.18460948106563</c:v>
                </c:pt>
                <c:pt idx="320">
                  <c:v>-1.0797144083227499</c:v>
                </c:pt>
                <c:pt idx="321">
                  <c:v>-0.60305887015220705</c:v>
                </c:pt>
                <c:pt idx="322">
                  <c:v>-0.97005349771379201</c:v>
                </c:pt>
                <c:pt idx="323">
                  <c:v>-0.57068522765746699</c:v>
                </c:pt>
                <c:pt idx="324">
                  <c:v>0.99279027847122203</c:v>
                </c:pt>
                <c:pt idx="325">
                  <c:v>-0.63883459984261703</c:v>
                </c:pt>
                <c:pt idx="326">
                  <c:v>-1.1055298087919301</c:v>
                </c:pt>
                <c:pt idx="327">
                  <c:v>0.51171441872909496</c:v>
                </c:pt>
                <c:pt idx="328">
                  <c:v>0.86431456778465698</c:v>
                </c:pt>
                <c:pt idx="329">
                  <c:v>0.67437118898203297</c:v>
                </c:pt>
                <c:pt idx="330">
                  <c:v>1.3046698366466101</c:v>
                </c:pt>
                <c:pt idx="331">
                  <c:v>-0.99505523258606798</c:v>
                </c:pt>
                <c:pt idx="332">
                  <c:v>0.89551275192549795</c:v>
                </c:pt>
                <c:pt idx="333">
                  <c:v>1.2110137894766599</c:v>
                </c:pt>
                <c:pt idx="334">
                  <c:v>1.00854389013177</c:v>
                </c:pt>
                <c:pt idx="335">
                  <c:v>0.94052489578552601</c:v>
                </c:pt>
                <c:pt idx="336">
                  <c:v>-0.83350766812355603</c:v>
                </c:pt>
                <c:pt idx="337">
                  <c:v>0.92943184731900896</c:v>
                </c:pt>
                <c:pt idx="338">
                  <c:v>0.578846879583374</c:v>
                </c:pt>
                <c:pt idx="339">
                  <c:v>0.54493386005743705</c:v>
                </c:pt>
                <c:pt idx="340">
                  <c:v>-0.56583792385669796</c:v>
                </c:pt>
                <c:pt idx="341">
                  <c:v>-0.61918596214945198</c:v>
                </c:pt>
                <c:pt idx="342">
                  <c:v>-0.84778654958590804</c:v>
                </c:pt>
                <c:pt idx="343">
                  <c:v>0.74897445579916799</c:v>
                </c:pt>
                <c:pt idx="344">
                  <c:v>1.12806234833204</c:v>
                </c:pt>
                <c:pt idx="345">
                  <c:v>-0.45597706728305099</c:v>
                </c:pt>
                <c:pt idx="346">
                  <c:v>-0.52139213755428704</c:v>
                </c:pt>
                <c:pt idx="347">
                  <c:v>0.61589466520221203</c:v>
                </c:pt>
                <c:pt idx="348">
                  <c:v>-0.69402052004404502</c:v>
                </c:pt>
                <c:pt idx="349">
                  <c:v>-0.54207158909625996</c:v>
                </c:pt>
                <c:pt idx="350">
                  <c:v>1.3327430572080801</c:v>
                </c:pt>
                <c:pt idx="351">
                  <c:v>1.36876720144237</c:v>
                </c:pt>
                <c:pt idx="352">
                  <c:v>-0.53724576335304897</c:v>
                </c:pt>
                <c:pt idx="353">
                  <c:v>-1.37584270798909</c:v>
                </c:pt>
                <c:pt idx="354">
                  <c:v>0.69109269609719703</c:v>
                </c:pt>
                <c:pt idx="355">
                  <c:v>-0.92182920478182195</c:v>
                </c:pt>
                <c:pt idx="356">
                  <c:v>-0.95865542898548695</c:v>
                </c:pt>
                <c:pt idx="357">
                  <c:v>0.637020825241983</c:v>
                </c:pt>
                <c:pt idx="358">
                  <c:v>0.84417047329980499</c:v>
                </c:pt>
                <c:pt idx="359">
                  <c:v>-0.86700664109132897</c:v>
                </c:pt>
                <c:pt idx="360">
                  <c:v>0.94903407719765198</c:v>
                </c:pt>
                <c:pt idx="361">
                  <c:v>-0.56469967376764196</c:v>
                </c:pt>
                <c:pt idx="362">
                  <c:v>0.96754884096009197</c:v>
                </c:pt>
                <c:pt idx="363">
                  <c:v>0.87309819880609396</c:v>
                </c:pt>
                <c:pt idx="364">
                  <c:v>-1.16564033000775</c:v>
                </c:pt>
                <c:pt idx="365">
                  <c:v>-0.84956645293798505</c:v>
                </c:pt>
                <c:pt idx="366">
                  <c:v>0.81907043107432997</c:v>
                </c:pt>
                <c:pt idx="367">
                  <c:v>-0.58675615480187604</c:v>
                </c:pt>
                <c:pt idx="368">
                  <c:v>-0.49256551350306299</c:v>
                </c:pt>
                <c:pt idx="369">
                  <c:v>-2.1430578985834998</c:v>
                </c:pt>
                <c:pt idx="370">
                  <c:v>0.65684065597655905</c:v>
                </c:pt>
                <c:pt idx="371">
                  <c:v>-0.84794201314766904</c:v>
                </c:pt>
                <c:pt idx="372">
                  <c:v>0.697297735969308</c:v>
                </c:pt>
                <c:pt idx="373">
                  <c:v>1.24514205216839</c:v>
                </c:pt>
                <c:pt idx="374">
                  <c:v>0.67366213967114796</c:v>
                </c:pt>
                <c:pt idx="375">
                  <c:v>0.61166271182300103</c:v>
                </c:pt>
                <c:pt idx="376">
                  <c:v>0.86909099879138196</c:v>
                </c:pt>
                <c:pt idx="377">
                  <c:v>-1.15356763271612</c:v>
                </c:pt>
                <c:pt idx="378">
                  <c:v>-0.45314456648416301</c:v>
                </c:pt>
                <c:pt idx="379">
                  <c:v>0.552839537825765</c:v>
                </c:pt>
                <c:pt idx="380">
                  <c:v>1.25673112204707</c:v>
                </c:pt>
                <c:pt idx="381">
                  <c:v>-0.77545578589696995</c:v>
                </c:pt>
                <c:pt idx="382">
                  <c:v>-0.61419952887985096</c:v>
                </c:pt>
                <c:pt idx="383">
                  <c:v>0.76039066138217504</c:v>
                </c:pt>
                <c:pt idx="384">
                  <c:v>-0.81835071412804405</c:v>
                </c:pt>
                <c:pt idx="385">
                  <c:v>0.61416725948266304</c:v>
                </c:pt>
                <c:pt idx="386">
                  <c:v>0.66053331463050202</c:v>
                </c:pt>
                <c:pt idx="387">
                  <c:v>1.2433367313427</c:v>
                </c:pt>
                <c:pt idx="388">
                  <c:v>0.78554263317781903</c:v>
                </c:pt>
                <c:pt idx="389">
                  <c:v>-1.2671677847251499</c:v>
                </c:pt>
                <c:pt idx="390">
                  <c:v>0.66597088626027201</c:v>
                </c:pt>
                <c:pt idx="391">
                  <c:v>-1.0121704076878799</c:v>
                </c:pt>
                <c:pt idx="392">
                  <c:v>-0.551566429714619</c:v>
                </c:pt>
                <c:pt idx="393">
                  <c:v>0.51195430748283899</c:v>
                </c:pt>
                <c:pt idx="394">
                  <c:v>-0.64741830716349802</c:v>
                </c:pt>
                <c:pt idx="395">
                  <c:v>-1.2375639628731501</c:v>
                </c:pt>
                <c:pt idx="396">
                  <c:v>-0.90865948954851194</c:v>
                </c:pt>
                <c:pt idx="397">
                  <c:v>-0.62145688969925295</c:v>
                </c:pt>
                <c:pt idx="398">
                  <c:v>0.47364143454167601</c:v>
                </c:pt>
                <c:pt idx="399">
                  <c:v>-0.69942192399134095</c:v>
                </c:pt>
                <c:pt idx="400">
                  <c:v>-2.0099888688964702</c:v>
                </c:pt>
                <c:pt idx="401">
                  <c:v>0.906512230408001</c:v>
                </c:pt>
                <c:pt idx="402">
                  <c:v>1.47847294026339</c:v>
                </c:pt>
                <c:pt idx="403">
                  <c:v>0.65861023588084999</c:v>
                </c:pt>
                <c:pt idx="404">
                  <c:v>-0.78650362305570098</c:v>
                </c:pt>
                <c:pt idx="405">
                  <c:v>0.64246043644048401</c:v>
                </c:pt>
                <c:pt idx="406">
                  <c:v>-0.60440339576424396</c:v>
                </c:pt>
                <c:pt idx="407">
                  <c:v>0.49762749130957901</c:v>
                </c:pt>
                <c:pt idx="408">
                  <c:v>-0.87530115390199703</c:v>
                </c:pt>
                <c:pt idx="409">
                  <c:v>0.97401496329264203</c:v>
                </c:pt>
                <c:pt idx="410">
                  <c:v>0.54145191338182397</c:v>
                </c:pt>
                <c:pt idx="411">
                  <c:v>-0.80652650362755196</c:v>
                </c:pt>
                <c:pt idx="412">
                  <c:v>1.2706149140546199</c:v>
                </c:pt>
                <c:pt idx="413">
                  <c:v>1.4381510865245899</c:v>
                </c:pt>
                <c:pt idx="414">
                  <c:v>-1.1718514394877499</c:v>
                </c:pt>
                <c:pt idx="415">
                  <c:v>0.58647319494474504</c:v>
                </c:pt>
                <c:pt idx="416">
                  <c:v>-0.50662956917930302</c:v>
                </c:pt>
                <c:pt idx="417">
                  <c:v>1.07409559076034</c:v>
                </c:pt>
                <c:pt idx="418">
                  <c:v>-1.0916712331649601</c:v>
                </c:pt>
                <c:pt idx="419">
                  <c:v>-0.91948500130216704</c:v>
                </c:pt>
                <c:pt idx="420">
                  <c:v>-0.72472461638776098</c:v>
                </c:pt>
                <c:pt idx="421">
                  <c:v>-1.05798697702961</c:v>
                </c:pt>
                <c:pt idx="422">
                  <c:v>0.71720250385470796</c:v>
                </c:pt>
                <c:pt idx="423">
                  <c:v>0.61082902700011499</c:v>
                </c:pt>
                <c:pt idx="424">
                  <c:v>-1.30751782180015</c:v>
                </c:pt>
                <c:pt idx="425">
                  <c:v>0.70550574328468896</c:v>
                </c:pt>
                <c:pt idx="426">
                  <c:v>0.82218705084823496</c:v>
                </c:pt>
                <c:pt idx="427">
                  <c:v>0.57375238156063102</c:v>
                </c:pt>
                <c:pt idx="428">
                  <c:v>-0.91870829489018002</c:v>
                </c:pt>
                <c:pt idx="429">
                  <c:v>0.63166200719536303</c:v>
                </c:pt>
                <c:pt idx="430">
                  <c:v>-0.50917043434984099</c:v>
                </c:pt>
                <c:pt idx="431">
                  <c:v>-0.62338583875867204</c:v>
                </c:pt>
                <c:pt idx="432">
                  <c:v>0.802094812842441</c:v>
                </c:pt>
                <c:pt idx="433">
                  <c:v>0.59953359294169695</c:v>
                </c:pt>
                <c:pt idx="434">
                  <c:v>-0.94980023819604797</c:v>
                </c:pt>
                <c:pt idx="435">
                  <c:v>0.59163540239785195</c:v>
                </c:pt>
                <c:pt idx="436">
                  <c:v>0.52806260319180598</c:v>
                </c:pt>
                <c:pt idx="437">
                  <c:v>-0.59882511756816803</c:v>
                </c:pt>
                <c:pt idx="438">
                  <c:v>0.66747116522679995</c:v>
                </c:pt>
                <c:pt idx="439">
                  <c:v>-0.57989307760009001</c:v>
                </c:pt>
                <c:pt idx="440">
                  <c:v>0.71425667827923101</c:v>
                </c:pt>
                <c:pt idx="441">
                  <c:v>0.696065085169145</c:v>
                </c:pt>
                <c:pt idx="442">
                  <c:v>-1.4060795478779899</c:v>
                </c:pt>
                <c:pt idx="443">
                  <c:v>-1.4766682857158999</c:v>
                </c:pt>
                <c:pt idx="444">
                  <c:v>0.63848607984471095</c:v>
                </c:pt>
                <c:pt idx="445">
                  <c:v>-0.94157760626095999</c:v>
                </c:pt>
                <c:pt idx="446">
                  <c:v>-0.96403187426748405</c:v>
                </c:pt>
                <c:pt idx="447">
                  <c:v>-0.62247451176693103</c:v>
                </c:pt>
                <c:pt idx="448">
                  <c:v>-0.531874159165035</c:v>
                </c:pt>
                <c:pt idx="449">
                  <c:v>0.57391437737103201</c:v>
                </c:pt>
                <c:pt idx="450">
                  <c:v>-0.80527982278252397</c:v>
                </c:pt>
                <c:pt idx="451">
                  <c:v>0.58632111445675505</c:v>
                </c:pt>
                <c:pt idx="452">
                  <c:v>-0.98884911767371997</c:v>
                </c:pt>
                <c:pt idx="453">
                  <c:v>-0.86162438430391897</c:v>
                </c:pt>
                <c:pt idx="454">
                  <c:v>-0.45026774843680101</c:v>
                </c:pt>
                <c:pt idx="455">
                  <c:v>-0.62777034239700003</c:v>
                </c:pt>
                <c:pt idx="456">
                  <c:v>-0.95084852464516301</c:v>
                </c:pt>
                <c:pt idx="457">
                  <c:v>-0.494274168074394</c:v>
                </c:pt>
                <c:pt idx="458">
                  <c:v>-0.79300672902952796</c:v>
                </c:pt>
                <c:pt idx="459">
                  <c:v>0.55117631039884796</c:v>
                </c:pt>
                <c:pt idx="460">
                  <c:v>2.9060143330955102</c:v>
                </c:pt>
                <c:pt idx="461">
                  <c:v>1.0968924926708801</c:v>
                </c:pt>
                <c:pt idx="462">
                  <c:v>-1.21305228789794</c:v>
                </c:pt>
                <c:pt idx="463">
                  <c:v>-0.97906107824988797</c:v>
                </c:pt>
                <c:pt idx="464">
                  <c:v>-0.83089795029248104</c:v>
                </c:pt>
                <c:pt idx="465">
                  <c:v>-0.81397012311448302</c:v>
                </c:pt>
                <c:pt idx="466">
                  <c:v>0.58291224633952499</c:v>
                </c:pt>
                <c:pt idx="467">
                  <c:v>0.73326048533231603</c:v>
                </c:pt>
                <c:pt idx="468">
                  <c:v>-0.52337037205335701</c:v>
                </c:pt>
                <c:pt idx="469">
                  <c:v>-0.77834776414421802</c:v>
                </c:pt>
                <c:pt idx="470">
                  <c:v>0.68485212204760204</c:v>
                </c:pt>
                <c:pt idx="471">
                  <c:v>-0.86318107873831795</c:v>
                </c:pt>
                <c:pt idx="472">
                  <c:v>1.1449322347186699</c:v>
                </c:pt>
                <c:pt idx="473">
                  <c:v>-0.79657930787036002</c:v>
                </c:pt>
                <c:pt idx="474">
                  <c:v>-0.51480907067918502</c:v>
                </c:pt>
                <c:pt idx="475">
                  <c:v>-0.88836255467216996</c:v>
                </c:pt>
                <c:pt idx="476">
                  <c:v>-0.57214997387070798</c:v>
                </c:pt>
                <c:pt idx="477">
                  <c:v>-0.77966905306299605</c:v>
                </c:pt>
                <c:pt idx="478">
                  <c:v>-0.465397738249195</c:v>
                </c:pt>
                <c:pt idx="479">
                  <c:v>-0.89587452842270898</c:v>
                </c:pt>
                <c:pt idx="480">
                  <c:v>-0.52916432766309596</c:v>
                </c:pt>
                <c:pt idx="481">
                  <c:v>-0.61059794142572299</c:v>
                </c:pt>
                <c:pt idx="482">
                  <c:v>-1.0042101390862399</c:v>
                </c:pt>
                <c:pt idx="483">
                  <c:v>-0.83098390366762898</c:v>
                </c:pt>
                <c:pt idx="484">
                  <c:v>-0.61058910954643197</c:v>
                </c:pt>
                <c:pt idx="485">
                  <c:v>0.54365526633834105</c:v>
                </c:pt>
                <c:pt idx="486">
                  <c:v>0.95445125765569805</c:v>
                </c:pt>
                <c:pt idx="487">
                  <c:v>-0.93816994369724005</c:v>
                </c:pt>
                <c:pt idx="488">
                  <c:v>-0.94101819867720204</c:v>
                </c:pt>
                <c:pt idx="489">
                  <c:v>-1.5213039690630701</c:v>
                </c:pt>
                <c:pt idx="490">
                  <c:v>-0.73563410882057301</c:v>
                </c:pt>
                <c:pt idx="491">
                  <c:v>-0.78617297676340303</c:v>
                </c:pt>
                <c:pt idx="492">
                  <c:v>0.51728413113941896</c:v>
                </c:pt>
                <c:pt idx="493">
                  <c:v>-0.55934491434849998</c:v>
                </c:pt>
                <c:pt idx="494">
                  <c:v>0.90573545159855895</c:v>
                </c:pt>
                <c:pt idx="495">
                  <c:v>-2.2199788957391</c:v>
                </c:pt>
                <c:pt idx="496">
                  <c:v>-0.71453337824305796</c:v>
                </c:pt>
                <c:pt idx="497">
                  <c:v>0.70366401042695903</c:v>
                </c:pt>
                <c:pt idx="498">
                  <c:v>-0.68277006961534803</c:v>
                </c:pt>
                <c:pt idx="499">
                  <c:v>0.40682943970411101</c:v>
                </c:pt>
                <c:pt idx="500">
                  <c:v>0.66569941921635201</c:v>
                </c:pt>
                <c:pt idx="501">
                  <c:v>-0.47689200599503301</c:v>
                </c:pt>
                <c:pt idx="502">
                  <c:v>-0.85451341675679504</c:v>
                </c:pt>
                <c:pt idx="503">
                  <c:v>-1.4520370931445701</c:v>
                </c:pt>
                <c:pt idx="504">
                  <c:v>-1.5739280375659299</c:v>
                </c:pt>
                <c:pt idx="505">
                  <c:v>-0.66373389155471996</c:v>
                </c:pt>
                <c:pt idx="506">
                  <c:v>0.54739833360217105</c:v>
                </c:pt>
                <c:pt idx="507">
                  <c:v>-0.62542635187431705</c:v>
                </c:pt>
                <c:pt idx="508">
                  <c:v>0.65514387520377304</c:v>
                </c:pt>
                <c:pt idx="509">
                  <c:v>1.0014904188110201</c:v>
                </c:pt>
                <c:pt idx="510">
                  <c:v>0.49327366736924499</c:v>
                </c:pt>
                <c:pt idx="511">
                  <c:v>-0.73849786675129903</c:v>
                </c:pt>
                <c:pt idx="512">
                  <c:v>-2.1347798939552201</c:v>
                </c:pt>
                <c:pt idx="513">
                  <c:v>-0.93917630746091196</c:v>
                </c:pt>
                <c:pt idx="514">
                  <c:v>0.53666780635398903</c:v>
                </c:pt>
                <c:pt idx="515">
                  <c:v>-0.40064012923710002</c:v>
                </c:pt>
                <c:pt idx="516">
                  <c:v>0.691832454542197</c:v>
                </c:pt>
                <c:pt idx="517">
                  <c:v>0.65531341060919601</c:v>
                </c:pt>
                <c:pt idx="518">
                  <c:v>-0.62293454668013104</c:v>
                </c:pt>
                <c:pt idx="519">
                  <c:v>-0.69236815206048496</c:v>
                </c:pt>
                <c:pt idx="520">
                  <c:v>0.41796304215476698</c:v>
                </c:pt>
                <c:pt idx="521">
                  <c:v>0.74728595785670404</c:v>
                </c:pt>
                <c:pt idx="522">
                  <c:v>0.54190103648658905</c:v>
                </c:pt>
                <c:pt idx="523">
                  <c:v>-1.1797109077332899</c:v>
                </c:pt>
                <c:pt idx="524">
                  <c:v>-1.28830609467471</c:v>
                </c:pt>
                <c:pt idx="525">
                  <c:v>-1.4749533144753699</c:v>
                </c:pt>
                <c:pt idx="526">
                  <c:v>0.61911875893496704</c:v>
                </c:pt>
                <c:pt idx="527">
                  <c:v>-1.0773778534821501</c:v>
                </c:pt>
                <c:pt idx="528">
                  <c:v>-0.54750728134943205</c:v>
                </c:pt>
                <c:pt idx="529">
                  <c:v>-0.751025697863685</c:v>
                </c:pt>
                <c:pt idx="530">
                  <c:v>-2.33257171377132</c:v>
                </c:pt>
                <c:pt idx="531">
                  <c:v>-1.3177252775141199</c:v>
                </c:pt>
                <c:pt idx="532">
                  <c:v>0.48275371942379403</c:v>
                </c:pt>
                <c:pt idx="533">
                  <c:v>-1.22575778546379</c:v>
                </c:pt>
                <c:pt idx="534">
                  <c:v>-0.65800927725465097</c:v>
                </c:pt>
                <c:pt idx="535">
                  <c:v>0.77155236074042199</c:v>
                </c:pt>
                <c:pt idx="536">
                  <c:v>0.85632201767752003</c:v>
                </c:pt>
                <c:pt idx="537">
                  <c:v>-0.47546418954040698</c:v>
                </c:pt>
                <c:pt idx="538">
                  <c:v>0.47710343132901301</c:v>
                </c:pt>
                <c:pt idx="539">
                  <c:v>-0.95633804042285697</c:v>
                </c:pt>
                <c:pt idx="540">
                  <c:v>-0.58532708807882705</c:v>
                </c:pt>
                <c:pt idx="541">
                  <c:v>-0.77579680797219897</c:v>
                </c:pt>
                <c:pt idx="542">
                  <c:v>-0.51743641989935796</c:v>
                </c:pt>
                <c:pt idx="543">
                  <c:v>0.63710243808485201</c:v>
                </c:pt>
                <c:pt idx="544">
                  <c:v>-0.72679309854511198</c:v>
                </c:pt>
                <c:pt idx="545">
                  <c:v>-0.59335641319418098</c:v>
                </c:pt>
                <c:pt idx="546">
                  <c:v>-0.69183334260575102</c:v>
                </c:pt>
                <c:pt idx="547">
                  <c:v>-0.51332798722337003</c:v>
                </c:pt>
                <c:pt idx="548">
                  <c:v>-0.386745683851551</c:v>
                </c:pt>
                <c:pt idx="549">
                  <c:v>0.65244380445587102</c:v>
                </c:pt>
                <c:pt idx="550">
                  <c:v>0.95396504884176603</c:v>
                </c:pt>
                <c:pt idx="551">
                  <c:v>-0.45285398459993698</c:v>
                </c:pt>
                <c:pt idx="552">
                  <c:v>0.56811953516382396</c:v>
                </c:pt>
                <c:pt idx="553">
                  <c:v>-0.88415237665556001</c:v>
                </c:pt>
                <c:pt idx="554">
                  <c:v>1.07678620212183</c:v>
                </c:pt>
                <c:pt idx="555">
                  <c:v>0.78539469668364603</c:v>
                </c:pt>
                <c:pt idx="556">
                  <c:v>0.776679740615275</c:v>
                </c:pt>
                <c:pt idx="557">
                  <c:v>0.81429340552232798</c:v>
                </c:pt>
                <c:pt idx="558">
                  <c:v>-0.51485967007480604</c:v>
                </c:pt>
                <c:pt idx="559">
                  <c:v>0.46993956842184997</c:v>
                </c:pt>
                <c:pt idx="560">
                  <c:v>-0.65044180423782905</c:v>
                </c:pt>
                <c:pt idx="561">
                  <c:v>-0.85551897560474499</c:v>
                </c:pt>
                <c:pt idx="562">
                  <c:v>-0.68986321187314603</c:v>
                </c:pt>
                <c:pt idx="563">
                  <c:v>0.963779498376098</c:v>
                </c:pt>
                <c:pt idx="564">
                  <c:v>-0.75188131722417095</c:v>
                </c:pt>
                <c:pt idx="565">
                  <c:v>-0.69883420476555402</c:v>
                </c:pt>
                <c:pt idx="566">
                  <c:v>-0.70560498698387197</c:v>
                </c:pt>
                <c:pt idx="567">
                  <c:v>1.01285624081102</c:v>
                </c:pt>
                <c:pt idx="568">
                  <c:v>-0.72794534289903401</c:v>
                </c:pt>
                <c:pt idx="569">
                  <c:v>-0.46657377266684102</c:v>
                </c:pt>
                <c:pt idx="570">
                  <c:v>-0.39504042500070102</c:v>
                </c:pt>
                <c:pt idx="571">
                  <c:v>0.81558107028120097</c:v>
                </c:pt>
                <c:pt idx="572">
                  <c:v>0.41666464477500798</c:v>
                </c:pt>
                <c:pt idx="573">
                  <c:v>-0.63295121640305396</c:v>
                </c:pt>
                <c:pt idx="574">
                  <c:v>0.77716523114079905</c:v>
                </c:pt>
                <c:pt idx="575">
                  <c:v>-0.498473159652214</c:v>
                </c:pt>
                <c:pt idx="576">
                  <c:v>0.54536976303833695</c:v>
                </c:pt>
                <c:pt idx="577">
                  <c:v>-1.0523734522819601</c:v>
                </c:pt>
                <c:pt idx="578">
                  <c:v>-1.12856116278927</c:v>
                </c:pt>
                <c:pt idx="579">
                  <c:v>-0.83145906678017301</c:v>
                </c:pt>
                <c:pt idx="580">
                  <c:v>1.0912331443610701</c:v>
                </c:pt>
                <c:pt idx="581">
                  <c:v>-0.67747753068023897</c:v>
                </c:pt>
                <c:pt idx="582">
                  <c:v>0.39205225765839202</c:v>
                </c:pt>
                <c:pt idx="583">
                  <c:v>-0.73442685618706305</c:v>
                </c:pt>
                <c:pt idx="584">
                  <c:v>-0.74226517826262395</c:v>
                </c:pt>
                <c:pt idx="585">
                  <c:v>0.46866728531242102</c:v>
                </c:pt>
                <c:pt idx="586">
                  <c:v>0.39179885523926899</c:v>
                </c:pt>
                <c:pt idx="587">
                  <c:v>-0.74167188369373704</c:v>
                </c:pt>
                <c:pt idx="588">
                  <c:v>0.58529445092619203</c:v>
                </c:pt>
                <c:pt idx="589">
                  <c:v>-0.73684417216210096</c:v>
                </c:pt>
                <c:pt idx="590">
                  <c:v>-0.40778318387279799</c:v>
                </c:pt>
                <c:pt idx="591">
                  <c:v>-0.50403409017359002</c:v>
                </c:pt>
                <c:pt idx="592">
                  <c:v>-0.81420072068725702</c:v>
                </c:pt>
                <c:pt idx="593">
                  <c:v>0.44236106571593198</c:v>
                </c:pt>
                <c:pt idx="594">
                  <c:v>0.35212282074670798</c:v>
                </c:pt>
                <c:pt idx="595">
                  <c:v>-0.47072552427514203</c:v>
                </c:pt>
                <c:pt idx="596">
                  <c:v>-1.14250156558211</c:v>
                </c:pt>
                <c:pt idx="597">
                  <c:v>1.7279424847370299</c:v>
                </c:pt>
                <c:pt idx="598">
                  <c:v>-1.03058152012379</c:v>
                </c:pt>
                <c:pt idx="599">
                  <c:v>-0.67190644319539305</c:v>
                </c:pt>
                <c:pt idx="600">
                  <c:v>-1.03126170917093</c:v>
                </c:pt>
                <c:pt idx="601">
                  <c:v>0.65516973793315003</c:v>
                </c:pt>
                <c:pt idx="602">
                  <c:v>0.74122911468728603</c:v>
                </c:pt>
                <c:pt idx="603">
                  <c:v>-0.36710184546077301</c:v>
                </c:pt>
                <c:pt idx="604">
                  <c:v>0.42035206475655701</c:v>
                </c:pt>
                <c:pt idx="605">
                  <c:v>-0.72195283340262895</c:v>
                </c:pt>
                <c:pt idx="606">
                  <c:v>-0.52821958646322997</c:v>
                </c:pt>
                <c:pt idx="607">
                  <c:v>0.75378313627992799</c:v>
                </c:pt>
                <c:pt idx="608">
                  <c:v>0.43268245409687001</c:v>
                </c:pt>
                <c:pt idx="609">
                  <c:v>-0.83133894917019502</c:v>
                </c:pt>
                <c:pt idx="610">
                  <c:v>0.49360848393353501</c:v>
                </c:pt>
                <c:pt idx="611">
                  <c:v>-0.51789560041782301</c:v>
                </c:pt>
                <c:pt idx="612">
                  <c:v>0.474041781363436</c:v>
                </c:pt>
                <c:pt idx="613">
                  <c:v>-0.70155068221001204</c:v>
                </c:pt>
                <c:pt idx="614">
                  <c:v>0.41727520398224999</c:v>
                </c:pt>
                <c:pt idx="615">
                  <c:v>-0.48757599264030899</c:v>
                </c:pt>
                <c:pt idx="616">
                  <c:v>0.428795194770412</c:v>
                </c:pt>
                <c:pt idx="617">
                  <c:v>0.55878625220787403</c:v>
                </c:pt>
                <c:pt idx="618">
                  <c:v>-0.93067639398935498</c:v>
                </c:pt>
                <c:pt idx="619">
                  <c:v>-0.84774830676705504</c:v>
                </c:pt>
                <c:pt idx="620">
                  <c:v>-1.07248843393862</c:v>
                </c:pt>
                <c:pt idx="621">
                  <c:v>0.48070345852143198</c:v>
                </c:pt>
                <c:pt idx="622">
                  <c:v>0.95258969810193495</c:v>
                </c:pt>
                <c:pt idx="623">
                  <c:v>-0.60339701591031103</c:v>
                </c:pt>
                <c:pt idx="624">
                  <c:v>1.2672706582998301</c:v>
                </c:pt>
                <c:pt idx="625">
                  <c:v>-1.90973085433497</c:v>
                </c:pt>
                <c:pt idx="626">
                  <c:v>0.399101253094713</c:v>
                </c:pt>
                <c:pt idx="627">
                  <c:v>-0.41666469067529699</c:v>
                </c:pt>
                <c:pt idx="628">
                  <c:v>0.56701108914531795</c:v>
                </c:pt>
                <c:pt idx="629">
                  <c:v>0.51015825245690005</c:v>
                </c:pt>
                <c:pt idx="630">
                  <c:v>-0.45563127129444703</c:v>
                </c:pt>
                <c:pt idx="631">
                  <c:v>-0.51188075798286503</c:v>
                </c:pt>
                <c:pt idx="632">
                  <c:v>-0.47123302359289498</c:v>
                </c:pt>
                <c:pt idx="633">
                  <c:v>0.45260689748273097</c:v>
                </c:pt>
                <c:pt idx="634">
                  <c:v>1.2666362391689401</c:v>
                </c:pt>
                <c:pt idx="635">
                  <c:v>0.43492475108477202</c:v>
                </c:pt>
                <c:pt idx="636">
                  <c:v>0.65036193551772903</c:v>
                </c:pt>
                <c:pt idx="637">
                  <c:v>0.71507877172858503</c:v>
                </c:pt>
                <c:pt idx="638">
                  <c:v>-0.51318466126491602</c:v>
                </c:pt>
                <c:pt idx="639">
                  <c:v>1.636261149796</c:v>
                </c:pt>
                <c:pt idx="640">
                  <c:v>-0.68660543320542899</c:v>
                </c:pt>
                <c:pt idx="641">
                  <c:v>0.57935581205933295</c:v>
                </c:pt>
                <c:pt idx="642">
                  <c:v>-0.44975372203945702</c:v>
                </c:pt>
                <c:pt idx="643">
                  <c:v>0.81753365304416503</c:v>
                </c:pt>
                <c:pt idx="644">
                  <c:v>0.73076874363784206</c:v>
                </c:pt>
                <c:pt idx="645">
                  <c:v>0.50655250776816996</c:v>
                </c:pt>
                <c:pt idx="646">
                  <c:v>-0.913540408865259</c:v>
                </c:pt>
                <c:pt idx="647">
                  <c:v>0.73884817368129796</c:v>
                </c:pt>
                <c:pt idx="648">
                  <c:v>-1.2105131567376</c:v>
                </c:pt>
                <c:pt idx="649">
                  <c:v>0.53254577276872395</c:v>
                </c:pt>
                <c:pt idx="650">
                  <c:v>0.64846909048295798</c:v>
                </c:pt>
                <c:pt idx="651">
                  <c:v>-0.60734626177338302</c:v>
                </c:pt>
                <c:pt idx="652">
                  <c:v>0.68799831476612305</c:v>
                </c:pt>
                <c:pt idx="653">
                  <c:v>0.58817261502847595</c:v>
                </c:pt>
                <c:pt idx="654">
                  <c:v>-0.61327869306440896</c:v>
                </c:pt>
                <c:pt idx="655">
                  <c:v>0.47322938328688802</c:v>
                </c:pt>
                <c:pt idx="656">
                  <c:v>0.44522159396522198</c:v>
                </c:pt>
                <c:pt idx="657">
                  <c:v>-0.76987186510160999</c:v>
                </c:pt>
                <c:pt idx="658">
                  <c:v>-0.66844606077841096</c:v>
                </c:pt>
                <c:pt idx="659">
                  <c:v>0.61910624975706696</c:v>
                </c:pt>
                <c:pt idx="660">
                  <c:v>-0.422710456272611</c:v>
                </c:pt>
                <c:pt idx="661">
                  <c:v>-0.418781502085395</c:v>
                </c:pt>
                <c:pt idx="662">
                  <c:v>-0.50137535139073797</c:v>
                </c:pt>
                <c:pt idx="663">
                  <c:v>0.751450323418279</c:v>
                </c:pt>
                <c:pt idx="664">
                  <c:v>-0.59085724924328498</c:v>
                </c:pt>
                <c:pt idx="665">
                  <c:v>0.75860874665258005</c:v>
                </c:pt>
                <c:pt idx="666">
                  <c:v>-0.96321902897053802</c:v>
                </c:pt>
                <c:pt idx="667">
                  <c:v>-1.82778512605282</c:v>
                </c:pt>
                <c:pt idx="668">
                  <c:v>0.88377053674739203</c:v>
                </c:pt>
                <c:pt idx="669">
                  <c:v>0.60619186399028302</c:v>
                </c:pt>
                <c:pt idx="670">
                  <c:v>0.47030914432593801</c:v>
                </c:pt>
                <c:pt idx="671">
                  <c:v>0.75456901163280998</c:v>
                </c:pt>
                <c:pt idx="672">
                  <c:v>0.87648975395825701</c:v>
                </c:pt>
                <c:pt idx="673">
                  <c:v>-0.94330982673465502</c:v>
                </c:pt>
                <c:pt idx="674">
                  <c:v>-1.2250210173798199</c:v>
                </c:pt>
                <c:pt idx="675">
                  <c:v>1.0246448431367701</c:v>
                </c:pt>
                <c:pt idx="676">
                  <c:v>0.53411017154267204</c:v>
                </c:pt>
                <c:pt idx="677">
                  <c:v>-0.35846468685135602</c:v>
                </c:pt>
                <c:pt idx="678">
                  <c:v>-0.37769951467266</c:v>
                </c:pt>
                <c:pt idx="679">
                  <c:v>-0.54618884901059805</c:v>
                </c:pt>
                <c:pt idx="680">
                  <c:v>0.412675356275987</c:v>
                </c:pt>
                <c:pt idx="681">
                  <c:v>0.617969912740293</c:v>
                </c:pt>
                <c:pt idx="682">
                  <c:v>1.34246912680634</c:v>
                </c:pt>
                <c:pt idx="683">
                  <c:v>-0.51502285645242196</c:v>
                </c:pt>
                <c:pt idx="684">
                  <c:v>0.55682817530330897</c:v>
                </c:pt>
                <c:pt idx="685">
                  <c:v>-0.61745440903040805</c:v>
                </c:pt>
                <c:pt idx="686">
                  <c:v>0.55529658083747102</c:v>
                </c:pt>
                <c:pt idx="687">
                  <c:v>-0.69810345708211596</c:v>
                </c:pt>
                <c:pt idx="688">
                  <c:v>-0.64967680687678697</c:v>
                </c:pt>
                <c:pt idx="689">
                  <c:v>0.52874670847538896</c:v>
                </c:pt>
                <c:pt idx="690">
                  <c:v>0.70022580107086796</c:v>
                </c:pt>
                <c:pt idx="691">
                  <c:v>0.57792437784991102</c:v>
                </c:pt>
                <c:pt idx="692">
                  <c:v>-1.2089771650344301</c:v>
                </c:pt>
                <c:pt idx="693">
                  <c:v>0.50631359196658798</c:v>
                </c:pt>
                <c:pt idx="694">
                  <c:v>-0.613820334562448</c:v>
                </c:pt>
                <c:pt idx="695">
                  <c:v>-0.380786226084876</c:v>
                </c:pt>
                <c:pt idx="696">
                  <c:v>0.63923948852094603</c:v>
                </c:pt>
                <c:pt idx="697">
                  <c:v>0.73006744031256698</c:v>
                </c:pt>
                <c:pt idx="698">
                  <c:v>0.48610368558109202</c:v>
                </c:pt>
                <c:pt idx="699">
                  <c:v>0.422277407425387</c:v>
                </c:pt>
                <c:pt idx="700">
                  <c:v>0.76594429888598403</c:v>
                </c:pt>
                <c:pt idx="701">
                  <c:v>0.60982905175800195</c:v>
                </c:pt>
                <c:pt idx="702">
                  <c:v>-0.80443450753978896</c:v>
                </c:pt>
                <c:pt idx="703">
                  <c:v>-0.47882434402659502</c:v>
                </c:pt>
                <c:pt idx="704">
                  <c:v>1.1765621307844201</c:v>
                </c:pt>
                <c:pt idx="705">
                  <c:v>0.77006196317571396</c:v>
                </c:pt>
                <c:pt idx="706">
                  <c:v>0.70292765082237096</c:v>
                </c:pt>
                <c:pt idx="707">
                  <c:v>0.50531404387138001</c:v>
                </c:pt>
                <c:pt idx="708">
                  <c:v>-0.40644861624657802</c:v>
                </c:pt>
                <c:pt idx="709">
                  <c:v>-1.03620815813111</c:v>
                </c:pt>
                <c:pt idx="710">
                  <c:v>0.42334396974018801</c:v>
                </c:pt>
                <c:pt idx="711">
                  <c:v>0.58181460102251503</c:v>
                </c:pt>
                <c:pt idx="712">
                  <c:v>-0.341901988224251</c:v>
                </c:pt>
                <c:pt idx="713">
                  <c:v>0.47713069495236499</c:v>
                </c:pt>
                <c:pt idx="714">
                  <c:v>0.79498265741989704</c:v>
                </c:pt>
                <c:pt idx="715">
                  <c:v>0.52777921802397298</c:v>
                </c:pt>
                <c:pt idx="716">
                  <c:v>0.53336274101042502</c:v>
                </c:pt>
                <c:pt idx="717">
                  <c:v>-0.58121190108793996</c:v>
                </c:pt>
                <c:pt idx="718">
                  <c:v>0.39430780703858298</c:v>
                </c:pt>
                <c:pt idx="719">
                  <c:v>1.2843413271541899</c:v>
                </c:pt>
                <c:pt idx="720">
                  <c:v>-2.1288716112827899</c:v>
                </c:pt>
                <c:pt idx="721">
                  <c:v>0.55317891695492705</c:v>
                </c:pt>
                <c:pt idx="722">
                  <c:v>0.88610060485650899</c:v>
                </c:pt>
                <c:pt idx="723">
                  <c:v>0.56717534493407096</c:v>
                </c:pt>
                <c:pt idx="724">
                  <c:v>-0.49363300472531801</c:v>
                </c:pt>
                <c:pt idx="725">
                  <c:v>0.423743608919668</c:v>
                </c:pt>
                <c:pt idx="726">
                  <c:v>0.38581242762815998</c:v>
                </c:pt>
                <c:pt idx="727">
                  <c:v>-0.39143238067795499</c:v>
                </c:pt>
                <c:pt idx="728">
                  <c:v>-0.619512117557104</c:v>
                </c:pt>
                <c:pt idx="729">
                  <c:v>0.737486587727609</c:v>
                </c:pt>
                <c:pt idx="730">
                  <c:v>-0.424632869792678</c:v>
                </c:pt>
                <c:pt idx="731">
                  <c:v>0.46189979477490101</c:v>
                </c:pt>
                <c:pt idx="732">
                  <c:v>0.48796209985726702</c:v>
                </c:pt>
                <c:pt idx="733">
                  <c:v>0.47830008091937498</c:v>
                </c:pt>
                <c:pt idx="734">
                  <c:v>0.96840994060414698</c:v>
                </c:pt>
                <c:pt idx="735">
                  <c:v>0.72123370994281499</c:v>
                </c:pt>
                <c:pt idx="736">
                  <c:v>-0.37821788520384902</c:v>
                </c:pt>
                <c:pt idx="737">
                  <c:v>-0.50299839471444896</c:v>
                </c:pt>
                <c:pt idx="738">
                  <c:v>-0.79523598697760201</c:v>
                </c:pt>
                <c:pt idx="739">
                  <c:v>-0.61558253647670103</c:v>
                </c:pt>
                <c:pt idx="740">
                  <c:v>-0.56772459548680798</c:v>
                </c:pt>
                <c:pt idx="741">
                  <c:v>-0.69727724208195196</c:v>
                </c:pt>
                <c:pt idx="742">
                  <c:v>0.70083910852185805</c:v>
                </c:pt>
                <c:pt idx="743">
                  <c:v>-0.94241047599065597</c:v>
                </c:pt>
                <c:pt idx="744">
                  <c:v>0.415633933561391</c:v>
                </c:pt>
                <c:pt idx="745">
                  <c:v>0.79960942322844597</c:v>
                </c:pt>
                <c:pt idx="746">
                  <c:v>-0.51723929726699702</c:v>
                </c:pt>
                <c:pt idx="747">
                  <c:v>-1.0969675323502399</c:v>
                </c:pt>
                <c:pt idx="748">
                  <c:v>-0.60733394796511297</c:v>
                </c:pt>
                <c:pt idx="749">
                  <c:v>-0.83439964480519202</c:v>
                </c:pt>
                <c:pt idx="750">
                  <c:v>0.48252781295862202</c:v>
                </c:pt>
                <c:pt idx="751">
                  <c:v>-0.79663387162645805</c:v>
                </c:pt>
                <c:pt idx="752">
                  <c:v>-0.58016474216204705</c:v>
                </c:pt>
                <c:pt idx="753">
                  <c:v>-0.43137515083225297</c:v>
                </c:pt>
                <c:pt idx="754">
                  <c:v>0.46111199726880198</c:v>
                </c:pt>
                <c:pt idx="755">
                  <c:v>0.73020349098100501</c:v>
                </c:pt>
                <c:pt idx="756">
                  <c:v>-0.35579249842921001</c:v>
                </c:pt>
                <c:pt idx="757">
                  <c:v>0.57351008131423598</c:v>
                </c:pt>
                <c:pt idx="758">
                  <c:v>0.39957817427447001</c:v>
                </c:pt>
                <c:pt idx="759">
                  <c:v>-0.54917596096139198</c:v>
                </c:pt>
                <c:pt idx="760">
                  <c:v>0.73704954874928297</c:v>
                </c:pt>
                <c:pt idx="761">
                  <c:v>-0.38873683064240799</c:v>
                </c:pt>
                <c:pt idx="762">
                  <c:v>-0.45382929745043998</c:v>
                </c:pt>
                <c:pt idx="763">
                  <c:v>0.97560272669306203</c:v>
                </c:pt>
                <c:pt idx="764">
                  <c:v>-0.63330571700603899</c:v>
                </c:pt>
                <c:pt idx="765">
                  <c:v>-0.84178965773377701</c:v>
                </c:pt>
                <c:pt idx="766">
                  <c:v>-0.40597683347242602</c:v>
                </c:pt>
                <c:pt idx="767">
                  <c:v>-0.82831130241385897</c:v>
                </c:pt>
                <c:pt idx="768">
                  <c:v>-0.47643496929604401</c:v>
                </c:pt>
                <c:pt idx="769">
                  <c:v>-0.73331999092516398</c:v>
                </c:pt>
                <c:pt idx="770">
                  <c:v>-0.50828436827818302</c:v>
                </c:pt>
                <c:pt idx="771">
                  <c:v>0.97180334486328901</c:v>
                </c:pt>
                <c:pt idx="772">
                  <c:v>0.63101590368633997</c:v>
                </c:pt>
                <c:pt idx="773">
                  <c:v>-0.45047974743789299</c:v>
                </c:pt>
                <c:pt idx="774">
                  <c:v>-0.364702242772239</c:v>
                </c:pt>
                <c:pt idx="775">
                  <c:v>-0.93070089764253106</c:v>
                </c:pt>
                <c:pt idx="776">
                  <c:v>0.479167156768114</c:v>
                </c:pt>
                <c:pt idx="777">
                  <c:v>0.89929942056857504</c:v>
                </c:pt>
                <c:pt idx="778">
                  <c:v>0.49825292823331702</c:v>
                </c:pt>
                <c:pt idx="779">
                  <c:v>-1.4995842250160001</c:v>
                </c:pt>
                <c:pt idx="780">
                  <c:v>-0.97336963598207404</c:v>
                </c:pt>
                <c:pt idx="781">
                  <c:v>0.61844401726045095</c:v>
                </c:pt>
                <c:pt idx="782">
                  <c:v>-0.64662735865566001</c:v>
                </c:pt>
                <c:pt idx="783">
                  <c:v>-1.19959266612729</c:v>
                </c:pt>
                <c:pt idx="784">
                  <c:v>-0.43013049704701001</c:v>
                </c:pt>
                <c:pt idx="785">
                  <c:v>0.66914726168972305</c:v>
                </c:pt>
                <c:pt idx="786">
                  <c:v>0.72169944325734603</c:v>
                </c:pt>
                <c:pt idx="787">
                  <c:v>0.85276744792189196</c:v>
                </c:pt>
                <c:pt idx="788">
                  <c:v>0.51020920517202495</c:v>
                </c:pt>
                <c:pt idx="789">
                  <c:v>-0.48325879624047002</c:v>
                </c:pt>
                <c:pt idx="790">
                  <c:v>0.76978169965332899</c:v>
                </c:pt>
                <c:pt idx="791">
                  <c:v>-0.41181802503194098</c:v>
                </c:pt>
                <c:pt idx="792">
                  <c:v>0.46702985504802902</c:v>
                </c:pt>
                <c:pt idx="793">
                  <c:v>-0.59259331914808699</c:v>
                </c:pt>
                <c:pt idx="794">
                  <c:v>-1.08071246296774</c:v>
                </c:pt>
                <c:pt idx="795">
                  <c:v>-0.56866496968804703</c:v>
                </c:pt>
                <c:pt idx="796">
                  <c:v>-0.42290479216330801</c:v>
                </c:pt>
                <c:pt idx="797">
                  <c:v>-0.33481944897875199</c:v>
                </c:pt>
                <c:pt idx="798">
                  <c:v>-0.55016482598527705</c:v>
                </c:pt>
                <c:pt idx="799">
                  <c:v>-0.52413125125219995</c:v>
                </c:pt>
                <c:pt idx="800">
                  <c:v>0.60191856447965397</c:v>
                </c:pt>
                <c:pt idx="801">
                  <c:v>0.53920934664706299</c:v>
                </c:pt>
                <c:pt idx="802">
                  <c:v>0.39981280262207602</c:v>
                </c:pt>
                <c:pt idx="803">
                  <c:v>-0.55848577077788897</c:v>
                </c:pt>
                <c:pt idx="804">
                  <c:v>-0.58907767271582401</c:v>
                </c:pt>
                <c:pt idx="805">
                  <c:v>-0.55647251820391797</c:v>
                </c:pt>
                <c:pt idx="806">
                  <c:v>-0.57209241528158805</c:v>
                </c:pt>
                <c:pt idx="807">
                  <c:v>1.03090004407137</c:v>
                </c:pt>
                <c:pt idx="808">
                  <c:v>-0.95014731041192102</c:v>
                </c:pt>
                <c:pt idx="809">
                  <c:v>0.61043299013385199</c:v>
                </c:pt>
                <c:pt idx="810">
                  <c:v>-0.58605057694773799</c:v>
                </c:pt>
                <c:pt idx="811">
                  <c:v>0.50410194367042405</c:v>
                </c:pt>
                <c:pt idx="812">
                  <c:v>-0.83330821790123399</c:v>
                </c:pt>
                <c:pt idx="813">
                  <c:v>0.90984319821698301</c:v>
                </c:pt>
                <c:pt idx="814">
                  <c:v>-0.39484282928346198</c:v>
                </c:pt>
                <c:pt idx="815">
                  <c:v>0.338774103442184</c:v>
                </c:pt>
                <c:pt idx="816">
                  <c:v>0.46911949634760902</c:v>
                </c:pt>
                <c:pt idx="817">
                  <c:v>-0.34607077003699899</c:v>
                </c:pt>
                <c:pt idx="818">
                  <c:v>-0.57958973520610602</c:v>
                </c:pt>
                <c:pt idx="819">
                  <c:v>-1.14361631189841</c:v>
                </c:pt>
                <c:pt idx="820">
                  <c:v>2.1343542767398298</c:v>
                </c:pt>
                <c:pt idx="821">
                  <c:v>0.31240187862470098</c:v>
                </c:pt>
                <c:pt idx="822">
                  <c:v>0.43323033799711302</c:v>
                </c:pt>
                <c:pt idx="823">
                  <c:v>0.38299007100985699</c:v>
                </c:pt>
                <c:pt idx="824">
                  <c:v>0.68992420406043897</c:v>
                </c:pt>
                <c:pt idx="825">
                  <c:v>-0.50428041520236599</c:v>
                </c:pt>
                <c:pt idx="826">
                  <c:v>0.71285118768274802</c:v>
                </c:pt>
                <c:pt idx="827">
                  <c:v>0.46101839022497199</c:v>
                </c:pt>
                <c:pt idx="828">
                  <c:v>0.500279409522005</c:v>
                </c:pt>
                <c:pt idx="829">
                  <c:v>-0.52233958349521403</c:v>
                </c:pt>
                <c:pt idx="830">
                  <c:v>0.41403544146849203</c:v>
                </c:pt>
                <c:pt idx="831">
                  <c:v>-0.48888112390318</c:v>
                </c:pt>
                <c:pt idx="832">
                  <c:v>-0.334295975835047</c:v>
                </c:pt>
                <c:pt idx="833">
                  <c:v>0.39964352280506399</c:v>
                </c:pt>
                <c:pt idx="834">
                  <c:v>-0.37484091370239297</c:v>
                </c:pt>
                <c:pt idx="835">
                  <c:v>-0.862798181278286</c:v>
                </c:pt>
                <c:pt idx="836">
                  <c:v>-0.92145118080946997</c:v>
                </c:pt>
                <c:pt idx="837">
                  <c:v>-0.70612699330394701</c:v>
                </c:pt>
                <c:pt idx="838">
                  <c:v>-0.44984683765005001</c:v>
                </c:pt>
                <c:pt idx="839">
                  <c:v>0.410889200760156</c:v>
                </c:pt>
                <c:pt idx="840">
                  <c:v>-0.57180142399378298</c:v>
                </c:pt>
                <c:pt idx="841">
                  <c:v>-0.33361371514877902</c:v>
                </c:pt>
                <c:pt idx="842">
                  <c:v>-0.45009916747372702</c:v>
                </c:pt>
                <c:pt idx="843">
                  <c:v>0.60076353524041104</c:v>
                </c:pt>
                <c:pt idx="844">
                  <c:v>0.47486709652243803</c:v>
                </c:pt>
                <c:pt idx="845">
                  <c:v>-0.510015509656217</c:v>
                </c:pt>
                <c:pt idx="846">
                  <c:v>-0.46401566951395201</c:v>
                </c:pt>
                <c:pt idx="847">
                  <c:v>0.52461928683717596</c:v>
                </c:pt>
                <c:pt idx="848">
                  <c:v>-0.39797291514050998</c:v>
                </c:pt>
                <c:pt idx="849">
                  <c:v>0.41756450329983602</c:v>
                </c:pt>
                <c:pt idx="850">
                  <c:v>0.67991885011793896</c:v>
                </c:pt>
                <c:pt idx="851">
                  <c:v>-0.99975593045368405</c:v>
                </c:pt>
                <c:pt idx="852">
                  <c:v>0.457128614564002</c:v>
                </c:pt>
                <c:pt idx="853">
                  <c:v>0.64619245113105706</c:v>
                </c:pt>
                <c:pt idx="854">
                  <c:v>-0.89593680117571906</c:v>
                </c:pt>
                <c:pt idx="855">
                  <c:v>0.50100014454262298</c:v>
                </c:pt>
                <c:pt idx="856">
                  <c:v>-0.37711226124279001</c:v>
                </c:pt>
                <c:pt idx="857">
                  <c:v>0.75821025482207105</c:v>
                </c:pt>
                <c:pt idx="858">
                  <c:v>-0.46431867510360197</c:v>
                </c:pt>
                <c:pt idx="859">
                  <c:v>-1.1617003206924399</c:v>
                </c:pt>
                <c:pt idx="860">
                  <c:v>-0.62812824270704204</c:v>
                </c:pt>
                <c:pt idx="861">
                  <c:v>0.525559902492443</c:v>
                </c:pt>
                <c:pt idx="862">
                  <c:v>1.0242184859881001</c:v>
                </c:pt>
                <c:pt idx="863">
                  <c:v>-1.2126306660028201</c:v>
                </c:pt>
                <c:pt idx="864">
                  <c:v>-0.41819175403596598</c:v>
                </c:pt>
                <c:pt idx="865">
                  <c:v>-0.91502682047413197</c:v>
                </c:pt>
                <c:pt idx="866">
                  <c:v>-0.62556119461440196</c:v>
                </c:pt>
                <c:pt idx="867">
                  <c:v>0.97566603110491801</c:v>
                </c:pt>
                <c:pt idx="868">
                  <c:v>-0.80987192226558902</c:v>
                </c:pt>
                <c:pt idx="869">
                  <c:v>0.50723519474277301</c:v>
                </c:pt>
                <c:pt idx="870">
                  <c:v>-0.68231321724643101</c:v>
                </c:pt>
                <c:pt idx="871">
                  <c:v>0.43162518160948998</c:v>
                </c:pt>
                <c:pt idx="872">
                  <c:v>-1.2878204495585599</c:v>
                </c:pt>
                <c:pt idx="873">
                  <c:v>-0.58566131239848196</c:v>
                </c:pt>
                <c:pt idx="874">
                  <c:v>-0.57910804623794498</c:v>
                </c:pt>
                <c:pt idx="875">
                  <c:v>-0.32759177603740097</c:v>
                </c:pt>
                <c:pt idx="876">
                  <c:v>0.89038185994670704</c:v>
                </c:pt>
                <c:pt idx="877">
                  <c:v>-0.68277195613925601</c:v>
                </c:pt>
                <c:pt idx="878">
                  <c:v>-0.739163058170767</c:v>
                </c:pt>
                <c:pt idx="879">
                  <c:v>0.486581941053778</c:v>
                </c:pt>
                <c:pt idx="880">
                  <c:v>0.40714847246887198</c:v>
                </c:pt>
                <c:pt idx="881">
                  <c:v>-0.40136922810273701</c:v>
                </c:pt>
                <c:pt idx="882">
                  <c:v>0.34838675879744602</c:v>
                </c:pt>
                <c:pt idx="883">
                  <c:v>-1.0213443055776601</c:v>
                </c:pt>
                <c:pt idx="884">
                  <c:v>-0.83563467548539105</c:v>
                </c:pt>
                <c:pt idx="885">
                  <c:v>-0.39269245019023202</c:v>
                </c:pt>
                <c:pt idx="886">
                  <c:v>-0.49779656639944703</c:v>
                </c:pt>
                <c:pt idx="887">
                  <c:v>0.31895956619737098</c:v>
                </c:pt>
                <c:pt idx="888">
                  <c:v>0.49808292399651699</c:v>
                </c:pt>
                <c:pt idx="889">
                  <c:v>0.322550082990197</c:v>
                </c:pt>
                <c:pt idx="890">
                  <c:v>0.84282972812179202</c:v>
                </c:pt>
                <c:pt idx="891">
                  <c:v>-0.83233079937853904</c:v>
                </c:pt>
                <c:pt idx="892">
                  <c:v>-1.1542132497291999</c:v>
                </c:pt>
                <c:pt idx="893">
                  <c:v>-0.629871856224263</c:v>
                </c:pt>
                <c:pt idx="894">
                  <c:v>0.38138019293636199</c:v>
                </c:pt>
                <c:pt idx="895">
                  <c:v>-0.31409451203292699</c:v>
                </c:pt>
                <c:pt idx="896">
                  <c:v>-0.87457288449563098</c:v>
                </c:pt>
                <c:pt idx="897">
                  <c:v>0.85004917300496496</c:v>
                </c:pt>
                <c:pt idx="898">
                  <c:v>0.77967234574367705</c:v>
                </c:pt>
                <c:pt idx="899">
                  <c:v>0.50573356550151205</c:v>
                </c:pt>
                <c:pt idx="900">
                  <c:v>0.40159717564050401</c:v>
                </c:pt>
                <c:pt idx="901">
                  <c:v>-0.33640791762518102</c:v>
                </c:pt>
                <c:pt idx="902">
                  <c:v>0.65898347948111502</c:v>
                </c:pt>
                <c:pt idx="903">
                  <c:v>-0.36613239373855</c:v>
                </c:pt>
                <c:pt idx="904">
                  <c:v>-0.35795566499583498</c:v>
                </c:pt>
                <c:pt idx="905">
                  <c:v>-0.67819988528559305</c:v>
                </c:pt>
                <c:pt idx="906">
                  <c:v>-0.69958646476492303</c:v>
                </c:pt>
                <c:pt idx="907">
                  <c:v>-0.67988054680826004</c:v>
                </c:pt>
                <c:pt idx="908">
                  <c:v>0.33687684290636399</c:v>
                </c:pt>
                <c:pt idx="909">
                  <c:v>0.33958602880838701</c:v>
                </c:pt>
                <c:pt idx="910">
                  <c:v>-0.31573555261906</c:v>
                </c:pt>
                <c:pt idx="911">
                  <c:v>-0.60655994836530203</c:v>
                </c:pt>
                <c:pt idx="912">
                  <c:v>0.307327166578514</c:v>
                </c:pt>
                <c:pt idx="913">
                  <c:v>0.76480127093334704</c:v>
                </c:pt>
                <c:pt idx="914">
                  <c:v>-0.56855703520934497</c:v>
                </c:pt>
                <c:pt idx="915">
                  <c:v>-1.05343721342618</c:v>
                </c:pt>
                <c:pt idx="916">
                  <c:v>-0.53814702097731604</c:v>
                </c:pt>
                <c:pt idx="917">
                  <c:v>0.66520006252130104</c:v>
                </c:pt>
                <c:pt idx="918">
                  <c:v>0.81796005740433697</c:v>
                </c:pt>
                <c:pt idx="919">
                  <c:v>-0.70394729076055995</c:v>
                </c:pt>
                <c:pt idx="920">
                  <c:v>-0.63284989907054301</c:v>
                </c:pt>
                <c:pt idx="921">
                  <c:v>0.385076652546608</c:v>
                </c:pt>
                <c:pt idx="922">
                  <c:v>-0.29894626096951499</c:v>
                </c:pt>
                <c:pt idx="923">
                  <c:v>-0.446127149186623</c:v>
                </c:pt>
                <c:pt idx="924">
                  <c:v>-0.39481400686337798</c:v>
                </c:pt>
                <c:pt idx="925">
                  <c:v>0.508189466191176</c:v>
                </c:pt>
                <c:pt idx="926">
                  <c:v>-0.408062917768788</c:v>
                </c:pt>
                <c:pt idx="927">
                  <c:v>0.76365723589311296</c:v>
                </c:pt>
                <c:pt idx="928">
                  <c:v>0.299679428315969</c:v>
                </c:pt>
                <c:pt idx="929">
                  <c:v>0.71489892716421399</c:v>
                </c:pt>
                <c:pt idx="930">
                  <c:v>-0.723707323994631</c:v>
                </c:pt>
                <c:pt idx="931">
                  <c:v>0.38889581483567798</c:v>
                </c:pt>
                <c:pt idx="932">
                  <c:v>0.42294415588593598</c:v>
                </c:pt>
                <c:pt idx="933">
                  <c:v>-0.41275020308843902</c:v>
                </c:pt>
                <c:pt idx="934">
                  <c:v>0.54017871242363202</c:v>
                </c:pt>
                <c:pt idx="935">
                  <c:v>-0.55068242098068898</c:v>
                </c:pt>
                <c:pt idx="936">
                  <c:v>-0.84963779783212701</c:v>
                </c:pt>
                <c:pt idx="937">
                  <c:v>0.56238421671526195</c:v>
                </c:pt>
                <c:pt idx="938">
                  <c:v>-0.34140769436070101</c:v>
                </c:pt>
                <c:pt idx="939">
                  <c:v>0.49170812293427701</c:v>
                </c:pt>
                <c:pt idx="940">
                  <c:v>0.32999541293525397</c:v>
                </c:pt>
                <c:pt idx="941">
                  <c:v>0.64089736674548403</c:v>
                </c:pt>
                <c:pt idx="942">
                  <c:v>-0.34125252953586499</c:v>
                </c:pt>
                <c:pt idx="943">
                  <c:v>-0.38614804497525401</c:v>
                </c:pt>
                <c:pt idx="944">
                  <c:v>-0.693010517903076</c:v>
                </c:pt>
                <c:pt idx="945">
                  <c:v>-0.65441589010113399</c:v>
                </c:pt>
                <c:pt idx="946">
                  <c:v>-0.42975240371957601</c:v>
                </c:pt>
                <c:pt idx="947">
                  <c:v>0.52333406494532397</c:v>
                </c:pt>
                <c:pt idx="948">
                  <c:v>-0.50987844017022299</c:v>
                </c:pt>
                <c:pt idx="949">
                  <c:v>0.44953440785390297</c:v>
                </c:pt>
                <c:pt idx="950">
                  <c:v>0.40528525162384499</c:v>
                </c:pt>
                <c:pt idx="951">
                  <c:v>0.56315853525374104</c:v>
                </c:pt>
                <c:pt idx="952">
                  <c:v>-0.96398083279124003</c:v>
                </c:pt>
                <c:pt idx="953">
                  <c:v>-0.34897883977115302</c:v>
                </c:pt>
                <c:pt idx="954">
                  <c:v>1.1849845176676099</c:v>
                </c:pt>
                <c:pt idx="955">
                  <c:v>-0.30252403674678902</c:v>
                </c:pt>
                <c:pt idx="956">
                  <c:v>0.70959335814365698</c:v>
                </c:pt>
                <c:pt idx="957">
                  <c:v>0.49288569024050199</c:v>
                </c:pt>
                <c:pt idx="958">
                  <c:v>1.03264657259149</c:v>
                </c:pt>
                <c:pt idx="959">
                  <c:v>-0.61581909101608201</c:v>
                </c:pt>
                <c:pt idx="960">
                  <c:v>-0.74068820347541497</c:v>
                </c:pt>
                <c:pt idx="961">
                  <c:v>0.44055168683367502</c:v>
                </c:pt>
                <c:pt idx="962">
                  <c:v>0.57858974673942098</c:v>
                </c:pt>
                <c:pt idx="963">
                  <c:v>-0.31101245349263001</c:v>
                </c:pt>
                <c:pt idx="964">
                  <c:v>1.17951407402237</c:v>
                </c:pt>
                <c:pt idx="965">
                  <c:v>0.559663607846414</c:v>
                </c:pt>
                <c:pt idx="966">
                  <c:v>-0.52768252184083397</c:v>
                </c:pt>
                <c:pt idx="967">
                  <c:v>-0.49510629344899099</c:v>
                </c:pt>
                <c:pt idx="968">
                  <c:v>-1.70797287210196</c:v>
                </c:pt>
                <c:pt idx="969">
                  <c:v>-0.65647773859764402</c:v>
                </c:pt>
                <c:pt idx="970">
                  <c:v>-0.31001244417315399</c:v>
                </c:pt>
                <c:pt idx="971">
                  <c:v>0.34525895880059199</c:v>
                </c:pt>
                <c:pt idx="972">
                  <c:v>-0.618093658078262</c:v>
                </c:pt>
                <c:pt idx="973">
                  <c:v>-0.53290829266712003</c:v>
                </c:pt>
                <c:pt idx="974">
                  <c:v>-0.68505375655566803</c:v>
                </c:pt>
                <c:pt idx="975">
                  <c:v>0.35640754076353798</c:v>
                </c:pt>
                <c:pt idx="976">
                  <c:v>-0.33082590469043199</c:v>
                </c:pt>
                <c:pt idx="977">
                  <c:v>0.47181911458466202</c:v>
                </c:pt>
                <c:pt idx="978">
                  <c:v>-0.64470288838116097</c:v>
                </c:pt>
                <c:pt idx="979">
                  <c:v>0.56114271042942898</c:v>
                </c:pt>
                <c:pt idx="980">
                  <c:v>-0.340813352842471</c:v>
                </c:pt>
                <c:pt idx="981">
                  <c:v>-0.36319730948611101</c:v>
                </c:pt>
                <c:pt idx="982">
                  <c:v>-0.33541970388868603</c:v>
                </c:pt>
                <c:pt idx="983">
                  <c:v>0.68564499161613701</c:v>
                </c:pt>
                <c:pt idx="984">
                  <c:v>0.72517879714273203</c:v>
                </c:pt>
                <c:pt idx="985">
                  <c:v>-0.37779232345566899</c:v>
                </c:pt>
                <c:pt idx="986">
                  <c:v>-0.674324393369513</c:v>
                </c:pt>
                <c:pt idx="987">
                  <c:v>-0.48347955380166502</c:v>
                </c:pt>
                <c:pt idx="988">
                  <c:v>0.34635598620063501</c:v>
                </c:pt>
                <c:pt idx="989">
                  <c:v>0.42728215969595601</c:v>
                </c:pt>
                <c:pt idx="990">
                  <c:v>0.48136828788046798</c:v>
                </c:pt>
                <c:pt idx="991">
                  <c:v>0.79028438300688797</c:v>
                </c:pt>
                <c:pt idx="992">
                  <c:v>-0.41036350089845902</c:v>
                </c:pt>
                <c:pt idx="993">
                  <c:v>-0.41757055023683198</c:v>
                </c:pt>
                <c:pt idx="994">
                  <c:v>0.45587657802877901</c:v>
                </c:pt>
                <c:pt idx="995">
                  <c:v>0.42133718060588199</c:v>
                </c:pt>
                <c:pt idx="996">
                  <c:v>0.636165975483589</c:v>
                </c:pt>
                <c:pt idx="997">
                  <c:v>-0.56404393627889204</c:v>
                </c:pt>
                <c:pt idx="998">
                  <c:v>-0.76196898173098004</c:v>
                </c:pt>
                <c:pt idx="999">
                  <c:v>-0.52195615988907895</c:v>
                </c:pt>
                <c:pt idx="1000">
                  <c:v>-0.84793550972962695</c:v>
                </c:pt>
                <c:pt idx="1001">
                  <c:v>-0.43330246361348301</c:v>
                </c:pt>
                <c:pt idx="1002">
                  <c:v>0.60437569522490298</c:v>
                </c:pt>
                <c:pt idx="1003">
                  <c:v>0.57990102335058302</c:v>
                </c:pt>
                <c:pt idx="1004">
                  <c:v>0.44979040926873298</c:v>
                </c:pt>
                <c:pt idx="1005">
                  <c:v>-0.33834165321140802</c:v>
                </c:pt>
                <c:pt idx="1006">
                  <c:v>0.55886685377763001</c:v>
                </c:pt>
                <c:pt idx="1007">
                  <c:v>0.43754387139016299</c:v>
                </c:pt>
                <c:pt idx="1008">
                  <c:v>0.38077124891561498</c:v>
                </c:pt>
                <c:pt idx="1009">
                  <c:v>0.44814232020792499</c:v>
                </c:pt>
                <c:pt idx="1010">
                  <c:v>0.44546883148460398</c:v>
                </c:pt>
                <c:pt idx="1011">
                  <c:v>-0.30145473402425399</c:v>
                </c:pt>
                <c:pt idx="1012">
                  <c:v>0.478089298915926</c:v>
                </c:pt>
                <c:pt idx="1013">
                  <c:v>0.37484365696793298</c:v>
                </c:pt>
                <c:pt idx="1014">
                  <c:v>-0.41029547335115901</c:v>
                </c:pt>
                <c:pt idx="1015">
                  <c:v>0.34861677720172302</c:v>
                </c:pt>
                <c:pt idx="1016">
                  <c:v>-0.48508332235401902</c:v>
                </c:pt>
                <c:pt idx="1017">
                  <c:v>-0.64749396151341898</c:v>
                </c:pt>
                <c:pt idx="1018">
                  <c:v>-0.39229354169450698</c:v>
                </c:pt>
                <c:pt idx="1019">
                  <c:v>-0.29141575949022402</c:v>
                </c:pt>
                <c:pt idx="1020">
                  <c:v>-0.96765412564547804</c:v>
                </c:pt>
                <c:pt idx="1021">
                  <c:v>-0.50691619988744896</c:v>
                </c:pt>
                <c:pt idx="1022">
                  <c:v>0.490820239527469</c:v>
                </c:pt>
                <c:pt idx="1023">
                  <c:v>-0.44730418185393001</c:v>
                </c:pt>
                <c:pt idx="1024">
                  <c:v>0.87460633728058601</c:v>
                </c:pt>
                <c:pt idx="1025">
                  <c:v>0.66764880953287098</c:v>
                </c:pt>
                <c:pt idx="1026">
                  <c:v>-0.46890901390716899</c:v>
                </c:pt>
                <c:pt idx="1027">
                  <c:v>-0.84685344209915303</c:v>
                </c:pt>
                <c:pt idx="1028">
                  <c:v>0.346113045031817</c:v>
                </c:pt>
                <c:pt idx="1029">
                  <c:v>-0.74841204621271695</c:v>
                </c:pt>
                <c:pt idx="1030">
                  <c:v>-0.93602029941589704</c:v>
                </c:pt>
                <c:pt idx="1031">
                  <c:v>0.38213675081353299</c:v>
                </c:pt>
                <c:pt idx="1032">
                  <c:v>0.38821094688025298</c:v>
                </c:pt>
                <c:pt idx="1033">
                  <c:v>0.55141018345104698</c:v>
                </c:pt>
                <c:pt idx="1034">
                  <c:v>0.374719294075678</c:v>
                </c:pt>
                <c:pt idx="1035">
                  <c:v>0.451299013809983</c:v>
                </c:pt>
                <c:pt idx="1036">
                  <c:v>0.74971548139491495</c:v>
                </c:pt>
                <c:pt idx="1037">
                  <c:v>-0.35567916295201102</c:v>
                </c:pt>
                <c:pt idx="1038">
                  <c:v>0.86585502417642202</c:v>
                </c:pt>
                <c:pt idx="1039">
                  <c:v>-0.52202507627663397</c:v>
                </c:pt>
                <c:pt idx="1040">
                  <c:v>-1.0493551211211001</c:v>
                </c:pt>
                <c:pt idx="1041">
                  <c:v>-1.41916490878721</c:v>
                </c:pt>
                <c:pt idx="1042">
                  <c:v>-0.62368592514942001</c:v>
                </c:pt>
                <c:pt idx="1043">
                  <c:v>0.67868702111562795</c:v>
                </c:pt>
                <c:pt idx="1044">
                  <c:v>0.61515349418180398</c:v>
                </c:pt>
                <c:pt idx="1045">
                  <c:v>-0.62330408854921204</c:v>
                </c:pt>
                <c:pt idx="1046">
                  <c:v>0.464890989522033</c:v>
                </c:pt>
                <c:pt idx="1047">
                  <c:v>-0.407289853064775</c:v>
                </c:pt>
                <c:pt idx="1048">
                  <c:v>-0.44716821298016302</c:v>
                </c:pt>
                <c:pt idx="1049">
                  <c:v>-0.29470953093220198</c:v>
                </c:pt>
                <c:pt idx="1050">
                  <c:v>0.39762125501608397</c:v>
                </c:pt>
                <c:pt idx="1051">
                  <c:v>-1.01224234057143</c:v>
                </c:pt>
                <c:pt idx="1052">
                  <c:v>0.49978256740935101</c:v>
                </c:pt>
                <c:pt idx="1053">
                  <c:v>-0.42519941905515402</c:v>
                </c:pt>
                <c:pt idx="1054">
                  <c:v>-0.33254898282300999</c:v>
                </c:pt>
                <c:pt idx="1055">
                  <c:v>0.30950432924097299</c:v>
                </c:pt>
                <c:pt idx="1056">
                  <c:v>-0.342108161970131</c:v>
                </c:pt>
                <c:pt idx="1057">
                  <c:v>0.40002734722410299</c:v>
                </c:pt>
                <c:pt idx="1058">
                  <c:v>0.36388531291939302</c:v>
                </c:pt>
                <c:pt idx="1059">
                  <c:v>0.62157077891782497</c:v>
                </c:pt>
                <c:pt idx="1060">
                  <c:v>-0.29774165648024098</c:v>
                </c:pt>
                <c:pt idx="1061">
                  <c:v>0.55689712151626802</c:v>
                </c:pt>
                <c:pt idx="1062">
                  <c:v>1.0142327316381801</c:v>
                </c:pt>
                <c:pt idx="1063">
                  <c:v>0.487227658810095</c:v>
                </c:pt>
                <c:pt idx="1064">
                  <c:v>0.31891022670637897</c:v>
                </c:pt>
                <c:pt idx="1065">
                  <c:v>0.45632119117014702</c:v>
                </c:pt>
                <c:pt idx="1066">
                  <c:v>-0.41748365094163697</c:v>
                </c:pt>
                <c:pt idx="1067">
                  <c:v>0.356747599559185</c:v>
                </c:pt>
                <c:pt idx="1068">
                  <c:v>-0.71210514254667601</c:v>
                </c:pt>
                <c:pt idx="1069">
                  <c:v>-0.70142896086120698</c:v>
                </c:pt>
                <c:pt idx="1070">
                  <c:v>0.64945992287366705</c:v>
                </c:pt>
                <c:pt idx="1071">
                  <c:v>0.49764508004022201</c:v>
                </c:pt>
                <c:pt idx="1072">
                  <c:v>-0.31222463158443098</c:v>
                </c:pt>
                <c:pt idx="1073">
                  <c:v>-0.49652356014164001</c:v>
                </c:pt>
                <c:pt idx="1074">
                  <c:v>0.48073266247172303</c:v>
                </c:pt>
                <c:pt idx="1075">
                  <c:v>0.31294819899709803</c:v>
                </c:pt>
                <c:pt idx="1076">
                  <c:v>-0.462949386170671</c:v>
                </c:pt>
                <c:pt idx="1077">
                  <c:v>-0.87314627179730298</c:v>
                </c:pt>
                <c:pt idx="1078">
                  <c:v>0.51391027897677299</c:v>
                </c:pt>
                <c:pt idx="1079">
                  <c:v>0.43436574196310901</c:v>
                </c:pt>
                <c:pt idx="1080">
                  <c:v>-0.36998595433259102</c:v>
                </c:pt>
                <c:pt idx="1081">
                  <c:v>-0.91714247928494796</c:v>
                </c:pt>
                <c:pt idx="1082">
                  <c:v>0.52171522814572302</c:v>
                </c:pt>
                <c:pt idx="1083">
                  <c:v>-0.67929592968823704</c:v>
                </c:pt>
                <c:pt idx="1084">
                  <c:v>0.47268588176537901</c:v>
                </c:pt>
                <c:pt idx="1085">
                  <c:v>0.41564518819356899</c:v>
                </c:pt>
                <c:pt idx="1086">
                  <c:v>0.43189642345699802</c:v>
                </c:pt>
                <c:pt idx="1087">
                  <c:v>-0.281303949958016</c:v>
                </c:pt>
                <c:pt idx="1088">
                  <c:v>-0.39889601715336598</c:v>
                </c:pt>
                <c:pt idx="1089">
                  <c:v>0.71883764281210105</c:v>
                </c:pt>
                <c:pt idx="1090">
                  <c:v>-0.433322101926645</c:v>
                </c:pt>
                <c:pt idx="1091">
                  <c:v>0.33022169139896101</c:v>
                </c:pt>
                <c:pt idx="1092">
                  <c:v>0.61504506114506097</c:v>
                </c:pt>
                <c:pt idx="1093">
                  <c:v>-0.56078720515865799</c:v>
                </c:pt>
                <c:pt idx="1094">
                  <c:v>-0.30929690460714798</c:v>
                </c:pt>
                <c:pt idx="1095">
                  <c:v>0.46505771833395898</c:v>
                </c:pt>
                <c:pt idx="1096">
                  <c:v>0.43739153927679603</c:v>
                </c:pt>
                <c:pt idx="1097">
                  <c:v>0.50349419729369804</c:v>
                </c:pt>
                <c:pt idx="1098">
                  <c:v>0.41404720014670499</c:v>
                </c:pt>
                <c:pt idx="1099">
                  <c:v>-0.30037916815264498</c:v>
                </c:pt>
                <c:pt idx="1100">
                  <c:v>0.73748129764127801</c:v>
                </c:pt>
                <c:pt idx="1101">
                  <c:v>0.35659404635168501</c:v>
                </c:pt>
                <c:pt idx="1102">
                  <c:v>-0.77088325535196101</c:v>
                </c:pt>
                <c:pt idx="1103">
                  <c:v>0.355168974460909</c:v>
                </c:pt>
                <c:pt idx="1104">
                  <c:v>0.35540666680615701</c:v>
                </c:pt>
                <c:pt idx="1105">
                  <c:v>0.29440155963380799</c:v>
                </c:pt>
                <c:pt idx="1106">
                  <c:v>-0.316422855528316</c:v>
                </c:pt>
                <c:pt idx="1107">
                  <c:v>0.85387936276172705</c:v>
                </c:pt>
                <c:pt idx="1108">
                  <c:v>-0.60929871545428305</c:v>
                </c:pt>
                <c:pt idx="1109">
                  <c:v>0.48485331429158401</c:v>
                </c:pt>
                <c:pt idx="1110">
                  <c:v>0.397215809200127</c:v>
                </c:pt>
                <c:pt idx="1111">
                  <c:v>-0.69365982685254601</c:v>
                </c:pt>
                <c:pt idx="1112">
                  <c:v>0.29745066870872</c:v>
                </c:pt>
                <c:pt idx="1113">
                  <c:v>0.90298377948904796</c:v>
                </c:pt>
                <c:pt idx="1114">
                  <c:v>-0.40683354908774999</c:v>
                </c:pt>
                <c:pt idx="1115">
                  <c:v>0.57355839647257401</c:v>
                </c:pt>
                <c:pt idx="1116">
                  <c:v>0.41925077621003798</c:v>
                </c:pt>
                <c:pt idx="1117">
                  <c:v>0.37383638111310102</c:v>
                </c:pt>
                <c:pt idx="1118">
                  <c:v>-0.322887509878797</c:v>
                </c:pt>
                <c:pt idx="1119">
                  <c:v>-0.36298886313752698</c:v>
                </c:pt>
                <c:pt idx="1120">
                  <c:v>0.58290226852277305</c:v>
                </c:pt>
                <c:pt idx="1121">
                  <c:v>0.38249976365740701</c:v>
                </c:pt>
                <c:pt idx="1122">
                  <c:v>-0.30227227066057699</c:v>
                </c:pt>
                <c:pt idx="1123">
                  <c:v>0.48024920043702901</c:v>
                </c:pt>
                <c:pt idx="1124">
                  <c:v>-0.42169930368361003</c:v>
                </c:pt>
                <c:pt idx="1125">
                  <c:v>0.38539704730087398</c:v>
                </c:pt>
                <c:pt idx="1126">
                  <c:v>0.40578306100859501</c:v>
                </c:pt>
                <c:pt idx="1127">
                  <c:v>0.44307081857647601</c:v>
                </c:pt>
                <c:pt idx="1128">
                  <c:v>0.42984928867753802</c:v>
                </c:pt>
                <c:pt idx="1129">
                  <c:v>0.48541237409259003</c:v>
                </c:pt>
                <c:pt idx="1130">
                  <c:v>0.29306019601723698</c:v>
                </c:pt>
                <c:pt idx="1131">
                  <c:v>0.39251568359815198</c:v>
                </c:pt>
                <c:pt idx="1132">
                  <c:v>0.40117556626824302</c:v>
                </c:pt>
                <c:pt idx="1133">
                  <c:v>0.29292405319002102</c:v>
                </c:pt>
                <c:pt idx="1134">
                  <c:v>0.34176746017502802</c:v>
                </c:pt>
                <c:pt idx="1135">
                  <c:v>0.346336130800523</c:v>
                </c:pt>
                <c:pt idx="1136">
                  <c:v>0.35639956566268399</c:v>
                </c:pt>
                <c:pt idx="1137">
                  <c:v>-0.28971814835534099</c:v>
                </c:pt>
                <c:pt idx="1138">
                  <c:v>-0.452773291383259</c:v>
                </c:pt>
                <c:pt idx="1139">
                  <c:v>-0.366461338060873</c:v>
                </c:pt>
                <c:pt idx="1140">
                  <c:v>-0.47049537013148102</c:v>
                </c:pt>
                <c:pt idx="1141">
                  <c:v>0.44276777962458902</c:v>
                </c:pt>
                <c:pt idx="1142">
                  <c:v>-0.25735870857212001</c:v>
                </c:pt>
                <c:pt idx="1143">
                  <c:v>0.68998053646601698</c:v>
                </c:pt>
                <c:pt idx="1144">
                  <c:v>0.37140650486466598</c:v>
                </c:pt>
                <c:pt idx="1145">
                  <c:v>0.44601434393851502</c:v>
                </c:pt>
                <c:pt idx="1146">
                  <c:v>0.29116987219331802</c:v>
                </c:pt>
                <c:pt idx="1147">
                  <c:v>0.47585050649287203</c:v>
                </c:pt>
                <c:pt idx="1148">
                  <c:v>-0.46111663389270102</c:v>
                </c:pt>
                <c:pt idx="1149">
                  <c:v>0.55954693762344099</c:v>
                </c:pt>
                <c:pt idx="1150">
                  <c:v>-0.334700656301884</c:v>
                </c:pt>
                <c:pt idx="1151">
                  <c:v>-2.3426410654767502</c:v>
                </c:pt>
                <c:pt idx="1152">
                  <c:v>-0.29516305736529003</c:v>
                </c:pt>
                <c:pt idx="1153">
                  <c:v>-0.508271414511963</c:v>
                </c:pt>
                <c:pt idx="1154">
                  <c:v>-0.30545048478537501</c:v>
                </c:pt>
                <c:pt idx="1155">
                  <c:v>0.42259283519768298</c:v>
                </c:pt>
                <c:pt idx="1156">
                  <c:v>0.39595023204340102</c:v>
                </c:pt>
                <c:pt idx="1157">
                  <c:v>1.0163381095947399</c:v>
                </c:pt>
                <c:pt idx="1158">
                  <c:v>-0.51972100244853403</c:v>
                </c:pt>
                <c:pt idx="1159">
                  <c:v>-0.60463252883915797</c:v>
                </c:pt>
                <c:pt idx="1160">
                  <c:v>-0.51455723221213001</c:v>
                </c:pt>
                <c:pt idx="1161">
                  <c:v>-0.36079461130875501</c:v>
                </c:pt>
                <c:pt idx="1162">
                  <c:v>0.68407528467993794</c:v>
                </c:pt>
                <c:pt idx="1163">
                  <c:v>0.445708227274558</c:v>
                </c:pt>
                <c:pt idx="1164">
                  <c:v>-0.42601807634851202</c:v>
                </c:pt>
                <c:pt idx="1165">
                  <c:v>-0.48578692036962001</c:v>
                </c:pt>
                <c:pt idx="1166">
                  <c:v>0.38541944640959303</c:v>
                </c:pt>
                <c:pt idx="1167">
                  <c:v>0.57656089855689197</c:v>
                </c:pt>
                <c:pt idx="1168">
                  <c:v>-0.61508946868821801</c:v>
                </c:pt>
                <c:pt idx="1169">
                  <c:v>-0.43174052126240198</c:v>
                </c:pt>
                <c:pt idx="1170">
                  <c:v>0.45290329887026098</c:v>
                </c:pt>
                <c:pt idx="1171">
                  <c:v>0.40461902333386501</c:v>
                </c:pt>
                <c:pt idx="1172">
                  <c:v>0.39638266406176098</c:v>
                </c:pt>
                <c:pt idx="1173">
                  <c:v>-0.40228082010821697</c:v>
                </c:pt>
                <c:pt idx="1174">
                  <c:v>-0.36786886269956298</c:v>
                </c:pt>
                <c:pt idx="1175">
                  <c:v>-0.50690087476830603</c:v>
                </c:pt>
                <c:pt idx="1176">
                  <c:v>0.34867968485482898</c:v>
                </c:pt>
                <c:pt idx="1177">
                  <c:v>1.08619414953311</c:v>
                </c:pt>
                <c:pt idx="1178">
                  <c:v>-0.28219661007157598</c:v>
                </c:pt>
                <c:pt idx="1179">
                  <c:v>-0.32025319803667401</c:v>
                </c:pt>
                <c:pt idx="1180">
                  <c:v>0.29205524364194702</c:v>
                </c:pt>
                <c:pt idx="1181">
                  <c:v>0.60374367224282499</c:v>
                </c:pt>
                <c:pt idx="1182">
                  <c:v>0.49332301020959002</c:v>
                </c:pt>
                <c:pt idx="1183">
                  <c:v>-0.39088442678087498</c:v>
                </c:pt>
                <c:pt idx="1184">
                  <c:v>0.49292702013150003</c:v>
                </c:pt>
                <c:pt idx="1185">
                  <c:v>0.60662914449523297</c:v>
                </c:pt>
                <c:pt idx="1186">
                  <c:v>-0.44726106495836099</c:v>
                </c:pt>
                <c:pt idx="1187">
                  <c:v>0.39652161344824699</c:v>
                </c:pt>
                <c:pt idx="1188">
                  <c:v>-0.36212598314793398</c:v>
                </c:pt>
                <c:pt idx="1189">
                  <c:v>0.33618211577839902</c:v>
                </c:pt>
                <c:pt idx="1190">
                  <c:v>0.74638640596013806</c:v>
                </c:pt>
                <c:pt idx="1191">
                  <c:v>-0.27865636288919399</c:v>
                </c:pt>
                <c:pt idx="1192">
                  <c:v>0.49450881731665702</c:v>
                </c:pt>
                <c:pt idx="1193">
                  <c:v>-0.47089524294839102</c:v>
                </c:pt>
                <c:pt idx="1194">
                  <c:v>-0.38507578205617699</c:v>
                </c:pt>
                <c:pt idx="1195">
                  <c:v>-0.26382018235525401</c:v>
                </c:pt>
                <c:pt idx="1196">
                  <c:v>-0.754203324773144</c:v>
                </c:pt>
                <c:pt idx="1197">
                  <c:v>0.373894191045888</c:v>
                </c:pt>
                <c:pt idx="1198">
                  <c:v>-0.27796983622516103</c:v>
                </c:pt>
                <c:pt idx="1199">
                  <c:v>-1.1522509726869501</c:v>
                </c:pt>
                <c:pt idx="1200">
                  <c:v>-0.25482799809856999</c:v>
                </c:pt>
                <c:pt idx="1201">
                  <c:v>-0.62461497871395699</c:v>
                </c:pt>
                <c:pt idx="1202">
                  <c:v>0.34881528273200102</c:v>
                </c:pt>
                <c:pt idx="1203">
                  <c:v>0.34555194102050302</c:v>
                </c:pt>
                <c:pt idx="1204">
                  <c:v>0.43621166291711</c:v>
                </c:pt>
                <c:pt idx="1205">
                  <c:v>0.34134302193916699</c:v>
                </c:pt>
                <c:pt idx="1206">
                  <c:v>-0.31048181559306398</c:v>
                </c:pt>
                <c:pt idx="1207">
                  <c:v>-0.27841629411864199</c:v>
                </c:pt>
                <c:pt idx="1208">
                  <c:v>-0.38282394021958399</c:v>
                </c:pt>
                <c:pt idx="1209">
                  <c:v>-0.38900997690338102</c:v>
                </c:pt>
                <c:pt idx="1210">
                  <c:v>0.43410111731307</c:v>
                </c:pt>
                <c:pt idx="1211">
                  <c:v>-0.39922581106492</c:v>
                </c:pt>
                <c:pt idx="1212">
                  <c:v>0.32462074847712302</c:v>
                </c:pt>
                <c:pt idx="1213">
                  <c:v>-0.91411282875587896</c:v>
                </c:pt>
                <c:pt idx="1214">
                  <c:v>0.54381736138526904</c:v>
                </c:pt>
                <c:pt idx="1215">
                  <c:v>0.55353115922889595</c:v>
                </c:pt>
                <c:pt idx="1216">
                  <c:v>-0.24612456831871299</c:v>
                </c:pt>
                <c:pt idx="1217">
                  <c:v>-0.42596293731085699</c:v>
                </c:pt>
                <c:pt idx="1218">
                  <c:v>0.293705005822329</c:v>
                </c:pt>
                <c:pt idx="1219">
                  <c:v>-0.80861956735597196</c:v>
                </c:pt>
                <c:pt idx="1220">
                  <c:v>-0.69765499139138099</c:v>
                </c:pt>
                <c:pt idx="1221">
                  <c:v>-0.28946396843989303</c:v>
                </c:pt>
                <c:pt idx="1222">
                  <c:v>-0.43971220948219503</c:v>
                </c:pt>
                <c:pt idx="1223">
                  <c:v>0.32631534149361802</c:v>
                </c:pt>
                <c:pt idx="1224">
                  <c:v>0.441561672937762</c:v>
                </c:pt>
                <c:pt idx="1225">
                  <c:v>0.45452580520087699</c:v>
                </c:pt>
                <c:pt idx="1226">
                  <c:v>0.32056412182544097</c:v>
                </c:pt>
                <c:pt idx="1227">
                  <c:v>-0.48734187133342</c:v>
                </c:pt>
                <c:pt idx="1228">
                  <c:v>-0.55767621411057899</c:v>
                </c:pt>
                <c:pt idx="1229">
                  <c:v>0.59798152091870804</c:v>
                </c:pt>
                <c:pt idx="1230">
                  <c:v>-0.54402723383691398</c:v>
                </c:pt>
                <c:pt idx="1231">
                  <c:v>-0.38272686134774903</c:v>
                </c:pt>
                <c:pt idx="1232">
                  <c:v>-0.44193780681358102</c:v>
                </c:pt>
                <c:pt idx="1233">
                  <c:v>-0.45027274224416702</c:v>
                </c:pt>
                <c:pt idx="1234">
                  <c:v>0.51836656504582701</c:v>
                </c:pt>
                <c:pt idx="1235">
                  <c:v>-0.26259955070514002</c:v>
                </c:pt>
                <c:pt idx="1236">
                  <c:v>-0.41088724659302001</c:v>
                </c:pt>
                <c:pt idx="1237">
                  <c:v>0.669091430824441</c:v>
                </c:pt>
                <c:pt idx="1238">
                  <c:v>0.27869646323368602</c:v>
                </c:pt>
                <c:pt idx="1239">
                  <c:v>0.65584271905635905</c:v>
                </c:pt>
                <c:pt idx="1240">
                  <c:v>0.73420652951290299</c:v>
                </c:pt>
                <c:pt idx="1241">
                  <c:v>-0.69254629158912795</c:v>
                </c:pt>
                <c:pt idx="1242">
                  <c:v>-0.33714599074857099</c:v>
                </c:pt>
                <c:pt idx="1243">
                  <c:v>0.43668194455940301</c:v>
                </c:pt>
                <c:pt idx="1244">
                  <c:v>0.32539420605405001</c:v>
                </c:pt>
                <c:pt idx="1245">
                  <c:v>-0.51472686886911101</c:v>
                </c:pt>
                <c:pt idx="1246">
                  <c:v>0.44067712888157501</c:v>
                </c:pt>
                <c:pt idx="1247">
                  <c:v>0.26570619429630699</c:v>
                </c:pt>
                <c:pt idx="1248">
                  <c:v>0.374262231903433</c:v>
                </c:pt>
                <c:pt idx="1249">
                  <c:v>-0.28828403904379801</c:v>
                </c:pt>
                <c:pt idx="1250">
                  <c:v>-0.61099956859613203</c:v>
                </c:pt>
                <c:pt idx="1251">
                  <c:v>-0.50880112077013695</c:v>
                </c:pt>
                <c:pt idx="1252">
                  <c:v>0.74520999418832201</c:v>
                </c:pt>
                <c:pt idx="1253">
                  <c:v>-0.84069202117103403</c:v>
                </c:pt>
                <c:pt idx="1254">
                  <c:v>0.82506741172952003</c:v>
                </c:pt>
                <c:pt idx="1255">
                  <c:v>0.27170387136881402</c:v>
                </c:pt>
                <c:pt idx="1256">
                  <c:v>0.29790868100183598</c:v>
                </c:pt>
                <c:pt idx="1257">
                  <c:v>0.59042784097538403</c:v>
                </c:pt>
                <c:pt idx="1258">
                  <c:v>0.24941934059037901</c:v>
                </c:pt>
                <c:pt idx="1259">
                  <c:v>0.41998696814535902</c:v>
                </c:pt>
                <c:pt idx="1260">
                  <c:v>-0.55683250637550297</c:v>
                </c:pt>
                <c:pt idx="1261">
                  <c:v>-0.74978386926668605</c:v>
                </c:pt>
                <c:pt idx="1262">
                  <c:v>0.343441946077434</c:v>
                </c:pt>
                <c:pt idx="1263">
                  <c:v>-0.75812243370891597</c:v>
                </c:pt>
                <c:pt idx="1264">
                  <c:v>-0.48661839624667302</c:v>
                </c:pt>
                <c:pt idx="1265">
                  <c:v>0.343425709641341</c:v>
                </c:pt>
                <c:pt idx="1266">
                  <c:v>0.65561487441610899</c:v>
                </c:pt>
                <c:pt idx="1267">
                  <c:v>-0.31691398654638903</c:v>
                </c:pt>
                <c:pt idx="1268">
                  <c:v>0.28741121173209899</c:v>
                </c:pt>
                <c:pt idx="1269">
                  <c:v>-0.445895734871261</c:v>
                </c:pt>
                <c:pt idx="1270">
                  <c:v>-0.32999079432968198</c:v>
                </c:pt>
                <c:pt idx="1271">
                  <c:v>0.853107216327054</c:v>
                </c:pt>
                <c:pt idx="1272">
                  <c:v>-0.398841999717437</c:v>
                </c:pt>
                <c:pt idx="1273">
                  <c:v>0.71185795674211905</c:v>
                </c:pt>
                <c:pt idx="1274">
                  <c:v>0.68212609327724405</c:v>
                </c:pt>
                <c:pt idx="1275">
                  <c:v>-0.343967636242617</c:v>
                </c:pt>
                <c:pt idx="1276">
                  <c:v>-0.28306728178083401</c:v>
                </c:pt>
                <c:pt idx="1277">
                  <c:v>-0.28152970775219499</c:v>
                </c:pt>
                <c:pt idx="1278">
                  <c:v>-0.56224860585966496</c:v>
                </c:pt>
                <c:pt idx="1279">
                  <c:v>0.32808687780649798</c:v>
                </c:pt>
                <c:pt idx="1280">
                  <c:v>-0.26951605467319301</c:v>
                </c:pt>
                <c:pt idx="1281">
                  <c:v>-0.34334072212875799</c:v>
                </c:pt>
                <c:pt idx="1282">
                  <c:v>0.27882471957497801</c:v>
                </c:pt>
                <c:pt idx="1283">
                  <c:v>-0.63487030805404399</c:v>
                </c:pt>
                <c:pt idx="1284">
                  <c:v>-0.369534190471349</c:v>
                </c:pt>
                <c:pt idx="1285">
                  <c:v>-0.28876415301387898</c:v>
                </c:pt>
                <c:pt idx="1286">
                  <c:v>0.30942892430711699</c:v>
                </c:pt>
                <c:pt idx="1287">
                  <c:v>-0.32595571148993902</c:v>
                </c:pt>
                <c:pt idx="1288">
                  <c:v>-0.472900635909969</c:v>
                </c:pt>
                <c:pt idx="1289">
                  <c:v>0.30622013439245399</c:v>
                </c:pt>
                <c:pt idx="1290">
                  <c:v>0.40383260913957703</c:v>
                </c:pt>
                <c:pt idx="1291">
                  <c:v>0.75134291333842596</c:v>
                </c:pt>
                <c:pt idx="1292">
                  <c:v>-0.29648939087552501</c:v>
                </c:pt>
                <c:pt idx="1293">
                  <c:v>-0.59887651077872295</c:v>
                </c:pt>
                <c:pt idx="1294">
                  <c:v>-0.31824880802785299</c:v>
                </c:pt>
                <c:pt idx="1295">
                  <c:v>0.53319865771595298</c:v>
                </c:pt>
                <c:pt idx="1296">
                  <c:v>0.49479919236460301</c:v>
                </c:pt>
                <c:pt idx="1297">
                  <c:v>0.459412180624863</c:v>
                </c:pt>
                <c:pt idx="1298">
                  <c:v>0.50682542123282204</c:v>
                </c:pt>
                <c:pt idx="1299">
                  <c:v>0.372957368968382</c:v>
                </c:pt>
                <c:pt idx="1300">
                  <c:v>0.65027542591902998</c:v>
                </c:pt>
                <c:pt idx="1301">
                  <c:v>0.39639949488614301</c:v>
                </c:pt>
                <c:pt idx="1302">
                  <c:v>-0.48640054983030001</c:v>
                </c:pt>
                <c:pt idx="1303">
                  <c:v>-0.57898070133597201</c:v>
                </c:pt>
                <c:pt idx="1304">
                  <c:v>0.52478885872743997</c:v>
                </c:pt>
                <c:pt idx="1305">
                  <c:v>-0.25716236272321802</c:v>
                </c:pt>
                <c:pt idx="1306">
                  <c:v>-0.554217987766776</c:v>
                </c:pt>
                <c:pt idx="1307">
                  <c:v>0.51686112869868595</c:v>
                </c:pt>
                <c:pt idx="1308">
                  <c:v>0.29721287659201301</c:v>
                </c:pt>
                <c:pt idx="1309">
                  <c:v>0.64645919242813599</c:v>
                </c:pt>
                <c:pt idx="1310">
                  <c:v>-0.395610662105774</c:v>
                </c:pt>
                <c:pt idx="1311">
                  <c:v>0.68087992044103296</c:v>
                </c:pt>
                <c:pt idx="1312">
                  <c:v>0.49556998996553903</c:v>
                </c:pt>
                <c:pt idx="1313">
                  <c:v>0.44978302661184699</c:v>
                </c:pt>
                <c:pt idx="1314">
                  <c:v>1.0528703572617399</c:v>
                </c:pt>
                <c:pt idx="1315">
                  <c:v>-0.47290897000865301</c:v>
                </c:pt>
                <c:pt idx="1316">
                  <c:v>0.28828922885035602</c:v>
                </c:pt>
                <c:pt idx="1317">
                  <c:v>-0.43914733629552</c:v>
                </c:pt>
                <c:pt idx="1318">
                  <c:v>-0.332044896160262</c:v>
                </c:pt>
                <c:pt idx="1319">
                  <c:v>0.555752288614212</c:v>
                </c:pt>
                <c:pt idx="1320">
                  <c:v>-0.25801469242973601</c:v>
                </c:pt>
                <c:pt idx="1321">
                  <c:v>-0.50392481542240497</c:v>
                </c:pt>
                <c:pt idx="1322">
                  <c:v>0.40869478556287597</c:v>
                </c:pt>
                <c:pt idx="1323">
                  <c:v>-0.40494164048168801</c:v>
                </c:pt>
                <c:pt idx="1324">
                  <c:v>-0.25757333221162099</c:v>
                </c:pt>
                <c:pt idx="1325">
                  <c:v>0.35577064785290002</c:v>
                </c:pt>
                <c:pt idx="1326">
                  <c:v>0.47217305379336899</c:v>
                </c:pt>
                <c:pt idx="1327">
                  <c:v>0.78743279068280703</c:v>
                </c:pt>
                <c:pt idx="1328">
                  <c:v>0.60116251472258098</c:v>
                </c:pt>
                <c:pt idx="1329">
                  <c:v>-0.47593421692936699</c:v>
                </c:pt>
                <c:pt idx="1330">
                  <c:v>0.322359938048706</c:v>
                </c:pt>
                <c:pt idx="1331">
                  <c:v>1.05756159997733</c:v>
                </c:pt>
                <c:pt idx="1332">
                  <c:v>-0.24371506680305499</c:v>
                </c:pt>
                <c:pt idx="1333">
                  <c:v>-0.26159163903195498</c:v>
                </c:pt>
                <c:pt idx="1334">
                  <c:v>0.45419593217616899</c:v>
                </c:pt>
                <c:pt idx="1335">
                  <c:v>-0.56718090673548005</c:v>
                </c:pt>
                <c:pt idx="1336">
                  <c:v>-0.54047457846860403</c:v>
                </c:pt>
                <c:pt idx="1337">
                  <c:v>0.36882247153389602</c:v>
                </c:pt>
                <c:pt idx="1338">
                  <c:v>0.58895310512824794</c:v>
                </c:pt>
                <c:pt idx="1339">
                  <c:v>-0.69774776379008696</c:v>
                </c:pt>
                <c:pt idx="1340">
                  <c:v>-0.31381848101276</c:v>
                </c:pt>
                <c:pt idx="1341">
                  <c:v>-0.39617116364529897</c:v>
                </c:pt>
                <c:pt idx="1342">
                  <c:v>-0.40379123915378301</c:v>
                </c:pt>
                <c:pt idx="1343">
                  <c:v>0.56120418606838696</c:v>
                </c:pt>
                <c:pt idx="1344">
                  <c:v>-0.34381150267096</c:v>
                </c:pt>
                <c:pt idx="1345">
                  <c:v>0.38585305769891298</c:v>
                </c:pt>
                <c:pt idx="1346">
                  <c:v>-0.246563877967581</c:v>
                </c:pt>
                <c:pt idx="1347">
                  <c:v>-0.78761752006073804</c:v>
                </c:pt>
                <c:pt idx="1348">
                  <c:v>0.417555347834067</c:v>
                </c:pt>
                <c:pt idx="1349">
                  <c:v>-0.33978045335727503</c:v>
                </c:pt>
                <c:pt idx="1350">
                  <c:v>-0.51404564410549403</c:v>
                </c:pt>
                <c:pt idx="1351">
                  <c:v>-0.34845585254156902</c:v>
                </c:pt>
                <c:pt idx="1352">
                  <c:v>-0.27026865942148998</c:v>
                </c:pt>
                <c:pt idx="1353">
                  <c:v>0.26135103538888399</c:v>
                </c:pt>
                <c:pt idx="1354">
                  <c:v>0.43689361829518703</c:v>
                </c:pt>
                <c:pt idx="1355">
                  <c:v>0.65818047030472504</c:v>
                </c:pt>
                <c:pt idx="1356">
                  <c:v>-0.29334978985114502</c:v>
                </c:pt>
                <c:pt idx="1357">
                  <c:v>0.61962184704066903</c:v>
                </c:pt>
                <c:pt idx="1358">
                  <c:v>0.42741211298378801</c:v>
                </c:pt>
                <c:pt idx="1359">
                  <c:v>0.33162096618989501</c:v>
                </c:pt>
                <c:pt idx="1360">
                  <c:v>0.55934671192652297</c:v>
                </c:pt>
                <c:pt idx="1361">
                  <c:v>0.59082868584646098</c:v>
                </c:pt>
                <c:pt idx="1362">
                  <c:v>0.29122006846161602</c:v>
                </c:pt>
                <c:pt idx="1363">
                  <c:v>0.26679322457459897</c:v>
                </c:pt>
                <c:pt idx="1364">
                  <c:v>0.238845517429155</c:v>
                </c:pt>
                <c:pt idx="1365">
                  <c:v>-0.34227179054527601</c:v>
                </c:pt>
                <c:pt idx="1366">
                  <c:v>0.63343960928350596</c:v>
                </c:pt>
                <c:pt idx="1367">
                  <c:v>0.48704943289817498</c:v>
                </c:pt>
                <c:pt idx="1368">
                  <c:v>0.35124040044112798</c:v>
                </c:pt>
                <c:pt idx="1369">
                  <c:v>-0.34265062816122299</c:v>
                </c:pt>
                <c:pt idx="1370">
                  <c:v>0.25376986566881898</c:v>
                </c:pt>
                <c:pt idx="1371">
                  <c:v>-0.53566379412929899</c:v>
                </c:pt>
                <c:pt idx="1372">
                  <c:v>-0.325330544889471</c:v>
                </c:pt>
                <c:pt idx="1373">
                  <c:v>-0.52116335080637599</c:v>
                </c:pt>
                <c:pt idx="1374">
                  <c:v>-0.315634874909481</c:v>
                </c:pt>
                <c:pt idx="1375">
                  <c:v>0.54583079568547499</c:v>
                </c:pt>
                <c:pt idx="1376">
                  <c:v>-0.257465872096034</c:v>
                </c:pt>
                <c:pt idx="1377">
                  <c:v>0.42820069033427899</c:v>
                </c:pt>
                <c:pt idx="1378">
                  <c:v>0.30835675941875701</c:v>
                </c:pt>
                <c:pt idx="1379">
                  <c:v>0.26843365418218601</c:v>
                </c:pt>
                <c:pt idx="1380">
                  <c:v>0.56934057358352597</c:v>
                </c:pt>
                <c:pt idx="1381">
                  <c:v>0.50392763836238397</c:v>
                </c:pt>
                <c:pt idx="1382">
                  <c:v>-0.28879188865669297</c:v>
                </c:pt>
                <c:pt idx="1383">
                  <c:v>0.35689951060985298</c:v>
                </c:pt>
                <c:pt idx="1384">
                  <c:v>-0.53559671171526801</c:v>
                </c:pt>
                <c:pt idx="1385">
                  <c:v>0.737183635117862</c:v>
                </c:pt>
                <c:pt idx="1386">
                  <c:v>0.26989931139373302</c:v>
                </c:pt>
                <c:pt idx="1387">
                  <c:v>-0.56586942593226996</c:v>
                </c:pt>
                <c:pt idx="1388">
                  <c:v>-0.425718435977679</c:v>
                </c:pt>
                <c:pt idx="1389">
                  <c:v>-0.26455150085349999</c:v>
                </c:pt>
                <c:pt idx="1390">
                  <c:v>0.26601140608051599</c:v>
                </c:pt>
                <c:pt idx="1391">
                  <c:v>0.43759626581910999</c:v>
                </c:pt>
                <c:pt idx="1392">
                  <c:v>0.274506899222903</c:v>
                </c:pt>
                <c:pt idx="1393">
                  <c:v>0.259986013487435</c:v>
                </c:pt>
                <c:pt idx="1394">
                  <c:v>0.28741381097758301</c:v>
                </c:pt>
                <c:pt idx="1395">
                  <c:v>-0.57418285881951903</c:v>
                </c:pt>
                <c:pt idx="1396">
                  <c:v>0.24347922349641499</c:v>
                </c:pt>
                <c:pt idx="1397">
                  <c:v>0.39185512625603602</c:v>
                </c:pt>
                <c:pt idx="1398">
                  <c:v>0.411347508305827</c:v>
                </c:pt>
                <c:pt idx="1399">
                  <c:v>0.52659753003992904</c:v>
                </c:pt>
                <c:pt idx="1400">
                  <c:v>0.45022534974811601</c:v>
                </c:pt>
                <c:pt idx="1401">
                  <c:v>0.52649480564655304</c:v>
                </c:pt>
                <c:pt idx="1402">
                  <c:v>-0.362730535199972</c:v>
                </c:pt>
                <c:pt idx="1403">
                  <c:v>0.319022858574318</c:v>
                </c:pt>
                <c:pt idx="1404">
                  <c:v>0.36445995070293002</c:v>
                </c:pt>
                <c:pt idx="1405">
                  <c:v>-0.31756987806579301</c:v>
                </c:pt>
                <c:pt idx="1406">
                  <c:v>0.28142714669642299</c:v>
                </c:pt>
                <c:pt idx="1407">
                  <c:v>1.2952851360286199</c:v>
                </c:pt>
                <c:pt idx="1408">
                  <c:v>0.67053795793898996</c:v>
                </c:pt>
                <c:pt idx="1409">
                  <c:v>-0.55701526080234098</c:v>
                </c:pt>
                <c:pt idx="1410">
                  <c:v>0.41166347458145203</c:v>
                </c:pt>
                <c:pt idx="1411">
                  <c:v>-0.50791009721263003</c:v>
                </c:pt>
                <c:pt idx="1412">
                  <c:v>-0.56764577814806905</c:v>
                </c:pt>
                <c:pt idx="1413">
                  <c:v>0.24906623561365701</c:v>
                </c:pt>
                <c:pt idx="1414">
                  <c:v>0.28817600240088098</c:v>
                </c:pt>
                <c:pt idx="1415">
                  <c:v>-0.45005623769183201</c:v>
                </c:pt>
                <c:pt idx="1416">
                  <c:v>0.44333288731751702</c:v>
                </c:pt>
                <c:pt idx="1417">
                  <c:v>-0.55147496935811802</c:v>
                </c:pt>
                <c:pt idx="1418">
                  <c:v>-0.461366394942061</c:v>
                </c:pt>
                <c:pt idx="1419">
                  <c:v>0.42697388328928598</c:v>
                </c:pt>
                <c:pt idx="1420">
                  <c:v>0.51620604662483405</c:v>
                </c:pt>
                <c:pt idx="1421">
                  <c:v>-0.68977014989368601</c:v>
                </c:pt>
                <c:pt idx="1422">
                  <c:v>-0.39063962623939502</c:v>
                </c:pt>
                <c:pt idx="1423">
                  <c:v>-0.49554376250745602</c:v>
                </c:pt>
                <c:pt idx="1424">
                  <c:v>0.62327570021717404</c:v>
                </c:pt>
                <c:pt idx="1425">
                  <c:v>-0.40360233933178702</c:v>
                </c:pt>
                <c:pt idx="1426">
                  <c:v>0.33844473349265097</c:v>
                </c:pt>
                <c:pt idx="1427">
                  <c:v>0.291437965089553</c:v>
                </c:pt>
                <c:pt idx="1428">
                  <c:v>-0.54581206151442196</c:v>
                </c:pt>
                <c:pt idx="1429">
                  <c:v>0.31970615726908103</c:v>
                </c:pt>
                <c:pt idx="1430">
                  <c:v>0.32969391911283802</c:v>
                </c:pt>
                <c:pt idx="1431">
                  <c:v>-0.363314762424572</c:v>
                </c:pt>
                <c:pt idx="1432">
                  <c:v>-0.45260994178063302</c:v>
                </c:pt>
                <c:pt idx="1433">
                  <c:v>0.33415392250405102</c:v>
                </c:pt>
                <c:pt idx="1434">
                  <c:v>-0.54420275712516597</c:v>
                </c:pt>
                <c:pt idx="1435">
                  <c:v>0.37892510695467502</c:v>
                </c:pt>
                <c:pt idx="1436">
                  <c:v>-0.286295518399307</c:v>
                </c:pt>
                <c:pt idx="1437">
                  <c:v>-0.31918264167243399</c:v>
                </c:pt>
                <c:pt idx="1438">
                  <c:v>-0.54871996151351998</c:v>
                </c:pt>
                <c:pt idx="1439">
                  <c:v>-0.52090996012921997</c:v>
                </c:pt>
                <c:pt idx="1440">
                  <c:v>0.34342933441691098</c:v>
                </c:pt>
                <c:pt idx="1441">
                  <c:v>-0.56442772743064795</c:v>
                </c:pt>
                <c:pt idx="1442">
                  <c:v>-0.339214376326328</c:v>
                </c:pt>
                <c:pt idx="1443">
                  <c:v>0.41153085483747298</c:v>
                </c:pt>
                <c:pt idx="1444">
                  <c:v>0.29817065150101701</c:v>
                </c:pt>
                <c:pt idx="1445">
                  <c:v>-0.33526572857064002</c:v>
                </c:pt>
                <c:pt idx="1446">
                  <c:v>-0.39832241478298502</c:v>
                </c:pt>
                <c:pt idx="1447">
                  <c:v>0.34191669444211198</c:v>
                </c:pt>
                <c:pt idx="1448">
                  <c:v>0.30928026219726201</c:v>
                </c:pt>
                <c:pt idx="1449">
                  <c:v>-0.34983337279003701</c:v>
                </c:pt>
                <c:pt idx="1450">
                  <c:v>0.507783172807311</c:v>
                </c:pt>
                <c:pt idx="1451">
                  <c:v>0.32131641608026501</c:v>
                </c:pt>
                <c:pt idx="1452">
                  <c:v>0.38210798392920597</c:v>
                </c:pt>
                <c:pt idx="1453">
                  <c:v>0.45217562193670002</c:v>
                </c:pt>
                <c:pt idx="1454">
                  <c:v>-0.87302508539308799</c:v>
                </c:pt>
                <c:pt idx="1455">
                  <c:v>0.28591190696976598</c:v>
                </c:pt>
                <c:pt idx="1456">
                  <c:v>0.35665901497680602</c:v>
                </c:pt>
                <c:pt idx="1457">
                  <c:v>-0.59595095236850404</c:v>
                </c:pt>
                <c:pt idx="1458">
                  <c:v>1.8516751662676101</c:v>
                </c:pt>
                <c:pt idx="1459">
                  <c:v>-0.359051979565088</c:v>
                </c:pt>
                <c:pt idx="1460">
                  <c:v>0.57550575331715204</c:v>
                </c:pt>
                <c:pt idx="1461">
                  <c:v>-0.58901090525507305</c:v>
                </c:pt>
                <c:pt idx="1462">
                  <c:v>-0.511705673070455</c:v>
                </c:pt>
                <c:pt idx="1463">
                  <c:v>0.38052159538396801</c:v>
                </c:pt>
                <c:pt idx="1464">
                  <c:v>0.62163944891494405</c:v>
                </c:pt>
                <c:pt idx="1465">
                  <c:v>0.32622532828227702</c:v>
                </c:pt>
                <c:pt idx="1466">
                  <c:v>-0.234508100151363</c:v>
                </c:pt>
                <c:pt idx="1467">
                  <c:v>0.214268425498329</c:v>
                </c:pt>
                <c:pt idx="1468">
                  <c:v>0.54897937374953898</c:v>
                </c:pt>
                <c:pt idx="1469">
                  <c:v>-0.31360459515512001</c:v>
                </c:pt>
                <c:pt idx="1470">
                  <c:v>-0.76953292162294695</c:v>
                </c:pt>
                <c:pt idx="1471">
                  <c:v>0.60711395182212202</c:v>
                </c:pt>
                <c:pt idx="1472">
                  <c:v>0.33825678078598598</c:v>
                </c:pt>
                <c:pt idx="1473">
                  <c:v>0.22715322099045199</c:v>
                </c:pt>
                <c:pt idx="1474">
                  <c:v>0.263447938670133</c:v>
                </c:pt>
                <c:pt idx="1475">
                  <c:v>0.37447782492500198</c:v>
                </c:pt>
                <c:pt idx="1476">
                  <c:v>-0.32808677695573601</c:v>
                </c:pt>
                <c:pt idx="1477">
                  <c:v>-0.49824603681844998</c:v>
                </c:pt>
                <c:pt idx="1478">
                  <c:v>-0.26470025612023601</c:v>
                </c:pt>
                <c:pt idx="1479">
                  <c:v>-0.22695637795451201</c:v>
                </c:pt>
                <c:pt idx="1480">
                  <c:v>-0.48950300532996799</c:v>
                </c:pt>
                <c:pt idx="1481">
                  <c:v>-0.62092021826994803</c:v>
                </c:pt>
                <c:pt idx="1482">
                  <c:v>-0.52966099304384096</c:v>
                </c:pt>
                <c:pt idx="1483">
                  <c:v>0.29942468645391801</c:v>
                </c:pt>
                <c:pt idx="1484">
                  <c:v>-0.234403523374347</c:v>
                </c:pt>
                <c:pt idx="1485">
                  <c:v>-0.24721019922394999</c:v>
                </c:pt>
                <c:pt idx="1486">
                  <c:v>-0.26784850875094401</c:v>
                </c:pt>
                <c:pt idx="1487">
                  <c:v>0.34782517919593298</c:v>
                </c:pt>
                <c:pt idx="1488">
                  <c:v>0.60730449314416302</c:v>
                </c:pt>
                <c:pt idx="1489">
                  <c:v>-0.40664389238682103</c:v>
                </c:pt>
                <c:pt idx="1490">
                  <c:v>0.35045404405609298</c:v>
                </c:pt>
                <c:pt idx="1491">
                  <c:v>0.31644405640869899</c:v>
                </c:pt>
                <c:pt idx="1492">
                  <c:v>-0.51766321982506702</c:v>
                </c:pt>
                <c:pt idx="1493">
                  <c:v>0.53707241347338897</c:v>
                </c:pt>
                <c:pt idx="1494">
                  <c:v>-0.45350306921782402</c:v>
                </c:pt>
                <c:pt idx="1495">
                  <c:v>0.39285968591666198</c:v>
                </c:pt>
                <c:pt idx="1496">
                  <c:v>-0.79429851456707801</c:v>
                </c:pt>
                <c:pt idx="1497">
                  <c:v>0.32770469664472301</c:v>
                </c:pt>
                <c:pt idx="1498">
                  <c:v>-0.33985644423181</c:v>
                </c:pt>
                <c:pt idx="1499">
                  <c:v>0.39487260817675501</c:v>
                </c:pt>
                <c:pt idx="1500">
                  <c:v>0.39264049567793102</c:v>
                </c:pt>
                <c:pt idx="1501">
                  <c:v>0.30626792709155398</c:v>
                </c:pt>
                <c:pt idx="1502">
                  <c:v>0.45437131804837699</c:v>
                </c:pt>
                <c:pt idx="1503">
                  <c:v>0.32887758800906802</c:v>
                </c:pt>
                <c:pt idx="1504">
                  <c:v>-0.54202358585780497</c:v>
                </c:pt>
                <c:pt idx="1505">
                  <c:v>-0.53587346267760005</c:v>
                </c:pt>
                <c:pt idx="1506">
                  <c:v>0.29907883453614298</c:v>
                </c:pt>
                <c:pt idx="1507">
                  <c:v>0.26311078636303298</c:v>
                </c:pt>
                <c:pt idx="1508">
                  <c:v>0.33196128352413001</c:v>
                </c:pt>
                <c:pt idx="1509">
                  <c:v>0.26132416330841901</c:v>
                </c:pt>
                <c:pt idx="1510">
                  <c:v>-0.428725011407671</c:v>
                </c:pt>
                <c:pt idx="1511">
                  <c:v>-0.25820263303911201</c:v>
                </c:pt>
                <c:pt idx="1512">
                  <c:v>-0.41358793090572699</c:v>
                </c:pt>
                <c:pt idx="1513">
                  <c:v>-0.60962074819123302</c:v>
                </c:pt>
                <c:pt idx="1514">
                  <c:v>-0.43640687725745397</c:v>
                </c:pt>
                <c:pt idx="1515">
                  <c:v>0.218571173037059</c:v>
                </c:pt>
                <c:pt idx="1516">
                  <c:v>-0.25193178144672901</c:v>
                </c:pt>
                <c:pt idx="1517">
                  <c:v>0.27058033340566101</c:v>
                </c:pt>
                <c:pt idx="1518">
                  <c:v>-0.239979836909711</c:v>
                </c:pt>
                <c:pt idx="1519">
                  <c:v>-0.511004564010339</c:v>
                </c:pt>
                <c:pt idx="1520">
                  <c:v>0.25346885980649198</c:v>
                </c:pt>
                <c:pt idx="1521">
                  <c:v>0.21288602211817001</c:v>
                </c:pt>
                <c:pt idx="1522">
                  <c:v>0.29208309854105602</c:v>
                </c:pt>
                <c:pt idx="1523">
                  <c:v>0.35936394864815902</c:v>
                </c:pt>
                <c:pt idx="1524">
                  <c:v>0.48134537688310203</c:v>
                </c:pt>
                <c:pt idx="1525">
                  <c:v>0.32279673904240302</c:v>
                </c:pt>
                <c:pt idx="1526">
                  <c:v>0.23846614753728099</c:v>
                </c:pt>
                <c:pt idx="1527">
                  <c:v>-0.48895637072384102</c:v>
                </c:pt>
                <c:pt idx="1528">
                  <c:v>0.25203582655246798</c:v>
                </c:pt>
                <c:pt idx="1529">
                  <c:v>-0.29142274996925699</c:v>
                </c:pt>
                <c:pt idx="1530">
                  <c:v>0.31038137601308702</c:v>
                </c:pt>
                <c:pt idx="1531">
                  <c:v>-0.264277286713472</c:v>
                </c:pt>
                <c:pt idx="1532">
                  <c:v>0.29684331584884299</c:v>
                </c:pt>
                <c:pt idx="1533">
                  <c:v>0.28584987511210302</c:v>
                </c:pt>
                <c:pt idx="1534">
                  <c:v>0.258033761716987</c:v>
                </c:pt>
                <c:pt idx="1535">
                  <c:v>-0.25852803545443898</c:v>
                </c:pt>
                <c:pt idx="1536">
                  <c:v>-0.23725143889955499</c:v>
                </c:pt>
                <c:pt idx="1537">
                  <c:v>-0.52314743745024805</c:v>
                </c:pt>
                <c:pt idx="1538">
                  <c:v>0.33229556735317101</c:v>
                </c:pt>
                <c:pt idx="1539">
                  <c:v>-0.24912536803307</c:v>
                </c:pt>
                <c:pt idx="1540">
                  <c:v>0.24971689608589301</c:v>
                </c:pt>
                <c:pt idx="1541">
                  <c:v>-0.26886546805189199</c:v>
                </c:pt>
                <c:pt idx="1542">
                  <c:v>0.21705734170191299</c:v>
                </c:pt>
                <c:pt idx="1543">
                  <c:v>0.50814171244008599</c:v>
                </c:pt>
                <c:pt idx="1544">
                  <c:v>-0.242757467912039</c:v>
                </c:pt>
                <c:pt idx="1545">
                  <c:v>0.27095444968113802</c:v>
                </c:pt>
                <c:pt idx="1546">
                  <c:v>-0.21502598560399699</c:v>
                </c:pt>
                <c:pt idx="1547">
                  <c:v>-0.27982356508831102</c:v>
                </c:pt>
                <c:pt idx="1548">
                  <c:v>0.37841585345157103</c:v>
                </c:pt>
                <c:pt idx="1549">
                  <c:v>0.38573048140718302</c:v>
                </c:pt>
                <c:pt idx="1550">
                  <c:v>-0.25549318910805502</c:v>
                </c:pt>
                <c:pt idx="1551">
                  <c:v>-0.23415358890437701</c:v>
                </c:pt>
                <c:pt idx="1552">
                  <c:v>-0.47693548516525702</c:v>
                </c:pt>
                <c:pt idx="1553">
                  <c:v>0.21212657346500699</c:v>
                </c:pt>
                <c:pt idx="1554">
                  <c:v>0.47483702966451702</c:v>
                </c:pt>
                <c:pt idx="1555">
                  <c:v>0.520869597731629</c:v>
                </c:pt>
                <c:pt idx="1556">
                  <c:v>-0.22387145331508401</c:v>
                </c:pt>
                <c:pt idx="1557">
                  <c:v>-0.24550370749214101</c:v>
                </c:pt>
                <c:pt idx="1558">
                  <c:v>-0.57276106952947403</c:v>
                </c:pt>
                <c:pt idx="1559">
                  <c:v>-0.53364507847000897</c:v>
                </c:pt>
                <c:pt idx="1560">
                  <c:v>-0.52045326868754005</c:v>
                </c:pt>
                <c:pt idx="1561">
                  <c:v>-0.25810183369673501</c:v>
                </c:pt>
                <c:pt idx="1562">
                  <c:v>0.40220363285558802</c:v>
                </c:pt>
                <c:pt idx="1563">
                  <c:v>-0.21079264766824901</c:v>
                </c:pt>
                <c:pt idx="1564">
                  <c:v>-0.45341590794238901</c:v>
                </c:pt>
                <c:pt idx="1565">
                  <c:v>-0.22253372899878701</c:v>
                </c:pt>
                <c:pt idx="1566">
                  <c:v>0.324432102925023</c:v>
                </c:pt>
                <c:pt idx="1567">
                  <c:v>0.34259413011106998</c:v>
                </c:pt>
                <c:pt idx="1568">
                  <c:v>0.76360933503668005</c:v>
                </c:pt>
                <c:pt idx="1569">
                  <c:v>0.21357393606628999</c:v>
                </c:pt>
                <c:pt idx="1570">
                  <c:v>-0.22948563636741101</c:v>
                </c:pt>
                <c:pt idx="1571">
                  <c:v>-0.43997512745988099</c:v>
                </c:pt>
                <c:pt idx="1572">
                  <c:v>0.247877562354965</c:v>
                </c:pt>
                <c:pt idx="1573">
                  <c:v>0.212835299614653</c:v>
                </c:pt>
                <c:pt idx="1574">
                  <c:v>-0.477433630007631</c:v>
                </c:pt>
                <c:pt idx="1575">
                  <c:v>0.30216514136016998</c:v>
                </c:pt>
                <c:pt idx="1576">
                  <c:v>-0.21022428006938301</c:v>
                </c:pt>
                <c:pt idx="1577">
                  <c:v>0.38713808622229001</c:v>
                </c:pt>
                <c:pt idx="1578">
                  <c:v>-0.22568627291639801</c:v>
                </c:pt>
                <c:pt idx="1579">
                  <c:v>0.51809826384857205</c:v>
                </c:pt>
                <c:pt idx="1580">
                  <c:v>0.24668277295079499</c:v>
                </c:pt>
                <c:pt idx="1581">
                  <c:v>-0.24172898276862401</c:v>
                </c:pt>
                <c:pt idx="1582">
                  <c:v>-0.28780450872862701</c:v>
                </c:pt>
                <c:pt idx="1583">
                  <c:v>-1.3226912734223599</c:v>
                </c:pt>
                <c:pt idx="1584">
                  <c:v>0.338005095084771</c:v>
                </c:pt>
                <c:pt idx="1585">
                  <c:v>0.318980223639382</c:v>
                </c:pt>
                <c:pt idx="1586">
                  <c:v>0.88802255303116295</c:v>
                </c:pt>
                <c:pt idx="1587">
                  <c:v>-0.27034391864923901</c:v>
                </c:pt>
                <c:pt idx="1588">
                  <c:v>0.53705308626750903</c:v>
                </c:pt>
                <c:pt idx="1589">
                  <c:v>0.26385407582485598</c:v>
                </c:pt>
                <c:pt idx="1590">
                  <c:v>-0.61169682795233604</c:v>
                </c:pt>
                <c:pt idx="1591">
                  <c:v>0.207416284762726</c:v>
                </c:pt>
                <c:pt idx="1592">
                  <c:v>-0.64733544624814598</c:v>
                </c:pt>
                <c:pt idx="1593">
                  <c:v>-0.27527368080027897</c:v>
                </c:pt>
                <c:pt idx="1594">
                  <c:v>-0.59941255185197295</c:v>
                </c:pt>
                <c:pt idx="1595">
                  <c:v>-0.23500479678040201</c:v>
                </c:pt>
                <c:pt idx="1596">
                  <c:v>0.21418003306473599</c:v>
                </c:pt>
                <c:pt idx="1597">
                  <c:v>0.54458983294386298</c:v>
                </c:pt>
                <c:pt idx="1598">
                  <c:v>0.51769757749880396</c:v>
                </c:pt>
                <c:pt idx="1599">
                  <c:v>-0.49477154064217599</c:v>
                </c:pt>
                <c:pt idx="1600">
                  <c:v>0.28674323197756402</c:v>
                </c:pt>
                <c:pt idx="1601">
                  <c:v>-0.46222629859518699</c:v>
                </c:pt>
                <c:pt idx="1602">
                  <c:v>0.423510934992535</c:v>
                </c:pt>
                <c:pt idx="1603">
                  <c:v>0.35120204597558702</c:v>
                </c:pt>
                <c:pt idx="1604">
                  <c:v>0.24276530448040001</c:v>
                </c:pt>
                <c:pt idx="1605">
                  <c:v>0.24231369471265299</c:v>
                </c:pt>
                <c:pt idx="1606">
                  <c:v>-0.47134744954716701</c:v>
                </c:pt>
                <c:pt idx="1607">
                  <c:v>0.228461138654005</c:v>
                </c:pt>
                <c:pt idx="1608">
                  <c:v>0.30225026291270801</c:v>
                </c:pt>
                <c:pt idx="1609">
                  <c:v>0.58275364242358296</c:v>
                </c:pt>
                <c:pt idx="1610">
                  <c:v>-0.218025461975142</c:v>
                </c:pt>
                <c:pt idx="1611">
                  <c:v>0.26285570048038298</c:v>
                </c:pt>
                <c:pt idx="1612">
                  <c:v>-0.24486793652066999</c:v>
                </c:pt>
                <c:pt idx="1613">
                  <c:v>0.219166850200672</c:v>
                </c:pt>
                <c:pt idx="1614">
                  <c:v>0.42275011323247802</c:v>
                </c:pt>
                <c:pt idx="1615">
                  <c:v>0.379303671746335</c:v>
                </c:pt>
                <c:pt idx="1616">
                  <c:v>-0.30900697517959902</c:v>
                </c:pt>
                <c:pt idx="1617">
                  <c:v>-0.47421619151386801</c:v>
                </c:pt>
                <c:pt idx="1618">
                  <c:v>0.396839188071194</c:v>
                </c:pt>
                <c:pt idx="1619">
                  <c:v>0.28852971225686402</c:v>
                </c:pt>
                <c:pt idx="1620">
                  <c:v>0.54301047736747798</c:v>
                </c:pt>
                <c:pt idx="1621">
                  <c:v>0.420764775509955</c:v>
                </c:pt>
                <c:pt idx="1622">
                  <c:v>-0.34406702932259098</c:v>
                </c:pt>
                <c:pt idx="1623">
                  <c:v>-0.65440782783589702</c:v>
                </c:pt>
                <c:pt idx="1624">
                  <c:v>-0.240390654074599</c:v>
                </c:pt>
                <c:pt idx="1625">
                  <c:v>0.28749677810454699</c:v>
                </c:pt>
                <c:pt idx="1626">
                  <c:v>-0.291107828483469</c:v>
                </c:pt>
                <c:pt idx="1627">
                  <c:v>-0.26795043104447902</c:v>
                </c:pt>
                <c:pt idx="1628">
                  <c:v>-0.31464764208128698</c:v>
                </c:pt>
                <c:pt idx="1629">
                  <c:v>-0.36206117954288403</c:v>
                </c:pt>
                <c:pt idx="1630">
                  <c:v>-0.53040525010790396</c:v>
                </c:pt>
                <c:pt idx="1631">
                  <c:v>0.29254126480658699</c:v>
                </c:pt>
                <c:pt idx="1632">
                  <c:v>-0.28152007292712999</c:v>
                </c:pt>
                <c:pt idx="1633">
                  <c:v>-0.313308166090497</c:v>
                </c:pt>
                <c:pt idx="1634">
                  <c:v>0.30159297394103401</c:v>
                </c:pt>
                <c:pt idx="1635">
                  <c:v>0.29678057542549402</c:v>
                </c:pt>
                <c:pt idx="1636">
                  <c:v>0.30478923405943797</c:v>
                </c:pt>
                <c:pt idx="1637">
                  <c:v>-0.25770753316420097</c:v>
                </c:pt>
                <c:pt idx="1638">
                  <c:v>0.447654731208672</c:v>
                </c:pt>
                <c:pt idx="1639">
                  <c:v>0.42530937020169501</c:v>
                </c:pt>
                <c:pt idx="1640">
                  <c:v>-0.41832542536086198</c:v>
                </c:pt>
                <c:pt idx="1641">
                  <c:v>0.391526797167007</c:v>
                </c:pt>
                <c:pt idx="1642">
                  <c:v>0.34891068729060498</c:v>
                </c:pt>
                <c:pt idx="1643">
                  <c:v>0.30465350649761502</c:v>
                </c:pt>
                <c:pt idx="1644">
                  <c:v>0.251862550694604</c:v>
                </c:pt>
                <c:pt idx="1645">
                  <c:v>0.30515442023382799</c:v>
                </c:pt>
                <c:pt idx="1646">
                  <c:v>-0.406182883341206</c:v>
                </c:pt>
                <c:pt idx="1647">
                  <c:v>0.433267611218486</c:v>
                </c:pt>
                <c:pt idx="1648">
                  <c:v>0.57203917543822103</c:v>
                </c:pt>
                <c:pt idx="1649">
                  <c:v>-0.61937938689303396</c:v>
                </c:pt>
                <c:pt idx="1650">
                  <c:v>-0.19907262478891899</c:v>
                </c:pt>
                <c:pt idx="1651">
                  <c:v>-0.22640743980367301</c:v>
                </c:pt>
                <c:pt idx="1652">
                  <c:v>0.239005391882575</c:v>
                </c:pt>
                <c:pt idx="1653">
                  <c:v>0.37546142418218098</c:v>
                </c:pt>
                <c:pt idx="1654">
                  <c:v>-0.29082868688340102</c:v>
                </c:pt>
                <c:pt idx="1655">
                  <c:v>0.50635424752390201</c:v>
                </c:pt>
                <c:pt idx="1656">
                  <c:v>-0.37202329426993003</c:v>
                </c:pt>
                <c:pt idx="1657">
                  <c:v>0.24271055043796999</c:v>
                </c:pt>
                <c:pt idx="1658">
                  <c:v>-0.22992692777068099</c:v>
                </c:pt>
                <c:pt idx="1659">
                  <c:v>0.282281023507092</c:v>
                </c:pt>
                <c:pt idx="1660">
                  <c:v>0.24149486149288199</c:v>
                </c:pt>
                <c:pt idx="1661">
                  <c:v>-0.262549395355055</c:v>
                </c:pt>
                <c:pt idx="1662">
                  <c:v>0.51829835025897397</c:v>
                </c:pt>
                <c:pt idx="1663">
                  <c:v>0.21875475519437201</c:v>
                </c:pt>
                <c:pt idx="1664">
                  <c:v>0.32449530657919501</c:v>
                </c:pt>
                <c:pt idx="1665">
                  <c:v>-0.52668609613401396</c:v>
                </c:pt>
                <c:pt idx="1666">
                  <c:v>-1.1605641934965101</c:v>
                </c:pt>
                <c:pt idx="1667">
                  <c:v>0.29418906206647599</c:v>
                </c:pt>
                <c:pt idx="1668">
                  <c:v>-0.31963108861246797</c:v>
                </c:pt>
                <c:pt idx="1669">
                  <c:v>0.35758425750838502</c:v>
                </c:pt>
                <c:pt idx="1670">
                  <c:v>0.20431261425844799</c:v>
                </c:pt>
                <c:pt idx="1671">
                  <c:v>-0.44079632801959401</c:v>
                </c:pt>
                <c:pt idx="1672">
                  <c:v>0.25260781670819898</c:v>
                </c:pt>
                <c:pt idx="1673">
                  <c:v>0.462750757874069</c:v>
                </c:pt>
                <c:pt idx="1674">
                  <c:v>-0.28451509204454001</c:v>
                </c:pt>
                <c:pt idx="1675">
                  <c:v>0.361232494430549</c:v>
                </c:pt>
                <c:pt idx="1676">
                  <c:v>0.30615285374773998</c:v>
                </c:pt>
                <c:pt idx="1677">
                  <c:v>-0.25863300626868801</c:v>
                </c:pt>
                <c:pt idx="1678">
                  <c:v>-0.47426979247499501</c:v>
                </c:pt>
                <c:pt idx="1679">
                  <c:v>0.21530543464367499</c:v>
                </c:pt>
                <c:pt idx="1680">
                  <c:v>-0.43831492500231001</c:v>
                </c:pt>
                <c:pt idx="1681">
                  <c:v>-0.23488289341504801</c:v>
                </c:pt>
                <c:pt idx="1682">
                  <c:v>-0.42801262136269702</c:v>
                </c:pt>
                <c:pt idx="1683">
                  <c:v>-0.21124948897162099</c:v>
                </c:pt>
                <c:pt idx="1684">
                  <c:v>-0.31331506347668298</c:v>
                </c:pt>
                <c:pt idx="1685">
                  <c:v>0.21070818992809801</c:v>
                </c:pt>
                <c:pt idx="1686">
                  <c:v>-0.32021929891185202</c:v>
                </c:pt>
                <c:pt idx="1687">
                  <c:v>0.231928452962059</c:v>
                </c:pt>
                <c:pt idx="1688">
                  <c:v>-0.67687806240284898</c:v>
                </c:pt>
                <c:pt idx="1689">
                  <c:v>-0.21241058719057901</c:v>
                </c:pt>
                <c:pt idx="1690">
                  <c:v>0.200716582529957</c:v>
                </c:pt>
                <c:pt idx="1691">
                  <c:v>0.40837809749323201</c:v>
                </c:pt>
                <c:pt idx="1692">
                  <c:v>-0.38880426833508602</c:v>
                </c:pt>
                <c:pt idx="1693">
                  <c:v>-0.50188953668498104</c:v>
                </c:pt>
                <c:pt idx="1694">
                  <c:v>0.32365807751324399</c:v>
                </c:pt>
                <c:pt idx="1695">
                  <c:v>-0.222006640448491</c:v>
                </c:pt>
                <c:pt idx="1696">
                  <c:v>0.24729062736188501</c:v>
                </c:pt>
                <c:pt idx="1697">
                  <c:v>-0.65647572217391903</c:v>
                </c:pt>
                <c:pt idx="1698">
                  <c:v>0.275428855971111</c:v>
                </c:pt>
                <c:pt idx="1699">
                  <c:v>-0.32855723173523899</c:v>
                </c:pt>
                <c:pt idx="1700">
                  <c:v>0.22899128572705901</c:v>
                </c:pt>
                <c:pt idx="1701">
                  <c:v>0.35813858558362799</c:v>
                </c:pt>
                <c:pt idx="1702">
                  <c:v>1.0619026866571299</c:v>
                </c:pt>
                <c:pt idx="1703">
                  <c:v>-0.59690125006388695</c:v>
                </c:pt>
                <c:pt idx="1704">
                  <c:v>-0.55469542405737504</c:v>
                </c:pt>
                <c:pt idx="1705">
                  <c:v>0.459915634600986</c:v>
                </c:pt>
                <c:pt idx="1706">
                  <c:v>0.24595195831587099</c:v>
                </c:pt>
                <c:pt idx="1707">
                  <c:v>0.33501897836808298</c:v>
                </c:pt>
                <c:pt idx="1708">
                  <c:v>-0.331639621528314</c:v>
                </c:pt>
                <c:pt idx="1709">
                  <c:v>0.29241871043276302</c:v>
                </c:pt>
                <c:pt idx="1710">
                  <c:v>-0.58245076310352994</c:v>
                </c:pt>
                <c:pt idx="1711">
                  <c:v>-0.70196324318966297</c:v>
                </c:pt>
                <c:pt idx="1712">
                  <c:v>0.24023226162793099</c:v>
                </c:pt>
                <c:pt idx="1713">
                  <c:v>-0.20346581565102201</c:v>
                </c:pt>
                <c:pt idx="1714">
                  <c:v>0.28410819390703801</c:v>
                </c:pt>
                <c:pt idx="1715">
                  <c:v>-0.38497856538658598</c:v>
                </c:pt>
                <c:pt idx="1716">
                  <c:v>0.48339283880086398</c:v>
                </c:pt>
                <c:pt idx="1717">
                  <c:v>-0.19427517411168799</c:v>
                </c:pt>
                <c:pt idx="1718">
                  <c:v>-0.28268890503662503</c:v>
                </c:pt>
                <c:pt idx="1719">
                  <c:v>-0.20198508803444401</c:v>
                </c:pt>
                <c:pt idx="1720">
                  <c:v>-0.22653947770388799</c:v>
                </c:pt>
                <c:pt idx="1721">
                  <c:v>0.243511446526536</c:v>
                </c:pt>
                <c:pt idx="1722">
                  <c:v>-0.794301431881827</c:v>
                </c:pt>
                <c:pt idx="1723">
                  <c:v>0.28414041725814698</c:v>
                </c:pt>
                <c:pt idx="1724">
                  <c:v>0.43023064994308802</c:v>
                </c:pt>
                <c:pt idx="1725">
                  <c:v>0.24393218633208799</c:v>
                </c:pt>
                <c:pt idx="1726">
                  <c:v>0.36857231250595002</c:v>
                </c:pt>
                <c:pt idx="1727">
                  <c:v>0.25552444760211301</c:v>
                </c:pt>
                <c:pt idx="1728">
                  <c:v>0.56665110893907</c:v>
                </c:pt>
                <c:pt idx="1729">
                  <c:v>-0.25296770438469102</c:v>
                </c:pt>
                <c:pt idx="1730">
                  <c:v>-0.34801233670953002</c:v>
                </c:pt>
                <c:pt idx="1731">
                  <c:v>-0.25098499162402998</c:v>
                </c:pt>
                <c:pt idx="1732">
                  <c:v>-0.47771231643515599</c:v>
                </c:pt>
                <c:pt idx="1733">
                  <c:v>-0.43999754271904801</c:v>
                </c:pt>
                <c:pt idx="1734">
                  <c:v>-0.19525990670336299</c:v>
                </c:pt>
                <c:pt idx="1735">
                  <c:v>-0.19867097311194501</c:v>
                </c:pt>
                <c:pt idx="1736">
                  <c:v>0.20626703749380601</c:v>
                </c:pt>
                <c:pt idx="1737">
                  <c:v>-0.28450621860647402</c:v>
                </c:pt>
                <c:pt idx="1738">
                  <c:v>0.34864111102885798</c:v>
                </c:pt>
                <c:pt idx="1739">
                  <c:v>0.70520809282707098</c:v>
                </c:pt>
                <c:pt idx="1740">
                  <c:v>-0.46187824888671303</c:v>
                </c:pt>
                <c:pt idx="1741">
                  <c:v>-0.34355504974399398</c:v>
                </c:pt>
                <c:pt idx="1742">
                  <c:v>-0.73496013817829497</c:v>
                </c:pt>
                <c:pt idx="1743">
                  <c:v>0.20471673566766699</c:v>
                </c:pt>
                <c:pt idx="1744">
                  <c:v>-0.48215793726787498</c:v>
                </c:pt>
                <c:pt idx="1745">
                  <c:v>-0.32682280786143297</c:v>
                </c:pt>
                <c:pt idx="1746">
                  <c:v>0.25307113896564098</c:v>
                </c:pt>
                <c:pt idx="1747">
                  <c:v>-0.31672266143418099</c:v>
                </c:pt>
                <c:pt idx="1748">
                  <c:v>0.31468469869469101</c:v>
                </c:pt>
                <c:pt idx="1749">
                  <c:v>-0.28368028896570202</c:v>
                </c:pt>
                <c:pt idx="1750">
                  <c:v>0.47305516006096399</c:v>
                </c:pt>
                <c:pt idx="1751">
                  <c:v>0.207497447743101</c:v>
                </c:pt>
                <c:pt idx="1752">
                  <c:v>-0.25644912361840999</c:v>
                </c:pt>
                <c:pt idx="1753">
                  <c:v>0.34020718608346801</c:v>
                </c:pt>
                <c:pt idx="1754">
                  <c:v>-0.361745451765145</c:v>
                </c:pt>
                <c:pt idx="1755">
                  <c:v>0.23248018265353201</c:v>
                </c:pt>
                <c:pt idx="1756">
                  <c:v>-0.25699269833201299</c:v>
                </c:pt>
                <c:pt idx="1757">
                  <c:v>0.28434439826019497</c:v>
                </c:pt>
                <c:pt idx="1758">
                  <c:v>-0.39456962784481697</c:v>
                </c:pt>
                <c:pt idx="1759">
                  <c:v>-0.33487607070187397</c:v>
                </c:pt>
                <c:pt idx="1760">
                  <c:v>-0.44555885374656901</c:v>
                </c:pt>
                <c:pt idx="1761">
                  <c:v>0.32065826540045</c:v>
                </c:pt>
                <c:pt idx="1762">
                  <c:v>0.25993923972313498</c:v>
                </c:pt>
                <c:pt idx="1763">
                  <c:v>-0.35088830934928</c:v>
                </c:pt>
                <c:pt idx="1764">
                  <c:v>-0.69593373885902599</c:v>
                </c:pt>
                <c:pt idx="1765">
                  <c:v>0.28008611845138598</c:v>
                </c:pt>
                <c:pt idx="1766">
                  <c:v>-0.49472403333036802</c:v>
                </c:pt>
                <c:pt idx="1767">
                  <c:v>0.355482606528639</c:v>
                </c:pt>
                <c:pt idx="1768">
                  <c:v>0.247261536449461</c:v>
                </c:pt>
                <c:pt idx="1769">
                  <c:v>-0.33103084557242801</c:v>
                </c:pt>
                <c:pt idx="1770">
                  <c:v>-0.253683472176018</c:v>
                </c:pt>
                <c:pt idx="1771">
                  <c:v>-0.45576926364402598</c:v>
                </c:pt>
                <c:pt idx="1772">
                  <c:v>0.26765333142544601</c:v>
                </c:pt>
                <c:pt idx="1773">
                  <c:v>0.19039919106971201</c:v>
                </c:pt>
                <c:pt idx="1774">
                  <c:v>0.20931075391033399</c:v>
                </c:pt>
                <c:pt idx="1775">
                  <c:v>-0.26905068322110998</c:v>
                </c:pt>
                <c:pt idx="1776">
                  <c:v>0.64696811974012303</c:v>
                </c:pt>
                <c:pt idx="1777">
                  <c:v>-0.28984413356858602</c:v>
                </c:pt>
                <c:pt idx="1778">
                  <c:v>0.26846074732601</c:v>
                </c:pt>
                <c:pt idx="1779">
                  <c:v>-0.40113662911104297</c:v>
                </c:pt>
                <c:pt idx="1780">
                  <c:v>0.37497390597415498</c:v>
                </c:pt>
                <c:pt idx="1781">
                  <c:v>-0.765568525226755</c:v>
                </c:pt>
                <c:pt idx="1782">
                  <c:v>-0.29913481146646997</c:v>
                </c:pt>
                <c:pt idx="1783">
                  <c:v>-0.26925176320758498</c:v>
                </c:pt>
                <c:pt idx="1784">
                  <c:v>-0.389907244201947</c:v>
                </c:pt>
                <c:pt idx="1785">
                  <c:v>-0.42331484587106499</c:v>
                </c:pt>
                <c:pt idx="1786">
                  <c:v>0.50407587114086305</c:v>
                </c:pt>
                <c:pt idx="1787">
                  <c:v>0.19625054608987499</c:v>
                </c:pt>
                <c:pt idx="1788">
                  <c:v>-0.35624393626812501</c:v>
                </c:pt>
                <c:pt idx="1789">
                  <c:v>-0.19802321606314499</c:v>
                </c:pt>
                <c:pt idx="1790">
                  <c:v>-0.38697223577165801</c:v>
                </c:pt>
                <c:pt idx="1791">
                  <c:v>0.28854715171490503</c:v>
                </c:pt>
                <c:pt idx="1792">
                  <c:v>-0.420677916081029</c:v>
                </c:pt>
                <c:pt idx="1793">
                  <c:v>-0.23652183038881699</c:v>
                </c:pt>
                <c:pt idx="1794">
                  <c:v>-0.687727522697831</c:v>
                </c:pt>
                <c:pt idx="1795">
                  <c:v>0.203860345965268</c:v>
                </c:pt>
                <c:pt idx="1796">
                  <c:v>-0.30212401074110301</c:v>
                </c:pt>
                <c:pt idx="1797">
                  <c:v>0.23275761211962401</c:v>
                </c:pt>
                <c:pt idx="1798">
                  <c:v>-0.48045604891495602</c:v>
                </c:pt>
                <c:pt idx="1799">
                  <c:v>0.352811424471135</c:v>
                </c:pt>
                <c:pt idx="1800">
                  <c:v>-0.40781525588617001</c:v>
                </c:pt>
                <c:pt idx="1801">
                  <c:v>0.28827916765323303</c:v>
                </c:pt>
                <c:pt idx="1802">
                  <c:v>0.254302654225675</c:v>
                </c:pt>
                <c:pt idx="1803">
                  <c:v>-0.80465940588366203</c:v>
                </c:pt>
                <c:pt idx="1804">
                  <c:v>0.232325073119586</c:v>
                </c:pt>
                <c:pt idx="1805">
                  <c:v>-0.24768101458938599</c:v>
                </c:pt>
                <c:pt idx="1806">
                  <c:v>0.44911533302483497</c:v>
                </c:pt>
                <c:pt idx="1807">
                  <c:v>0.470853558182249</c:v>
                </c:pt>
                <c:pt idx="1808">
                  <c:v>0.35141306910624298</c:v>
                </c:pt>
                <c:pt idx="1809">
                  <c:v>0.68405257985720902</c:v>
                </c:pt>
                <c:pt idx="1810">
                  <c:v>0.50210258618117698</c:v>
                </c:pt>
                <c:pt idx="1811">
                  <c:v>0.242520250753266</c:v>
                </c:pt>
                <c:pt idx="1812">
                  <c:v>0.327601439549841</c:v>
                </c:pt>
                <c:pt idx="1813">
                  <c:v>0.19202079179928699</c:v>
                </c:pt>
                <c:pt idx="1814">
                  <c:v>0.26465743477002901</c:v>
                </c:pt>
                <c:pt idx="1815">
                  <c:v>-0.48393524636540902</c:v>
                </c:pt>
                <c:pt idx="1816">
                  <c:v>-0.26286391301873702</c:v>
                </c:pt>
                <c:pt idx="1817">
                  <c:v>-0.43042077530003903</c:v>
                </c:pt>
                <c:pt idx="1818">
                  <c:v>0.383117880607109</c:v>
                </c:pt>
                <c:pt idx="1819">
                  <c:v>-0.223301665609171</c:v>
                </c:pt>
                <c:pt idx="1820">
                  <c:v>-0.400265611869422</c:v>
                </c:pt>
                <c:pt idx="1821">
                  <c:v>0.22729530670631301</c:v>
                </c:pt>
                <c:pt idx="1822">
                  <c:v>-0.41322949853872598</c:v>
                </c:pt>
                <c:pt idx="1823">
                  <c:v>0.187476648303011</c:v>
                </c:pt>
                <c:pt idx="1824">
                  <c:v>0.396270814021147</c:v>
                </c:pt>
                <c:pt idx="1825">
                  <c:v>0.36135100011635801</c:v>
                </c:pt>
                <c:pt idx="1826">
                  <c:v>-0.43481968766749501</c:v>
                </c:pt>
                <c:pt idx="1827">
                  <c:v>0.35510460039097302</c:v>
                </c:pt>
                <c:pt idx="1828">
                  <c:v>0.42620420552246702</c:v>
                </c:pt>
                <c:pt idx="1829">
                  <c:v>0.31160661647520999</c:v>
                </c:pt>
                <c:pt idx="1830">
                  <c:v>0.56804759960340301</c:v>
                </c:pt>
                <c:pt idx="1831">
                  <c:v>-0.65889592702656996</c:v>
                </c:pt>
                <c:pt idx="1832">
                  <c:v>0.31045761041776399</c:v>
                </c:pt>
                <c:pt idx="1833">
                  <c:v>-0.26271369692986501</c:v>
                </c:pt>
                <c:pt idx="1834">
                  <c:v>-0.33957318556216998</c:v>
                </c:pt>
                <c:pt idx="1835">
                  <c:v>0.37761599981395499</c:v>
                </c:pt>
                <c:pt idx="1836">
                  <c:v>-0.20411201719831601</c:v>
                </c:pt>
                <c:pt idx="1837">
                  <c:v>0.31222431050014199</c:v>
                </c:pt>
                <c:pt idx="1838">
                  <c:v>0.48272704756799101</c:v>
                </c:pt>
                <c:pt idx="1839">
                  <c:v>-0.35086502801092001</c:v>
                </c:pt>
                <c:pt idx="1840">
                  <c:v>-0.44993918279877199</c:v>
                </c:pt>
                <c:pt idx="1841">
                  <c:v>-0.439019102800565</c:v>
                </c:pt>
                <c:pt idx="1842">
                  <c:v>0.32485219621653599</c:v>
                </c:pt>
                <c:pt idx="1843">
                  <c:v>-0.37689092838098798</c:v>
                </c:pt>
                <c:pt idx="1844">
                  <c:v>-0.29671361823797299</c:v>
                </c:pt>
                <c:pt idx="1845">
                  <c:v>0.24639915029334999</c:v>
                </c:pt>
                <c:pt idx="1846">
                  <c:v>-0.197428201408542</c:v>
                </c:pt>
                <c:pt idx="1847">
                  <c:v>-0.63965813806673899</c:v>
                </c:pt>
                <c:pt idx="1848">
                  <c:v>0.348888287907894</c:v>
                </c:pt>
                <c:pt idx="1849">
                  <c:v>-0.25398874447534697</c:v>
                </c:pt>
                <c:pt idx="1850">
                  <c:v>0.30778290291303601</c:v>
                </c:pt>
                <c:pt idx="1851">
                  <c:v>-0.19128319061968199</c:v>
                </c:pt>
                <c:pt idx="1852">
                  <c:v>-0.29729320614614402</c:v>
                </c:pt>
                <c:pt idx="1853">
                  <c:v>0.26060788107968202</c:v>
                </c:pt>
                <c:pt idx="1854">
                  <c:v>-0.19486583064183099</c:v>
                </c:pt>
                <c:pt idx="1855">
                  <c:v>0.39086612155203698</c:v>
                </c:pt>
                <c:pt idx="1856">
                  <c:v>0.510155264394481</c:v>
                </c:pt>
                <c:pt idx="1857">
                  <c:v>0.30591131027167201</c:v>
                </c:pt>
                <c:pt idx="1858">
                  <c:v>-0.45008534815192602</c:v>
                </c:pt>
                <c:pt idx="1859">
                  <c:v>-0.93515983867782304</c:v>
                </c:pt>
                <c:pt idx="1860">
                  <c:v>-0.65201735722735099</c:v>
                </c:pt>
                <c:pt idx="1861">
                  <c:v>-0.486917539157673</c:v>
                </c:pt>
                <c:pt idx="1862">
                  <c:v>-0.2402579775931</c:v>
                </c:pt>
                <c:pt idx="1863">
                  <c:v>-0.311524128311643</c:v>
                </c:pt>
                <c:pt idx="1864">
                  <c:v>-0.18081403702878901</c:v>
                </c:pt>
                <c:pt idx="1865">
                  <c:v>0.38908165169036502</c:v>
                </c:pt>
                <c:pt idx="1866">
                  <c:v>-0.301486995332162</c:v>
                </c:pt>
                <c:pt idx="1867">
                  <c:v>0.19658860177747101</c:v>
                </c:pt>
                <c:pt idx="1868">
                  <c:v>-0.24930542962404401</c:v>
                </c:pt>
                <c:pt idx="1869">
                  <c:v>-0.18452556053652799</c:v>
                </c:pt>
                <c:pt idx="1870">
                  <c:v>0.22801406816318301</c:v>
                </c:pt>
                <c:pt idx="1871">
                  <c:v>-0.30327234178380302</c:v>
                </c:pt>
                <c:pt idx="1872">
                  <c:v>0.42911679690523702</c:v>
                </c:pt>
                <c:pt idx="1873">
                  <c:v>-0.246275152269988</c:v>
                </c:pt>
                <c:pt idx="1874">
                  <c:v>-0.246888992835189</c:v>
                </c:pt>
                <c:pt idx="1875">
                  <c:v>0.31753651463299398</c:v>
                </c:pt>
                <c:pt idx="1876">
                  <c:v>0.293507571378331</c:v>
                </c:pt>
                <c:pt idx="1877">
                  <c:v>0.26622805883813799</c:v>
                </c:pt>
                <c:pt idx="1878">
                  <c:v>0.31527335085725</c:v>
                </c:pt>
                <c:pt idx="1879">
                  <c:v>0.25044560587179998</c:v>
                </c:pt>
                <c:pt idx="1880">
                  <c:v>-0.262114544368167</c:v>
                </c:pt>
                <c:pt idx="1881">
                  <c:v>0.30327633168052198</c:v>
                </c:pt>
                <c:pt idx="1882">
                  <c:v>-0.27318449045014098</c:v>
                </c:pt>
                <c:pt idx="1883">
                  <c:v>0.22489917561739101</c:v>
                </c:pt>
                <c:pt idx="1884">
                  <c:v>0.217734845333101</c:v>
                </c:pt>
                <c:pt idx="1885">
                  <c:v>-0.27275187024757103</c:v>
                </c:pt>
                <c:pt idx="1886">
                  <c:v>-0.21195349664587901</c:v>
                </c:pt>
                <c:pt idx="1887">
                  <c:v>-0.17227002335792499</c:v>
                </c:pt>
                <c:pt idx="1888">
                  <c:v>0.266530855047449</c:v>
                </c:pt>
                <c:pt idx="1889">
                  <c:v>0.33090644124510499</c:v>
                </c:pt>
                <c:pt idx="1890">
                  <c:v>0.25347073503460399</c:v>
                </c:pt>
                <c:pt idx="1891">
                  <c:v>0.38016401138786199</c:v>
                </c:pt>
                <c:pt idx="1892">
                  <c:v>-0.39123364691753099</c:v>
                </c:pt>
                <c:pt idx="1893">
                  <c:v>-0.338393141379008</c:v>
                </c:pt>
                <c:pt idx="1894">
                  <c:v>0.38564661217216301</c:v>
                </c:pt>
                <c:pt idx="1895">
                  <c:v>0.22645859601856</c:v>
                </c:pt>
                <c:pt idx="1896">
                  <c:v>0.33445350161667198</c:v>
                </c:pt>
                <c:pt idx="1897">
                  <c:v>-0.24103895289177399</c:v>
                </c:pt>
                <c:pt idx="1898">
                  <c:v>0.38323884005236097</c:v>
                </c:pt>
                <c:pt idx="1899">
                  <c:v>0.220046414167857</c:v>
                </c:pt>
                <c:pt idx="1900">
                  <c:v>0.26014192964946797</c:v>
                </c:pt>
                <c:pt idx="1901">
                  <c:v>0.36266984477324699</c:v>
                </c:pt>
                <c:pt idx="1902">
                  <c:v>-1.04450490945289</c:v>
                </c:pt>
                <c:pt idx="1903">
                  <c:v>-0.26032867686295103</c:v>
                </c:pt>
                <c:pt idx="1904">
                  <c:v>-0.230302847508462</c:v>
                </c:pt>
                <c:pt idx="1905">
                  <c:v>-0.28710158204415798</c:v>
                </c:pt>
                <c:pt idx="1906">
                  <c:v>-0.200397357956039</c:v>
                </c:pt>
                <c:pt idx="1907">
                  <c:v>0.247846831196853</c:v>
                </c:pt>
                <c:pt idx="1908">
                  <c:v>0.267978584722464</c:v>
                </c:pt>
                <c:pt idx="1909">
                  <c:v>-0.60255015675443602</c:v>
                </c:pt>
                <c:pt idx="1910">
                  <c:v>0.245349069752649</c:v>
                </c:pt>
                <c:pt idx="1911">
                  <c:v>-0.25834596613094601</c:v>
                </c:pt>
                <c:pt idx="1912">
                  <c:v>0.19946431711873899</c:v>
                </c:pt>
                <c:pt idx="1913">
                  <c:v>0.51802063589311198</c:v>
                </c:pt>
                <c:pt idx="1914">
                  <c:v>-0.218488573881498</c:v>
                </c:pt>
                <c:pt idx="1915">
                  <c:v>-0.436444252592878</c:v>
                </c:pt>
                <c:pt idx="1916">
                  <c:v>0.36140723880327702</c:v>
                </c:pt>
                <c:pt idx="1917">
                  <c:v>-0.231924791658535</c:v>
                </c:pt>
                <c:pt idx="1918">
                  <c:v>-0.170657631394732</c:v>
                </c:pt>
                <c:pt idx="1919">
                  <c:v>0.21427775602956001</c:v>
                </c:pt>
                <c:pt idx="1920">
                  <c:v>-0.322238263333258</c:v>
                </c:pt>
                <c:pt idx="1921">
                  <c:v>0.227515986258922</c:v>
                </c:pt>
                <c:pt idx="1922">
                  <c:v>0.19800752982233</c:v>
                </c:pt>
                <c:pt idx="1923">
                  <c:v>-0.32163191428753302</c:v>
                </c:pt>
                <c:pt idx="1924">
                  <c:v>0.32292959249045999</c:v>
                </c:pt>
                <c:pt idx="1925">
                  <c:v>0.24315338010953999</c:v>
                </c:pt>
                <c:pt idx="1926">
                  <c:v>0.23983820087943999</c:v>
                </c:pt>
                <c:pt idx="1927">
                  <c:v>-0.33290942381171401</c:v>
                </c:pt>
                <c:pt idx="1928">
                  <c:v>-0.22164249364881899</c:v>
                </c:pt>
                <c:pt idx="1929">
                  <c:v>-0.33983354154784701</c:v>
                </c:pt>
                <c:pt idx="1930">
                  <c:v>0.205473996733637</c:v>
                </c:pt>
                <c:pt idx="1931">
                  <c:v>0.35947129278472201</c:v>
                </c:pt>
                <c:pt idx="1932">
                  <c:v>0.19633392939201899</c:v>
                </c:pt>
                <c:pt idx="1933">
                  <c:v>0.31683356869340401</c:v>
                </c:pt>
                <c:pt idx="1934">
                  <c:v>0.175059644097146</c:v>
                </c:pt>
                <c:pt idx="1935">
                  <c:v>0.17249059816822099</c:v>
                </c:pt>
                <c:pt idx="1936">
                  <c:v>0.29771713921319798</c:v>
                </c:pt>
                <c:pt idx="1937">
                  <c:v>-0.17026006771565999</c:v>
                </c:pt>
                <c:pt idx="1938">
                  <c:v>-0.22390813220955499</c:v>
                </c:pt>
                <c:pt idx="1939">
                  <c:v>-0.4736172928563</c:v>
                </c:pt>
                <c:pt idx="1940">
                  <c:v>0.239389816511171</c:v>
                </c:pt>
                <c:pt idx="1941">
                  <c:v>-0.32999290810828102</c:v>
                </c:pt>
                <c:pt idx="1942">
                  <c:v>0.19651493354948699</c:v>
                </c:pt>
                <c:pt idx="1943">
                  <c:v>-0.34879347660669402</c:v>
                </c:pt>
                <c:pt idx="1944">
                  <c:v>0.16438429213562999</c:v>
                </c:pt>
                <c:pt idx="1945">
                  <c:v>0.38462708806870799</c:v>
                </c:pt>
                <c:pt idx="1946">
                  <c:v>-0.17917620019626301</c:v>
                </c:pt>
                <c:pt idx="1947">
                  <c:v>0.55335100711104002</c:v>
                </c:pt>
                <c:pt idx="1948">
                  <c:v>-0.26486856790423002</c:v>
                </c:pt>
                <c:pt idx="1949">
                  <c:v>-0.27834819992431598</c:v>
                </c:pt>
                <c:pt idx="1950">
                  <c:v>-0.26415674467350703</c:v>
                </c:pt>
                <c:pt idx="1951">
                  <c:v>-0.173242765720794</c:v>
                </c:pt>
                <c:pt idx="1952">
                  <c:v>0.190429277589754</c:v>
                </c:pt>
                <c:pt idx="1953">
                  <c:v>-0.23584688400374501</c:v>
                </c:pt>
                <c:pt idx="1954">
                  <c:v>-0.19243430957808999</c:v>
                </c:pt>
                <c:pt idx="1955">
                  <c:v>-0.18701998536535999</c:v>
                </c:pt>
                <c:pt idx="1956">
                  <c:v>0.30060039586800602</c:v>
                </c:pt>
                <c:pt idx="1957">
                  <c:v>0.22051062371226501</c:v>
                </c:pt>
                <c:pt idx="1958">
                  <c:v>-0.34202752068571102</c:v>
                </c:pt>
                <c:pt idx="1959">
                  <c:v>0.28608181397069599</c:v>
                </c:pt>
                <c:pt idx="1960">
                  <c:v>0.474209299319654</c:v>
                </c:pt>
                <c:pt idx="1961">
                  <c:v>0.236721550883086</c:v>
                </c:pt>
                <c:pt idx="1962">
                  <c:v>0.178662529951225</c:v>
                </c:pt>
                <c:pt idx="1963">
                  <c:v>0.17557188383368699</c:v>
                </c:pt>
                <c:pt idx="1964">
                  <c:v>-0.58235311354124197</c:v>
                </c:pt>
                <c:pt idx="1965">
                  <c:v>-0.28497478375019403</c:v>
                </c:pt>
                <c:pt idx="1966">
                  <c:v>0.36636893181578101</c:v>
                </c:pt>
                <c:pt idx="1967">
                  <c:v>-0.67193360009507697</c:v>
                </c:pt>
                <c:pt idx="1968">
                  <c:v>0.33090979441631402</c:v>
                </c:pt>
                <c:pt idx="1969">
                  <c:v>0.39874073175473901</c:v>
                </c:pt>
                <c:pt idx="1970">
                  <c:v>0.20763083374080099</c:v>
                </c:pt>
                <c:pt idx="1971">
                  <c:v>0.24575897442442199</c:v>
                </c:pt>
                <c:pt idx="1972">
                  <c:v>0.40293456055647098</c:v>
                </c:pt>
                <c:pt idx="1973">
                  <c:v>0.34583422920690099</c:v>
                </c:pt>
                <c:pt idx="1974">
                  <c:v>-0.36470222677553099</c:v>
                </c:pt>
                <c:pt idx="1975">
                  <c:v>-0.18272304122875099</c:v>
                </c:pt>
                <c:pt idx="1976">
                  <c:v>-0.262668253789755</c:v>
                </c:pt>
                <c:pt idx="1977">
                  <c:v>-0.49035027841491502</c:v>
                </c:pt>
                <c:pt idx="1978">
                  <c:v>0.199383660314155</c:v>
                </c:pt>
                <c:pt idx="1979">
                  <c:v>-0.22072039246789599</c:v>
                </c:pt>
                <c:pt idx="1980">
                  <c:v>0.39476874411875301</c:v>
                </c:pt>
                <c:pt idx="1981">
                  <c:v>-0.25669960220474802</c:v>
                </c:pt>
                <c:pt idx="1982">
                  <c:v>-0.40227815682465001</c:v>
                </c:pt>
                <c:pt idx="1983">
                  <c:v>0.30966974586670698</c:v>
                </c:pt>
                <c:pt idx="1984">
                  <c:v>0.20851233439814701</c:v>
                </c:pt>
                <c:pt idx="1985">
                  <c:v>-0.36228439583486999</c:v>
                </c:pt>
                <c:pt idx="1986">
                  <c:v>0.72694840019057205</c:v>
                </c:pt>
                <c:pt idx="1987">
                  <c:v>-0.25447872776220098</c:v>
                </c:pt>
                <c:pt idx="1988">
                  <c:v>0.19066363098983499</c:v>
                </c:pt>
                <c:pt idx="1989">
                  <c:v>-0.272251446941493</c:v>
                </c:pt>
                <c:pt idx="1990">
                  <c:v>0.21170956783425901</c:v>
                </c:pt>
                <c:pt idx="1991">
                  <c:v>-0.35506610784130299</c:v>
                </c:pt>
                <c:pt idx="1992">
                  <c:v>0.23679424523946199</c:v>
                </c:pt>
                <c:pt idx="1993">
                  <c:v>-0.22612277082853199</c:v>
                </c:pt>
                <c:pt idx="1994">
                  <c:v>-0.190648380006706</c:v>
                </c:pt>
                <c:pt idx="1995">
                  <c:v>0.31716571577081298</c:v>
                </c:pt>
                <c:pt idx="1996">
                  <c:v>0.29567091801895601</c:v>
                </c:pt>
                <c:pt idx="1997">
                  <c:v>-0.443573368173379</c:v>
                </c:pt>
                <c:pt idx="1998">
                  <c:v>0.27382094558166198</c:v>
                </c:pt>
                <c:pt idx="1999">
                  <c:v>0.22912677373325999</c:v>
                </c:pt>
                <c:pt idx="2000">
                  <c:v>-0.21614399846507101</c:v>
                </c:pt>
                <c:pt idx="2001">
                  <c:v>0.27452043181758901</c:v>
                </c:pt>
                <c:pt idx="2002">
                  <c:v>0.318077681534156</c:v>
                </c:pt>
                <c:pt idx="2003">
                  <c:v>-0.18051277164717</c:v>
                </c:pt>
                <c:pt idx="2004">
                  <c:v>0.23013317660576901</c:v>
                </c:pt>
                <c:pt idx="2005">
                  <c:v>-0.31028451387364298</c:v>
                </c:pt>
                <c:pt idx="2006">
                  <c:v>-0.33766388619972798</c:v>
                </c:pt>
                <c:pt idx="2007">
                  <c:v>-0.44029786818054401</c:v>
                </c:pt>
                <c:pt idx="2008">
                  <c:v>-0.25074846803346101</c:v>
                </c:pt>
                <c:pt idx="2009">
                  <c:v>0.29353919141144402</c:v>
                </c:pt>
                <c:pt idx="2010">
                  <c:v>-0.36845423536518501</c:v>
                </c:pt>
                <c:pt idx="2011">
                  <c:v>0.19769319765871199</c:v>
                </c:pt>
                <c:pt idx="2012">
                  <c:v>0.29036470176010498</c:v>
                </c:pt>
                <c:pt idx="2013">
                  <c:v>-0.69828669001047705</c:v>
                </c:pt>
                <c:pt idx="2014">
                  <c:v>0.25383888049772502</c:v>
                </c:pt>
                <c:pt idx="2015">
                  <c:v>-0.30153077676962797</c:v>
                </c:pt>
                <c:pt idx="2016">
                  <c:v>-0.300031490512289</c:v>
                </c:pt>
                <c:pt idx="2017">
                  <c:v>-0.48893183223115999</c:v>
                </c:pt>
                <c:pt idx="2018">
                  <c:v>0.31910014572886403</c:v>
                </c:pt>
                <c:pt idx="2019">
                  <c:v>0.55546876454775096</c:v>
                </c:pt>
                <c:pt idx="2020">
                  <c:v>-0.164656940862137</c:v>
                </c:pt>
                <c:pt idx="2021">
                  <c:v>-0.35787388142778198</c:v>
                </c:pt>
                <c:pt idx="2022">
                  <c:v>0.19047522135985401</c:v>
                </c:pt>
                <c:pt idx="2023">
                  <c:v>-0.20246047403503201</c:v>
                </c:pt>
                <c:pt idx="2024">
                  <c:v>-0.268233780756304</c:v>
                </c:pt>
                <c:pt idx="2025">
                  <c:v>-0.15952951206959701</c:v>
                </c:pt>
                <c:pt idx="2026">
                  <c:v>-0.38321259742056002</c:v>
                </c:pt>
                <c:pt idx="2027">
                  <c:v>0.204372051410001</c:v>
                </c:pt>
                <c:pt idx="2028">
                  <c:v>-0.245596453554942</c:v>
                </c:pt>
                <c:pt idx="2029">
                  <c:v>0.42132515418681399</c:v>
                </c:pt>
                <c:pt idx="2030">
                  <c:v>-0.189374862404843</c:v>
                </c:pt>
                <c:pt idx="2031">
                  <c:v>0.31317514930496798</c:v>
                </c:pt>
                <c:pt idx="2032">
                  <c:v>-0.29249471024092</c:v>
                </c:pt>
                <c:pt idx="2033">
                  <c:v>0.36088485059476499</c:v>
                </c:pt>
                <c:pt idx="2034">
                  <c:v>-0.25462087890608498</c:v>
                </c:pt>
                <c:pt idx="2035">
                  <c:v>0.225364665764619</c:v>
                </c:pt>
                <c:pt idx="2036">
                  <c:v>-0.59068762500395899</c:v>
                </c:pt>
                <c:pt idx="2037">
                  <c:v>-0.27635379151725598</c:v>
                </c:pt>
                <c:pt idx="2038">
                  <c:v>-0.22861008975181499</c:v>
                </c:pt>
                <c:pt idx="2039">
                  <c:v>0.48559985689769603</c:v>
                </c:pt>
                <c:pt idx="2040">
                  <c:v>-0.50371832889454304</c:v>
                </c:pt>
                <c:pt idx="2041">
                  <c:v>-0.18669998861381701</c:v>
                </c:pt>
                <c:pt idx="2042">
                  <c:v>-0.221815141441493</c:v>
                </c:pt>
                <c:pt idx="2043">
                  <c:v>0.474710274246046</c:v>
                </c:pt>
                <c:pt idx="2044">
                  <c:v>0.17230604669908101</c:v>
                </c:pt>
                <c:pt idx="2045">
                  <c:v>-0.28085501049101003</c:v>
                </c:pt>
                <c:pt idx="2046">
                  <c:v>0.63521460026619503</c:v>
                </c:pt>
                <c:pt idx="2047">
                  <c:v>0.59520836909242203</c:v>
                </c:pt>
                <c:pt idx="2048">
                  <c:v>0.30641906826598098</c:v>
                </c:pt>
                <c:pt idx="2049">
                  <c:v>0.28347049457148199</c:v>
                </c:pt>
                <c:pt idx="2050">
                  <c:v>0.22581964463922</c:v>
                </c:pt>
                <c:pt idx="2051">
                  <c:v>0.191034582922121</c:v>
                </c:pt>
                <c:pt idx="2052">
                  <c:v>-0.22999349769514099</c:v>
                </c:pt>
                <c:pt idx="2053">
                  <c:v>-0.202078142478303</c:v>
                </c:pt>
                <c:pt idx="2054">
                  <c:v>0.166115693215282</c:v>
                </c:pt>
                <c:pt idx="2055">
                  <c:v>-0.33828317698638699</c:v>
                </c:pt>
                <c:pt idx="2056">
                  <c:v>0.31302367830787903</c:v>
                </c:pt>
                <c:pt idx="2057">
                  <c:v>-0.38437051634408798</c:v>
                </c:pt>
                <c:pt idx="2058">
                  <c:v>0.17912497891155299</c:v>
                </c:pt>
                <c:pt idx="2059">
                  <c:v>-0.234005585939382</c:v>
                </c:pt>
                <c:pt idx="2060">
                  <c:v>-0.187563095039703</c:v>
                </c:pt>
                <c:pt idx="2061">
                  <c:v>-0.36080699048083198</c:v>
                </c:pt>
                <c:pt idx="2062">
                  <c:v>0.15365436368954699</c:v>
                </c:pt>
                <c:pt idx="2063">
                  <c:v>-0.35801537687735102</c:v>
                </c:pt>
                <c:pt idx="2064">
                  <c:v>-0.23166840755079901</c:v>
                </c:pt>
                <c:pt idx="2065">
                  <c:v>-0.247304290858434</c:v>
                </c:pt>
                <c:pt idx="2066">
                  <c:v>-0.37537691543635499</c:v>
                </c:pt>
                <c:pt idx="2067">
                  <c:v>-0.193322225608867</c:v>
                </c:pt>
                <c:pt idx="2068">
                  <c:v>-0.52582131357718997</c:v>
                </c:pt>
                <c:pt idx="2069">
                  <c:v>-0.58004751437516</c:v>
                </c:pt>
                <c:pt idx="2070">
                  <c:v>-0.23904492597782201</c:v>
                </c:pt>
                <c:pt idx="2071">
                  <c:v>0.186099108965944</c:v>
                </c:pt>
                <c:pt idx="2072">
                  <c:v>-0.19194795496595399</c:v>
                </c:pt>
                <c:pt idx="2073">
                  <c:v>-0.26163362091207198</c:v>
                </c:pt>
                <c:pt idx="2074">
                  <c:v>-0.24829153271739199</c:v>
                </c:pt>
                <c:pt idx="2075">
                  <c:v>0.26791640619285301</c:v>
                </c:pt>
                <c:pt idx="2076">
                  <c:v>0.30833719211444299</c:v>
                </c:pt>
                <c:pt idx="2077">
                  <c:v>0.37110058669746598</c:v>
                </c:pt>
                <c:pt idx="2078">
                  <c:v>-0.23395584081026799</c:v>
                </c:pt>
                <c:pt idx="2079">
                  <c:v>0.25890290210160999</c:v>
                </c:pt>
                <c:pt idx="2080">
                  <c:v>-0.17084607265895699</c:v>
                </c:pt>
                <c:pt idx="2081">
                  <c:v>0.253745236514067</c:v>
                </c:pt>
                <c:pt idx="2082">
                  <c:v>-0.17157419031129001</c:v>
                </c:pt>
                <c:pt idx="2083">
                  <c:v>0.30147601107724897</c:v>
                </c:pt>
                <c:pt idx="2084">
                  <c:v>-0.42237884415133198</c:v>
                </c:pt>
                <c:pt idx="2085">
                  <c:v>0.214201062920303</c:v>
                </c:pt>
                <c:pt idx="2086">
                  <c:v>0.42065469967623398</c:v>
                </c:pt>
                <c:pt idx="2087">
                  <c:v>-0.20705351027388699</c:v>
                </c:pt>
                <c:pt idx="2088">
                  <c:v>0.35351195559779602</c:v>
                </c:pt>
                <c:pt idx="2089">
                  <c:v>-0.31838026089528199</c:v>
                </c:pt>
                <c:pt idx="2090">
                  <c:v>0.17484061381840399</c:v>
                </c:pt>
                <c:pt idx="2091">
                  <c:v>-0.19757718915703701</c:v>
                </c:pt>
                <c:pt idx="2092">
                  <c:v>-0.224791680426179</c:v>
                </c:pt>
                <c:pt idx="2093">
                  <c:v>-0.15249277054761401</c:v>
                </c:pt>
                <c:pt idx="2094">
                  <c:v>-0.30748124050319903</c:v>
                </c:pt>
                <c:pt idx="2095">
                  <c:v>0.37266049428873099</c:v>
                </c:pt>
                <c:pt idx="2096">
                  <c:v>-0.24036012154130801</c:v>
                </c:pt>
                <c:pt idx="2097">
                  <c:v>-0.44495154161574402</c:v>
                </c:pt>
                <c:pt idx="2098">
                  <c:v>-0.49668839519559099</c:v>
                </c:pt>
                <c:pt idx="2099">
                  <c:v>-0.221127774380001</c:v>
                </c:pt>
                <c:pt idx="2100">
                  <c:v>-0.46469259765218901</c:v>
                </c:pt>
                <c:pt idx="2101">
                  <c:v>-0.42471037805925599</c:v>
                </c:pt>
                <c:pt idx="2102">
                  <c:v>0.282544620740033</c:v>
                </c:pt>
                <c:pt idx="2103">
                  <c:v>0.32409350984438801</c:v>
                </c:pt>
                <c:pt idx="2104">
                  <c:v>-0.157824647069994</c:v>
                </c:pt>
                <c:pt idx="2105">
                  <c:v>-0.41474946092902898</c:v>
                </c:pt>
                <c:pt idx="2106">
                  <c:v>-0.39875402285060302</c:v>
                </c:pt>
                <c:pt idx="2107">
                  <c:v>0.285751100605943</c:v>
                </c:pt>
                <c:pt idx="2108">
                  <c:v>-0.30584068223891198</c:v>
                </c:pt>
                <c:pt idx="2109">
                  <c:v>-0.35777146969089602</c:v>
                </c:pt>
                <c:pt idx="2110">
                  <c:v>-0.64898329604570604</c:v>
                </c:pt>
                <c:pt idx="2111">
                  <c:v>-0.16051099622474399</c:v>
                </c:pt>
                <c:pt idx="2112">
                  <c:v>0.17687842376794499</c:v>
                </c:pt>
                <c:pt idx="2113">
                  <c:v>-0.18376207319986901</c:v>
                </c:pt>
                <c:pt idx="2114">
                  <c:v>0.16869789154520401</c:v>
                </c:pt>
                <c:pt idx="2115">
                  <c:v>0.177158939497403</c:v>
                </c:pt>
                <c:pt idx="2116">
                  <c:v>0.22068791766089599</c:v>
                </c:pt>
                <c:pt idx="2117">
                  <c:v>-0.29155752445708299</c:v>
                </c:pt>
                <c:pt idx="2118">
                  <c:v>-0.48161569772665302</c:v>
                </c:pt>
                <c:pt idx="2119">
                  <c:v>0.22144550530939</c:v>
                </c:pt>
                <c:pt idx="2120">
                  <c:v>0.54303493079489895</c:v>
                </c:pt>
                <c:pt idx="2121">
                  <c:v>0.14669760240172999</c:v>
                </c:pt>
                <c:pt idx="2122">
                  <c:v>0.27135009778264801</c:v>
                </c:pt>
                <c:pt idx="2123">
                  <c:v>0.27110477070761302</c:v>
                </c:pt>
                <c:pt idx="2124">
                  <c:v>-0.33789126681155301</c:v>
                </c:pt>
                <c:pt idx="2125">
                  <c:v>-0.43964917739324999</c:v>
                </c:pt>
                <c:pt idx="2126">
                  <c:v>-0.21704544820374799</c:v>
                </c:pt>
                <c:pt idx="2127">
                  <c:v>-0.42286024576009501</c:v>
                </c:pt>
                <c:pt idx="2128">
                  <c:v>0.23892415831644301</c:v>
                </c:pt>
                <c:pt idx="2129">
                  <c:v>-0.18216605756947499</c:v>
                </c:pt>
                <c:pt idx="2130">
                  <c:v>0.238281923788044</c:v>
                </c:pt>
                <c:pt idx="2131">
                  <c:v>-0.20578619176296101</c:v>
                </c:pt>
                <c:pt idx="2132">
                  <c:v>-0.15218171509544101</c:v>
                </c:pt>
                <c:pt idx="2133">
                  <c:v>0.207851688565935</c:v>
                </c:pt>
                <c:pt idx="2134">
                  <c:v>0.50830745232285302</c:v>
                </c:pt>
                <c:pt idx="2135">
                  <c:v>-0.24953171876210001</c:v>
                </c:pt>
                <c:pt idx="2136">
                  <c:v>0.25154322669705598</c:v>
                </c:pt>
                <c:pt idx="2137">
                  <c:v>-0.176222645902818</c:v>
                </c:pt>
                <c:pt idx="2138">
                  <c:v>0.19137996791390299</c:v>
                </c:pt>
                <c:pt idx="2139">
                  <c:v>-0.170604801265728</c:v>
                </c:pt>
                <c:pt idx="2140">
                  <c:v>-0.252516646808708</c:v>
                </c:pt>
                <c:pt idx="2141">
                  <c:v>-0.559022792192017</c:v>
                </c:pt>
                <c:pt idx="2142">
                  <c:v>0.29036776753504501</c:v>
                </c:pt>
                <c:pt idx="2143">
                  <c:v>-0.24014885769414801</c:v>
                </c:pt>
                <c:pt idx="2144">
                  <c:v>-0.181522683071911</c:v>
                </c:pt>
                <c:pt idx="2145">
                  <c:v>0.23424632839274301</c:v>
                </c:pt>
                <c:pt idx="2146">
                  <c:v>-0.254169299904841</c:v>
                </c:pt>
                <c:pt idx="2147">
                  <c:v>-0.201997218037583</c:v>
                </c:pt>
                <c:pt idx="2148">
                  <c:v>0.19881872015584501</c:v>
                </c:pt>
                <c:pt idx="2149">
                  <c:v>-0.16119679836966599</c:v>
                </c:pt>
                <c:pt idx="2150">
                  <c:v>-0.21156603307929001</c:v>
                </c:pt>
                <c:pt idx="2151">
                  <c:v>-0.14389112666415799</c:v>
                </c:pt>
                <c:pt idx="2152">
                  <c:v>0.20470640587300801</c:v>
                </c:pt>
                <c:pt idx="2153">
                  <c:v>0.24439554831936799</c:v>
                </c:pt>
                <c:pt idx="2154">
                  <c:v>-0.26482477405323102</c:v>
                </c:pt>
                <c:pt idx="2155">
                  <c:v>0.40813340026345901</c:v>
                </c:pt>
                <c:pt idx="2156">
                  <c:v>0.36614673811977699</c:v>
                </c:pt>
                <c:pt idx="2157">
                  <c:v>0.25598694682498302</c:v>
                </c:pt>
                <c:pt idx="2158">
                  <c:v>-0.17661882909778701</c:v>
                </c:pt>
                <c:pt idx="2159">
                  <c:v>0.19814052804955701</c:v>
                </c:pt>
                <c:pt idx="2160">
                  <c:v>0.26962007495704698</c:v>
                </c:pt>
                <c:pt idx="2161">
                  <c:v>-0.21084839686190901</c:v>
                </c:pt>
                <c:pt idx="2162">
                  <c:v>-0.21207263764255699</c:v>
                </c:pt>
                <c:pt idx="2163">
                  <c:v>0.223399849479161</c:v>
                </c:pt>
                <c:pt idx="2164">
                  <c:v>-0.36204369397462699</c:v>
                </c:pt>
                <c:pt idx="2165">
                  <c:v>0.39282075371312403</c:v>
                </c:pt>
                <c:pt idx="2166">
                  <c:v>0.214670837203915</c:v>
                </c:pt>
                <c:pt idx="2167">
                  <c:v>-0.380073407571281</c:v>
                </c:pt>
                <c:pt idx="2168">
                  <c:v>0.63349478702532702</c:v>
                </c:pt>
                <c:pt idx="2169">
                  <c:v>-0.28032634353685598</c:v>
                </c:pt>
                <c:pt idx="2170">
                  <c:v>-0.26812374067031902</c:v>
                </c:pt>
                <c:pt idx="2171">
                  <c:v>-0.31235089604906102</c:v>
                </c:pt>
                <c:pt idx="2172">
                  <c:v>-0.15559590227657999</c:v>
                </c:pt>
                <c:pt idx="2173">
                  <c:v>0.26453006843016202</c:v>
                </c:pt>
                <c:pt idx="2174">
                  <c:v>-0.1485417660835</c:v>
                </c:pt>
                <c:pt idx="2175">
                  <c:v>0.33248564963003302</c:v>
                </c:pt>
                <c:pt idx="2176">
                  <c:v>-0.18730607555057699</c:v>
                </c:pt>
                <c:pt idx="2177">
                  <c:v>-0.31226830708208198</c:v>
                </c:pt>
                <c:pt idx="2178">
                  <c:v>0.227655911228755</c:v>
                </c:pt>
                <c:pt idx="2179">
                  <c:v>-0.19020077524675799</c:v>
                </c:pt>
                <c:pt idx="2180">
                  <c:v>0.43828112289212801</c:v>
                </c:pt>
                <c:pt idx="2181">
                  <c:v>-0.24451362857575301</c:v>
                </c:pt>
                <c:pt idx="2182">
                  <c:v>-0.16752618051511101</c:v>
                </c:pt>
                <c:pt idx="2183">
                  <c:v>-0.42151591793456</c:v>
                </c:pt>
                <c:pt idx="2184">
                  <c:v>0.19136755997247001</c:v>
                </c:pt>
                <c:pt idx="2185">
                  <c:v>-0.30347011134308799</c:v>
                </c:pt>
                <c:pt idx="2186">
                  <c:v>0.252096417529106</c:v>
                </c:pt>
                <c:pt idx="2187">
                  <c:v>0.15152475158756901</c:v>
                </c:pt>
                <c:pt idx="2188">
                  <c:v>0.14595122735768501</c:v>
                </c:pt>
                <c:pt idx="2189">
                  <c:v>-0.27966561365263198</c:v>
                </c:pt>
                <c:pt idx="2190">
                  <c:v>0.22592503416234799</c:v>
                </c:pt>
                <c:pt idx="2191">
                  <c:v>0.42605748067100502</c:v>
                </c:pt>
                <c:pt idx="2192">
                  <c:v>-0.21622979012881399</c:v>
                </c:pt>
                <c:pt idx="2193">
                  <c:v>-0.33148194814558701</c:v>
                </c:pt>
                <c:pt idx="2194">
                  <c:v>-0.33128266057325101</c:v>
                </c:pt>
                <c:pt idx="2195">
                  <c:v>-0.45239546895806598</c:v>
                </c:pt>
                <c:pt idx="2196">
                  <c:v>-0.14602591740430901</c:v>
                </c:pt>
                <c:pt idx="2197">
                  <c:v>0.37910777370829901</c:v>
                </c:pt>
                <c:pt idx="2198">
                  <c:v>-0.18837102515361101</c:v>
                </c:pt>
                <c:pt idx="2199">
                  <c:v>-0.35093705730309199</c:v>
                </c:pt>
                <c:pt idx="2200">
                  <c:v>-0.15562751312845399</c:v>
                </c:pt>
                <c:pt idx="2201">
                  <c:v>0.17889609922300001</c:v>
                </c:pt>
                <c:pt idx="2202">
                  <c:v>0.33703007169094001</c:v>
                </c:pt>
                <c:pt idx="2203">
                  <c:v>0.14981604602658299</c:v>
                </c:pt>
                <c:pt idx="2204">
                  <c:v>0.18335154940621101</c:v>
                </c:pt>
                <c:pt idx="2205">
                  <c:v>-0.31669928360833</c:v>
                </c:pt>
                <c:pt idx="2206">
                  <c:v>0.34010181873161799</c:v>
                </c:pt>
                <c:pt idx="2207">
                  <c:v>0.249983970478731</c:v>
                </c:pt>
                <c:pt idx="2208">
                  <c:v>0.28667381703738898</c:v>
                </c:pt>
                <c:pt idx="2209">
                  <c:v>0.17886212255178799</c:v>
                </c:pt>
                <c:pt idx="2210">
                  <c:v>0.18753711228185899</c:v>
                </c:pt>
                <c:pt idx="2211">
                  <c:v>-0.17353503847867599</c:v>
                </c:pt>
                <c:pt idx="2212">
                  <c:v>-0.27915495574353599</c:v>
                </c:pt>
                <c:pt idx="2213">
                  <c:v>0.22661112063688199</c:v>
                </c:pt>
                <c:pt idx="2214">
                  <c:v>0.27181247185949797</c:v>
                </c:pt>
                <c:pt idx="2215">
                  <c:v>-0.31941298281387598</c:v>
                </c:pt>
                <c:pt idx="2216">
                  <c:v>0.216486269235215</c:v>
                </c:pt>
                <c:pt idx="2217">
                  <c:v>0.15014764533402999</c:v>
                </c:pt>
                <c:pt idx="2218">
                  <c:v>0.57956388067058695</c:v>
                </c:pt>
                <c:pt idx="2219">
                  <c:v>0.19433485212683599</c:v>
                </c:pt>
                <c:pt idx="2220">
                  <c:v>-0.177836073864619</c:v>
                </c:pt>
                <c:pt idx="2221">
                  <c:v>-0.40463730388273</c:v>
                </c:pt>
                <c:pt idx="2222">
                  <c:v>0.16789710786179801</c:v>
                </c:pt>
                <c:pt idx="2223">
                  <c:v>0.26829815013057601</c:v>
                </c:pt>
                <c:pt idx="2224">
                  <c:v>-0.375502306475958</c:v>
                </c:pt>
                <c:pt idx="2225">
                  <c:v>-0.23466571505441899</c:v>
                </c:pt>
                <c:pt idx="2226">
                  <c:v>0.278348604413726</c:v>
                </c:pt>
                <c:pt idx="2227">
                  <c:v>0.16572993045560799</c:v>
                </c:pt>
                <c:pt idx="2228">
                  <c:v>0.21058767558483299</c:v>
                </c:pt>
                <c:pt idx="2229">
                  <c:v>0.25448570521728398</c:v>
                </c:pt>
                <c:pt idx="2230">
                  <c:v>-0.29735213188244802</c:v>
                </c:pt>
                <c:pt idx="2231">
                  <c:v>0.19114557793314199</c:v>
                </c:pt>
                <c:pt idx="2232">
                  <c:v>-0.159952756726714</c:v>
                </c:pt>
                <c:pt idx="2233">
                  <c:v>0.13796639798556501</c:v>
                </c:pt>
                <c:pt idx="2234">
                  <c:v>-0.14208908915631799</c:v>
                </c:pt>
                <c:pt idx="2235">
                  <c:v>-0.220100578512266</c:v>
                </c:pt>
                <c:pt idx="2236">
                  <c:v>-0.20376922891493299</c:v>
                </c:pt>
                <c:pt idx="2237">
                  <c:v>-0.18347169046894199</c:v>
                </c:pt>
                <c:pt idx="2238">
                  <c:v>-0.19713162387483499</c:v>
                </c:pt>
                <c:pt idx="2239">
                  <c:v>-0.22049408768988599</c:v>
                </c:pt>
                <c:pt idx="2240">
                  <c:v>-0.311552040075398</c:v>
                </c:pt>
                <c:pt idx="2241">
                  <c:v>0.147099577550176</c:v>
                </c:pt>
                <c:pt idx="2242">
                  <c:v>-0.28726384890780898</c:v>
                </c:pt>
                <c:pt idx="2243">
                  <c:v>-0.15753765917717999</c:v>
                </c:pt>
                <c:pt idx="2244">
                  <c:v>-0.238086978288617</c:v>
                </c:pt>
                <c:pt idx="2245">
                  <c:v>0.413116820429341</c:v>
                </c:pt>
                <c:pt idx="2246">
                  <c:v>0.224939106209739</c:v>
                </c:pt>
                <c:pt idx="2247">
                  <c:v>-0.15208293611449999</c:v>
                </c:pt>
                <c:pt idx="2248">
                  <c:v>0.16032336021784499</c:v>
                </c:pt>
                <c:pt idx="2249">
                  <c:v>-0.157986444254512</c:v>
                </c:pt>
                <c:pt idx="2250">
                  <c:v>0.312891591792472</c:v>
                </c:pt>
                <c:pt idx="2251">
                  <c:v>0.29103496176147597</c:v>
                </c:pt>
                <c:pt idx="2252">
                  <c:v>-0.16601840901541801</c:v>
                </c:pt>
                <c:pt idx="2253">
                  <c:v>0.17773832511589999</c:v>
                </c:pt>
                <c:pt idx="2254">
                  <c:v>0.24687006641390499</c:v>
                </c:pt>
                <c:pt idx="2255">
                  <c:v>0.20947307957185801</c:v>
                </c:pt>
                <c:pt idx="2256">
                  <c:v>-0.25620897668095899</c:v>
                </c:pt>
                <c:pt idx="2257">
                  <c:v>-0.23637772130377499</c:v>
                </c:pt>
                <c:pt idx="2258">
                  <c:v>-0.30678717463420602</c:v>
                </c:pt>
                <c:pt idx="2259">
                  <c:v>0.15025041820070201</c:v>
                </c:pt>
                <c:pt idx="2260">
                  <c:v>0.28421746986270302</c:v>
                </c:pt>
                <c:pt idx="2261">
                  <c:v>-0.26808330454782903</c:v>
                </c:pt>
                <c:pt idx="2262">
                  <c:v>-0.173706160292976</c:v>
                </c:pt>
                <c:pt idx="2263">
                  <c:v>-0.31428375176821899</c:v>
                </c:pt>
                <c:pt idx="2264">
                  <c:v>0.15324143739037099</c:v>
                </c:pt>
                <c:pt idx="2265">
                  <c:v>-0.24892355572254499</c:v>
                </c:pt>
                <c:pt idx="2266">
                  <c:v>-0.181431118980278</c:v>
                </c:pt>
                <c:pt idx="2267">
                  <c:v>-0.45219251223338802</c:v>
                </c:pt>
                <c:pt idx="2268">
                  <c:v>0.219589457938074</c:v>
                </c:pt>
                <c:pt idx="2269">
                  <c:v>-0.13334720814331999</c:v>
                </c:pt>
                <c:pt idx="2270">
                  <c:v>-0.31053367836888801</c:v>
                </c:pt>
                <c:pt idx="2271">
                  <c:v>-0.19819702321989799</c:v>
                </c:pt>
                <c:pt idx="2272">
                  <c:v>0.18298033510978201</c:v>
                </c:pt>
                <c:pt idx="2273">
                  <c:v>-0.35341720409016403</c:v>
                </c:pt>
                <c:pt idx="2274">
                  <c:v>0.48342650068729798</c:v>
                </c:pt>
                <c:pt idx="2275">
                  <c:v>0.13966206298990999</c:v>
                </c:pt>
                <c:pt idx="2276">
                  <c:v>-0.25973131097417501</c:v>
                </c:pt>
                <c:pt idx="2277">
                  <c:v>0.225898814152526</c:v>
                </c:pt>
                <c:pt idx="2278">
                  <c:v>-0.26624373932711598</c:v>
                </c:pt>
                <c:pt idx="2279">
                  <c:v>0.38932966114972301</c:v>
                </c:pt>
                <c:pt idx="2280">
                  <c:v>0.20979052716947399</c:v>
                </c:pt>
                <c:pt idx="2281">
                  <c:v>0.26220296673059801</c:v>
                </c:pt>
                <c:pt idx="2282">
                  <c:v>0.230289940880581</c:v>
                </c:pt>
                <c:pt idx="2283">
                  <c:v>-0.13657645550393499</c:v>
                </c:pt>
                <c:pt idx="2284">
                  <c:v>-0.13067354141676499</c:v>
                </c:pt>
                <c:pt idx="2285">
                  <c:v>0.14171433824451199</c:v>
                </c:pt>
                <c:pt idx="2286">
                  <c:v>0.29338439245714898</c:v>
                </c:pt>
                <c:pt idx="2287">
                  <c:v>0.18270637507881601</c:v>
                </c:pt>
                <c:pt idx="2288">
                  <c:v>-0.32837412584298098</c:v>
                </c:pt>
                <c:pt idx="2289">
                  <c:v>-0.14452241437754801</c:v>
                </c:pt>
                <c:pt idx="2290">
                  <c:v>0.18759587313473999</c:v>
                </c:pt>
                <c:pt idx="2291">
                  <c:v>0.15156771629379101</c:v>
                </c:pt>
                <c:pt idx="2292">
                  <c:v>-0.16886519277661799</c:v>
                </c:pt>
                <c:pt idx="2293">
                  <c:v>-0.189959194427196</c:v>
                </c:pt>
                <c:pt idx="2294">
                  <c:v>-0.146464364185459</c:v>
                </c:pt>
                <c:pt idx="2295">
                  <c:v>-0.245132503479464</c:v>
                </c:pt>
                <c:pt idx="2296">
                  <c:v>0.162942472239713</c:v>
                </c:pt>
                <c:pt idx="2297">
                  <c:v>0.19569957316588199</c:v>
                </c:pt>
                <c:pt idx="2298">
                  <c:v>0.277877824038605</c:v>
                </c:pt>
                <c:pt idx="2299">
                  <c:v>-0.153726355912333</c:v>
                </c:pt>
                <c:pt idx="2300">
                  <c:v>-0.15422106721168299</c:v>
                </c:pt>
                <c:pt idx="2301">
                  <c:v>-0.149227242196844</c:v>
                </c:pt>
                <c:pt idx="2302">
                  <c:v>0.41802955804701702</c:v>
                </c:pt>
                <c:pt idx="2303">
                  <c:v>0.45661947939675002</c:v>
                </c:pt>
                <c:pt idx="2304">
                  <c:v>-0.29324679920686902</c:v>
                </c:pt>
                <c:pt idx="2305">
                  <c:v>-0.26364726848596098</c:v>
                </c:pt>
                <c:pt idx="2306">
                  <c:v>-0.29049553028939801</c:v>
                </c:pt>
                <c:pt idx="2307">
                  <c:v>-0.153425570575937</c:v>
                </c:pt>
                <c:pt idx="2308">
                  <c:v>-0.15352272653752799</c:v>
                </c:pt>
                <c:pt idx="2309">
                  <c:v>0.30840954050809399</c:v>
                </c:pt>
                <c:pt idx="2310">
                  <c:v>-0.41889330716760398</c:v>
                </c:pt>
                <c:pt idx="2311">
                  <c:v>0.16380130252036901</c:v>
                </c:pt>
                <c:pt idx="2312">
                  <c:v>-0.16029404833661001</c:v>
                </c:pt>
                <c:pt idx="2313">
                  <c:v>0.163962577913637</c:v>
                </c:pt>
                <c:pt idx="2314">
                  <c:v>-0.26599890928414999</c:v>
                </c:pt>
                <c:pt idx="2315">
                  <c:v>-0.14217814395963299</c:v>
                </c:pt>
                <c:pt idx="2316">
                  <c:v>-0.19317838147078001</c:v>
                </c:pt>
                <c:pt idx="2317">
                  <c:v>0.17540599182081401</c:v>
                </c:pt>
                <c:pt idx="2318">
                  <c:v>0.194700943946543</c:v>
                </c:pt>
                <c:pt idx="2319">
                  <c:v>0.16879328496146701</c:v>
                </c:pt>
                <c:pt idx="2320">
                  <c:v>0.23669359966137901</c:v>
                </c:pt>
                <c:pt idx="2321">
                  <c:v>-0.19837011263787499</c:v>
                </c:pt>
                <c:pt idx="2322">
                  <c:v>0.25573686077493102</c:v>
                </c:pt>
                <c:pt idx="2323">
                  <c:v>0.21252113653990901</c:v>
                </c:pt>
                <c:pt idx="2324">
                  <c:v>-0.253789437818988</c:v>
                </c:pt>
                <c:pt idx="2325">
                  <c:v>-0.33193974176465701</c:v>
                </c:pt>
                <c:pt idx="2326">
                  <c:v>-0.51739038091655198</c:v>
                </c:pt>
                <c:pt idx="2327">
                  <c:v>-0.25190532351278</c:v>
                </c:pt>
                <c:pt idx="2328">
                  <c:v>-0.24942369961309699</c:v>
                </c:pt>
                <c:pt idx="2329">
                  <c:v>0.17395182346187699</c:v>
                </c:pt>
                <c:pt idx="2330">
                  <c:v>-0.13365276774722901</c:v>
                </c:pt>
                <c:pt idx="2331">
                  <c:v>-0.34851332013585401</c:v>
                </c:pt>
                <c:pt idx="2332">
                  <c:v>0.20989160522106301</c:v>
                </c:pt>
                <c:pt idx="2333">
                  <c:v>-0.39273137048680001</c:v>
                </c:pt>
                <c:pt idx="2334">
                  <c:v>0.37335099713119402</c:v>
                </c:pt>
                <c:pt idx="2335">
                  <c:v>0.16252538483042001</c:v>
                </c:pt>
                <c:pt idx="2336">
                  <c:v>0.189261472296334</c:v>
                </c:pt>
                <c:pt idx="2337">
                  <c:v>-0.20917919170919</c:v>
                </c:pt>
                <c:pt idx="2338">
                  <c:v>-0.20514248652159101</c:v>
                </c:pt>
                <c:pt idx="2339">
                  <c:v>0.169531198916197</c:v>
                </c:pt>
                <c:pt idx="2340">
                  <c:v>-0.22755516520810901</c:v>
                </c:pt>
                <c:pt idx="2341">
                  <c:v>-0.14860040408738601</c:v>
                </c:pt>
                <c:pt idx="2342">
                  <c:v>-0.20961029620836799</c:v>
                </c:pt>
                <c:pt idx="2343">
                  <c:v>0.32353180345138099</c:v>
                </c:pt>
                <c:pt idx="2344">
                  <c:v>-0.18695051466666601</c:v>
                </c:pt>
                <c:pt idx="2345">
                  <c:v>-0.134483191374827</c:v>
                </c:pt>
                <c:pt idx="2346">
                  <c:v>0.13631101378819799</c:v>
                </c:pt>
                <c:pt idx="2347">
                  <c:v>-0.13542183440161201</c:v>
                </c:pt>
                <c:pt idx="2348">
                  <c:v>0.159935623780189</c:v>
                </c:pt>
                <c:pt idx="2349">
                  <c:v>-0.203401087895386</c:v>
                </c:pt>
                <c:pt idx="2350">
                  <c:v>-0.25468775551484801</c:v>
                </c:pt>
                <c:pt idx="2351">
                  <c:v>-0.37952992374448202</c:v>
                </c:pt>
                <c:pt idx="2352">
                  <c:v>0.17228970681398401</c:v>
                </c:pt>
                <c:pt idx="2353">
                  <c:v>0.255731439527629</c:v>
                </c:pt>
                <c:pt idx="2354">
                  <c:v>0.31923839769446999</c:v>
                </c:pt>
                <c:pt idx="2355">
                  <c:v>0.25259014572511201</c:v>
                </c:pt>
                <c:pt idx="2356">
                  <c:v>-0.13312206018921199</c:v>
                </c:pt>
                <c:pt idx="2357">
                  <c:v>-0.21698719187541099</c:v>
                </c:pt>
                <c:pt idx="2358">
                  <c:v>0.18246101963620701</c:v>
                </c:pt>
                <c:pt idx="2359">
                  <c:v>1.1311910572027</c:v>
                </c:pt>
                <c:pt idx="2360">
                  <c:v>0.28549455769035997</c:v>
                </c:pt>
                <c:pt idx="2361">
                  <c:v>-0.19424998689936901</c:v>
                </c:pt>
                <c:pt idx="2362">
                  <c:v>-0.18330376499494599</c:v>
                </c:pt>
                <c:pt idx="2363">
                  <c:v>0.19339080907179401</c:v>
                </c:pt>
                <c:pt idx="2364">
                  <c:v>0.240703144445199</c:v>
                </c:pt>
                <c:pt idx="2365">
                  <c:v>-0.23161449655483299</c:v>
                </c:pt>
                <c:pt idx="2366">
                  <c:v>0.24854558409706601</c:v>
                </c:pt>
                <c:pt idx="2367">
                  <c:v>-0.17466198839557001</c:v>
                </c:pt>
                <c:pt idx="2368">
                  <c:v>0.151790674539313</c:v>
                </c:pt>
                <c:pt idx="2369">
                  <c:v>-0.25940553122645599</c:v>
                </c:pt>
                <c:pt idx="2370">
                  <c:v>-0.171188251290701</c:v>
                </c:pt>
                <c:pt idx="2371">
                  <c:v>-0.140552515124863</c:v>
                </c:pt>
                <c:pt idx="2372">
                  <c:v>-0.20199081314065401</c:v>
                </c:pt>
                <c:pt idx="2373">
                  <c:v>0.161077971903065</c:v>
                </c:pt>
                <c:pt idx="2374">
                  <c:v>0.14681642491080599</c:v>
                </c:pt>
                <c:pt idx="2375">
                  <c:v>-0.35153466793035898</c:v>
                </c:pt>
                <c:pt idx="2376">
                  <c:v>0.13985874248942301</c:v>
                </c:pt>
                <c:pt idx="2377">
                  <c:v>0.209994033319262</c:v>
                </c:pt>
                <c:pt idx="2378">
                  <c:v>-0.160935943103894</c:v>
                </c:pt>
                <c:pt idx="2379">
                  <c:v>0.27340511058274303</c:v>
                </c:pt>
                <c:pt idx="2380">
                  <c:v>-0.32848476750016797</c:v>
                </c:pt>
                <c:pt idx="2381">
                  <c:v>-0.16644830698872701</c:v>
                </c:pt>
                <c:pt idx="2382">
                  <c:v>-0.13653746195213801</c:v>
                </c:pt>
                <c:pt idx="2383">
                  <c:v>0.143298522311881</c:v>
                </c:pt>
                <c:pt idx="2384">
                  <c:v>0.16152515453869001</c:v>
                </c:pt>
                <c:pt idx="2385">
                  <c:v>-0.16954716926896299</c:v>
                </c:pt>
                <c:pt idx="2386">
                  <c:v>0.21779213315743501</c:v>
                </c:pt>
                <c:pt idx="2387">
                  <c:v>0.19997543146887201</c:v>
                </c:pt>
                <c:pt idx="2388">
                  <c:v>-0.30018715172280303</c:v>
                </c:pt>
                <c:pt idx="2389">
                  <c:v>0.219729936901949</c:v>
                </c:pt>
                <c:pt idx="2390">
                  <c:v>-0.37820047215211999</c:v>
                </c:pt>
                <c:pt idx="2391">
                  <c:v>-0.27545851630889501</c:v>
                </c:pt>
                <c:pt idx="2392">
                  <c:v>-0.15576679253113901</c:v>
                </c:pt>
                <c:pt idx="2393">
                  <c:v>0.17918360385863599</c:v>
                </c:pt>
                <c:pt idx="2394">
                  <c:v>-0.31601922728155801</c:v>
                </c:pt>
                <c:pt idx="2395">
                  <c:v>-0.159828257661356</c:v>
                </c:pt>
                <c:pt idx="2396">
                  <c:v>-0.15117584904745099</c:v>
                </c:pt>
                <c:pt idx="2397">
                  <c:v>0.14416998383416799</c:v>
                </c:pt>
                <c:pt idx="2398">
                  <c:v>0.41360013490438202</c:v>
                </c:pt>
                <c:pt idx="2399">
                  <c:v>-0.165812920540024</c:v>
                </c:pt>
                <c:pt idx="2400">
                  <c:v>0.168985081496867</c:v>
                </c:pt>
                <c:pt idx="2401">
                  <c:v>-0.15204232712697099</c:v>
                </c:pt>
                <c:pt idx="2402">
                  <c:v>-0.20189981279021699</c:v>
                </c:pt>
                <c:pt idx="2403">
                  <c:v>0.16512483329313499</c:v>
                </c:pt>
                <c:pt idx="2404">
                  <c:v>0.53258776495402005</c:v>
                </c:pt>
                <c:pt idx="2405">
                  <c:v>0.20611802033294799</c:v>
                </c:pt>
                <c:pt idx="2406">
                  <c:v>0.15107274849393801</c:v>
                </c:pt>
                <c:pt idx="2407">
                  <c:v>-0.18563016148775099</c:v>
                </c:pt>
                <c:pt idx="2408">
                  <c:v>-0.25973878002053802</c:v>
                </c:pt>
                <c:pt idx="2409">
                  <c:v>-0.29104788909815199</c:v>
                </c:pt>
                <c:pt idx="2410">
                  <c:v>-0.16922789112648201</c:v>
                </c:pt>
                <c:pt idx="2411">
                  <c:v>0.18087567065881099</c:v>
                </c:pt>
                <c:pt idx="2412">
                  <c:v>0.17576929373419101</c:v>
                </c:pt>
                <c:pt idx="2413">
                  <c:v>-0.31401821706035099</c:v>
                </c:pt>
                <c:pt idx="2414">
                  <c:v>0.180676579394522</c:v>
                </c:pt>
                <c:pt idx="2415">
                  <c:v>-0.29319123304196998</c:v>
                </c:pt>
                <c:pt idx="2416">
                  <c:v>-0.15362178994367101</c:v>
                </c:pt>
                <c:pt idx="2417">
                  <c:v>0.16678081542503201</c:v>
                </c:pt>
                <c:pt idx="2418">
                  <c:v>0.165824027296473</c:v>
                </c:pt>
                <c:pt idx="2419">
                  <c:v>-0.12937363238727401</c:v>
                </c:pt>
                <c:pt idx="2420">
                  <c:v>0.35024799240935101</c:v>
                </c:pt>
                <c:pt idx="2421">
                  <c:v>0.154433619541539</c:v>
                </c:pt>
                <c:pt idx="2422">
                  <c:v>0.16733114212507899</c:v>
                </c:pt>
                <c:pt idx="2423">
                  <c:v>-0.19591685932443101</c:v>
                </c:pt>
                <c:pt idx="2424">
                  <c:v>-0.132714895830674</c:v>
                </c:pt>
                <c:pt idx="2425">
                  <c:v>0.163948502929053</c:v>
                </c:pt>
                <c:pt idx="2426">
                  <c:v>0.145633705693612</c:v>
                </c:pt>
                <c:pt idx="2427">
                  <c:v>-0.14765978013238601</c:v>
                </c:pt>
                <c:pt idx="2428">
                  <c:v>0.30926968687022299</c:v>
                </c:pt>
                <c:pt idx="2429">
                  <c:v>0.11823741351375</c:v>
                </c:pt>
                <c:pt idx="2430">
                  <c:v>-0.22026571571769099</c:v>
                </c:pt>
                <c:pt idx="2431">
                  <c:v>0.148517906335286</c:v>
                </c:pt>
                <c:pt idx="2432">
                  <c:v>-0.32134120092875001</c:v>
                </c:pt>
                <c:pt idx="2433">
                  <c:v>0.249478044232262</c:v>
                </c:pt>
                <c:pt idx="2434">
                  <c:v>-0.17716632215334399</c:v>
                </c:pt>
                <c:pt idx="2435">
                  <c:v>-0.17073699646998</c:v>
                </c:pt>
                <c:pt idx="2436">
                  <c:v>0.225394235522653</c:v>
                </c:pt>
                <c:pt idx="2437">
                  <c:v>-0.16492822547873201</c:v>
                </c:pt>
                <c:pt idx="2438">
                  <c:v>0.17663068931843601</c:v>
                </c:pt>
                <c:pt idx="2439">
                  <c:v>0.17847553486934201</c:v>
                </c:pt>
                <c:pt idx="2440">
                  <c:v>0.19066388671374701</c:v>
                </c:pt>
                <c:pt idx="2441">
                  <c:v>0.25299458348975201</c:v>
                </c:pt>
                <c:pt idx="2442">
                  <c:v>0.27115347683962898</c:v>
                </c:pt>
                <c:pt idx="2443">
                  <c:v>0.14113895361520401</c:v>
                </c:pt>
                <c:pt idx="2444">
                  <c:v>0.185639550165622</c:v>
                </c:pt>
                <c:pt idx="2445">
                  <c:v>-0.25181543998625999</c:v>
                </c:pt>
                <c:pt idx="2446">
                  <c:v>0.13091806026174199</c:v>
                </c:pt>
                <c:pt idx="2447">
                  <c:v>-0.19915901464198901</c:v>
                </c:pt>
                <c:pt idx="2448">
                  <c:v>-0.23724187845661501</c:v>
                </c:pt>
                <c:pt idx="2449">
                  <c:v>-0.16911547331328999</c:v>
                </c:pt>
                <c:pt idx="2450">
                  <c:v>0.31669163778527198</c:v>
                </c:pt>
                <c:pt idx="2451">
                  <c:v>0.145961287737919</c:v>
                </c:pt>
                <c:pt idx="2452">
                  <c:v>-0.209253091380013</c:v>
                </c:pt>
                <c:pt idx="2453">
                  <c:v>-0.17837722602897099</c:v>
                </c:pt>
                <c:pt idx="2454">
                  <c:v>-0.15853223786001899</c:v>
                </c:pt>
                <c:pt idx="2455">
                  <c:v>0.21089634926329401</c:v>
                </c:pt>
                <c:pt idx="2456">
                  <c:v>0.26802247280328101</c:v>
                </c:pt>
                <c:pt idx="2457">
                  <c:v>-0.157057591453896</c:v>
                </c:pt>
                <c:pt idx="2458">
                  <c:v>0.201057725686653</c:v>
                </c:pt>
                <c:pt idx="2459">
                  <c:v>-0.38086311656267602</c:v>
                </c:pt>
                <c:pt idx="2460">
                  <c:v>-0.15523570421055799</c:v>
                </c:pt>
                <c:pt idx="2461">
                  <c:v>-0.16006436329514201</c:v>
                </c:pt>
                <c:pt idx="2462">
                  <c:v>0.213082348287045</c:v>
                </c:pt>
                <c:pt idx="2463">
                  <c:v>-0.27901170748420201</c:v>
                </c:pt>
                <c:pt idx="2464">
                  <c:v>0.19965243368711999</c:v>
                </c:pt>
                <c:pt idx="2465">
                  <c:v>-0.37214141322938599</c:v>
                </c:pt>
                <c:pt idx="2466">
                  <c:v>0.24776889397188701</c:v>
                </c:pt>
                <c:pt idx="2467">
                  <c:v>0.13144443319042801</c:v>
                </c:pt>
                <c:pt idx="2468">
                  <c:v>-0.25122078337177101</c:v>
                </c:pt>
                <c:pt idx="2469">
                  <c:v>-0.14369581445176</c:v>
                </c:pt>
                <c:pt idx="2470">
                  <c:v>0.14743332203371301</c:v>
                </c:pt>
                <c:pt idx="2471">
                  <c:v>0.36371068281359697</c:v>
                </c:pt>
                <c:pt idx="2472">
                  <c:v>0.16682310362067901</c:v>
                </c:pt>
                <c:pt idx="2473">
                  <c:v>-0.40904971140954399</c:v>
                </c:pt>
                <c:pt idx="2474">
                  <c:v>0.16879634600570301</c:v>
                </c:pt>
                <c:pt idx="2475">
                  <c:v>0.125994018793811</c:v>
                </c:pt>
                <c:pt idx="2476">
                  <c:v>-0.26542420746255901</c:v>
                </c:pt>
                <c:pt idx="2477">
                  <c:v>0.24447196795743101</c:v>
                </c:pt>
                <c:pt idx="2478">
                  <c:v>-0.16804528082999001</c:v>
                </c:pt>
                <c:pt idx="2479">
                  <c:v>0.26872002257722</c:v>
                </c:pt>
                <c:pt idx="2480">
                  <c:v>0.119922797744287</c:v>
                </c:pt>
                <c:pt idx="2481">
                  <c:v>-0.20127800135048399</c:v>
                </c:pt>
                <c:pt idx="2482">
                  <c:v>0.30570021857857199</c:v>
                </c:pt>
                <c:pt idx="2483">
                  <c:v>-0.26121287252094699</c:v>
                </c:pt>
                <c:pt idx="2484">
                  <c:v>-0.15814624830903101</c:v>
                </c:pt>
                <c:pt idx="2485">
                  <c:v>0.23375567829778601</c:v>
                </c:pt>
                <c:pt idx="2486">
                  <c:v>0.26048826963404498</c:v>
                </c:pt>
                <c:pt idx="2487">
                  <c:v>0.21202460016886701</c:v>
                </c:pt>
                <c:pt idx="2488">
                  <c:v>0.197382345138543</c:v>
                </c:pt>
                <c:pt idx="2489">
                  <c:v>-0.16210723726946</c:v>
                </c:pt>
                <c:pt idx="2490">
                  <c:v>0.13640249420450301</c:v>
                </c:pt>
                <c:pt idx="2491">
                  <c:v>0.282392847695977</c:v>
                </c:pt>
                <c:pt idx="2492">
                  <c:v>0.23916900606001301</c:v>
                </c:pt>
                <c:pt idx="2493">
                  <c:v>-0.13617298758614299</c:v>
                </c:pt>
                <c:pt idx="2494">
                  <c:v>-0.32245772878412998</c:v>
                </c:pt>
                <c:pt idx="2495">
                  <c:v>-0.11999272207614101</c:v>
                </c:pt>
                <c:pt idx="2496">
                  <c:v>0.125603884328193</c:v>
                </c:pt>
                <c:pt idx="2497">
                  <c:v>-0.111001953481473</c:v>
                </c:pt>
                <c:pt idx="2498">
                  <c:v>0.34459573722729098</c:v>
                </c:pt>
                <c:pt idx="2499">
                  <c:v>-0.38160266674129401</c:v>
                </c:pt>
                <c:pt idx="2500">
                  <c:v>-0.15948002713378201</c:v>
                </c:pt>
                <c:pt idx="2501">
                  <c:v>-0.232370814086856</c:v>
                </c:pt>
                <c:pt idx="2502">
                  <c:v>0.47609784058833798</c:v>
                </c:pt>
                <c:pt idx="2503">
                  <c:v>0.224546254453106</c:v>
                </c:pt>
                <c:pt idx="2504">
                  <c:v>-0.21339227409063399</c:v>
                </c:pt>
                <c:pt idx="2505">
                  <c:v>0.17186338528716799</c:v>
                </c:pt>
                <c:pt idx="2506">
                  <c:v>-0.14348787108470901</c:v>
                </c:pt>
                <c:pt idx="2507">
                  <c:v>0.27153597081695602</c:v>
                </c:pt>
                <c:pt idx="2508">
                  <c:v>0.26791013725016899</c:v>
                </c:pt>
                <c:pt idx="2509">
                  <c:v>0.24461785592395199</c:v>
                </c:pt>
                <c:pt idx="2510">
                  <c:v>0.26194046551078598</c:v>
                </c:pt>
                <c:pt idx="2511">
                  <c:v>0.15325556094971701</c:v>
                </c:pt>
                <c:pt idx="2512">
                  <c:v>-0.13017766611528001</c:v>
                </c:pt>
                <c:pt idx="2513">
                  <c:v>0.47229763245603001</c:v>
                </c:pt>
                <c:pt idx="2514">
                  <c:v>-0.14812849023854799</c:v>
                </c:pt>
                <c:pt idx="2515">
                  <c:v>0.227658560752168</c:v>
                </c:pt>
                <c:pt idx="2516">
                  <c:v>0.15717691864358599</c:v>
                </c:pt>
                <c:pt idx="2517">
                  <c:v>0.24907620604757999</c:v>
                </c:pt>
                <c:pt idx="2518">
                  <c:v>0.13850506383271</c:v>
                </c:pt>
                <c:pt idx="2519">
                  <c:v>-0.152834124123228</c:v>
                </c:pt>
                <c:pt idx="2520">
                  <c:v>0.32892167615403201</c:v>
                </c:pt>
                <c:pt idx="2521">
                  <c:v>0.22716590209291401</c:v>
                </c:pt>
                <c:pt idx="2522">
                  <c:v>0.19391305516346299</c:v>
                </c:pt>
                <c:pt idx="2523">
                  <c:v>-0.29213031916793097</c:v>
                </c:pt>
                <c:pt idx="2524">
                  <c:v>0.121927056873261</c:v>
                </c:pt>
                <c:pt idx="2525">
                  <c:v>0.16102701028270899</c:v>
                </c:pt>
                <c:pt idx="2526">
                  <c:v>0.12044478382602</c:v>
                </c:pt>
                <c:pt idx="2527">
                  <c:v>-0.31777348395370802</c:v>
                </c:pt>
                <c:pt idx="2528">
                  <c:v>0.147458746587393</c:v>
                </c:pt>
                <c:pt idx="2529">
                  <c:v>0.14038319567917101</c:v>
                </c:pt>
                <c:pt idx="2530">
                  <c:v>-0.29694089113076699</c:v>
                </c:pt>
                <c:pt idx="2531">
                  <c:v>0.22297635146865999</c:v>
                </c:pt>
                <c:pt idx="2532">
                  <c:v>0.22641626503878601</c:v>
                </c:pt>
                <c:pt idx="2533">
                  <c:v>0.14230273138649399</c:v>
                </c:pt>
                <c:pt idx="2534">
                  <c:v>0.124072080561419</c:v>
                </c:pt>
                <c:pt idx="2535">
                  <c:v>0.17274555062632799</c:v>
                </c:pt>
                <c:pt idx="2536">
                  <c:v>0.18646495460278301</c:v>
                </c:pt>
                <c:pt idx="2537">
                  <c:v>0.18156738181762599</c:v>
                </c:pt>
                <c:pt idx="2538">
                  <c:v>0.255368289031566</c:v>
                </c:pt>
                <c:pt idx="2539">
                  <c:v>0.13201848760905599</c:v>
                </c:pt>
                <c:pt idx="2540">
                  <c:v>-0.27718072315564002</c:v>
                </c:pt>
                <c:pt idx="2541">
                  <c:v>0.26735798148059697</c:v>
                </c:pt>
                <c:pt idx="2542">
                  <c:v>-0.123033578761124</c:v>
                </c:pt>
                <c:pt idx="2543">
                  <c:v>0.15507422812230201</c:v>
                </c:pt>
                <c:pt idx="2544">
                  <c:v>-0.202193512984849</c:v>
                </c:pt>
                <c:pt idx="2545">
                  <c:v>-0.284044596833681</c:v>
                </c:pt>
                <c:pt idx="2546">
                  <c:v>-0.1173945255807</c:v>
                </c:pt>
                <c:pt idx="2547">
                  <c:v>-0.28125285260308203</c:v>
                </c:pt>
                <c:pt idx="2548">
                  <c:v>0.169324408112182</c:v>
                </c:pt>
                <c:pt idx="2549">
                  <c:v>-0.209232982910837</c:v>
                </c:pt>
                <c:pt idx="2550">
                  <c:v>-0.22478965405358101</c:v>
                </c:pt>
                <c:pt idx="2551">
                  <c:v>-0.20503629140961999</c:v>
                </c:pt>
                <c:pt idx="2552">
                  <c:v>0.45589007517365898</c:v>
                </c:pt>
                <c:pt idx="2553">
                  <c:v>-0.40947620153272601</c:v>
                </c:pt>
                <c:pt idx="2554">
                  <c:v>-0.30050524185327598</c:v>
                </c:pt>
                <c:pt idx="2555">
                  <c:v>-0.13506580524171599</c:v>
                </c:pt>
                <c:pt idx="2556">
                  <c:v>-0.16558026879350199</c:v>
                </c:pt>
                <c:pt idx="2557">
                  <c:v>-0.12609382402625599</c:v>
                </c:pt>
                <c:pt idx="2558">
                  <c:v>-0.13315768256987001</c:v>
                </c:pt>
                <c:pt idx="2559">
                  <c:v>0.152708818984507</c:v>
                </c:pt>
                <c:pt idx="2560">
                  <c:v>-0.22912361302888201</c:v>
                </c:pt>
                <c:pt idx="2561">
                  <c:v>-0.132527548414416</c:v>
                </c:pt>
                <c:pt idx="2562">
                  <c:v>0.352018145286632</c:v>
                </c:pt>
                <c:pt idx="2563">
                  <c:v>-0.19364856353781701</c:v>
                </c:pt>
                <c:pt idx="2564">
                  <c:v>0.178202139566178</c:v>
                </c:pt>
                <c:pt idx="2565">
                  <c:v>-0.336225844599568</c:v>
                </c:pt>
                <c:pt idx="2566">
                  <c:v>0.12378269106966</c:v>
                </c:pt>
                <c:pt idx="2567">
                  <c:v>0.22331470160828501</c:v>
                </c:pt>
                <c:pt idx="2568">
                  <c:v>0.13112264221230799</c:v>
                </c:pt>
                <c:pt idx="2569">
                  <c:v>-0.14778310724743399</c:v>
                </c:pt>
                <c:pt idx="2570">
                  <c:v>0.48086653264151402</c:v>
                </c:pt>
                <c:pt idx="2571">
                  <c:v>-0.24194570845142499</c:v>
                </c:pt>
                <c:pt idx="2572">
                  <c:v>-0.184406164591259</c:v>
                </c:pt>
                <c:pt idx="2573">
                  <c:v>0.10461599301715201</c:v>
                </c:pt>
                <c:pt idx="2574">
                  <c:v>0.16453876223442901</c:v>
                </c:pt>
                <c:pt idx="2575">
                  <c:v>0.18822136915316201</c:v>
                </c:pt>
                <c:pt idx="2576">
                  <c:v>-0.10671670845206201</c:v>
                </c:pt>
                <c:pt idx="2577">
                  <c:v>-0.180487090495038</c:v>
                </c:pt>
                <c:pt idx="2578">
                  <c:v>-0.187476616445515</c:v>
                </c:pt>
                <c:pt idx="2579">
                  <c:v>0.26907710269506402</c:v>
                </c:pt>
                <c:pt idx="2580">
                  <c:v>-0.13833021179156499</c:v>
                </c:pt>
                <c:pt idx="2581">
                  <c:v>-0.18111947329841599</c:v>
                </c:pt>
                <c:pt idx="2582">
                  <c:v>-0.12722053830525901</c:v>
                </c:pt>
                <c:pt idx="2583">
                  <c:v>0.16587831309061199</c:v>
                </c:pt>
                <c:pt idx="2584">
                  <c:v>0.205399319635756</c:v>
                </c:pt>
                <c:pt idx="2585">
                  <c:v>0.31749214674482901</c:v>
                </c:pt>
                <c:pt idx="2586">
                  <c:v>0.14451081957136599</c:v>
                </c:pt>
                <c:pt idx="2587">
                  <c:v>0.15983099901011499</c:v>
                </c:pt>
                <c:pt idx="2588">
                  <c:v>0.126877440894621</c:v>
                </c:pt>
                <c:pt idx="2589">
                  <c:v>0.19896361780348601</c:v>
                </c:pt>
                <c:pt idx="2590">
                  <c:v>-0.11222509695854301</c:v>
                </c:pt>
                <c:pt idx="2591">
                  <c:v>0.12787370531793801</c:v>
                </c:pt>
                <c:pt idx="2592">
                  <c:v>-0.33153090818734698</c:v>
                </c:pt>
                <c:pt idx="2593">
                  <c:v>-0.155812651664643</c:v>
                </c:pt>
                <c:pt idx="2594">
                  <c:v>-0.35597102065875003</c:v>
                </c:pt>
                <c:pt idx="2595">
                  <c:v>-0.12677847550512</c:v>
                </c:pt>
                <c:pt idx="2596">
                  <c:v>0.267675415714894</c:v>
                </c:pt>
                <c:pt idx="2597">
                  <c:v>0.158621335167659</c:v>
                </c:pt>
                <c:pt idx="2598">
                  <c:v>-0.129923569510183</c:v>
                </c:pt>
                <c:pt idx="2599">
                  <c:v>-0.167250926979648</c:v>
                </c:pt>
                <c:pt idx="2600">
                  <c:v>-0.152004498852786</c:v>
                </c:pt>
                <c:pt idx="2601">
                  <c:v>0.19866485080121199</c:v>
                </c:pt>
                <c:pt idx="2602">
                  <c:v>0.32235318613163999</c:v>
                </c:pt>
                <c:pt idx="2603">
                  <c:v>-0.167619628675965</c:v>
                </c:pt>
                <c:pt idx="2604">
                  <c:v>-0.120971550679961</c:v>
                </c:pt>
                <c:pt idx="2605">
                  <c:v>0.22412486689587799</c:v>
                </c:pt>
                <c:pt idx="2606">
                  <c:v>-0.19270173656461501</c:v>
                </c:pt>
                <c:pt idx="2607">
                  <c:v>-0.109598830722554</c:v>
                </c:pt>
                <c:pt idx="2608">
                  <c:v>0.132042030515684</c:v>
                </c:pt>
                <c:pt idx="2609">
                  <c:v>-0.35828725516532201</c:v>
                </c:pt>
                <c:pt idx="2610">
                  <c:v>-0.14935264903218101</c:v>
                </c:pt>
                <c:pt idx="2611">
                  <c:v>0.28754061159325101</c:v>
                </c:pt>
                <c:pt idx="2612">
                  <c:v>-0.16637610288156099</c:v>
                </c:pt>
                <c:pt idx="2613">
                  <c:v>0.24488679721555701</c:v>
                </c:pt>
                <c:pt idx="2614">
                  <c:v>0.21036399582860801</c:v>
                </c:pt>
                <c:pt idx="2615">
                  <c:v>-0.11893350775258001</c:v>
                </c:pt>
                <c:pt idx="2616">
                  <c:v>0.26680546309034597</c:v>
                </c:pt>
                <c:pt idx="2617">
                  <c:v>0.195175625050581</c:v>
                </c:pt>
                <c:pt idx="2618">
                  <c:v>0.27539162397751599</c:v>
                </c:pt>
                <c:pt idx="2619">
                  <c:v>-0.145175064106176</c:v>
                </c:pt>
                <c:pt idx="2620">
                  <c:v>0.12131962170053601</c:v>
                </c:pt>
                <c:pt idx="2621">
                  <c:v>0.19682365298313101</c:v>
                </c:pt>
                <c:pt idx="2622">
                  <c:v>0.17534847700087</c:v>
                </c:pt>
                <c:pt idx="2623">
                  <c:v>-0.16460321059616601</c:v>
                </c:pt>
                <c:pt idx="2624">
                  <c:v>0.10681025496616001</c:v>
                </c:pt>
                <c:pt idx="2625">
                  <c:v>0.18305291181713601</c:v>
                </c:pt>
                <c:pt idx="2626">
                  <c:v>0.25590877012207602</c:v>
                </c:pt>
                <c:pt idx="2627">
                  <c:v>0.15654419719263801</c:v>
                </c:pt>
                <c:pt idx="2628">
                  <c:v>-0.20265631000153</c:v>
                </c:pt>
                <c:pt idx="2629">
                  <c:v>-0.23409056103388801</c:v>
                </c:pt>
                <c:pt idx="2630">
                  <c:v>0.18316416410535699</c:v>
                </c:pt>
                <c:pt idx="2631">
                  <c:v>0.161903629273244</c:v>
                </c:pt>
                <c:pt idx="2632">
                  <c:v>-0.23900062799629801</c:v>
                </c:pt>
                <c:pt idx="2633">
                  <c:v>-0.13642189599768201</c:v>
                </c:pt>
                <c:pt idx="2634">
                  <c:v>0.26259231263328098</c:v>
                </c:pt>
                <c:pt idx="2635">
                  <c:v>0.22988898336900801</c:v>
                </c:pt>
                <c:pt idx="2636">
                  <c:v>0.16869908350497201</c:v>
                </c:pt>
                <c:pt idx="2637">
                  <c:v>0.17505557016287199</c:v>
                </c:pt>
                <c:pt idx="2638">
                  <c:v>0.35826238595993598</c:v>
                </c:pt>
                <c:pt idx="2639">
                  <c:v>-0.50899720929933101</c:v>
                </c:pt>
                <c:pt idx="2640">
                  <c:v>-0.23247919946543799</c:v>
                </c:pt>
                <c:pt idx="2641">
                  <c:v>-0.19517098230768701</c:v>
                </c:pt>
                <c:pt idx="2642">
                  <c:v>0.18092874961251201</c:v>
                </c:pt>
                <c:pt idx="2643">
                  <c:v>-0.16413790729751601</c:v>
                </c:pt>
                <c:pt idx="2644">
                  <c:v>0.13057341283264601</c:v>
                </c:pt>
                <c:pt idx="2645">
                  <c:v>-0.118943921992798</c:v>
                </c:pt>
                <c:pt idx="2646">
                  <c:v>-0.12429117605477601</c:v>
                </c:pt>
                <c:pt idx="2647">
                  <c:v>0.27774427452086697</c:v>
                </c:pt>
                <c:pt idx="2648">
                  <c:v>-0.14086384423069401</c:v>
                </c:pt>
                <c:pt idx="2649">
                  <c:v>-0.158095863092925</c:v>
                </c:pt>
                <c:pt idx="2650">
                  <c:v>-0.10248993387209999</c:v>
                </c:pt>
                <c:pt idx="2651">
                  <c:v>0.15355790323177801</c:v>
                </c:pt>
                <c:pt idx="2652">
                  <c:v>0.22676914189036901</c:v>
                </c:pt>
                <c:pt idx="2653">
                  <c:v>0.119980242741818</c:v>
                </c:pt>
                <c:pt idx="2654">
                  <c:v>-0.14553391162416701</c:v>
                </c:pt>
                <c:pt idx="2655">
                  <c:v>-0.151702128035271</c:v>
                </c:pt>
                <c:pt idx="2656">
                  <c:v>-0.33959996823719502</c:v>
                </c:pt>
                <c:pt idx="2657">
                  <c:v>-0.134008947818472</c:v>
                </c:pt>
                <c:pt idx="2658">
                  <c:v>0.23092200838243199</c:v>
                </c:pt>
                <c:pt idx="2659">
                  <c:v>-0.15726569708135699</c:v>
                </c:pt>
                <c:pt idx="2660">
                  <c:v>-0.115862606164537</c:v>
                </c:pt>
                <c:pt idx="2661">
                  <c:v>0.21553328413693201</c:v>
                </c:pt>
                <c:pt idx="2662">
                  <c:v>-9.7162920623155499E-2</c:v>
                </c:pt>
                <c:pt idx="2663">
                  <c:v>0.13903610955529899</c:v>
                </c:pt>
                <c:pt idx="2664">
                  <c:v>-0.25741685121454999</c:v>
                </c:pt>
                <c:pt idx="2665">
                  <c:v>0.16936268402239901</c:v>
                </c:pt>
                <c:pt idx="2666">
                  <c:v>-0.12613819950212199</c:v>
                </c:pt>
                <c:pt idx="2667">
                  <c:v>0.23907855995242899</c:v>
                </c:pt>
                <c:pt idx="2668">
                  <c:v>0.17396194446707</c:v>
                </c:pt>
                <c:pt idx="2669">
                  <c:v>-0.19974554978084999</c:v>
                </c:pt>
                <c:pt idx="2670">
                  <c:v>-0.17090908836176399</c:v>
                </c:pt>
                <c:pt idx="2671">
                  <c:v>0.151875746147944</c:v>
                </c:pt>
                <c:pt idx="2672">
                  <c:v>-0.15144717794512999</c:v>
                </c:pt>
                <c:pt idx="2673">
                  <c:v>0.173424716124956</c:v>
                </c:pt>
                <c:pt idx="2674">
                  <c:v>-0.19885890362942099</c:v>
                </c:pt>
                <c:pt idx="2675">
                  <c:v>0.13016382801975401</c:v>
                </c:pt>
                <c:pt idx="2676">
                  <c:v>0.102218234013012</c:v>
                </c:pt>
                <c:pt idx="2677">
                  <c:v>9.5721302033936695E-2</c:v>
                </c:pt>
                <c:pt idx="2678">
                  <c:v>0.184924275379409</c:v>
                </c:pt>
                <c:pt idx="2679">
                  <c:v>-0.26972746421296601</c:v>
                </c:pt>
                <c:pt idx="2680">
                  <c:v>-0.12630440747532001</c:v>
                </c:pt>
                <c:pt idx="2681">
                  <c:v>-0.25366515574352599</c:v>
                </c:pt>
                <c:pt idx="2682">
                  <c:v>0.16896245192764101</c:v>
                </c:pt>
                <c:pt idx="2683">
                  <c:v>-0.22625159910857601</c:v>
                </c:pt>
                <c:pt idx="2684">
                  <c:v>0.133919594845054</c:v>
                </c:pt>
                <c:pt idx="2685">
                  <c:v>-0.15694604455939401</c:v>
                </c:pt>
                <c:pt idx="2686">
                  <c:v>0.13056076981609599</c:v>
                </c:pt>
                <c:pt idx="2687">
                  <c:v>0.10064405919262499</c:v>
                </c:pt>
                <c:pt idx="2688">
                  <c:v>0.155551640581859</c:v>
                </c:pt>
                <c:pt idx="2689">
                  <c:v>0.17449686160731701</c:v>
                </c:pt>
                <c:pt idx="2690">
                  <c:v>0.134670188071606</c:v>
                </c:pt>
                <c:pt idx="2691">
                  <c:v>-0.14601287945678401</c:v>
                </c:pt>
                <c:pt idx="2692">
                  <c:v>0.14582727779757201</c:v>
                </c:pt>
                <c:pt idx="2693">
                  <c:v>0.19370475654453401</c:v>
                </c:pt>
                <c:pt idx="2694">
                  <c:v>0.18488770211328601</c:v>
                </c:pt>
                <c:pt idx="2695">
                  <c:v>-0.26787910817510202</c:v>
                </c:pt>
                <c:pt idx="2696">
                  <c:v>0.35433381409992698</c:v>
                </c:pt>
                <c:pt idx="2697">
                  <c:v>0.109059577080288</c:v>
                </c:pt>
                <c:pt idx="2698">
                  <c:v>-0.22167037875957599</c:v>
                </c:pt>
                <c:pt idx="2699">
                  <c:v>0.180267165502425</c:v>
                </c:pt>
                <c:pt idx="2700">
                  <c:v>-0.10324205732781901</c:v>
                </c:pt>
                <c:pt idx="2701">
                  <c:v>0.17066937275548399</c:v>
                </c:pt>
                <c:pt idx="2702">
                  <c:v>-0.54218219405011303</c:v>
                </c:pt>
                <c:pt idx="2703">
                  <c:v>-0.132246888457448</c:v>
                </c:pt>
                <c:pt idx="2704">
                  <c:v>0.19816946408125699</c:v>
                </c:pt>
                <c:pt idx="2705">
                  <c:v>0.13997520379207601</c:v>
                </c:pt>
                <c:pt idx="2706">
                  <c:v>0.75144732564389505</c:v>
                </c:pt>
                <c:pt idx="2707">
                  <c:v>0.13974168059109399</c:v>
                </c:pt>
                <c:pt idx="2708">
                  <c:v>-0.100482628174767</c:v>
                </c:pt>
                <c:pt idx="2709">
                  <c:v>-0.14134223176124999</c:v>
                </c:pt>
                <c:pt idx="2710">
                  <c:v>0.116788571611501</c:v>
                </c:pt>
                <c:pt idx="2711">
                  <c:v>0.14320234592403799</c:v>
                </c:pt>
                <c:pt idx="2712">
                  <c:v>-0.14641819502116599</c:v>
                </c:pt>
                <c:pt idx="2713">
                  <c:v>0.101201831412027</c:v>
                </c:pt>
                <c:pt idx="2714">
                  <c:v>0.16727999301129901</c:v>
                </c:pt>
                <c:pt idx="2715">
                  <c:v>-0.27416214636712499</c:v>
                </c:pt>
                <c:pt idx="2716">
                  <c:v>-0.20430657550381401</c:v>
                </c:pt>
                <c:pt idx="2717">
                  <c:v>-0.20136129586162699</c:v>
                </c:pt>
                <c:pt idx="2718">
                  <c:v>0.77229239128482197</c:v>
                </c:pt>
                <c:pt idx="2719">
                  <c:v>0.13486428114264001</c:v>
                </c:pt>
                <c:pt idx="2720">
                  <c:v>-0.71903946000683305</c:v>
                </c:pt>
                <c:pt idx="2721">
                  <c:v>-0.21441756516268401</c:v>
                </c:pt>
                <c:pt idx="2722">
                  <c:v>-0.116661217550075</c:v>
                </c:pt>
                <c:pt idx="2723">
                  <c:v>0.13414562317920101</c:v>
                </c:pt>
                <c:pt idx="2724">
                  <c:v>0.16224863364662301</c:v>
                </c:pt>
                <c:pt idx="2725">
                  <c:v>-0.104727033179252</c:v>
                </c:pt>
                <c:pt idx="2726">
                  <c:v>-0.114335724456389</c:v>
                </c:pt>
                <c:pt idx="2727">
                  <c:v>-9.8634638404899305E-2</c:v>
                </c:pt>
                <c:pt idx="2728">
                  <c:v>0.15607318994341701</c:v>
                </c:pt>
                <c:pt idx="2729">
                  <c:v>-0.107469221781194</c:v>
                </c:pt>
                <c:pt idx="2730">
                  <c:v>0.12718792711525101</c:v>
                </c:pt>
                <c:pt idx="2731">
                  <c:v>0.102184483416373</c:v>
                </c:pt>
                <c:pt idx="2732">
                  <c:v>0.15383887733919399</c:v>
                </c:pt>
                <c:pt idx="2733">
                  <c:v>-0.105476314814275</c:v>
                </c:pt>
                <c:pt idx="2734">
                  <c:v>9.9000219623150101E-2</c:v>
                </c:pt>
                <c:pt idx="2735">
                  <c:v>0.16491222305599301</c:v>
                </c:pt>
                <c:pt idx="2736">
                  <c:v>0.22717414180487999</c:v>
                </c:pt>
                <c:pt idx="2737">
                  <c:v>-0.121332442864638</c:v>
                </c:pt>
                <c:pt idx="2738">
                  <c:v>0.42196931559347201</c:v>
                </c:pt>
                <c:pt idx="2739">
                  <c:v>0.113466263062641</c:v>
                </c:pt>
                <c:pt idx="2740">
                  <c:v>-0.17667750142788899</c:v>
                </c:pt>
                <c:pt idx="2741">
                  <c:v>-0.117498134165789</c:v>
                </c:pt>
                <c:pt idx="2742">
                  <c:v>9.5581346391540506E-2</c:v>
                </c:pt>
                <c:pt idx="2743">
                  <c:v>0.19004124131327099</c:v>
                </c:pt>
                <c:pt idx="2744">
                  <c:v>0.102230095057237</c:v>
                </c:pt>
                <c:pt idx="2745">
                  <c:v>0.14273637738943301</c:v>
                </c:pt>
                <c:pt idx="2746">
                  <c:v>0.107198442680264</c:v>
                </c:pt>
                <c:pt idx="2747">
                  <c:v>8.93218477207149E-2</c:v>
                </c:pt>
                <c:pt idx="2748">
                  <c:v>0.103049673184557</c:v>
                </c:pt>
                <c:pt idx="2749">
                  <c:v>0.111994299129002</c:v>
                </c:pt>
                <c:pt idx="2750">
                  <c:v>-8.9008261075957107E-2</c:v>
                </c:pt>
                <c:pt idx="2751">
                  <c:v>0.15760699279005799</c:v>
                </c:pt>
                <c:pt idx="2752">
                  <c:v>-0.13674330178087499</c:v>
                </c:pt>
                <c:pt idx="2753">
                  <c:v>0.12696167667149899</c:v>
                </c:pt>
                <c:pt idx="2754">
                  <c:v>-0.10787940688145201</c:v>
                </c:pt>
                <c:pt idx="2755">
                  <c:v>-0.30356045439413698</c:v>
                </c:pt>
                <c:pt idx="2756">
                  <c:v>-8.8597340926106896E-2</c:v>
                </c:pt>
                <c:pt idx="2757">
                  <c:v>-0.20142597460273801</c:v>
                </c:pt>
                <c:pt idx="2758">
                  <c:v>0.28322078553518498</c:v>
                </c:pt>
                <c:pt idx="2759">
                  <c:v>-0.23723197535333901</c:v>
                </c:pt>
                <c:pt idx="2760">
                  <c:v>0.177364542829483</c:v>
                </c:pt>
                <c:pt idx="2761">
                  <c:v>-0.16625747343241001</c:v>
                </c:pt>
                <c:pt idx="2762">
                  <c:v>-0.110498244899947</c:v>
                </c:pt>
                <c:pt idx="2763">
                  <c:v>0.13223008637359299</c:v>
                </c:pt>
                <c:pt idx="2764">
                  <c:v>9.2274628819026802E-2</c:v>
                </c:pt>
                <c:pt idx="2765">
                  <c:v>-0.17294285427230699</c:v>
                </c:pt>
                <c:pt idx="2766">
                  <c:v>-0.22705800433502801</c:v>
                </c:pt>
                <c:pt idx="2767">
                  <c:v>-0.11817686018229499</c:v>
                </c:pt>
                <c:pt idx="2768">
                  <c:v>0.144198926691299</c:v>
                </c:pt>
                <c:pt idx="2769">
                  <c:v>-0.14131855650935399</c:v>
                </c:pt>
                <c:pt idx="2770">
                  <c:v>-0.17240795678193199</c:v>
                </c:pt>
                <c:pt idx="2771">
                  <c:v>0.17456160977391399</c:v>
                </c:pt>
                <c:pt idx="2772">
                  <c:v>-0.10777401101402299</c:v>
                </c:pt>
                <c:pt idx="2773">
                  <c:v>-0.15087452608715099</c:v>
                </c:pt>
                <c:pt idx="2774">
                  <c:v>-0.132494381734858</c:v>
                </c:pt>
                <c:pt idx="2775">
                  <c:v>-0.15537611948150201</c:v>
                </c:pt>
                <c:pt idx="2776">
                  <c:v>0.12716797150602199</c:v>
                </c:pt>
                <c:pt idx="2777">
                  <c:v>-0.10012454441948999</c:v>
                </c:pt>
                <c:pt idx="2778">
                  <c:v>-0.23951192140024</c:v>
                </c:pt>
                <c:pt idx="2779">
                  <c:v>0.22099244380048999</c:v>
                </c:pt>
                <c:pt idx="2780">
                  <c:v>-0.19984069944446101</c:v>
                </c:pt>
                <c:pt idx="2781">
                  <c:v>-0.31807588760120697</c:v>
                </c:pt>
                <c:pt idx="2782">
                  <c:v>0.320837982157194</c:v>
                </c:pt>
                <c:pt idx="2783">
                  <c:v>0.113577301674717</c:v>
                </c:pt>
                <c:pt idx="2784">
                  <c:v>0.11456951292204599</c:v>
                </c:pt>
                <c:pt idx="2785">
                  <c:v>0.11295665464849899</c:v>
                </c:pt>
                <c:pt idx="2786">
                  <c:v>-0.16631688980144299</c:v>
                </c:pt>
                <c:pt idx="2787">
                  <c:v>0.102884812161488</c:v>
                </c:pt>
                <c:pt idx="2788">
                  <c:v>-0.15571757594373301</c:v>
                </c:pt>
                <c:pt idx="2789">
                  <c:v>-0.16408453664834999</c:v>
                </c:pt>
                <c:pt idx="2790">
                  <c:v>0.17476645142918901</c:v>
                </c:pt>
                <c:pt idx="2791">
                  <c:v>-0.137596996617255</c:v>
                </c:pt>
                <c:pt idx="2792">
                  <c:v>-0.122848680102997</c:v>
                </c:pt>
                <c:pt idx="2793">
                  <c:v>0.13063257107485499</c:v>
                </c:pt>
                <c:pt idx="2794">
                  <c:v>0.14632041178689201</c:v>
                </c:pt>
                <c:pt idx="2795">
                  <c:v>0.28835054170047397</c:v>
                </c:pt>
                <c:pt idx="2796">
                  <c:v>-8.6684778868182405E-2</c:v>
                </c:pt>
                <c:pt idx="2797">
                  <c:v>0.104705178338403</c:v>
                </c:pt>
                <c:pt idx="2798">
                  <c:v>-0.14375218229064801</c:v>
                </c:pt>
                <c:pt idx="2799">
                  <c:v>0.20360901056375599</c:v>
                </c:pt>
                <c:pt idx="2800">
                  <c:v>-0.11376122775299199</c:v>
                </c:pt>
                <c:pt idx="2801">
                  <c:v>0.25066656887982902</c:v>
                </c:pt>
                <c:pt idx="2802">
                  <c:v>0.180966704291841</c:v>
                </c:pt>
                <c:pt idx="2803">
                  <c:v>-0.19345574903964999</c:v>
                </c:pt>
                <c:pt idx="2804">
                  <c:v>-0.21733111124159199</c:v>
                </c:pt>
                <c:pt idx="2805">
                  <c:v>0.16628957565871999</c:v>
                </c:pt>
                <c:pt idx="2806">
                  <c:v>-0.15521892772038701</c:v>
                </c:pt>
                <c:pt idx="2807">
                  <c:v>-0.31353507184581603</c:v>
                </c:pt>
                <c:pt idx="2808">
                  <c:v>0.108891741587907</c:v>
                </c:pt>
                <c:pt idx="2809">
                  <c:v>0.149180808132584</c:v>
                </c:pt>
                <c:pt idx="2810">
                  <c:v>-0.12582721210400299</c:v>
                </c:pt>
                <c:pt idx="2811">
                  <c:v>-0.16286140571406801</c:v>
                </c:pt>
                <c:pt idx="2812">
                  <c:v>-0.103057798515007</c:v>
                </c:pt>
                <c:pt idx="2813">
                  <c:v>0.12787059631634901</c:v>
                </c:pt>
                <c:pt idx="2814">
                  <c:v>-0.15018561242766601</c:v>
                </c:pt>
                <c:pt idx="2815">
                  <c:v>-8.84757028103067E-2</c:v>
                </c:pt>
                <c:pt idx="2816">
                  <c:v>-0.125068588706853</c:v>
                </c:pt>
                <c:pt idx="2817">
                  <c:v>-0.14521254972291001</c:v>
                </c:pt>
                <c:pt idx="2818">
                  <c:v>-0.21296446243650999</c:v>
                </c:pt>
                <c:pt idx="2819">
                  <c:v>0.18516053139403599</c:v>
                </c:pt>
                <c:pt idx="2820">
                  <c:v>-9.5347065990548402E-2</c:v>
                </c:pt>
                <c:pt idx="2821">
                  <c:v>-9.4472434415813197E-2</c:v>
                </c:pt>
                <c:pt idx="2822">
                  <c:v>-0.20167876671655099</c:v>
                </c:pt>
                <c:pt idx="2823">
                  <c:v>-0.13638193598092799</c:v>
                </c:pt>
                <c:pt idx="2824">
                  <c:v>-0.22040147684328201</c:v>
                </c:pt>
                <c:pt idx="2825">
                  <c:v>-9.1696176424456197E-2</c:v>
                </c:pt>
                <c:pt idx="2826">
                  <c:v>0.12216943742252399</c:v>
                </c:pt>
                <c:pt idx="2827">
                  <c:v>-0.176734102447973</c:v>
                </c:pt>
                <c:pt idx="2828">
                  <c:v>0.23416882611879</c:v>
                </c:pt>
                <c:pt idx="2829">
                  <c:v>-0.17136003213380499</c:v>
                </c:pt>
                <c:pt idx="2830">
                  <c:v>0.35910383140618801</c:v>
                </c:pt>
                <c:pt idx="2831">
                  <c:v>0.14652787020328301</c:v>
                </c:pt>
                <c:pt idx="2832">
                  <c:v>0.22324750070084001</c:v>
                </c:pt>
                <c:pt idx="2833">
                  <c:v>-0.14581938619939899</c:v>
                </c:pt>
                <c:pt idx="2834">
                  <c:v>0.111927997736725</c:v>
                </c:pt>
                <c:pt idx="2835">
                  <c:v>0.15736707602019701</c:v>
                </c:pt>
                <c:pt idx="2836">
                  <c:v>0.110775137802296</c:v>
                </c:pt>
                <c:pt idx="2837">
                  <c:v>0.168121616250414</c:v>
                </c:pt>
                <c:pt idx="2838">
                  <c:v>-0.20790173220043001</c:v>
                </c:pt>
                <c:pt idx="2839">
                  <c:v>-0.18092828571106201</c:v>
                </c:pt>
                <c:pt idx="2840">
                  <c:v>0.13038303545368601</c:v>
                </c:pt>
                <c:pt idx="2841">
                  <c:v>0.13753215609599001</c:v>
                </c:pt>
                <c:pt idx="2842">
                  <c:v>8.6455780036974503E-2</c:v>
                </c:pt>
                <c:pt idx="2843">
                  <c:v>0.16902477842257099</c:v>
                </c:pt>
                <c:pt idx="2844">
                  <c:v>-0.125054390035757</c:v>
                </c:pt>
                <c:pt idx="2845">
                  <c:v>0.16117158362293799</c:v>
                </c:pt>
                <c:pt idx="2846">
                  <c:v>-0.192844238359896</c:v>
                </c:pt>
                <c:pt idx="2847">
                  <c:v>-0.11040708808373299</c:v>
                </c:pt>
                <c:pt idx="2848">
                  <c:v>-0.144432142684572</c:v>
                </c:pt>
                <c:pt idx="2849">
                  <c:v>-0.131610528044661</c:v>
                </c:pt>
                <c:pt idx="2850">
                  <c:v>-0.22672793566555099</c:v>
                </c:pt>
                <c:pt idx="2851">
                  <c:v>-9.1870021547830305E-2</c:v>
                </c:pt>
                <c:pt idx="2852">
                  <c:v>0.13341710153518699</c:v>
                </c:pt>
                <c:pt idx="2853">
                  <c:v>-0.10228245812935199</c:v>
                </c:pt>
                <c:pt idx="2854">
                  <c:v>-0.288761723123521</c:v>
                </c:pt>
                <c:pt idx="2855">
                  <c:v>0.183013005864929</c:v>
                </c:pt>
                <c:pt idx="2856">
                  <c:v>-0.112005289133926</c:v>
                </c:pt>
                <c:pt idx="2857">
                  <c:v>-9.5208952612082995E-2</c:v>
                </c:pt>
                <c:pt idx="2858">
                  <c:v>-0.16962690882699699</c:v>
                </c:pt>
                <c:pt idx="2859">
                  <c:v>0.103025786060154</c:v>
                </c:pt>
                <c:pt idx="2860">
                  <c:v>0.32594782244611398</c:v>
                </c:pt>
                <c:pt idx="2861">
                  <c:v>0.18258558424146901</c:v>
                </c:pt>
                <c:pt idx="2862">
                  <c:v>0.13170687380675999</c:v>
                </c:pt>
                <c:pt idx="2863">
                  <c:v>-0.20973683679757499</c:v>
                </c:pt>
                <c:pt idx="2864">
                  <c:v>8.9178012677532295E-2</c:v>
                </c:pt>
                <c:pt idx="2865">
                  <c:v>0.117739276819378</c:v>
                </c:pt>
                <c:pt idx="2866">
                  <c:v>0.13084048957686201</c:v>
                </c:pt>
                <c:pt idx="2867">
                  <c:v>8.6846158759467301E-2</c:v>
                </c:pt>
                <c:pt idx="2868">
                  <c:v>0.16087987822802999</c:v>
                </c:pt>
                <c:pt idx="2869">
                  <c:v>-0.17040901303667499</c:v>
                </c:pt>
                <c:pt idx="2870">
                  <c:v>-0.118032511136207</c:v>
                </c:pt>
                <c:pt idx="2871">
                  <c:v>-0.10011122305166301</c:v>
                </c:pt>
                <c:pt idx="2872">
                  <c:v>-9.2547205337499605E-2</c:v>
                </c:pt>
                <c:pt idx="2873">
                  <c:v>-0.118083292066913</c:v>
                </c:pt>
                <c:pt idx="2874">
                  <c:v>0.11777301205351499</c:v>
                </c:pt>
                <c:pt idx="2875">
                  <c:v>-0.169977356824177</c:v>
                </c:pt>
                <c:pt idx="2876">
                  <c:v>-0.126453228963364</c:v>
                </c:pt>
                <c:pt idx="2877">
                  <c:v>0.12019273346392</c:v>
                </c:pt>
                <c:pt idx="2878">
                  <c:v>0.41376214633596903</c:v>
                </c:pt>
                <c:pt idx="2879">
                  <c:v>-0.100966909730808</c:v>
                </c:pt>
                <c:pt idx="2880">
                  <c:v>9.8442205684900599E-2</c:v>
                </c:pt>
                <c:pt idx="2881">
                  <c:v>-0.14501931257304801</c:v>
                </c:pt>
                <c:pt idx="2882">
                  <c:v>-9.1968758333948103E-2</c:v>
                </c:pt>
                <c:pt idx="2883">
                  <c:v>0.13871875711592499</c:v>
                </c:pt>
                <c:pt idx="2884">
                  <c:v>0.203750303962281</c:v>
                </c:pt>
                <c:pt idx="2885">
                  <c:v>0.108492763919813</c:v>
                </c:pt>
                <c:pt idx="2886">
                  <c:v>0.28123055924497797</c:v>
                </c:pt>
                <c:pt idx="2887">
                  <c:v>-0.16863528785644599</c:v>
                </c:pt>
                <c:pt idx="2888">
                  <c:v>0.15018291364512501</c:v>
                </c:pt>
                <c:pt idx="2889">
                  <c:v>-7.9282396957687198E-2</c:v>
                </c:pt>
                <c:pt idx="2890">
                  <c:v>0.14609886231979599</c:v>
                </c:pt>
                <c:pt idx="2891">
                  <c:v>-0.14645752619836799</c:v>
                </c:pt>
                <c:pt idx="2892">
                  <c:v>-9.0490726419819395E-2</c:v>
                </c:pt>
                <c:pt idx="2893">
                  <c:v>9.1873396390024495E-2</c:v>
                </c:pt>
                <c:pt idx="2894">
                  <c:v>-0.34590420974026198</c:v>
                </c:pt>
                <c:pt idx="2895">
                  <c:v>-0.220000688155885</c:v>
                </c:pt>
                <c:pt idx="2896">
                  <c:v>-0.17797167155690399</c:v>
                </c:pt>
                <c:pt idx="2897">
                  <c:v>-0.16403261672934699</c:v>
                </c:pt>
                <c:pt idx="2898">
                  <c:v>0.1207424774461</c:v>
                </c:pt>
                <c:pt idx="2899">
                  <c:v>0.115902439277797</c:v>
                </c:pt>
                <c:pt idx="2900">
                  <c:v>-9.3524796136875907E-2</c:v>
                </c:pt>
                <c:pt idx="2901">
                  <c:v>-0.221629124587267</c:v>
                </c:pt>
                <c:pt idx="2902">
                  <c:v>-0.20578118751588201</c:v>
                </c:pt>
                <c:pt idx="2903">
                  <c:v>-0.20682501726833999</c:v>
                </c:pt>
                <c:pt idx="2904">
                  <c:v>0.12843821206431</c:v>
                </c:pt>
                <c:pt idx="2905">
                  <c:v>0.23342003764283301</c:v>
                </c:pt>
                <c:pt idx="2906">
                  <c:v>-0.144382024503557</c:v>
                </c:pt>
                <c:pt idx="2907">
                  <c:v>-0.104291113938821</c:v>
                </c:pt>
                <c:pt idx="2908">
                  <c:v>-0.20023596588746501</c:v>
                </c:pt>
                <c:pt idx="2909">
                  <c:v>0.178736924475071</c:v>
                </c:pt>
                <c:pt idx="2910">
                  <c:v>0.10988655173151</c:v>
                </c:pt>
                <c:pt idx="2911">
                  <c:v>-0.19997470679896201</c:v>
                </c:pt>
                <c:pt idx="2912">
                  <c:v>-8.2421226818610194E-2</c:v>
                </c:pt>
                <c:pt idx="2913">
                  <c:v>-0.121596359579179</c:v>
                </c:pt>
                <c:pt idx="2914">
                  <c:v>9.1383871898862906E-2</c:v>
                </c:pt>
                <c:pt idx="2915">
                  <c:v>0.121642155255181</c:v>
                </c:pt>
                <c:pt idx="2916">
                  <c:v>0.190305364094804</c:v>
                </c:pt>
                <c:pt idx="2917">
                  <c:v>0.11013540623982</c:v>
                </c:pt>
                <c:pt idx="2918">
                  <c:v>0.138496155353838</c:v>
                </c:pt>
                <c:pt idx="2919">
                  <c:v>-0.1894142467821</c:v>
                </c:pt>
                <c:pt idx="2920">
                  <c:v>0.138701818294095</c:v>
                </c:pt>
                <c:pt idx="2921">
                  <c:v>-0.27910301663878601</c:v>
                </c:pt>
                <c:pt idx="2922">
                  <c:v>-0.12920548230211501</c:v>
                </c:pt>
                <c:pt idx="2923">
                  <c:v>9.6685917358826104E-2</c:v>
                </c:pt>
                <c:pt idx="2924">
                  <c:v>-0.103004962083169</c:v>
                </c:pt>
                <c:pt idx="2925">
                  <c:v>-0.176148595772158</c:v>
                </c:pt>
                <c:pt idx="2926">
                  <c:v>-0.102380544149099</c:v>
                </c:pt>
                <c:pt idx="2927">
                  <c:v>-0.14387864379985901</c:v>
                </c:pt>
                <c:pt idx="2928">
                  <c:v>9.6976444996002401E-2</c:v>
                </c:pt>
                <c:pt idx="2929">
                  <c:v>0.22580257297954601</c:v>
                </c:pt>
                <c:pt idx="2930">
                  <c:v>9.6705886557305804E-2</c:v>
                </c:pt>
                <c:pt idx="2931">
                  <c:v>9.1291560435760005E-2</c:v>
                </c:pt>
                <c:pt idx="2932">
                  <c:v>0.13444419300353899</c:v>
                </c:pt>
                <c:pt idx="2933">
                  <c:v>0.31206840973308703</c:v>
                </c:pt>
                <c:pt idx="2934">
                  <c:v>0.106001903870141</c:v>
                </c:pt>
                <c:pt idx="2935">
                  <c:v>0.14366817076085101</c:v>
                </c:pt>
                <c:pt idx="2936">
                  <c:v>9.0938596254151294E-2</c:v>
                </c:pt>
                <c:pt idx="2937">
                  <c:v>0.16402917937865499</c:v>
                </c:pt>
                <c:pt idx="2938">
                  <c:v>0.17002890699339099</c:v>
                </c:pt>
                <c:pt idx="2939">
                  <c:v>0.13743437076604101</c:v>
                </c:pt>
                <c:pt idx="2940">
                  <c:v>0.15507528086165201</c:v>
                </c:pt>
                <c:pt idx="2941">
                  <c:v>-0.19547904219058401</c:v>
                </c:pt>
                <c:pt idx="2942">
                  <c:v>0.183886429396111</c:v>
                </c:pt>
                <c:pt idx="2943">
                  <c:v>-8.8161045296402604E-2</c:v>
                </c:pt>
                <c:pt idx="2944">
                  <c:v>-0.17744616440094399</c:v>
                </c:pt>
                <c:pt idx="2945">
                  <c:v>-7.2170091296044306E-2</c:v>
                </c:pt>
                <c:pt idx="2946">
                  <c:v>7.3418068046294097E-2</c:v>
                </c:pt>
                <c:pt idx="2947">
                  <c:v>0.15505580145164199</c:v>
                </c:pt>
                <c:pt idx="2948">
                  <c:v>0.120985963295276</c:v>
                </c:pt>
                <c:pt idx="2949">
                  <c:v>0.132544406306632</c:v>
                </c:pt>
                <c:pt idx="2950">
                  <c:v>0.18860106472798699</c:v>
                </c:pt>
                <c:pt idx="2951">
                  <c:v>-0.35158870773736001</c:v>
                </c:pt>
                <c:pt idx="2952">
                  <c:v>-0.12564517892601401</c:v>
                </c:pt>
                <c:pt idx="2953">
                  <c:v>0.164306143495658</c:v>
                </c:pt>
                <c:pt idx="2954">
                  <c:v>0.10878272429739901</c:v>
                </c:pt>
                <c:pt idx="2955">
                  <c:v>9.1767215719681203E-2</c:v>
                </c:pt>
                <c:pt idx="2956">
                  <c:v>-0.112458208228432</c:v>
                </c:pt>
                <c:pt idx="2957">
                  <c:v>-8.9891449717171695E-2</c:v>
                </c:pt>
                <c:pt idx="2958">
                  <c:v>0.12857810463792099</c:v>
                </c:pt>
                <c:pt idx="2959">
                  <c:v>0.161994204806966</c:v>
                </c:pt>
                <c:pt idx="2960">
                  <c:v>-8.0924138219010899E-2</c:v>
                </c:pt>
                <c:pt idx="2961">
                  <c:v>-0.16760829673842501</c:v>
                </c:pt>
                <c:pt idx="2962">
                  <c:v>-8.2654651322286596E-2</c:v>
                </c:pt>
                <c:pt idx="2963">
                  <c:v>-9.3279732528131404E-2</c:v>
                </c:pt>
                <c:pt idx="2964">
                  <c:v>-0.10441536523919499</c:v>
                </c:pt>
                <c:pt idx="2965">
                  <c:v>-9.7705366419397394E-2</c:v>
                </c:pt>
                <c:pt idx="2966">
                  <c:v>-0.14354946947945599</c:v>
                </c:pt>
                <c:pt idx="2967">
                  <c:v>-8.8176618692699493E-2</c:v>
                </c:pt>
                <c:pt idx="2968">
                  <c:v>0.112714494332081</c:v>
                </c:pt>
                <c:pt idx="2969">
                  <c:v>-0.28580185860330998</c:v>
                </c:pt>
                <c:pt idx="2970">
                  <c:v>-6.9068375627001202E-2</c:v>
                </c:pt>
                <c:pt idx="2971">
                  <c:v>-0.25343791153199602</c:v>
                </c:pt>
                <c:pt idx="2972">
                  <c:v>-8.9117962420182606E-2</c:v>
                </c:pt>
                <c:pt idx="2973">
                  <c:v>-0.15687578476974201</c:v>
                </c:pt>
                <c:pt idx="2974">
                  <c:v>-8.2081650609339404E-2</c:v>
                </c:pt>
                <c:pt idx="2975">
                  <c:v>9.2635935757115803E-2</c:v>
                </c:pt>
                <c:pt idx="2976">
                  <c:v>-0.137119725344618</c:v>
                </c:pt>
                <c:pt idx="2977">
                  <c:v>-0.201372755910491</c:v>
                </c:pt>
                <c:pt idx="2978">
                  <c:v>-8.3176718498482002E-2</c:v>
                </c:pt>
                <c:pt idx="2979">
                  <c:v>-0.31190502767294598</c:v>
                </c:pt>
                <c:pt idx="2980">
                  <c:v>0.122414924024575</c:v>
                </c:pt>
                <c:pt idx="2981">
                  <c:v>-0.15522483741155901</c:v>
                </c:pt>
                <c:pt idx="2982">
                  <c:v>-0.13399319792627701</c:v>
                </c:pt>
                <c:pt idx="2983">
                  <c:v>-0.12930264058410801</c:v>
                </c:pt>
                <c:pt idx="2984">
                  <c:v>0.12378168900354999</c:v>
                </c:pt>
                <c:pt idx="2985">
                  <c:v>-0.10088796701786901</c:v>
                </c:pt>
                <c:pt idx="2986">
                  <c:v>8.6315086200603006E-2</c:v>
                </c:pt>
                <c:pt idx="2987">
                  <c:v>-0.17639898454397601</c:v>
                </c:pt>
                <c:pt idx="2988">
                  <c:v>0.11138165498015699</c:v>
                </c:pt>
                <c:pt idx="2989">
                  <c:v>-0.11801013554055501</c:v>
                </c:pt>
                <c:pt idx="2990">
                  <c:v>-9.9071003362560403E-2</c:v>
                </c:pt>
                <c:pt idx="2991">
                  <c:v>0.118817705612607</c:v>
                </c:pt>
                <c:pt idx="2992">
                  <c:v>8.2026981244556693E-2</c:v>
                </c:pt>
                <c:pt idx="2993">
                  <c:v>9.7423312128395195E-2</c:v>
                </c:pt>
                <c:pt idx="2994">
                  <c:v>-7.8845895074039204E-2</c:v>
                </c:pt>
                <c:pt idx="2995">
                  <c:v>9.5873959838321796E-2</c:v>
                </c:pt>
                <c:pt idx="2996">
                  <c:v>-8.8870920967433903E-2</c:v>
                </c:pt>
                <c:pt idx="2997">
                  <c:v>0.153735087854667</c:v>
                </c:pt>
                <c:pt idx="2998">
                  <c:v>-0.11279946190635599</c:v>
                </c:pt>
                <c:pt idx="2999">
                  <c:v>0.15740440986676801</c:v>
                </c:pt>
                <c:pt idx="3000">
                  <c:v>-0.19369520191884601</c:v>
                </c:pt>
                <c:pt idx="3001">
                  <c:v>-0.12714807534169001</c:v>
                </c:pt>
                <c:pt idx="3002">
                  <c:v>-0.116129387827517</c:v>
                </c:pt>
                <c:pt idx="3003">
                  <c:v>-0.10229032984336001</c:v>
                </c:pt>
                <c:pt idx="3004">
                  <c:v>0.122254880382627</c:v>
                </c:pt>
                <c:pt idx="3005">
                  <c:v>0.113062875548437</c:v>
                </c:pt>
                <c:pt idx="3006">
                  <c:v>0.12338728746830099</c:v>
                </c:pt>
                <c:pt idx="3007">
                  <c:v>0.12578751030641699</c:v>
                </c:pt>
                <c:pt idx="3008">
                  <c:v>0.12944339885217801</c:v>
                </c:pt>
                <c:pt idx="3009">
                  <c:v>-0.17386605188339399</c:v>
                </c:pt>
                <c:pt idx="3010">
                  <c:v>0.152535277130532</c:v>
                </c:pt>
                <c:pt idx="3011">
                  <c:v>0.148458031694712</c:v>
                </c:pt>
                <c:pt idx="3012">
                  <c:v>-0.134808487425992</c:v>
                </c:pt>
                <c:pt idx="3013">
                  <c:v>0.18649383777008699</c:v>
                </c:pt>
                <c:pt idx="3014">
                  <c:v>-8.2165455769050794E-2</c:v>
                </c:pt>
                <c:pt idx="3015">
                  <c:v>0.13351318869340301</c:v>
                </c:pt>
                <c:pt idx="3016">
                  <c:v>-8.285053006135E-2</c:v>
                </c:pt>
                <c:pt idx="3017">
                  <c:v>-8.6638597331170103E-2</c:v>
                </c:pt>
                <c:pt idx="3018">
                  <c:v>0.135778814535257</c:v>
                </c:pt>
                <c:pt idx="3019">
                  <c:v>9.1294928725805094E-2</c:v>
                </c:pt>
                <c:pt idx="3020">
                  <c:v>-7.4877801110190503E-2</c:v>
                </c:pt>
                <c:pt idx="3021">
                  <c:v>-0.17398376337065</c:v>
                </c:pt>
                <c:pt idx="3022">
                  <c:v>9.1686348580584096E-2</c:v>
                </c:pt>
                <c:pt idx="3023">
                  <c:v>-0.14319134018142399</c:v>
                </c:pt>
                <c:pt idx="3024">
                  <c:v>7.3878319319852906E-2</c:v>
                </c:pt>
                <c:pt idx="3025">
                  <c:v>0.202350168806984</c:v>
                </c:pt>
                <c:pt idx="3026">
                  <c:v>-0.15520466605557801</c:v>
                </c:pt>
                <c:pt idx="3027">
                  <c:v>0.124086010760454</c:v>
                </c:pt>
                <c:pt idx="3028">
                  <c:v>7.7001906195029293E-2</c:v>
                </c:pt>
                <c:pt idx="3029">
                  <c:v>9.4260330076043203E-2</c:v>
                </c:pt>
                <c:pt idx="3030">
                  <c:v>7.5945161675420494E-2</c:v>
                </c:pt>
                <c:pt idx="3031">
                  <c:v>0.14694844101495999</c:v>
                </c:pt>
                <c:pt idx="3032">
                  <c:v>0.120551914079272</c:v>
                </c:pt>
                <c:pt idx="3033">
                  <c:v>0.19302140853387001</c:v>
                </c:pt>
                <c:pt idx="3034">
                  <c:v>0.16249946159095399</c:v>
                </c:pt>
                <c:pt idx="3035">
                  <c:v>-8.5551379040591499E-2</c:v>
                </c:pt>
                <c:pt idx="3036">
                  <c:v>-9.2186276573396994E-2</c:v>
                </c:pt>
                <c:pt idx="3037">
                  <c:v>0.11273764120409201</c:v>
                </c:pt>
                <c:pt idx="3038">
                  <c:v>0.11428900057241299</c:v>
                </c:pt>
                <c:pt idx="3039">
                  <c:v>-0.13781051256219401</c:v>
                </c:pt>
                <c:pt idx="3040">
                  <c:v>-0.10377668319729901</c:v>
                </c:pt>
                <c:pt idx="3041">
                  <c:v>7.4566459754763101E-2</c:v>
                </c:pt>
                <c:pt idx="3042">
                  <c:v>7.6177942074764401E-2</c:v>
                </c:pt>
                <c:pt idx="3043">
                  <c:v>8.2130482250693901E-2</c:v>
                </c:pt>
                <c:pt idx="3044">
                  <c:v>0.20158418329584599</c:v>
                </c:pt>
                <c:pt idx="3045">
                  <c:v>0.14284783781983301</c:v>
                </c:pt>
                <c:pt idx="3046">
                  <c:v>-0.140823605636065</c:v>
                </c:pt>
                <c:pt idx="3047">
                  <c:v>0.18675587388225201</c:v>
                </c:pt>
                <c:pt idx="3048">
                  <c:v>-0.125535109107453</c:v>
                </c:pt>
                <c:pt idx="3049">
                  <c:v>0.22543310230084401</c:v>
                </c:pt>
                <c:pt idx="3050">
                  <c:v>-6.7829223497874097E-2</c:v>
                </c:pt>
                <c:pt idx="3051">
                  <c:v>-7.9558681118886199E-2</c:v>
                </c:pt>
                <c:pt idx="3052">
                  <c:v>0.15196606741579899</c:v>
                </c:pt>
                <c:pt idx="3053">
                  <c:v>0.10498645340005899</c:v>
                </c:pt>
                <c:pt idx="3054">
                  <c:v>-0.140196677481118</c:v>
                </c:pt>
                <c:pt idx="3055">
                  <c:v>0.187536926230322</c:v>
                </c:pt>
                <c:pt idx="3056">
                  <c:v>8.2284263216543294E-2</c:v>
                </c:pt>
                <c:pt idx="3057">
                  <c:v>8.0363476235227396E-2</c:v>
                </c:pt>
                <c:pt idx="3058">
                  <c:v>-0.106998482577897</c:v>
                </c:pt>
                <c:pt idx="3059">
                  <c:v>0.13246783153507</c:v>
                </c:pt>
                <c:pt idx="3060">
                  <c:v>-9.4974666055808399E-2</c:v>
                </c:pt>
                <c:pt idx="3061">
                  <c:v>-0.10673200110601</c:v>
                </c:pt>
                <c:pt idx="3062">
                  <c:v>-0.100045063149899</c:v>
                </c:pt>
                <c:pt idx="3063">
                  <c:v>0.108696534527034</c:v>
                </c:pt>
                <c:pt idx="3064">
                  <c:v>-0.14632819215270099</c:v>
                </c:pt>
                <c:pt idx="3065">
                  <c:v>-0.11779625505322899</c:v>
                </c:pt>
                <c:pt idx="3066">
                  <c:v>-6.7114551987614804E-2</c:v>
                </c:pt>
                <c:pt idx="3067">
                  <c:v>7.1201334707826205E-2</c:v>
                </c:pt>
                <c:pt idx="3068">
                  <c:v>7.8952384764413394E-2</c:v>
                </c:pt>
                <c:pt idx="3069">
                  <c:v>0.19080084670119399</c:v>
                </c:pt>
                <c:pt idx="3070">
                  <c:v>-7.5361031215884097E-2</c:v>
                </c:pt>
                <c:pt idx="3071">
                  <c:v>0.21162703053554899</c:v>
                </c:pt>
                <c:pt idx="3072">
                  <c:v>8.8612897151687506E-2</c:v>
                </c:pt>
                <c:pt idx="3073">
                  <c:v>-0.10517123987752799</c:v>
                </c:pt>
                <c:pt idx="3074">
                  <c:v>0.310543536265108</c:v>
                </c:pt>
                <c:pt idx="3075">
                  <c:v>-9.5845786914509304E-2</c:v>
                </c:pt>
                <c:pt idx="3076">
                  <c:v>-7.0212927018140206E-2</c:v>
                </c:pt>
                <c:pt idx="3077">
                  <c:v>7.1532014265780902E-2</c:v>
                </c:pt>
                <c:pt idx="3078">
                  <c:v>8.7810259405308996E-2</c:v>
                </c:pt>
                <c:pt idx="3079">
                  <c:v>0.10491600215947</c:v>
                </c:pt>
                <c:pt idx="3080">
                  <c:v>0.23440201265152899</c:v>
                </c:pt>
                <c:pt idx="3081">
                  <c:v>-8.4854559356823997E-2</c:v>
                </c:pt>
                <c:pt idx="3082">
                  <c:v>0.13139117648433499</c:v>
                </c:pt>
                <c:pt idx="3083">
                  <c:v>-0.42299139994032597</c:v>
                </c:pt>
                <c:pt idx="3084">
                  <c:v>9.6080572748924495E-2</c:v>
                </c:pt>
                <c:pt idx="3085">
                  <c:v>0.12444507562677</c:v>
                </c:pt>
                <c:pt idx="3086">
                  <c:v>-7.0291604880054606E-2</c:v>
                </c:pt>
                <c:pt idx="3087">
                  <c:v>0.12479455921544499</c:v>
                </c:pt>
                <c:pt idx="3088">
                  <c:v>0.12500570037730099</c:v>
                </c:pt>
                <c:pt idx="3089">
                  <c:v>0.118426568038853</c:v>
                </c:pt>
                <c:pt idx="3090">
                  <c:v>-8.0862666698692506E-2</c:v>
                </c:pt>
                <c:pt idx="3091">
                  <c:v>-0.180015375584958</c:v>
                </c:pt>
                <c:pt idx="3092">
                  <c:v>6.11360393186509E-2</c:v>
                </c:pt>
                <c:pt idx="3093">
                  <c:v>0.17061419816676299</c:v>
                </c:pt>
                <c:pt idx="3094">
                  <c:v>-9.16685287957648E-2</c:v>
                </c:pt>
                <c:pt idx="3095">
                  <c:v>0.102410715339953</c:v>
                </c:pt>
                <c:pt idx="3096">
                  <c:v>6.1397584655672702E-2</c:v>
                </c:pt>
                <c:pt idx="3097">
                  <c:v>-0.15002380473554</c:v>
                </c:pt>
                <c:pt idx="3098">
                  <c:v>-9.9569109331980599E-2</c:v>
                </c:pt>
                <c:pt idx="3099">
                  <c:v>0.19725542602638099</c:v>
                </c:pt>
                <c:pt idx="3100">
                  <c:v>-8.8194832181226701E-2</c:v>
                </c:pt>
                <c:pt idx="3101">
                  <c:v>-0.203480543315017</c:v>
                </c:pt>
                <c:pt idx="3102">
                  <c:v>-9.6995457733619603E-2</c:v>
                </c:pt>
                <c:pt idx="3103">
                  <c:v>-0.102848027806882</c:v>
                </c:pt>
                <c:pt idx="3104">
                  <c:v>0.111911359518544</c:v>
                </c:pt>
                <c:pt idx="3105">
                  <c:v>0.126447632745606</c:v>
                </c:pt>
                <c:pt idx="3106">
                  <c:v>-9.9038083378712102E-2</c:v>
                </c:pt>
                <c:pt idx="3107">
                  <c:v>7.4635160244312701E-2</c:v>
                </c:pt>
                <c:pt idx="3108">
                  <c:v>0.140677778691643</c:v>
                </c:pt>
                <c:pt idx="3109">
                  <c:v>-7.1044094814887201E-2</c:v>
                </c:pt>
                <c:pt idx="3110">
                  <c:v>-8.9927692812196397E-2</c:v>
                </c:pt>
                <c:pt idx="3111">
                  <c:v>-0.16335236214198501</c:v>
                </c:pt>
                <c:pt idx="3112">
                  <c:v>0.10512221415183</c:v>
                </c:pt>
                <c:pt idx="3113">
                  <c:v>8.1162763289640297E-2</c:v>
                </c:pt>
                <c:pt idx="3114">
                  <c:v>7.29885664310643E-2</c:v>
                </c:pt>
                <c:pt idx="3115">
                  <c:v>8.6042471753948704E-2</c:v>
                </c:pt>
                <c:pt idx="3116">
                  <c:v>8.9128536077190304E-2</c:v>
                </c:pt>
                <c:pt idx="3117">
                  <c:v>-9.8542317052824999E-2</c:v>
                </c:pt>
                <c:pt idx="3118">
                  <c:v>-7.4045837391494701E-2</c:v>
                </c:pt>
                <c:pt idx="3119">
                  <c:v>-8.0637679556613107E-2</c:v>
                </c:pt>
                <c:pt idx="3120">
                  <c:v>-7.3854075786620399E-2</c:v>
                </c:pt>
                <c:pt idx="3121">
                  <c:v>0.14847173624651999</c:v>
                </c:pt>
                <c:pt idx="3122">
                  <c:v>0.145961011388373</c:v>
                </c:pt>
                <c:pt idx="3123">
                  <c:v>9.6319021624786699E-2</c:v>
                </c:pt>
                <c:pt idx="3124">
                  <c:v>9.8718956061901494E-2</c:v>
                </c:pt>
                <c:pt idx="3125">
                  <c:v>-6.1468034522789601E-2</c:v>
                </c:pt>
                <c:pt idx="3126">
                  <c:v>9.6455964894079899E-2</c:v>
                </c:pt>
                <c:pt idx="3127">
                  <c:v>-0.13764632200310001</c:v>
                </c:pt>
                <c:pt idx="3128">
                  <c:v>9.0087400856987201E-2</c:v>
                </c:pt>
                <c:pt idx="3129">
                  <c:v>0.119302121675062</c:v>
                </c:pt>
                <c:pt idx="3130">
                  <c:v>6.3182716912663806E-2</c:v>
                </c:pt>
                <c:pt idx="3131">
                  <c:v>0.124234214944114</c:v>
                </c:pt>
                <c:pt idx="3132">
                  <c:v>0.111529978427743</c:v>
                </c:pt>
                <c:pt idx="3133">
                  <c:v>-0.141504078659271</c:v>
                </c:pt>
                <c:pt idx="3134">
                  <c:v>0.115610130496222</c:v>
                </c:pt>
                <c:pt idx="3135">
                  <c:v>-0.15810379576396</c:v>
                </c:pt>
                <c:pt idx="3136">
                  <c:v>8.2433610262626203E-2</c:v>
                </c:pt>
                <c:pt idx="3137">
                  <c:v>-8.9772846462473396E-2</c:v>
                </c:pt>
                <c:pt idx="3138">
                  <c:v>-9.2694575741930393E-2</c:v>
                </c:pt>
                <c:pt idx="3139">
                  <c:v>7.8575955196846806E-2</c:v>
                </c:pt>
                <c:pt idx="3140">
                  <c:v>-0.355479576632099</c:v>
                </c:pt>
                <c:pt idx="3141">
                  <c:v>-0.114365005603911</c:v>
                </c:pt>
                <c:pt idx="3142">
                  <c:v>-7.6474236677821494E-2</c:v>
                </c:pt>
                <c:pt idx="3143">
                  <c:v>9.0992215333816504E-2</c:v>
                </c:pt>
                <c:pt idx="3144">
                  <c:v>0.12189000219275301</c:v>
                </c:pt>
                <c:pt idx="3145">
                  <c:v>7.4376884911945496E-2</c:v>
                </c:pt>
                <c:pt idx="3146">
                  <c:v>-0.109833819124582</c:v>
                </c:pt>
                <c:pt idx="3147">
                  <c:v>-0.138958522831089</c:v>
                </c:pt>
                <c:pt idx="3148">
                  <c:v>-7.8217918154184204E-2</c:v>
                </c:pt>
                <c:pt idx="3149">
                  <c:v>-0.11364980414832</c:v>
                </c:pt>
                <c:pt idx="3150">
                  <c:v>8.0708352135289402E-2</c:v>
                </c:pt>
                <c:pt idx="3151">
                  <c:v>0.15559140783502201</c:v>
                </c:pt>
                <c:pt idx="3152">
                  <c:v>9.7038228814206207E-2</c:v>
                </c:pt>
                <c:pt idx="3153">
                  <c:v>-0.13202939261886101</c:v>
                </c:pt>
                <c:pt idx="3154">
                  <c:v>-8.3812600749816099E-2</c:v>
                </c:pt>
                <c:pt idx="3155">
                  <c:v>-7.2624195241615994E-2</c:v>
                </c:pt>
                <c:pt idx="3156">
                  <c:v>-7.7100768055892402E-2</c:v>
                </c:pt>
                <c:pt idx="3157">
                  <c:v>7.4941356482106897E-2</c:v>
                </c:pt>
                <c:pt idx="3158">
                  <c:v>-6.77015475883707E-2</c:v>
                </c:pt>
                <c:pt idx="3159">
                  <c:v>-8.3954495193701503E-2</c:v>
                </c:pt>
                <c:pt idx="3160">
                  <c:v>6.2769459662234794E-2</c:v>
                </c:pt>
                <c:pt idx="3161">
                  <c:v>6.7408083472138003E-2</c:v>
                </c:pt>
                <c:pt idx="3162">
                  <c:v>-0.106696795310548</c:v>
                </c:pt>
                <c:pt idx="3163">
                  <c:v>-7.4160127505308496E-2</c:v>
                </c:pt>
                <c:pt idx="3164">
                  <c:v>9.6199531478280406E-2</c:v>
                </c:pt>
                <c:pt idx="3165">
                  <c:v>-0.14660669475435001</c:v>
                </c:pt>
                <c:pt idx="3166">
                  <c:v>-0.19465167264217001</c:v>
                </c:pt>
                <c:pt idx="3167">
                  <c:v>6.4544628313900204E-2</c:v>
                </c:pt>
                <c:pt idx="3168">
                  <c:v>6.2856584189987103E-2</c:v>
                </c:pt>
                <c:pt idx="3169">
                  <c:v>-9.6816087812129595E-2</c:v>
                </c:pt>
                <c:pt idx="3170">
                  <c:v>-9.7031533775904705E-2</c:v>
                </c:pt>
                <c:pt idx="3171">
                  <c:v>-0.12769711003265799</c:v>
                </c:pt>
                <c:pt idx="3172">
                  <c:v>-8.6697624989561503E-2</c:v>
                </c:pt>
                <c:pt idx="3173">
                  <c:v>-5.7919202629406599E-2</c:v>
                </c:pt>
                <c:pt idx="3174">
                  <c:v>0.10451408460736999</c:v>
                </c:pt>
                <c:pt idx="3175">
                  <c:v>-9.1030835556907205E-2</c:v>
                </c:pt>
                <c:pt idx="3176">
                  <c:v>7.8399386379146604E-2</c:v>
                </c:pt>
                <c:pt idx="3177">
                  <c:v>-8.7535079599117396E-2</c:v>
                </c:pt>
                <c:pt idx="3178">
                  <c:v>9.5686625600556893E-2</c:v>
                </c:pt>
                <c:pt idx="3179">
                  <c:v>-0.101338580095526</c:v>
                </c:pt>
                <c:pt idx="3180">
                  <c:v>-7.4367987735371302E-2</c:v>
                </c:pt>
                <c:pt idx="3181">
                  <c:v>9.4747586476806603E-2</c:v>
                </c:pt>
                <c:pt idx="3182">
                  <c:v>7.1852023667190706E-2</c:v>
                </c:pt>
                <c:pt idx="3183">
                  <c:v>-0.101836279188806</c:v>
                </c:pt>
                <c:pt idx="3184">
                  <c:v>8.5144269394653804E-2</c:v>
                </c:pt>
                <c:pt idx="3185">
                  <c:v>-0.21641976283479999</c:v>
                </c:pt>
                <c:pt idx="3186">
                  <c:v>-0.132696583505723</c:v>
                </c:pt>
                <c:pt idx="3187">
                  <c:v>-8.5597747619082995E-2</c:v>
                </c:pt>
                <c:pt idx="3188">
                  <c:v>0.15492109521044001</c:v>
                </c:pt>
                <c:pt idx="3189">
                  <c:v>-0.33701940579232198</c:v>
                </c:pt>
                <c:pt idx="3190">
                  <c:v>-5.9165196557991399E-2</c:v>
                </c:pt>
                <c:pt idx="3191">
                  <c:v>8.2071582262738502E-2</c:v>
                </c:pt>
                <c:pt idx="3192">
                  <c:v>7.13989255860525E-2</c:v>
                </c:pt>
                <c:pt idx="3193">
                  <c:v>9.2965567671569702E-2</c:v>
                </c:pt>
                <c:pt idx="3194">
                  <c:v>8.3443489601780399E-2</c:v>
                </c:pt>
                <c:pt idx="3195">
                  <c:v>6.8045933193094002E-2</c:v>
                </c:pt>
                <c:pt idx="3196">
                  <c:v>6.4866431323018503E-2</c:v>
                </c:pt>
                <c:pt idx="3197">
                  <c:v>0.114705589027675</c:v>
                </c:pt>
                <c:pt idx="3198">
                  <c:v>0.10137672961352701</c:v>
                </c:pt>
                <c:pt idx="3199">
                  <c:v>0.138645866892077</c:v>
                </c:pt>
                <c:pt idx="3200">
                  <c:v>-0.17351439734969201</c:v>
                </c:pt>
                <c:pt idx="3201">
                  <c:v>-6.6121924146301594E-2</c:v>
                </c:pt>
                <c:pt idx="3202">
                  <c:v>9.2926900296916401E-2</c:v>
                </c:pt>
                <c:pt idx="3203">
                  <c:v>-0.12340953228184</c:v>
                </c:pt>
                <c:pt idx="3204">
                  <c:v>-8.3514220594032906E-2</c:v>
                </c:pt>
                <c:pt idx="3205">
                  <c:v>-5.8149621158026597E-2</c:v>
                </c:pt>
                <c:pt idx="3206">
                  <c:v>8.8712472416386107E-2</c:v>
                </c:pt>
                <c:pt idx="3207">
                  <c:v>8.7745865289498695E-2</c:v>
                </c:pt>
                <c:pt idx="3208">
                  <c:v>-7.9078737939983795E-2</c:v>
                </c:pt>
                <c:pt idx="3209">
                  <c:v>-0.16775422853132901</c:v>
                </c:pt>
                <c:pt idx="3210">
                  <c:v>-0.164004300242233</c:v>
                </c:pt>
                <c:pt idx="3211">
                  <c:v>0.1116469785294</c:v>
                </c:pt>
                <c:pt idx="3212">
                  <c:v>8.6705758201354399E-2</c:v>
                </c:pt>
                <c:pt idx="3213">
                  <c:v>0.109188446605025</c:v>
                </c:pt>
                <c:pt idx="3214">
                  <c:v>0.113715743892111</c:v>
                </c:pt>
                <c:pt idx="3215">
                  <c:v>-9.6716095522907594E-2</c:v>
                </c:pt>
                <c:pt idx="3216">
                  <c:v>0.22092248924375499</c:v>
                </c:pt>
                <c:pt idx="3217">
                  <c:v>-5.9280415922092503E-2</c:v>
                </c:pt>
                <c:pt idx="3218">
                  <c:v>-5.1855774886934797E-2</c:v>
                </c:pt>
                <c:pt idx="3219">
                  <c:v>-0.11612209792686901</c:v>
                </c:pt>
                <c:pt idx="3220">
                  <c:v>8.2155897172363296E-2</c:v>
                </c:pt>
                <c:pt idx="3221">
                  <c:v>0.14108072870050101</c:v>
                </c:pt>
                <c:pt idx="3222">
                  <c:v>0.13827287600145899</c:v>
                </c:pt>
                <c:pt idx="3223">
                  <c:v>5.8661201253968898E-2</c:v>
                </c:pt>
                <c:pt idx="3224">
                  <c:v>0.110704321692637</c:v>
                </c:pt>
                <c:pt idx="3225">
                  <c:v>-6.5396440430241398E-2</c:v>
                </c:pt>
                <c:pt idx="3226">
                  <c:v>-9.1425086710614806E-2</c:v>
                </c:pt>
                <c:pt idx="3227">
                  <c:v>-8.9511211335633306E-2</c:v>
                </c:pt>
                <c:pt idx="3228">
                  <c:v>6.4368533037917799E-2</c:v>
                </c:pt>
                <c:pt idx="3229">
                  <c:v>5.1971635749115598E-2</c:v>
                </c:pt>
                <c:pt idx="3230">
                  <c:v>-0.112012570478985</c:v>
                </c:pt>
                <c:pt idx="3231">
                  <c:v>8.8923520533505496E-2</c:v>
                </c:pt>
                <c:pt idx="3232">
                  <c:v>5.4223695586145503E-2</c:v>
                </c:pt>
                <c:pt idx="3233">
                  <c:v>-7.4807453732631798E-2</c:v>
                </c:pt>
                <c:pt idx="3234">
                  <c:v>8.9782430958955203E-2</c:v>
                </c:pt>
                <c:pt idx="3235">
                  <c:v>7.7535481489554997E-2</c:v>
                </c:pt>
                <c:pt idx="3236">
                  <c:v>-5.5032975570377098E-2</c:v>
                </c:pt>
                <c:pt idx="3237">
                  <c:v>-5.7149388312872397E-2</c:v>
                </c:pt>
                <c:pt idx="3238">
                  <c:v>9.8668725142971397E-2</c:v>
                </c:pt>
                <c:pt idx="3239">
                  <c:v>9.58324020586616E-2</c:v>
                </c:pt>
                <c:pt idx="3240">
                  <c:v>0.13483439623365001</c:v>
                </c:pt>
                <c:pt idx="3241">
                  <c:v>-6.2275204957980897E-2</c:v>
                </c:pt>
                <c:pt idx="3242">
                  <c:v>5.0475775958457099E-2</c:v>
                </c:pt>
                <c:pt idx="3243">
                  <c:v>0.103829088602819</c:v>
                </c:pt>
                <c:pt idx="3244">
                  <c:v>6.5514949707328199E-2</c:v>
                </c:pt>
                <c:pt idx="3245">
                  <c:v>-0.116800496088011</c:v>
                </c:pt>
                <c:pt idx="3246">
                  <c:v>-7.3965008690159095E-2</c:v>
                </c:pt>
                <c:pt idx="3247">
                  <c:v>-6.8233138841776494E-2</c:v>
                </c:pt>
                <c:pt idx="3248">
                  <c:v>5.6708320940760601E-2</c:v>
                </c:pt>
                <c:pt idx="3249">
                  <c:v>0.10133760616312799</c:v>
                </c:pt>
                <c:pt idx="3250">
                  <c:v>-0.135402453867391</c:v>
                </c:pt>
                <c:pt idx="3251">
                  <c:v>5.2984030772606203E-2</c:v>
                </c:pt>
                <c:pt idx="3252">
                  <c:v>0.106533225679858</c:v>
                </c:pt>
                <c:pt idx="3253">
                  <c:v>-5.3625531856916098E-2</c:v>
                </c:pt>
                <c:pt idx="3254">
                  <c:v>9.3452723471496996E-2</c:v>
                </c:pt>
                <c:pt idx="3255">
                  <c:v>9.3489109593633699E-2</c:v>
                </c:pt>
                <c:pt idx="3256">
                  <c:v>6.8128085238491606E-2</c:v>
                </c:pt>
                <c:pt idx="3257">
                  <c:v>5.5256444505065602E-2</c:v>
                </c:pt>
                <c:pt idx="3258">
                  <c:v>-6.6029599863274099E-2</c:v>
                </c:pt>
                <c:pt idx="3259">
                  <c:v>5.8917755587909702E-2</c:v>
                </c:pt>
                <c:pt idx="3260">
                  <c:v>-7.4403686103508407E-2</c:v>
                </c:pt>
                <c:pt idx="3261">
                  <c:v>0.124821513485422</c:v>
                </c:pt>
                <c:pt idx="3262">
                  <c:v>5.2978305836600001E-2</c:v>
                </c:pt>
                <c:pt idx="3263">
                  <c:v>9.3531765158001406E-2</c:v>
                </c:pt>
                <c:pt idx="3264">
                  <c:v>-7.8980710828084E-2</c:v>
                </c:pt>
                <c:pt idx="3265">
                  <c:v>6.4798908775561201E-2</c:v>
                </c:pt>
                <c:pt idx="3266">
                  <c:v>-6.2444521348751898E-2</c:v>
                </c:pt>
                <c:pt idx="3267">
                  <c:v>-6.1012358673408998E-2</c:v>
                </c:pt>
                <c:pt idx="3268">
                  <c:v>-5.7574199302727898E-2</c:v>
                </c:pt>
                <c:pt idx="3269">
                  <c:v>-6.04950220034901E-2</c:v>
                </c:pt>
                <c:pt idx="3270">
                  <c:v>-6.5002925781179499E-2</c:v>
                </c:pt>
                <c:pt idx="3271">
                  <c:v>-9.7738693946219299E-2</c:v>
                </c:pt>
                <c:pt idx="3272">
                  <c:v>-0.13122580407708301</c:v>
                </c:pt>
                <c:pt idx="3273">
                  <c:v>5.4619955314883797E-2</c:v>
                </c:pt>
                <c:pt idx="3274">
                  <c:v>7.5604910105695894E-2</c:v>
                </c:pt>
                <c:pt idx="3275">
                  <c:v>0.17195975002319799</c:v>
                </c:pt>
                <c:pt idx="3276">
                  <c:v>-8.9839929085787404E-2</c:v>
                </c:pt>
                <c:pt idx="3277">
                  <c:v>0.103920681182167</c:v>
                </c:pt>
                <c:pt idx="3278">
                  <c:v>6.4845805778947593E-2</c:v>
                </c:pt>
                <c:pt idx="3279">
                  <c:v>-9.6648987060220307E-2</c:v>
                </c:pt>
                <c:pt idx="3280">
                  <c:v>-5.2968209667731997E-2</c:v>
                </c:pt>
                <c:pt idx="3281">
                  <c:v>-5.8553149592640401E-2</c:v>
                </c:pt>
                <c:pt idx="3282">
                  <c:v>-8.2779944335683794E-2</c:v>
                </c:pt>
                <c:pt idx="3283">
                  <c:v>-5.8545701059532697E-2</c:v>
                </c:pt>
                <c:pt idx="3284">
                  <c:v>-0.104350304893149</c:v>
                </c:pt>
                <c:pt idx="3285">
                  <c:v>-7.2696328102686905E-2</c:v>
                </c:pt>
                <c:pt idx="3286">
                  <c:v>0.107302145048578</c:v>
                </c:pt>
                <c:pt idx="3287">
                  <c:v>-5.4534866077908403E-2</c:v>
                </c:pt>
                <c:pt idx="3288">
                  <c:v>-6.6034499338897504E-2</c:v>
                </c:pt>
                <c:pt idx="3289">
                  <c:v>0.13923410452302701</c:v>
                </c:pt>
                <c:pt idx="3290">
                  <c:v>7.6866924465342407E-2</c:v>
                </c:pt>
                <c:pt idx="3291">
                  <c:v>-5.2907604802197E-2</c:v>
                </c:pt>
                <c:pt idx="3292">
                  <c:v>9.0925607234616707E-2</c:v>
                </c:pt>
                <c:pt idx="3293">
                  <c:v>6.6009436774883995E-2</c:v>
                </c:pt>
                <c:pt idx="3294">
                  <c:v>-8.0691766460859099E-2</c:v>
                </c:pt>
                <c:pt idx="3295">
                  <c:v>-0.142408257012445</c:v>
                </c:pt>
                <c:pt idx="3296">
                  <c:v>5.6199589815090399E-2</c:v>
                </c:pt>
                <c:pt idx="3297">
                  <c:v>4.9547014937569897E-2</c:v>
                </c:pt>
                <c:pt idx="3298">
                  <c:v>-6.16293968548405E-2</c:v>
                </c:pt>
                <c:pt idx="3299">
                  <c:v>6.6216833848646003E-2</c:v>
                </c:pt>
                <c:pt idx="3300">
                  <c:v>-7.5517946800939498E-2</c:v>
                </c:pt>
                <c:pt idx="3301">
                  <c:v>-7.1484870600791298E-2</c:v>
                </c:pt>
                <c:pt idx="3302">
                  <c:v>-4.7304804644149101E-2</c:v>
                </c:pt>
                <c:pt idx="3303">
                  <c:v>-0.15940459709126001</c:v>
                </c:pt>
                <c:pt idx="3304">
                  <c:v>8.8396619683660305E-2</c:v>
                </c:pt>
                <c:pt idx="3305">
                  <c:v>-7.0547126925610798E-2</c:v>
                </c:pt>
                <c:pt idx="3306">
                  <c:v>9.9989273167682996E-2</c:v>
                </c:pt>
                <c:pt idx="3307">
                  <c:v>-9.5095264847298494E-2</c:v>
                </c:pt>
                <c:pt idx="3308">
                  <c:v>-0.116836572449003</c:v>
                </c:pt>
                <c:pt idx="3309">
                  <c:v>5.9346033486921398E-2</c:v>
                </c:pt>
                <c:pt idx="3310">
                  <c:v>6.0726959449976199E-2</c:v>
                </c:pt>
                <c:pt idx="3311">
                  <c:v>0.15313551675484399</c:v>
                </c:pt>
                <c:pt idx="3312">
                  <c:v>5.5941213558000399E-2</c:v>
                </c:pt>
                <c:pt idx="3313">
                  <c:v>5.2192744947511499E-2</c:v>
                </c:pt>
                <c:pt idx="3314">
                  <c:v>8.0971349529711703E-2</c:v>
                </c:pt>
                <c:pt idx="3315">
                  <c:v>8.3445825755845193E-2</c:v>
                </c:pt>
                <c:pt idx="3316">
                  <c:v>5.1273343842311199E-2</c:v>
                </c:pt>
                <c:pt idx="3317">
                  <c:v>5.0032954706669103E-2</c:v>
                </c:pt>
                <c:pt idx="3318">
                  <c:v>-5.7263410742663702E-2</c:v>
                </c:pt>
                <c:pt idx="3319">
                  <c:v>-0.10625977974454801</c:v>
                </c:pt>
                <c:pt idx="3320">
                  <c:v>5.2803447348353003E-2</c:v>
                </c:pt>
                <c:pt idx="3321">
                  <c:v>-0.190976643489499</c:v>
                </c:pt>
                <c:pt idx="3322">
                  <c:v>5.3745154734166099E-2</c:v>
                </c:pt>
                <c:pt idx="3323">
                  <c:v>6.4635869668506998E-2</c:v>
                </c:pt>
                <c:pt idx="3324">
                  <c:v>7.7651950163364306E-2</c:v>
                </c:pt>
                <c:pt idx="3325">
                  <c:v>-5.0847294846605003E-2</c:v>
                </c:pt>
                <c:pt idx="3326">
                  <c:v>-0.128937514325937</c:v>
                </c:pt>
                <c:pt idx="3327">
                  <c:v>-5.0822333042333398E-2</c:v>
                </c:pt>
                <c:pt idx="3328">
                  <c:v>-6.7506514003362397E-2</c:v>
                </c:pt>
                <c:pt idx="3329">
                  <c:v>7.6127407447472706E-2</c:v>
                </c:pt>
                <c:pt idx="3330">
                  <c:v>-6.4162009779252599E-2</c:v>
                </c:pt>
                <c:pt idx="3331">
                  <c:v>0.118794881111661</c:v>
                </c:pt>
                <c:pt idx="3332">
                  <c:v>7.6102187848803696E-2</c:v>
                </c:pt>
                <c:pt idx="3333">
                  <c:v>-8.8482940359337903E-2</c:v>
                </c:pt>
                <c:pt idx="3334">
                  <c:v>-4.57691699345091E-2</c:v>
                </c:pt>
                <c:pt idx="3335">
                  <c:v>-7.3571002016631595E-2</c:v>
                </c:pt>
                <c:pt idx="3336">
                  <c:v>0.105273061067859</c:v>
                </c:pt>
                <c:pt idx="3337">
                  <c:v>8.8858174339325302E-2</c:v>
                </c:pt>
                <c:pt idx="3338">
                  <c:v>6.4365462546348298E-2</c:v>
                </c:pt>
                <c:pt idx="3339">
                  <c:v>7.0952792401847403E-2</c:v>
                </c:pt>
                <c:pt idx="3340">
                  <c:v>-5.6159809130143401E-2</c:v>
                </c:pt>
                <c:pt idx="3341">
                  <c:v>8.5350004906207005E-2</c:v>
                </c:pt>
                <c:pt idx="3342">
                  <c:v>6.4642914558536504E-2</c:v>
                </c:pt>
                <c:pt idx="3343">
                  <c:v>5.1749907535427297E-2</c:v>
                </c:pt>
                <c:pt idx="3344">
                  <c:v>-5.3594368540331103E-2</c:v>
                </c:pt>
                <c:pt idx="3345">
                  <c:v>6.1054365222265303E-2</c:v>
                </c:pt>
                <c:pt idx="3346">
                  <c:v>4.7751266096291503E-2</c:v>
                </c:pt>
                <c:pt idx="3347">
                  <c:v>-8.5643922971772896E-2</c:v>
                </c:pt>
                <c:pt idx="3348">
                  <c:v>0.112497841601577</c:v>
                </c:pt>
                <c:pt idx="3349">
                  <c:v>6.6414982246836701E-2</c:v>
                </c:pt>
                <c:pt idx="3350">
                  <c:v>-5.17684203947937E-2</c:v>
                </c:pt>
                <c:pt idx="3351">
                  <c:v>6.8596701070841704E-2</c:v>
                </c:pt>
                <c:pt idx="3352">
                  <c:v>-5.0465249556061999E-2</c:v>
                </c:pt>
                <c:pt idx="3353">
                  <c:v>9.2139493785111895E-2</c:v>
                </c:pt>
                <c:pt idx="3354">
                  <c:v>-5.0259677203193603E-2</c:v>
                </c:pt>
                <c:pt idx="3355">
                  <c:v>9.7794617554445296E-2</c:v>
                </c:pt>
                <c:pt idx="3356">
                  <c:v>-0.10499065042449</c:v>
                </c:pt>
                <c:pt idx="3357">
                  <c:v>4.3624694990661801E-2</c:v>
                </c:pt>
                <c:pt idx="3358">
                  <c:v>0.23180198236497401</c:v>
                </c:pt>
                <c:pt idx="3359">
                  <c:v>-0.11740001058624799</c:v>
                </c:pt>
                <c:pt idx="3360">
                  <c:v>-6.3499815081563299E-2</c:v>
                </c:pt>
                <c:pt idx="3361">
                  <c:v>-5.5581198139936602E-2</c:v>
                </c:pt>
                <c:pt idx="3362">
                  <c:v>5.8537992161419097E-2</c:v>
                </c:pt>
                <c:pt idx="3363">
                  <c:v>-4.2133003462169E-2</c:v>
                </c:pt>
                <c:pt idx="3364">
                  <c:v>5.4896947418793501E-2</c:v>
                </c:pt>
                <c:pt idx="3365">
                  <c:v>7.3805177199034205E-2</c:v>
                </c:pt>
                <c:pt idx="3366">
                  <c:v>-4.3955661290088002E-2</c:v>
                </c:pt>
                <c:pt idx="3367">
                  <c:v>8.8615919263077103E-2</c:v>
                </c:pt>
                <c:pt idx="3368">
                  <c:v>0.111807944335926</c:v>
                </c:pt>
                <c:pt idx="3369">
                  <c:v>-4.16148191165071E-2</c:v>
                </c:pt>
                <c:pt idx="3370">
                  <c:v>-6.9748402490528605E-2</c:v>
                </c:pt>
                <c:pt idx="3371">
                  <c:v>-4.3981045150157903E-2</c:v>
                </c:pt>
                <c:pt idx="3372">
                  <c:v>4.3091524368200899E-2</c:v>
                </c:pt>
                <c:pt idx="3373">
                  <c:v>0.10017462376132601</c:v>
                </c:pt>
                <c:pt idx="3374">
                  <c:v>5.2899404969501497E-2</c:v>
                </c:pt>
                <c:pt idx="3375">
                  <c:v>6.4876883453351297E-2</c:v>
                </c:pt>
                <c:pt idx="3376">
                  <c:v>-5.3440902913081297E-2</c:v>
                </c:pt>
                <c:pt idx="3377">
                  <c:v>-0.105399739774374</c:v>
                </c:pt>
                <c:pt idx="3378">
                  <c:v>7.5443657544777706E-2</c:v>
                </c:pt>
                <c:pt idx="3379">
                  <c:v>5.2305577934465199E-2</c:v>
                </c:pt>
                <c:pt idx="3380">
                  <c:v>0.113247485104395</c:v>
                </c:pt>
                <c:pt idx="3381">
                  <c:v>-9.7266237472624098E-2</c:v>
                </c:pt>
                <c:pt idx="3382">
                  <c:v>5.1761913820428197E-2</c:v>
                </c:pt>
                <c:pt idx="3383">
                  <c:v>0.121481424239821</c:v>
                </c:pt>
                <c:pt idx="3384">
                  <c:v>6.1431036884496103E-2</c:v>
                </c:pt>
                <c:pt idx="3385">
                  <c:v>-6.85921141003938E-2</c:v>
                </c:pt>
                <c:pt idx="3386">
                  <c:v>-7.1917299176774904E-2</c:v>
                </c:pt>
                <c:pt idx="3387">
                  <c:v>5.6171926898066701E-2</c:v>
                </c:pt>
                <c:pt idx="3388">
                  <c:v>-8.7707170287291802E-2</c:v>
                </c:pt>
                <c:pt idx="3389">
                  <c:v>5.1634785995151603E-2</c:v>
                </c:pt>
                <c:pt idx="3390">
                  <c:v>-5.78184589469046E-2</c:v>
                </c:pt>
                <c:pt idx="3391">
                  <c:v>5.3574111168174503E-2</c:v>
                </c:pt>
                <c:pt idx="3392">
                  <c:v>5.9052697303606301E-2</c:v>
                </c:pt>
                <c:pt idx="3393">
                  <c:v>-4.9188402849367201E-2</c:v>
                </c:pt>
                <c:pt idx="3394">
                  <c:v>-6.7899727340439101E-2</c:v>
                </c:pt>
                <c:pt idx="3395">
                  <c:v>5.1680107693066198E-2</c:v>
                </c:pt>
                <c:pt idx="3396">
                  <c:v>-6.7911536882295606E-2</c:v>
                </c:pt>
                <c:pt idx="3397">
                  <c:v>-0.105690285590192</c:v>
                </c:pt>
                <c:pt idx="3398">
                  <c:v>9.9684603751949694E-2</c:v>
                </c:pt>
                <c:pt idx="3399">
                  <c:v>9.6828893445724901E-2</c:v>
                </c:pt>
                <c:pt idx="3400">
                  <c:v>-5.7564972398005003E-2</c:v>
                </c:pt>
                <c:pt idx="3401">
                  <c:v>-5.7601616357160899E-2</c:v>
                </c:pt>
                <c:pt idx="3402">
                  <c:v>-0.16057585057670601</c:v>
                </c:pt>
                <c:pt idx="3403">
                  <c:v>6.4605231015704603E-2</c:v>
                </c:pt>
                <c:pt idx="3404">
                  <c:v>6.77639909908265E-2</c:v>
                </c:pt>
                <c:pt idx="3405">
                  <c:v>4.4337470772863E-2</c:v>
                </c:pt>
                <c:pt idx="3406">
                  <c:v>0.107303881770605</c:v>
                </c:pt>
                <c:pt idx="3407">
                  <c:v>-8.72930011460014E-2</c:v>
                </c:pt>
                <c:pt idx="3408">
                  <c:v>9.2908172643948503E-2</c:v>
                </c:pt>
                <c:pt idx="3409">
                  <c:v>-6.7588060372767003E-2</c:v>
                </c:pt>
                <c:pt idx="3410">
                  <c:v>6.21460349343117E-2</c:v>
                </c:pt>
                <c:pt idx="3411">
                  <c:v>-4.5031923991246003E-2</c:v>
                </c:pt>
                <c:pt idx="3412">
                  <c:v>7.9304654979793596E-2</c:v>
                </c:pt>
                <c:pt idx="3413">
                  <c:v>4.3490903103126803E-2</c:v>
                </c:pt>
                <c:pt idx="3414">
                  <c:v>-4.1342254002635997E-2</c:v>
                </c:pt>
                <c:pt idx="3415">
                  <c:v>-8.3808694978529302E-2</c:v>
                </c:pt>
                <c:pt idx="3416">
                  <c:v>5.01648766688376E-2</c:v>
                </c:pt>
                <c:pt idx="3417">
                  <c:v>3.8567378833167999E-2</c:v>
                </c:pt>
                <c:pt idx="3418">
                  <c:v>8.3758530806690601E-2</c:v>
                </c:pt>
                <c:pt idx="3419">
                  <c:v>-4.3696863422923102E-2</c:v>
                </c:pt>
                <c:pt idx="3420">
                  <c:v>-7.2173516101798896E-2</c:v>
                </c:pt>
                <c:pt idx="3421">
                  <c:v>-4.88422369974231E-2</c:v>
                </c:pt>
                <c:pt idx="3422">
                  <c:v>-4.0361244268463999E-2</c:v>
                </c:pt>
                <c:pt idx="3423">
                  <c:v>-6.2322944565266901E-2</c:v>
                </c:pt>
                <c:pt idx="3424">
                  <c:v>-0.121746290394775</c:v>
                </c:pt>
                <c:pt idx="3425">
                  <c:v>5.1114327535227502E-2</c:v>
                </c:pt>
                <c:pt idx="3426">
                  <c:v>8.0430597474489204E-2</c:v>
                </c:pt>
                <c:pt idx="3427">
                  <c:v>4.8317366749777997E-2</c:v>
                </c:pt>
                <c:pt idx="3428">
                  <c:v>-6.9426639921854202E-2</c:v>
                </c:pt>
                <c:pt idx="3429">
                  <c:v>-9.7861749005218698E-2</c:v>
                </c:pt>
                <c:pt idx="3430">
                  <c:v>7.1370020846220697E-2</c:v>
                </c:pt>
                <c:pt idx="3431">
                  <c:v>4.7883825177272903E-2</c:v>
                </c:pt>
                <c:pt idx="3432">
                  <c:v>6.4783961005687701E-2</c:v>
                </c:pt>
                <c:pt idx="3433">
                  <c:v>5.9968630646754E-2</c:v>
                </c:pt>
                <c:pt idx="3434">
                  <c:v>-5.59275549356286E-2</c:v>
                </c:pt>
                <c:pt idx="3435">
                  <c:v>4.2935590074471001E-2</c:v>
                </c:pt>
                <c:pt idx="3436">
                  <c:v>0.118975914670994</c:v>
                </c:pt>
                <c:pt idx="3437">
                  <c:v>4.5526347519068401E-2</c:v>
                </c:pt>
                <c:pt idx="3438">
                  <c:v>8.1690469460575302E-2</c:v>
                </c:pt>
                <c:pt idx="3439">
                  <c:v>4.8635259253757099E-2</c:v>
                </c:pt>
                <c:pt idx="3440">
                  <c:v>-6.1689349543101499E-2</c:v>
                </c:pt>
                <c:pt idx="3441">
                  <c:v>-6.3346264780260994E-2</c:v>
                </c:pt>
                <c:pt idx="3442">
                  <c:v>-9.0800982400008196E-2</c:v>
                </c:pt>
                <c:pt idx="3443">
                  <c:v>-4.7304350868955701E-2</c:v>
                </c:pt>
                <c:pt idx="3444">
                  <c:v>-3.5288900696624402E-2</c:v>
                </c:pt>
                <c:pt idx="3445">
                  <c:v>-5.2610084706536497E-2</c:v>
                </c:pt>
                <c:pt idx="3446">
                  <c:v>-0.11378108299215101</c:v>
                </c:pt>
                <c:pt idx="3447">
                  <c:v>-4.5531909512767803E-2</c:v>
                </c:pt>
                <c:pt idx="3448">
                  <c:v>-7.0903186113803002E-2</c:v>
                </c:pt>
                <c:pt idx="3449">
                  <c:v>-3.6745511110783703E-2</c:v>
                </c:pt>
                <c:pt idx="3450">
                  <c:v>8.2518669985255103E-2</c:v>
                </c:pt>
                <c:pt idx="3451">
                  <c:v>-6.8894941436653298E-2</c:v>
                </c:pt>
                <c:pt idx="3452">
                  <c:v>-5.7102139492297303E-2</c:v>
                </c:pt>
                <c:pt idx="3453">
                  <c:v>5.6647204975515598E-2</c:v>
                </c:pt>
                <c:pt idx="3454">
                  <c:v>6.1736383583340902E-2</c:v>
                </c:pt>
                <c:pt idx="3455">
                  <c:v>4.0790424235378701E-2</c:v>
                </c:pt>
                <c:pt idx="3456">
                  <c:v>-4.0484752370300497E-2</c:v>
                </c:pt>
                <c:pt idx="3457">
                  <c:v>-8.2865015145952001E-2</c:v>
                </c:pt>
                <c:pt idx="3458">
                  <c:v>-9.1290778440073994E-2</c:v>
                </c:pt>
                <c:pt idx="3459">
                  <c:v>-0.104251030964782</c:v>
                </c:pt>
                <c:pt idx="3460">
                  <c:v>-4.6963165754476698E-2</c:v>
                </c:pt>
                <c:pt idx="3461">
                  <c:v>6.3960301835116695E-2</c:v>
                </c:pt>
                <c:pt idx="3462">
                  <c:v>5.06849900221127E-2</c:v>
                </c:pt>
                <c:pt idx="3463">
                  <c:v>8.4832101573166299E-2</c:v>
                </c:pt>
                <c:pt idx="3464">
                  <c:v>-6.8976457077798897E-2</c:v>
                </c:pt>
                <c:pt idx="3465">
                  <c:v>6.9679977044348404E-2</c:v>
                </c:pt>
                <c:pt idx="3466">
                  <c:v>-5.76944893641382E-2</c:v>
                </c:pt>
                <c:pt idx="3467">
                  <c:v>6.6368739280399297E-2</c:v>
                </c:pt>
                <c:pt idx="3468">
                  <c:v>0.101801659840469</c:v>
                </c:pt>
                <c:pt idx="3469">
                  <c:v>3.5088038716359897E-2</c:v>
                </c:pt>
                <c:pt idx="3470">
                  <c:v>-3.3975502090441999E-2</c:v>
                </c:pt>
                <c:pt idx="3471">
                  <c:v>3.7123942052304001E-2</c:v>
                </c:pt>
                <c:pt idx="3472">
                  <c:v>-3.3099643333642299E-2</c:v>
                </c:pt>
                <c:pt idx="3473">
                  <c:v>0.105998200233657</c:v>
                </c:pt>
                <c:pt idx="3474">
                  <c:v>-5.1225355334164398E-2</c:v>
                </c:pt>
                <c:pt idx="3475">
                  <c:v>4.1221225543697698E-2</c:v>
                </c:pt>
                <c:pt idx="3476">
                  <c:v>-4.4477311565138698E-2</c:v>
                </c:pt>
                <c:pt idx="3477">
                  <c:v>-5.6585857168308003E-2</c:v>
                </c:pt>
                <c:pt idx="3478">
                  <c:v>5.6608911099939298E-2</c:v>
                </c:pt>
                <c:pt idx="3479">
                  <c:v>-7.6760667248642306E-2</c:v>
                </c:pt>
                <c:pt idx="3480">
                  <c:v>4.0846871749057101E-2</c:v>
                </c:pt>
                <c:pt idx="3481">
                  <c:v>3.9237416978416199E-2</c:v>
                </c:pt>
                <c:pt idx="3482">
                  <c:v>-4.7950132947938998E-2</c:v>
                </c:pt>
                <c:pt idx="3483">
                  <c:v>-3.3191542836938502E-2</c:v>
                </c:pt>
                <c:pt idx="3484">
                  <c:v>-5.8347251420503503E-2</c:v>
                </c:pt>
                <c:pt idx="3485">
                  <c:v>4.4660079324280802E-2</c:v>
                </c:pt>
                <c:pt idx="3486">
                  <c:v>5.1318836538747803E-2</c:v>
                </c:pt>
                <c:pt idx="3487">
                  <c:v>6.3902458086026598E-2</c:v>
                </c:pt>
                <c:pt idx="3488">
                  <c:v>-3.60730403283505E-2</c:v>
                </c:pt>
                <c:pt idx="3489">
                  <c:v>0.13321642266608799</c:v>
                </c:pt>
                <c:pt idx="3490">
                  <c:v>4.7546442498518401E-2</c:v>
                </c:pt>
                <c:pt idx="3491">
                  <c:v>-5.5356647847116101E-2</c:v>
                </c:pt>
                <c:pt idx="3492">
                  <c:v>4.7363604324971199E-2</c:v>
                </c:pt>
                <c:pt idx="3493">
                  <c:v>-3.3577938677499503E-2</c:v>
                </c:pt>
                <c:pt idx="3494">
                  <c:v>8.4275642068071505E-2</c:v>
                </c:pt>
                <c:pt idx="3495">
                  <c:v>-5.9514070493278802E-2</c:v>
                </c:pt>
                <c:pt idx="3496">
                  <c:v>-3.35290346091206E-2</c:v>
                </c:pt>
                <c:pt idx="3497">
                  <c:v>3.7465811382457297E-2</c:v>
                </c:pt>
                <c:pt idx="3498">
                  <c:v>-3.4733692781639298E-2</c:v>
                </c:pt>
                <c:pt idx="3499">
                  <c:v>-3.9612802067509299E-2</c:v>
                </c:pt>
                <c:pt idx="3500">
                  <c:v>-3.4704091084932998E-2</c:v>
                </c:pt>
                <c:pt idx="3501">
                  <c:v>-6.24631379492087E-2</c:v>
                </c:pt>
                <c:pt idx="3502">
                  <c:v>-7.5062554876762305E-2</c:v>
                </c:pt>
                <c:pt idx="3503">
                  <c:v>-4.0492275339282499E-2</c:v>
                </c:pt>
                <c:pt idx="3504">
                  <c:v>-6.3938649914149395E-2</c:v>
                </c:pt>
                <c:pt idx="3505">
                  <c:v>7.36077373508017E-2</c:v>
                </c:pt>
                <c:pt idx="3506">
                  <c:v>5.9893560440478701E-2</c:v>
                </c:pt>
                <c:pt idx="3507">
                  <c:v>-0.17303251757523</c:v>
                </c:pt>
                <c:pt idx="3508">
                  <c:v>-5.5376755514146198E-2</c:v>
                </c:pt>
                <c:pt idx="3509">
                  <c:v>7.5184452059012599E-2</c:v>
                </c:pt>
                <c:pt idx="3510">
                  <c:v>8.1494649694988694E-2</c:v>
                </c:pt>
                <c:pt idx="3511">
                  <c:v>-5.6735898020285398E-2</c:v>
                </c:pt>
                <c:pt idx="3512">
                  <c:v>-5.0322358324851997E-2</c:v>
                </c:pt>
                <c:pt idx="3513">
                  <c:v>4.3320366676262302E-2</c:v>
                </c:pt>
                <c:pt idx="3514">
                  <c:v>-9.6465376586497301E-2</c:v>
                </c:pt>
                <c:pt idx="3515">
                  <c:v>-3.7383370345192901E-2</c:v>
                </c:pt>
                <c:pt idx="3516">
                  <c:v>5.5865546128892198E-2</c:v>
                </c:pt>
                <c:pt idx="3517">
                  <c:v>-7.3545800790331101E-2</c:v>
                </c:pt>
                <c:pt idx="3518">
                  <c:v>-7.4735034084685695E-2</c:v>
                </c:pt>
                <c:pt idx="3519">
                  <c:v>-6.6113455685954406E-2</c:v>
                </c:pt>
                <c:pt idx="3520">
                  <c:v>3.4672422305064302E-2</c:v>
                </c:pt>
                <c:pt idx="3521">
                  <c:v>3.6345448281441199E-2</c:v>
                </c:pt>
                <c:pt idx="3522">
                  <c:v>-3.27491877913779E-2</c:v>
                </c:pt>
                <c:pt idx="3523">
                  <c:v>3.32061414867404E-2</c:v>
                </c:pt>
                <c:pt idx="3524">
                  <c:v>6.1234231159140499E-2</c:v>
                </c:pt>
                <c:pt idx="3525">
                  <c:v>3.9128391265759198E-2</c:v>
                </c:pt>
                <c:pt idx="3526">
                  <c:v>-3.9260457967593303E-2</c:v>
                </c:pt>
                <c:pt idx="3527">
                  <c:v>-6.4921498942194206E-2</c:v>
                </c:pt>
                <c:pt idx="3528">
                  <c:v>-4.7314241004528398E-2</c:v>
                </c:pt>
                <c:pt idx="3529">
                  <c:v>-2.8604342847323501E-2</c:v>
                </c:pt>
                <c:pt idx="3530">
                  <c:v>-3.0520575701462601E-2</c:v>
                </c:pt>
                <c:pt idx="3531">
                  <c:v>-3.6728508901003203E-2</c:v>
                </c:pt>
                <c:pt idx="3532">
                  <c:v>0.134743111807751</c:v>
                </c:pt>
                <c:pt idx="3533">
                  <c:v>4.5447057373692701E-2</c:v>
                </c:pt>
                <c:pt idx="3534">
                  <c:v>-4.3480981818156302E-2</c:v>
                </c:pt>
                <c:pt idx="3535">
                  <c:v>3.72147005520524E-2</c:v>
                </c:pt>
                <c:pt idx="3536">
                  <c:v>4.3744770146865598E-2</c:v>
                </c:pt>
                <c:pt idx="3537">
                  <c:v>-7.0629701769139103E-2</c:v>
                </c:pt>
                <c:pt idx="3538">
                  <c:v>-3.4353719066956501E-2</c:v>
                </c:pt>
                <c:pt idx="3539">
                  <c:v>3.8679426416127399E-2</c:v>
                </c:pt>
                <c:pt idx="3540">
                  <c:v>4.9334104134341999E-2</c:v>
                </c:pt>
                <c:pt idx="3541">
                  <c:v>7.1609784893098494E-2</c:v>
                </c:pt>
                <c:pt idx="3542">
                  <c:v>-5.0370948573423398E-2</c:v>
                </c:pt>
                <c:pt idx="3543">
                  <c:v>-8.3916673805589398E-2</c:v>
                </c:pt>
                <c:pt idx="3544">
                  <c:v>-3.97026189131999E-2</c:v>
                </c:pt>
                <c:pt idx="3545">
                  <c:v>3.9348855969215897E-2</c:v>
                </c:pt>
                <c:pt idx="3546">
                  <c:v>-6.1097092793829702E-2</c:v>
                </c:pt>
                <c:pt idx="3547">
                  <c:v>5.2674171283168598E-2</c:v>
                </c:pt>
                <c:pt idx="3548">
                  <c:v>-5.6687074151824397E-2</c:v>
                </c:pt>
                <c:pt idx="3549">
                  <c:v>4.4046367529524802E-2</c:v>
                </c:pt>
                <c:pt idx="3550">
                  <c:v>-2.84157414840749E-2</c:v>
                </c:pt>
                <c:pt idx="3551">
                  <c:v>-2.7431003053845202E-2</c:v>
                </c:pt>
                <c:pt idx="3552">
                  <c:v>3.2535916414516898E-2</c:v>
                </c:pt>
                <c:pt idx="3553">
                  <c:v>3.1926565168792102E-2</c:v>
                </c:pt>
                <c:pt idx="3554">
                  <c:v>2.88894116917504E-2</c:v>
                </c:pt>
                <c:pt idx="3555">
                  <c:v>3.4301352192770203E-2</c:v>
                </c:pt>
                <c:pt idx="3556">
                  <c:v>-4.1062296109572599E-2</c:v>
                </c:pt>
                <c:pt idx="3557">
                  <c:v>-0.11911875245560199</c:v>
                </c:pt>
                <c:pt idx="3558">
                  <c:v>-5.5117959232923397E-2</c:v>
                </c:pt>
                <c:pt idx="3559">
                  <c:v>6.6447248924262695E-2</c:v>
                </c:pt>
                <c:pt idx="3560">
                  <c:v>2.89971652210959E-2</c:v>
                </c:pt>
                <c:pt idx="3561">
                  <c:v>-3.5259063927188798E-2</c:v>
                </c:pt>
                <c:pt idx="3562">
                  <c:v>4.37011841975199E-2</c:v>
                </c:pt>
                <c:pt idx="3563">
                  <c:v>4.3615047879462999E-2</c:v>
                </c:pt>
                <c:pt idx="3564">
                  <c:v>3.4139148418688599E-2</c:v>
                </c:pt>
                <c:pt idx="3565">
                  <c:v>2.7982152613709801E-2</c:v>
                </c:pt>
                <c:pt idx="3566">
                  <c:v>3.6182104685909898E-2</c:v>
                </c:pt>
                <c:pt idx="3567">
                  <c:v>-4.6263657340915601E-2</c:v>
                </c:pt>
                <c:pt idx="3568">
                  <c:v>2.9578261552913401E-2</c:v>
                </c:pt>
                <c:pt idx="3569">
                  <c:v>3.5426677484810702E-2</c:v>
                </c:pt>
                <c:pt idx="3570">
                  <c:v>3.5463074325129199E-2</c:v>
                </c:pt>
                <c:pt idx="3571">
                  <c:v>-6.5103617017683704E-2</c:v>
                </c:pt>
                <c:pt idx="3572">
                  <c:v>3.8388555085248299E-2</c:v>
                </c:pt>
                <c:pt idx="3573">
                  <c:v>6.3231121753553096E-2</c:v>
                </c:pt>
                <c:pt idx="3574">
                  <c:v>4.3156596910506599E-2</c:v>
                </c:pt>
                <c:pt idx="3575">
                  <c:v>-3.5317945423386697E-2</c:v>
                </c:pt>
                <c:pt idx="3576">
                  <c:v>6.5384605886301003E-2</c:v>
                </c:pt>
                <c:pt idx="3577">
                  <c:v>-3.9545399018123803E-2</c:v>
                </c:pt>
                <c:pt idx="3578">
                  <c:v>6.5748895182558401E-2</c:v>
                </c:pt>
                <c:pt idx="3579">
                  <c:v>9.7360473673035103E-2</c:v>
                </c:pt>
                <c:pt idx="3580">
                  <c:v>-6.0769138109265E-2</c:v>
                </c:pt>
                <c:pt idx="3581">
                  <c:v>2.47619904442473E-2</c:v>
                </c:pt>
                <c:pt idx="3582">
                  <c:v>4.3727306766211199E-2</c:v>
                </c:pt>
                <c:pt idx="3583">
                  <c:v>4.3076144483958197E-2</c:v>
                </c:pt>
                <c:pt idx="3584">
                  <c:v>2.84601288964694E-2</c:v>
                </c:pt>
                <c:pt idx="3585">
                  <c:v>-4.8285040631050401E-2</c:v>
                </c:pt>
                <c:pt idx="3586">
                  <c:v>3.7512285288883597E-2</c:v>
                </c:pt>
                <c:pt idx="3587">
                  <c:v>-6.3568615437013407E-2</c:v>
                </c:pt>
                <c:pt idx="3588">
                  <c:v>5.5018137656844601E-2</c:v>
                </c:pt>
                <c:pt idx="3589">
                  <c:v>4.1887113009479997E-2</c:v>
                </c:pt>
                <c:pt idx="3590">
                  <c:v>5.8933758897907799E-2</c:v>
                </c:pt>
                <c:pt idx="3591">
                  <c:v>-6.55674111689315E-2</c:v>
                </c:pt>
                <c:pt idx="3592">
                  <c:v>-5.3194537307735601E-2</c:v>
                </c:pt>
                <c:pt idx="3593">
                  <c:v>2.1950278680272099E-2</c:v>
                </c:pt>
                <c:pt idx="3594">
                  <c:v>-3.6049130363462502E-2</c:v>
                </c:pt>
                <c:pt idx="3595">
                  <c:v>3.1868223795285602E-2</c:v>
                </c:pt>
                <c:pt idx="3596">
                  <c:v>4.6059264377355198E-2</c:v>
                </c:pt>
                <c:pt idx="3597">
                  <c:v>3.8482615306449502E-2</c:v>
                </c:pt>
                <c:pt idx="3598">
                  <c:v>4.1738778249182901E-2</c:v>
                </c:pt>
                <c:pt idx="3599">
                  <c:v>-2.7397226682648299E-2</c:v>
                </c:pt>
                <c:pt idx="3600">
                  <c:v>-2.2291486174228901E-2</c:v>
                </c:pt>
                <c:pt idx="3601">
                  <c:v>5.35260744597892E-2</c:v>
                </c:pt>
                <c:pt idx="3602">
                  <c:v>-3.1573237558607303E-2</c:v>
                </c:pt>
                <c:pt idx="3603">
                  <c:v>-2.8182401734451201E-2</c:v>
                </c:pt>
                <c:pt idx="3604">
                  <c:v>7.4599254532493803E-2</c:v>
                </c:pt>
                <c:pt idx="3605">
                  <c:v>5.4515172841867403E-2</c:v>
                </c:pt>
                <c:pt idx="3606">
                  <c:v>-2.4798662479057001E-2</c:v>
                </c:pt>
                <c:pt idx="3607">
                  <c:v>2.5308091982743999E-2</c:v>
                </c:pt>
                <c:pt idx="3608">
                  <c:v>-3.9913042686038097E-2</c:v>
                </c:pt>
                <c:pt idx="3609">
                  <c:v>2.74937191722344E-2</c:v>
                </c:pt>
                <c:pt idx="3610">
                  <c:v>-3.5084774591551203E-2</c:v>
                </c:pt>
                <c:pt idx="3611">
                  <c:v>2.9122072938864801E-2</c:v>
                </c:pt>
                <c:pt idx="3612">
                  <c:v>5.0974454202389601E-2</c:v>
                </c:pt>
                <c:pt idx="3613">
                  <c:v>5.4390326217934201E-2</c:v>
                </c:pt>
                <c:pt idx="3614">
                  <c:v>-3.3871557194387898E-2</c:v>
                </c:pt>
                <c:pt idx="3615">
                  <c:v>-2.3639819086817199E-2</c:v>
                </c:pt>
                <c:pt idx="3616">
                  <c:v>2.6076293251275501E-2</c:v>
                </c:pt>
                <c:pt idx="3617">
                  <c:v>-3.4056379413140499E-2</c:v>
                </c:pt>
                <c:pt idx="3618">
                  <c:v>4.1856611912134398E-2</c:v>
                </c:pt>
                <c:pt idx="3619">
                  <c:v>-3.8053514152412801E-2</c:v>
                </c:pt>
                <c:pt idx="3620">
                  <c:v>2.90501241125227E-2</c:v>
                </c:pt>
                <c:pt idx="3621">
                  <c:v>-3.33325987640372E-2</c:v>
                </c:pt>
                <c:pt idx="3622">
                  <c:v>-7.4954869680297506E-2</c:v>
                </c:pt>
                <c:pt idx="3623">
                  <c:v>5.0251489507246602E-2</c:v>
                </c:pt>
                <c:pt idx="3624">
                  <c:v>3.2088067522913398E-2</c:v>
                </c:pt>
                <c:pt idx="3625">
                  <c:v>2.46785422434499E-2</c:v>
                </c:pt>
                <c:pt idx="3626">
                  <c:v>-2.3130656548964599E-2</c:v>
                </c:pt>
                <c:pt idx="3627">
                  <c:v>-5.4591511593422098E-2</c:v>
                </c:pt>
                <c:pt idx="3628">
                  <c:v>-4.4088969189953503E-2</c:v>
                </c:pt>
                <c:pt idx="3629">
                  <c:v>-2.57339460116555E-2</c:v>
                </c:pt>
                <c:pt idx="3630">
                  <c:v>4.5243178856097202E-2</c:v>
                </c:pt>
                <c:pt idx="3631">
                  <c:v>-4.2029225747349103E-2</c:v>
                </c:pt>
                <c:pt idx="3632">
                  <c:v>2.4642431203215399E-2</c:v>
                </c:pt>
                <c:pt idx="3633">
                  <c:v>-4.3781918015667998E-2</c:v>
                </c:pt>
                <c:pt idx="3634">
                  <c:v>-4.4494709092926903E-2</c:v>
                </c:pt>
                <c:pt idx="3635">
                  <c:v>-4.0278700359568403E-2</c:v>
                </c:pt>
                <c:pt idx="3636">
                  <c:v>-3.1936315881182502E-2</c:v>
                </c:pt>
                <c:pt idx="3637">
                  <c:v>2.3238532219235001E-2</c:v>
                </c:pt>
                <c:pt idx="3638">
                  <c:v>5.7700702841334099E-2</c:v>
                </c:pt>
                <c:pt idx="3639">
                  <c:v>-4.0608873696381699E-2</c:v>
                </c:pt>
                <c:pt idx="3640">
                  <c:v>5.1534880021460297E-2</c:v>
                </c:pt>
                <c:pt idx="3641">
                  <c:v>2.8134954233273401E-2</c:v>
                </c:pt>
                <c:pt idx="3642">
                  <c:v>-3.1294779649305902E-2</c:v>
                </c:pt>
                <c:pt idx="3643">
                  <c:v>3.2154063142598902E-2</c:v>
                </c:pt>
                <c:pt idx="3644">
                  <c:v>-1.9477789297788199E-2</c:v>
                </c:pt>
                <c:pt idx="3645">
                  <c:v>2.6654376326341399E-2</c:v>
                </c:pt>
                <c:pt idx="3646">
                  <c:v>2.5400302005380099E-2</c:v>
                </c:pt>
                <c:pt idx="3647">
                  <c:v>-5.4437083312848203E-2</c:v>
                </c:pt>
                <c:pt idx="3648">
                  <c:v>2.1132603776138102E-2</c:v>
                </c:pt>
                <c:pt idx="3649">
                  <c:v>-2.0782381634596399E-2</c:v>
                </c:pt>
                <c:pt idx="3650">
                  <c:v>-5.2847952180904698E-2</c:v>
                </c:pt>
                <c:pt idx="3651">
                  <c:v>3.8847886897382701E-2</c:v>
                </c:pt>
                <c:pt idx="3652">
                  <c:v>3.4270143588610601E-2</c:v>
                </c:pt>
                <c:pt idx="3653">
                  <c:v>2.5580532233835399E-2</c:v>
                </c:pt>
                <c:pt idx="3654">
                  <c:v>3.9053966225953501E-2</c:v>
                </c:pt>
                <c:pt idx="3655">
                  <c:v>-3.10056974763953E-2</c:v>
                </c:pt>
                <c:pt idx="3656">
                  <c:v>-2.2599230655824702E-2</c:v>
                </c:pt>
                <c:pt idx="3657">
                  <c:v>-3.7538433558410099E-2</c:v>
                </c:pt>
                <c:pt idx="3658">
                  <c:v>2.5650174489154399E-2</c:v>
                </c:pt>
                <c:pt idx="3659">
                  <c:v>-3.31671185723863E-2</c:v>
                </c:pt>
                <c:pt idx="3660">
                  <c:v>2.8165661880439799E-2</c:v>
                </c:pt>
                <c:pt idx="3661">
                  <c:v>2.90691118290312E-2</c:v>
                </c:pt>
                <c:pt idx="3662">
                  <c:v>-4.03151904490038E-2</c:v>
                </c:pt>
                <c:pt idx="3663">
                  <c:v>3.0003471657593601E-2</c:v>
                </c:pt>
                <c:pt idx="3664">
                  <c:v>-3.9397640553634303E-2</c:v>
                </c:pt>
                <c:pt idx="3665">
                  <c:v>-2.38712762167488E-2</c:v>
                </c:pt>
                <c:pt idx="3666">
                  <c:v>1.8621812099823401E-2</c:v>
                </c:pt>
                <c:pt idx="3667">
                  <c:v>3.1196345710018399E-2</c:v>
                </c:pt>
                <c:pt idx="3668">
                  <c:v>-1.7777728648781001E-2</c:v>
                </c:pt>
                <c:pt idx="3669">
                  <c:v>2.1305879703515301E-2</c:v>
                </c:pt>
                <c:pt idx="3670">
                  <c:v>3.86884440748076E-2</c:v>
                </c:pt>
                <c:pt idx="3671">
                  <c:v>2.5440390124366299E-2</c:v>
                </c:pt>
                <c:pt idx="3672">
                  <c:v>-1.6986091927300599E-2</c:v>
                </c:pt>
                <c:pt idx="3673">
                  <c:v>-1.9026467327499599E-2</c:v>
                </c:pt>
                <c:pt idx="3674">
                  <c:v>-2.4816365730174501E-2</c:v>
                </c:pt>
                <c:pt idx="3675">
                  <c:v>2.19464817300477E-2</c:v>
                </c:pt>
                <c:pt idx="3676">
                  <c:v>5.6680776944563901E-2</c:v>
                </c:pt>
                <c:pt idx="3677">
                  <c:v>-2.32007813535944E-2</c:v>
                </c:pt>
                <c:pt idx="3678">
                  <c:v>2.8379691556388299E-2</c:v>
                </c:pt>
                <c:pt idx="3679">
                  <c:v>2.0832505836789701E-2</c:v>
                </c:pt>
                <c:pt idx="3680">
                  <c:v>-1.6341321925967399E-2</c:v>
                </c:pt>
                <c:pt idx="3681">
                  <c:v>2.6311615736325698E-2</c:v>
                </c:pt>
                <c:pt idx="3682">
                  <c:v>-2.6011129220322001E-2</c:v>
                </c:pt>
                <c:pt idx="3683">
                  <c:v>-2.06572334570083E-2</c:v>
                </c:pt>
                <c:pt idx="3684">
                  <c:v>-2.6656417151364999E-2</c:v>
                </c:pt>
                <c:pt idx="3685">
                  <c:v>-4.55329164164269E-2</c:v>
                </c:pt>
                <c:pt idx="3686">
                  <c:v>-1.70779886774781E-2</c:v>
                </c:pt>
                <c:pt idx="3687">
                  <c:v>-2.67336620946317E-2</c:v>
                </c:pt>
                <c:pt idx="3688">
                  <c:v>-3.6421478381647901E-2</c:v>
                </c:pt>
                <c:pt idx="3689">
                  <c:v>2.0231161134685E-2</c:v>
                </c:pt>
                <c:pt idx="3690">
                  <c:v>-2.1845077564414301E-2</c:v>
                </c:pt>
                <c:pt idx="3691">
                  <c:v>-2.3974449832962801E-2</c:v>
                </c:pt>
                <c:pt idx="3692">
                  <c:v>-3.4691117451462403E-2</c:v>
                </c:pt>
                <c:pt idx="3693">
                  <c:v>3.09254529083169E-2</c:v>
                </c:pt>
                <c:pt idx="3694">
                  <c:v>-1.7506541899429399E-2</c:v>
                </c:pt>
                <c:pt idx="3695">
                  <c:v>2.4562982333122801E-2</c:v>
                </c:pt>
                <c:pt idx="3696">
                  <c:v>-1.7538573323026399E-2</c:v>
                </c:pt>
                <c:pt idx="3697">
                  <c:v>3.7301424537339797E-2</c:v>
                </c:pt>
                <c:pt idx="3698">
                  <c:v>1.67359781898959E-2</c:v>
                </c:pt>
                <c:pt idx="3699">
                  <c:v>2.88720515924972E-2</c:v>
                </c:pt>
                <c:pt idx="3700">
                  <c:v>2.2424597334555998E-2</c:v>
                </c:pt>
                <c:pt idx="3701">
                  <c:v>3.3348016044215001E-2</c:v>
                </c:pt>
                <c:pt idx="3702">
                  <c:v>-2.3322699902760001E-2</c:v>
                </c:pt>
                <c:pt idx="3703">
                  <c:v>3.2387975722176797E-2</c:v>
                </c:pt>
                <c:pt idx="3704">
                  <c:v>3.1503745699751597E-2</c:v>
                </c:pt>
                <c:pt idx="3705">
                  <c:v>2.1597456789407901E-2</c:v>
                </c:pt>
                <c:pt idx="3706">
                  <c:v>-1.74551171149986E-2</c:v>
                </c:pt>
                <c:pt idx="3707">
                  <c:v>-3.7091704284719598E-2</c:v>
                </c:pt>
                <c:pt idx="3708">
                  <c:v>4.4913286704414197E-2</c:v>
                </c:pt>
                <c:pt idx="3709">
                  <c:v>-3.04858445351677E-2</c:v>
                </c:pt>
                <c:pt idx="3710">
                  <c:v>4.4149095781392603E-2</c:v>
                </c:pt>
                <c:pt idx="3711">
                  <c:v>2.4316876570900099E-2</c:v>
                </c:pt>
                <c:pt idx="3712">
                  <c:v>2.9982818742666999E-2</c:v>
                </c:pt>
                <c:pt idx="3713">
                  <c:v>-2.0711336339509501E-2</c:v>
                </c:pt>
                <c:pt idx="3714">
                  <c:v>1.48960891496621E-2</c:v>
                </c:pt>
                <c:pt idx="3715">
                  <c:v>2.3921408252562101E-2</c:v>
                </c:pt>
                <c:pt idx="3716">
                  <c:v>-2.18421199715273E-2</c:v>
                </c:pt>
                <c:pt idx="3717">
                  <c:v>-1.4967308279612001E-2</c:v>
                </c:pt>
                <c:pt idx="3718">
                  <c:v>-2.1674557495185098E-2</c:v>
                </c:pt>
                <c:pt idx="3719">
                  <c:v>1.42800491571577E-2</c:v>
                </c:pt>
                <c:pt idx="3720">
                  <c:v>2.6078396612426499E-2</c:v>
                </c:pt>
                <c:pt idx="3721">
                  <c:v>-1.6227201083207601E-2</c:v>
                </c:pt>
                <c:pt idx="3722">
                  <c:v>1.6988666417937299E-2</c:v>
                </c:pt>
                <c:pt idx="3723">
                  <c:v>3.8300176959218397E-2</c:v>
                </c:pt>
                <c:pt idx="3724">
                  <c:v>3.1775746741630001E-2</c:v>
                </c:pt>
                <c:pt idx="3725">
                  <c:v>1.8314771288540799E-2</c:v>
                </c:pt>
                <c:pt idx="3726">
                  <c:v>2.0137665656712E-2</c:v>
                </c:pt>
                <c:pt idx="3727">
                  <c:v>-2.0592516661686499E-2</c:v>
                </c:pt>
                <c:pt idx="3728">
                  <c:v>-1.4033822186942E-2</c:v>
                </c:pt>
                <c:pt idx="3729">
                  <c:v>2.8286214685273599E-2</c:v>
                </c:pt>
                <c:pt idx="3730">
                  <c:v>1.9711973437367199E-2</c:v>
                </c:pt>
                <c:pt idx="3731">
                  <c:v>-2.0977274149032599E-2</c:v>
                </c:pt>
                <c:pt idx="3732">
                  <c:v>-1.4579877295084E-2</c:v>
                </c:pt>
                <c:pt idx="3733">
                  <c:v>-2.9796014786665399E-2</c:v>
                </c:pt>
                <c:pt idx="3734">
                  <c:v>-2.4117352577761202E-2</c:v>
                </c:pt>
                <c:pt idx="3735">
                  <c:v>-4.74591520644978E-2</c:v>
                </c:pt>
                <c:pt idx="3736">
                  <c:v>1.1805751055575801E-2</c:v>
                </c:pt>
                <c:pt idx="3737">
                  <c:v>1.60931238582975E-2</c:v>
                </c:pt>
                <c:pt idx="3738">
                  <c:v>-1.4328990701812899E-2</c:v>
                </c:pt>
                <c:pt idx="3739">
                  <c:v>3.00145133551659E-2</c:v>
                </c:pt>
                <c:pt idx="3740">
                  <c:v>1.8732988607247598E-2</c:v>
                </c:pt>
                <c:pt idx="3741">
                  <c:v>1.6668180638376402E-2</c:v>
                </c:pt>
                <c:pt idx="3742">
                  <c:v>1.7470260264421E-2</c:v>
                </c:pt>
                <c:pt idx="3743">
                  <c:v>1.66105332135409E-2</c:v>
                </c:pt>
                <c:pt idx="3744">
                  <c:v>2.5526307686039501E-2</c:v>
                </c:pt>
                <c:pt idx="3745">
                  <c:v>1.6431834893801098E-2</c:v>
                </c:pt>
                <c:pt idx="3746">
                  <c:v>1.4893033916251901E-2</c:v>
                </c:pt>
                <c:pt idx="3747">
                  <c:v>1.41607462908802E-2</c:v>
                </c:pt>
                <c:pt idx="3748">
                  <c:v>2.74849660997845E-2</c:v>
                </c:pt>
                <c:pt idx="3749">
                  <c:v>-2.0639019137121298E-2</c:v>
                </c:pt>
                <c:pt idx="3750">
                  <c:v>1.3515730772951399E-2</c:v>
                </c:pt>
                <c:pt idx="3751">
                  <c:v>1.9556677265317301E-2</c:v>
                </c:pt>
                <c:pt idx="3752">
                  <c:v>-3.0125669010338599E-2</c:v>
                </c:pt>
                <c:pt idx="3753">
                  <c:v>2.5840198128786799E-2</c:v>
                </c:pt>
                <c:pt idx="3754">
                  <c:v>-3.7461324939620497E-2</c:v>
                </c:pt>
                <c:pt idx="3755">
                  <c:v>3.5212494366408699E-2</c:v>
                </c:pt>
                <c:pt idx="3756">
                  <c:v>-3.02698530973942E-2</c:v>
                </c:pt>
                <c:pt idx="3757">
                  <c:v>-1.21745230508772E-2</c:v>
                </c:pt>
                <c:pt idx="3758">
                  <c:v>2.5252756703420001E-2</c:v>
                </c:pt>
                <c:pt idx="3759">
                  <c:v>-2.4511662012937301E-2</c:v>
                </c:pt>
                <c:pt idx="3760">
                  <c:v>3.9276630736083E-2</c:v>
                </c:pt>
                <c:pt idx="3761">
                  <c:v>-1.53889425979301E-2</c:v>
                </c:pt>
                <c:pt idx="3762">
                  <c:v>1.4041815118694999E-2</c:v>
                </c:pt>
                <c:pt idx="3763">
                  <c:v>-2.4460266615754699E-2</c:v>
                </c:pt>
                <c:pt idx="3764">
                  <c:v>-2.1421728793256999E-2</c:v>
                </c:pt>
                <c:pt idx="3765">
                  <c:v>-1.6902510007224002E-2</c:v>
                </c:pt>
                <c:pt idx="3766">
                  <c:v>2.16889930035222E-2</c:v>
                </c:pt>
                <c:pt idx="3767">
                  <c:v>1.7219110490582799E-2</c:v>
                </c:pt>
                <c:pt idx="3768">
                  <c:v>-2.6198258170442301E-2</c:v>
                </c:pt>
                <c:pt idx="3769">
                  <c:v>2.6476560043285201E-2</c:v>
                </c:pt>
                <c:pt idx="3770">
                  <c:v>1.05909855795971E-2</c:v>
                </c:pt>
                <c:pt idx="3771">
                  <c:v>1.0545298898275501E-2</c:v>
                </c:pt>
                <c:pt idx="3772">
                  <c:v>-1.2215542951473399E-2</c:v>
                </c:pt>
                <c:pt idx="3773">
                  <c:v>1.8007514049830999E-2</c:v>
                </c:pt>
                <c:pt idx="3774">
                  <c:v>2.03337995721284E-2</c:v>
                </c:pt>
                <c:pt idx="3775">
                  <c:v>3.8514156416603398E-2</c:v>
                </c:pt>
                <c:pt idx="3776">
                  <c:v>1.8862532426638299E-2</c:v>
                </c:pt>
                <c:pt idx="3777">
                  <c:v>1.00054594925112E-2</c:v>
                </c:pt>
                <c:pt idx="3778">
                  <c:v>2.1460438327803599E-2</c:v>
                </c:pt>
                <c:pt idx="3779">
                  <c:v>-2.1739723704712301E-2</c:v>
                </c:pt>
                <c:pt idx="3780">
                  <c:v>-9.8991887310688805E-3</c:v>
                </c:pt>
                <c:pt idx="3781">
                  <c:v>-1.9131976790543299E-2</c:v>
                </c:pt>
                <c:pt idx="3782">
                  <c:v>9.3122132083394097E-3</c:v>
                </c:pt>
                <c:pt idx="3783">
                  <c:v>1.24651218804601E-2</c:v>
                </c:pt>
                <c:pt idx="3784">
                  <c:v>1.2013483726747201E-2</c:v>
                </c:pt>
                <c:pt idx="3785">
                  <c:v>-1.11055905087696E-2</c:v>
                </c:pt>
                <c:pt idx="3786">
                  <c:v>9.4121904527177894E-3</c:v>
                </c:pt>
                <c:pt idx="3787">
                  <c:v>-1.0476042562000701E-2</c:v>
                </c:pt>
                <c:pt idx="3788">
                  <c:v>-1.7226855831047799E-2</c:v>
                </c:pt>
                <c:pt idx="3789">
                  <c:v>1.6869924993098799E-2</c:v>
                </c:pt>
                <c:pt idx="3790">
                  <c:v>2.24982408823351E-2</c:v>
                </c:pt>
                <c:pt idx="3791">
                  <c:v>1.2768784018739199E-2</c:v>
                </c:pt>
                <c:pt idx="3792">
                  <c:v>8.8576006625800102E-3</c:v>
                </c:pt>
                <c:pt idx="3793">
                  <c:v>1.37215312791739E-2</c:v>
                </c:pt>
                <c:pt idx="3794">
                  <c:v>-2.59351466638016E-2</c:v>
                </c:pt>
                <c:pt idx="3795">
                  <c:v>-1.3073295636562701E-2</c:v>
                </c:pt>
                <c:pt idx="3796">
                  <c:v>-1.09702603519182E-2</c:v>
                </c:pt>
                <c:pt idx="3797">
                  <c:v>2.35025451423354E-2</c:v>
                </c:pt>
                <c:pt idx="3798">
                  <c:v>1.83350588550759E-2</c:v>
                </c:pt>
                <c:pt idx="3799">
                  <c:v>1.0509104298510199E-2</c:v>
                </c:pt>
                <c:pt idx="3800">
                  <c:v>-1.31393114773886E-2</c:v>
                </c:pt>
                <c:pt idx="3801">
                  <c:v>2.5764175894565301E-2</c:v>
                </c:pt>
                <c:pt idx="3802">
                  <c:v>-2.56192351152933E-2</c:v>
                </c:pt>
                <c:pt idx="3803">
                  <c:v>-1.3928541952257199E-2</c:v>
                </c:pt>
                <c:pt idx="3804">
                  <c:v>1.0884906999464801E-2</c:v>
                </c:pt>
                <c:pt idx="3805">
                  <c:v>-1.9216410624878201E-2</c:v>
                </c:pt>
                <c:pt idx="3806">
                  <c:v>-9.5263383379133905E-3</c:v>
                </c:pt>
                <c:pt idx="3807">
                  <c:v>-1.0420716543229999E-2</c:v>
                </c:pt>
                <c:pt idx="3808">
                  <c:v>-2.4373989013597001E-2</c:v>
                </c:pt>
                <c:pt idx="3809">
                  <c:v>1.1801212908533599E-2</c:v>
                </c:pt>
                <c:pt idx="3810">
                  <c:v>-8.7952815032501502E-3</c:v>
                </c:pt>
                <c:pt idx="3811">
                  <c:v>1.40827512062316E-2</c:v>
                </c:pt>
                <c:pt idx="3812">
                  <c:v>8.3180297940828006E-3</c:v>
                </c:pt>
                <c:pt idx="3813">
                  <c:v>-9.5760495845418295E-3</c:v>
                </c:pt>
                <c:pt idx="3814">
                  <c:v>-1.75454124951244E-2</c:v>
                </c:pt>
                <c:pt idx="3815">
                  <c:v>1.56634676607155E-2</c:v>
                </c:pt>
                <c:pt idx="3816">
                  <c:v>-1.0076948864302399E-2</c:v>
                </c:pt>
                <c:pt idx="3817">
                  <c:v>1.15861499349563E-2</c:v>
                </c:pt>
                <c:pt idx="3818">
                  <c:v>9.6597483131262204E-3</c:v>
                </c:pt>
                <c:pt idx="3819">
                  <c:v>-1.16232172706141E-2</c:v>
                </c:pt>
                <c:pt idx="3820">
                  <c:v>-1.9128545707438601E-2</c:v>
                </c:pt>
                <c:pt idx="3821">
                  <c:v>1.3908942303363101E-2</c:v>
                </c:pt>
                <c:pt idx="3822">
                  <c:v>-2.3308575598413501E-2</c:v>
                </c:pt>
                <c:pt idx="3823">
                  <c:v>-1.5218369606142101E-2</c:v>
                </c:pt>
                <c:pt idx="3824">
                  <c:v>-1.4555290714603999E-2</c:v>
                </c:pt>
                <c:pt idx="3825">
                  <c:v>7.5139167203062103E-3</c:v>
                </c:pt>
                <c:pt idx="3826">
                  <c:v>-1.7375484380956201E-2</c:v>
                </c:pt>
                <c:pt idx="3827">
                  <c:v>-1.19145718321363E-2</c:v>
                </c:pt>
                <c:pt idx="3828">
                  <c:v>-6.5971883299518197E-3</c:v>
                </c:pt>
                <c:pt idx="3829">
                  <c:v>1.37036549245977E-2</c:v>
                </c:pt>
                <c:pt idx="3830">
                  <c:v>8.4470511295329197E-3</c:v>
                </c:pt>
                <c:pt idx="3831">
                  <c:v>-1.21138327626191E-2</c:v>
                </c:pt>
                <c:pt idx="3832">
                  <c:v>-7.9788787935512993E-3</c:v>
                </c:pt>
                <c:pt idx="3833">
                  <c:v>-1.3376445969548499E-2</c:v>
                </c:pt>
                <c:pt idx="3834">
                  <c:v>-6.9420479766328898E-3</c:v>
                </c:pt>
                <c:pt idx="3835">
                  <c:v>-6.57121136092087E-3</c:v>
                </c:pt>
                <c:pt idx="3836">
                  <c:v>-1.7408123513721601E-2</c:v>
                </c:pt>
                <c:pt idx="3837">
                  <c:v>-1.4070149852294401E-2</c:v>
                </c:pt>
                <c:pt idx="3838">
                  <c:v>-7.59748407153893E-3</c:v>
                </c:pt>
                <c:pt idx="3839">
                  <c:v>5.4239202610268898E-3</c:v>
                </c:pt>
                <c:pt idx="3840">
                  <c:v>6.8399397375280601E-3</c:v>
                </c:pt>
                <c:pt idx="3841">
                  <c:v>5.6273631777301603E-3</c:v>
                </c:pt>
                <c:pt idx="3842">
                  <c:v>1.6175580360855001E-2</c:v>
                </c:pt>
                <c:pt idx="3843">
                  <c:v>-1.0286600725216E-2</c:v>
                </c:pt>
                <c:pt idx="3844">
                  <c:v>7.4718144897332204E-3</c:v>
                </c:pt>
                <c:pt idx="3845">
                  <c:v>8.2888706271511108E-3</c:v>
                </c:pt>
                <c:pt idx="3846">
                  <c:v>-7.25937077283234E-3</c:v>
                </c:pt>
                <c:pt idx="3847">
                  <c:v>1.1207589068064299E-2</c:v>
                </c:pt>
                <c:pt idx="3848">
                  <c:v>1.2614411960814901E-2</c:v>
                </c:pt>
                <c:pt idx="3849">
                  <c:v>4.9829389476414602E-3</c:v>
                </c:pt>
                <c:pt idx="3850">
                  <c:v>-1.0454085573655901E-2</c:v>
                </c:pt>
                <c:pt idx="3851">
                  <c:v>-6.1871747232373799E-3</c:v>
                </c:pt>
                <c:pt idx="3852">
                  <c:v>-7.1429393707127496E-3</c:v>
                </c:pt>
                <c:pt idx="3853">
                  <c:v>-1.2353073166188701E-2</c:v>
                </c:pt>
                <c:pt idx="3854">
                  <c:v>-8.7046202096985308E-3</c:v>
                </c:pt>
                <c:pt idx="3855">
                  <c:v>9.9215338516813693E-3</c:v>
                </c:pt>
                <c:pt idx="3856">
                  <c:v>5.1228534232024003E-3</c:v>
                </c:pt>
                <c:pt idx="3857">
                  <c:v>-6.7946338147812898E-3</c:v>
                </c:pt>
                <c:pt idx="3858">
                  <c:v>-8.4854111190963994E-3</c:v>
                </c:pt>
                <c:pt idx="3859">
                  <c:v>-4.1104001968790297E-3</c:v>
                </c:pt>
                <c:pt idx="3860">
                  <c:v>8.0862905584453398E-3</c:v>
                </c:pt>
                <c:pt idx="3861">
                  <c:v>4.9809109071965504E-3</c:v>
                </c:pt>
                <c:pt idx="3862">
                  <c:v>7.1190881221987502E-3</c:v>
                </c:pt>
                <c:pt idx="3863">
                  <c:v>-9.0805249332319704E-3</c:v>
                </c:pt>
                <c:pt idx="3864">
                  <c:v>3.8715614066262599E-3</c:v>
                </c:pt>
                <c:pt idx="3865">
                  <c:v>5.2361032375429798E-3</c:v>
                </c:pt>
                <c:pt idx="3866">
                  <c:v>4.0565527599199002E-3</c:v>
                </c:pt>
                <c:pt idx="3867">
                  <c:v>6.9374440267715399E-3</c:v>
                </c:pt>
                <c:pt idx="3868">
                  <c:v>7.1013752736846002E-3</c:v>
                </c:pt>
                <c:pt idx="3869">
                  <c:v>-4.7392515861446301E-3</c:v>
                </c:pt>
                <c:pt idx="3870">
                  <c:v>-4.7338473906535202E-3</c:v>
                </c:pt>
                <c:pt idx="3871">
                  <c:v>-8.9937563983504294E-3</c:v>
                </c:pt>
                <c:pt idx="3872">
                  <c:v>1.0521486547528301E-2</c:v>
                </c:pt>
                <c:pt idx="3873">
                  <c:v>-7.8885071120744499E-3</c:v>
                </c:pt>
                <c:pt idx="3874">
                  <c:v>4.2204178519575902E-3</c:v>
                </c:pt>
                <c:pt idx="3875">
                  <c:v>-5.1934196705190096E-3</c:v>
                </c:pt>
                <c:pt idx="3876">
                  <c:v>2.6709219828404702E-3</c:v>
                </c:pt>
                <c:pt idx="3877">
                  <c:v>-3.66345433226201E-3</c:v>
                </c:pt>
                <c:pt idx="3878">
                  <c:v>-5.4015246872545202E-3</c:v>
                </c:pt>
                <c:pt idx="3879">
                  <c:v>5.4579110141546004E-3</c:v>
                </c:pt>
                <c:pt idx="3880">
                  <c:v>3.1344057343431998E-3</c:v>
                </c:pt>
                <c:pt idx="3881">
                  <c:v>3.1509446401898301E-3</c:v>
                </c:pt>
                <c:pt idx="3882">
                  <c:v>5.9342160220729996E-3</c:v>
                </c:pt>
                <c:pt idx="3883">
                  <c:v>-2.2878167891029499E-3</c:v>
                </c:pt>
                <c:pt idx="3884">
                  <c:v>1.95818325343211E-3</c:v>
                </c:pt>
                <c:pt idx="3885">
                  <c:v>-2.3064351279487002E-3</c:v>
                </c:pt>
                <c:pt idx="3886">
                  <c:v>-3.6842472803329E-3</c:v>
                </c:pt>
                <c:pt idx="3887">
                  <c:v>1.8590911941771501E-3</c:v>
                </c:pt>
                <c:pt idx="3888">
                  <c:v>-2.5033689937252702E-3</c:v>
                </c:pt>
                <c:pt idx="3889">
                  <c:v>-2.14012425119137E-3</c:v>
                </c:pt>
                <c:pt idx="3890">
                  <c:v>1.65489838232702E-3</c:v>
                </c:pt>
                <c:pt idx="3891">
                  <c:v>2.3817598705520001E-3</c:v>
                </c:pt>
                <c:pt idx="3892">
                  <c:v>-1.57663157303745E-3</c:v>
                </c:pt>
                <c:pt idx="3893">
                  <c:v>6.3186487441058104E-4</c:v>
                </c:pt>
                <c:pt idx="3894">
                  <c:v>-8.3539266316279303E-4</c:v>
                </c:pt>
                <c:pt idx="3895">
                  <c:v>-5.2849156280387899E-4</c:v>
                </c:pt>
                <c:pt idx="3896">
                  <c:v>1.02716844259376E-3</c:v>
                </c:pt>
                <c:pt idx="3897">
                  <c:v>-7.3984003821436805E-4</c:v>
                </c:pt>
                <c:pt idx="3898">
                  <c:v>-3.3690840475841799E-4</c:v>
                </c:pt>
                <c:pt idx="3899">
                  <c:v>-2.7224116882251797E-4</c:v>
                </c:pt>
              </c:numCache>
            </c:numRef>
          </c:xVal>
          <c:yVal>
            <c:numRef>
              <c:f>'[Supplementary data S5.2.xlsx]Volcano plot '!$C$3:$C$3902</c:f>
              <c:numCache>
                <c:formatCode>General</c:formatCode>
                <c:ptCount val="3900"/>
                <c:pt idx="0">
                  <c:v>4.9132179024334848</c:v>
                </c:pt>
                <c:pt idx="1">
                  <c:v>4.3806201250643229</c:v>
                </c:pt>
                <c:pt idx="2">
                  <c:v>4.1659245723646325</c:v>
                </c:pt>
                <c:pt idx="3">
                  <c:v>4.0325567829654272</c:v>
                </c:pt>
                <c:pt idx="4">
                  <c:v>3.5683759043786272</c:v>
                </c:pt>
                <c:pt idx="5">
                  <c:v>3.5305809117543481</c:v>
                </c:pt>
                <c:pt idx="6">
                  <c:v>3.4660384635492498</c:v>
                </c:pt>
                <c:pt idx="7">
                  <c:v>3.4165249954574413</c:v>
                </c:pt>
                <c:pt idx="8">
                  <c:v>3.4061878400419041</c:v>
                </c:pt>
                <c:pt idx="9">
                  <c:v>3.3812505310397243</c:v>
                </c:pt>
                <c:pt idx="10">
                  <c:v>3.2850477661696598</c:v>
                </c:pt>
                <c:pt idx="11">
                  <c:v>3.2148295925960895</c:v>
                </c:pt>
                <c:pt idx="12">
                  <c:v>3.1081421045712054</c:v>
                </c:pt>
                <c:pt idx="13">
                  <c:v>3.0989113047704531</c:v>
                </c:pt>
                <c:pt idx="14">
                  <c:v>3.0892994449586824</c:v>
                </c:pt>
                <c:pt idx="15">
                  <c:v>3.0877127963333733</c:v>
                </c:pt>
                <c:pt idx="16">
                  <c:v>3.0732076892503208</c:v>
                </c:pt>
                <c:pt idx="17">
                  <c:v>3.065437809425045</c:v>
                </c:pt>
                <c:pt idx="18">
                  <c:v>3.0448326717779679</c:v>
                </c:pt>
                <c:pt idx="19">
                  <c:v>3.0441832799545048</c:v>
                </c:pt>
                <c:pt idx="20">
                  <c:v>3.0371700696105091</c:v>
                </c:pt>
                <c:pt idx="21">
                  <c:v>3.0226046497902352</c:v>
                </c:pt>
                <c:pt idx="22">
                  <c:v>3.0222469180764384</c:v>
                </c:pt>
                <c:pt idx="23">
                  <c:v>2.957227212864022</c:v>
                </c:pt>
                <c:pt idx="24">
                  <c:v>2.9246532322125027</c:v>
                </c:pt>
                <c:pt idx="25">
                  <c:v>2.9231351551364511</c:v>
                </c:pt>
                <c:pt idx="26">
                  <c:v>2.9022880962213158</c:v>
                </c:pt>
                <c:pt idx="27">
                  <c:v>2.8963368379544185</c:v>
                </c:pt>
                <c:pt idx="28">
                  <c:v>2.8855388202696575</c:v>
                </c:pt>
                <c:pt idx="29">
                  <c:v>2.8801698803903268</c:v>
                </c:pt>
                <c:pt idx="30">
                  <c:v>2.8647526703404784</c:v>
                </c:pt>
                <c:pt idx="31">
                  <c:v>2.8645763032064036</c:v>
                </c:pt>
                <c:pt idx="32">
                  <c:v>2.8642907013959191</c:v>
                </c:pt>
                <c:pt idx="33">
                  <c:v>2.8561592066245525</c:v>
                </c:pt>
                <c:pt idx="34">
                  <c:v>2.8209254970304887</c:v>
                </c:pt>
                <c:pt idx="35">
                  <c:v>2.8100945859787014</c:v>
                </c:pt>
                <c:pt idx="36">
                  <c:v>2.8089008217536544</c:v>
                </c:pt>
                <c:pt idx="37">
                  <c:v>2.8004003648411468</c:v>
                </c:pt>
                <c:pt idx="38">
                  <c:v>2.7989798538043593</c:v>
                </c:pt>
                <c:pt idx="39">
                  <c:v>2.7987035928017483</c:v>
                </c:pt>
                <c:pt idx="40">
                  <c:v>2.7895300534584955</c:v>
                </c:pt>
                <c:pt idx="41">
                  <c:v>2.7866180056736849</c:v>
                </c:pt>
                <c:pt idx="42">
                  <c:v>2.7836031399446397</c:v>
                </c:pt>
                <c:pt idx="43">
                  <c:v>2.7803266509776154</c:v>
                </c:pt>
                <c:pt idx="44">
                  <c:v>2.7698985804352034</c:v>
                </c:pt>
                <c:pt idx="45">
                  <c:v>2.7647634210347714</c:v>
                </c:pt>
                <c:pt idx="46">
                  <c:v>2.733987780852972</c:v>
                </c:pt>
                <c:pt idx="47">
                  <c:v>2.6821216535918579</c:v>
                </c:pt>
                <c:pt idx="48">
                  <c:v>2.6516362965922542</c:v>
                </c:pt>
                <c:pt idx="49">
                  <c:v>2.6461661951881958</c:v>
                </c:pt>
                <c:pt idx="50">
                  <c:v>2.6375274353720108</c:v>
                </c:pt>
                <c:pt idx="51">
                  <c:v>2.6233381042753638</c:v>
                </c:pt>
                <c:pt idx="52">
                  <c:v>2.6146433961998063</c:v>
                </c:pt>
                <c:pt idx="53">
                  <c:v>2.5564249902659073</c:v>
                </c:pt>
                <c:pt idx="54">
                  <c:v>2.5538203037292417</c:v>
                </c:pt>
                <c:pt idx="55">
                  <c:v>2.5516665729031409</c:v>
                </c:pt>
                <c:pt idx="56">
                  <c:v>2.5047843365887617</c:v>
                </c:pt>
                <c:pt idx="57">
                  <c:v>2.5044492888508385</c:v>
                </c:pt>
                <c:pt idx="58">
                  <c:v>2.4999504739863241</c:v>
                </c:pt>
                <c:pt idx="59">
                  <c:v>2.4790918559423623</c:v>
                </c:pt>
                <c:pt idx="60">
                  <c:v>2.4765589369068866</c:v>
                </c:pt>
                <c:pt idx="61">
                  <c:v>2.4758121393489718</c:v>
                </c:pt>
                <c:pt idx="62">
                  <c:v>2.4739542579196656</c:v>
                </c:pt>
                <c:pt idx="63">
                  <c:v>2.4558584568910065</c:v>
                </c:pt>
                <c:pt idx="64">
                  <c:v>2.4456404846289699</c:v>
                </c:pt>
                <c:pt idx="65">
                  <c:v>2.4358558304366364</c:v>
                </c:pt>
                <c:pt idx="66">
                  <c:v>2.4323348275773884</c:v>
                </c:pt>
                <c:pt idx="67">
                  <c:v>2.4323001052442823</c:v>
                </c:pt>
                <c:pt idx="68">
                  <c:v>2.4217343560052842</c:v>
                </c:pt>
                <c:pt idx="69">
                  <c:v>2.4191253205603096</c:v>
                </c:pt>
                <c:pt idx="70">
                  <c:v>2.4174171380370173</c:v>
                </c:pt>
                <c:pt idx="71">
                  <c:v>2.416787944059243</c:v>
                </c:pt>
                <c:pt idx="72">
                  <c:v>2.4118161736727122</c:v>
                </c:pt>
                <c:pt idx="73">
                  <c:v>2.4114608609980377</c:v>
                </c:pt>
                <c:pt idx="74">
                  <c:v>2.4066829450868408</c:v>
                </c:pt>
                <c:pt idx="75">
                  <c:v>2.4064065769068996</c:v>
                </c:pt>
                <c:pt idx="76">
                  <c:v>2.392307431329511</c:v>
                </c:pt>
                <c:pt idx="77">
                  <c:v>2.3778620413224218</c:v>
                </c:pt>
                <c:pt idx="78">
                  <c:v>2.3771733285534276</c:v>
                </c:pt>
                <c:pt idx="79">
                  <c:v>2.3740377441504901</c:v>
                </c:pt>
                <c:pt idx="80">
                  <c:v>2.3677307101557559</c:v>
                </c:pt>
                <c:pt idx="81">
                  <c:v>2.3632687394587388</c:v>
                </c:pt>
                <c:pt idx="82">
                  <c:v>2.3600370994845741</c:v>
                </c:pt>
                <c:pt idx="83">
                  <c:v>2.3588463467046767</c:v>
                </c:pt>
                <c:pt idx="84">
                  <c:v>2.3571348406657542</c:v>
                </c:pt>
                <c:pt idx="85">
                  <c:v>2.33942914551498</c:v>
                </c:pt>
                <c:pt idx="86">
                  <c:v>2.339231255836717</c:v>
                </c:pt>
                <c:pt idx="87">
                  <c:v>2.3311076144990706</c:v>
                </c:pt>
                <c:pt idx="88">
                  <c:v>2.3309185061652662</c:v>
                </c:pt>
                <c:pt idx="89">
                  <c:v>2.3308137514114189</c:v>
                </c:pt>
                <c:pt idx="90">
                  <c:v>2.3285915589108899</c:v>
                </c:pt>
                <c:pt idx="91">
                  <c:v>2.327386970550406</c:v>
                </c:pt>
                <c:pt idx="92">
                  <c:v>2.3208181401291137</c:v>
                </c:pt>
                <c:pt idx="93">
                  <c:v>2.301439707792071</c:v>
                </c:pt>
                <c:pt idx="94">
                  <c:v>2.2990767802730465</c:v>
                </c:pt>
                <c:pt idx="95">
                  <c:v>2.2944308346960485</c:v>
                </c:pt>
                <c:pt idx="96">
                  <c:v>2.2860574672576366</c:v>
                </c:pt>
                <c:pt idx="97">
                  <c:v>2.2755815623034636</c:v>
                </c:pt>
                <c:pt idx="98">
                  <c:v>2.2730436203541173</c:v>
                </c:pt>
                <c:pt idx="99">
                  <c:v>2.2653426422965786</c:v>
                </c:pt>
                <c:pt idx="100">
                  <c:v>2.2636060984665458</c:v>
                </c:pt>
                <c:pt idx="101">
                  <c:v>2.2520735861122394</c:v>
                </c:pt>
                <c:pt idx="102">
                  <c:v>2.2500536389727248</c:v>
                </c:pt>
                <c:pt idx="103">
                  <c:v>2.2492856554172835</c:v>
                </c:pt>
                <c:pt idx="104">
                  <c:v>2.2410551177482803</c:v>
                </c:pt>
                <c:pt idx="105">
                  <c:v>2.2374556009509461</c:v>
                </c:pt>
                <c:pt idx="106">
                  <c:v>2.230663763635258</c:v>
                </c:pt>
                <c:pt idx="107">
                  <c:v>2.2277382392229286</c:v>
                </c:pt>
                <c:pt idx="108">
                  <c:v>2.222741691343789</c:v>
                </c:pt>
                <c:pt idx="109">
                  <c:v>2.2212354860485775</c:v>
                </c:pt>
                <c:pt idx="110">
                  <c:v>2.2080178744040251</c:v>
                </c:pt>
                <c:pt idx="111">
                  <c:v>2.1964720108509894</c:v>
                </c:pt>
                <c:pt idx="112">
                  <c:v>2.1949075655810826</c:v>
                </c:pt>
                <c:pt idx="113">
                  <c:v>2.1940944075726536</c:v>
                </c:pt>
                <c:pt idx="114">
                  <c:v>2.1939565537214674</c:v>
                </c:pt>
                <c:pt idx="115">
                  <c:v>2.1917745068338084</c:v>
                </c:pt>
                <c:pt idx="116">
                  <c:v>2.1839657465710758</c:v>
                </c:pt>
                <c:pt idx="117">
                  <c:v>2.1807673978161599</c:v>
                </c:pt>
                <c:pt idx="118">
                  <c:v>2.1751541422827811</c:v>
                </c:pt>
                <c:pt idx="119">
                  <c:v>2.161192813657951</c:v>
                </c:pt>
                <c:pt idx="120">
                  <c:v>2.1562039239254815</c:v>
                </c:pt>
                <c:pt idx="121">
                  <c:v>2.1514569928778098</c:v>
                </c:pt>
                <c:pt idx="122">
                  <c:v>2.1401332244473612</c:v>
                </c:pt>
                <c:pt idx="123">
                  <c:v>2.1357248722364544</c:v>
                </c:pt>
                <c:pt idx="124">
                  <c:v>2.1300491390877627</c:v>
                </c:pt>
                <c:pt idx="125">
                  <c:v>2.1241332629835186</c:v>
                </c:pt>
                <c:pt idx="126">
                  <c:v>2.1213790250361826</c:v>
                </c:pt>
                <c:pt idx="127">
                  <c:v>2.1196553133445533</c:v>
                </c:pt>
                <c:pt idx="128">
                  <c:v>2.1175020880238749</c:v>
                </c:pt>
                <c:pt idx="129">
                  <c:v>2.1150108651694399</c:v>
                </c:pt>
                <c:pt idx="130">
                  <c:v>2.1115161765286437</c:v>
                </c:pt>
                <c:pt idx="131">
                  <c:v>2.1101547473925204</c:v>
                </c:pt>
                <c:pt idx="132">
                  <c:v>2.1070583505836717</c:v>
                </c:pt>
                <c:pt idx="133">
                  <c:v>2.1019353950331636</c:v>
                </c:pt>
                <c:pt idx="134">
                  <c:v>2.098935059666768</c:v>
                </c:pt>
                <c:pt idx="135">
                  <c:v>2.0968815220533936</c:v>
                </c:pt>
                <c:pt idx="136">
                  <c:v>2.0960703228215238</c:v>
                </c:pt>
                <c:pt idx="137">
                  <c:v>2.0917253129348437</c:v>
                </c:pt>
                <c:pt idx="138">
                  <c:v>2.0869420011032549</c:v>
                </c:pt>
                <c:pt idx="139">
                  <c:v>2.0857539438648658</c:v>
                </c:pt>
                <c:pt idx="140">
                  <c:v>2.0776743911983018</c:v>
                </c:pt>
                <c:pt idx="141">
                  <c:v>2.0735995682458634</c:v>
                </c:pt>
                <c:pt idx="142">
                  <c:v>2.0662576890061923</c:v>
                </c:pt>
                <c:pt idx="143">
                  <c:v>2.0613086793641751</c:v>
                </c:pt>
                <c:pt idx="144">
                  <c:v>2.0562445472868385</c:v>
                </c:pt>
                <c:pt idx="145">
                  <c:v>2.0472098602615421</c:v>
                </c:pt>
                <c:pt idx="146">
                  <c:v>2.0469599902336819</c:v>
                </c:pt>
                <c:pt idx="147">
                  <c:v>2.0466407611914108</c:v>
                </c:pt>
                <c:pt idx="148">
                  <c:v>2.0454803183513106</c:v>
                </c:pt>
                <c:pt idx="149">
                  <c:v>2.0393402840066801</c:v>
                </c:pt>
                <c:pt idx="150">
                  <c:v>2.0363470452072061</c:v>
                </c:pt>
                <c:pt idx="151">
                  <c:v>2.0333810537181845</c:v>
                </c:pt>
                <c:pt idx="152">
                  <c:v>2.0309755173543222</c:v>
                </c:pt>
                <c:pt idx="153">
                  <c:v>2.0308481611289082</c:v>
                </c:pt>
                <c:pt idx="154">
                  <c:v>2.0305847453146617</c:v>
                </c:pt>
                <c:pt idx="155">
                  <c:v>2.0257272428495949</c:v>
                </c:pt>
                <c:pt idx="156">
                  <c:v>2.0208867330070168</c:v>
                </c:pt>
                <c:pt idx="157">
                  <c:v>2.0203509757939475</c:v>
                </c:pt>
                <c:pt idx="158">
                  <c:v>2.0199138722031047</c:v>
                </c:pt>
                <c:pt idx="159">
                  <c:v>2.0178543064802468</c:v>
                </c:pt>
                <c:pt idx="160">
                  <c:v>1.9978369188205305</c:v>
                </c:pt>
                <c:pt idx="161">
                  <c:v>1.991241132403756</c:v>
                </c:pt>
                <c:pt idx="162">
                  <c:v>1.9891665167539925</c:v>
                </c:pt>
                <c:pt idx="163">
                  <c:v>1.9863561519025756</c:v>
                </c:pt>
                <c:pt idx="164">
                  <c:v>1.9734920854864102</c:v>
                </c:pt>
                <c:pt idx="165">
                  <c:v>1.9727188488243572</c:v>
                </c:pt>
                <c:pt idx="166">
                  <c:v>1.971870016969975</c:v>
                </c:pt>
                <c:pt idx="167">
                  <c:v>1.970747124777666</c:v>
                </c:pt>
                <c:pt idx="168">
                  <c:v>1.970345493387476</c:v>
                </c:pt>
                <c:pt idx="169">
                  <c:v>1.9660724678234369</c:v>
                </c:pt>
                <c:pt idx="170">
                  <c:v>1.9476851595252125</c:v>
                </c:pt>
                <c:pt idx="171">
                  <c:v>1.9437094767619967</c:v>
                </c:pt>
                <c:pt idx="172">
                  <c:v>1.9355143162108734</c:v>
                </c:pt>
                <c:pt idx="173">
                  <c:v>1.935261504432912</c:v>
                </c:pt>
                <c:pt idx="174">
                  <c:v>1.9299679560292717</c:v>
                </c:pt>
                <c:pt idx="175">
                  <c:v>1.9283037921618795</c:v>
                </c:pt>
                <c:pt idx="176">
                  <c:v>1.9233160212454048</c:v>
                </c:pt>
                <c:pt idx="177">
                  <c:v>1.9172845715259776</c:v>
                </c:pt>
                <c:pt idx="178">
                  <c:v>1.9116685784212184</c:v>
                </c:pt>
                <c:pt idx="179">
                  <c:v>1.9114306540408514</c:v>
                </c:pt>
                <c:pt idx="180">
                  <c:v>1.9096706334628006</c:v>
                </c:pt>
                <c:pt idx="181">
                  <c:v>1.9040069709703398</c:v>
                </c:pt>
                <c:pt idx="182">
                  <c:v>1.902080419985821</c:v>
                </c:pt>
                <c:pt idx="183">
                  <c:v>1.9009784935609508</c:v>
                </c:pt>
                <c:pt idx="184">
                  <c:v>1.8993887965507579</c:v>
                </c:pt>
                <c:pt idx="185">
                  <c:v>1.8888021823958432</c:v>
                </c:pt>
                <c:pt idx="186">
                  <c:v>1.8883729554693194</c:v>
                </c:pt>
                <c:pt idx="187">
                  <c:v>1.8866525656696171</c:v>
                </c:pt>
                <c:pt idx="188">
                  <c:v>1.886264513687824</c:v>
                </c:pt>
                <c:pt idx="189">
                  <c:v>1.884457466073749</c:v>
                </c:pt>
                <c:pt idx="190">
                  <c:v>1.8822667246121247</c:v>
                </c:pt>
                <c:pt idx="191">
                  <c:v>1.8782603034601772</c:v>
                </c:pt>
                <c:pt idx="192">
                  <c:v>1.876678035171216</c:v>
                </c:pt>
                <c:pt idx="193">
                  <c:v>1.8699797366030786</c:v>
                </c:pt>
                <c:pt idx="194">
                  <c:v>1.8699634040008719</c:v>
                </c:pt>
                <c:pt idx="195">
                  <c:v>1.8686079825461912</c:v>
                </c:pt>
                <c:pt idx="196">
                  <c:v>1.867759168323732</c:v>
                </c:pt>
                <c:pt idx="197">
                  <c:v>1.8553655768770421</c:v>
                </c:pt>
                <c:pt idx="198">
                  <c:v>1.8543993854088201</c:v>
                </c:pt>
                <c:pt idx="199">
                  <c:v>1.8537803341179773</c:v>
                </c:pt>
                <c:pt idx="200">
                  <c:v>1.852958023365362</c:v>
                </c:pt>
                <c:pt idx="201">
                  <c:v>1.8529249698098647</c:v>
                </c:pt>
                <c:pt idx="202">
                  <c:v>1.8518727865279219</c:v>
                </c:pt>
                <c:pt idx="203">
                  <c:v>1.8517587824618353</c:v>
                </c:pt>
                <c:pt idx="204">
                  <c:v>1.8429377699907736</c:v>
                </c:pt>
                <c:pt idx="205">
                  <c:v>1.8370140695412056</c:v>
                </c:pt>
                <c:pt idx="206">
                  <c:v>1.8287882320558519</c:v>
                </c:pt>
                <c:pt idx="207">
                  <c:v>1.8267707974454368</c:v>
                </c:pt>
                <c:pt idx="208">
                  <c:v>1.8251832673618078</c:v>
                </c:pt>
                <c:pt idx="209">
                  <c:v>1.8247476351502183</c:v>
                </c:pt>
                <c:pt idx="210">
                  <c:v>1.8217270756607848</c:v>
                </c:pt>
                <c:pt idx="211">
                  <c:v>1.8214050926360508</c:v>
                </c:pt>
                <c:pt idx="212">
                  <c:v>1.8213237305553216</c:v>
                </c:pt>
                <c:pt idx="213">
                  <c:v>1.8174734424228629</c:v>
                </c:pt>
                <c:pt idx="214">
                  <c:v>1.8171920159358976</c:v>
                </c:pt>
                <c:pt idx="215">
                  <c:v>1.8157737190122762</c:v>
                </c:pt>
                <c:pt idx="216">
                  <c:v>1.8116344398042656</c:v>
                </c:pt>
                <c:pt idx="217">
                  <c:v>1.8023986002652184</c:v>
                </c:pt>
                <c:pt idx="218">
                  <c:v>1.7972669379442578</c:v>
                </c:pt>
                <c:pt idx="219">
                  <c:v>1.778854136300247</c:v>
                </c:pt>
                <c:pt idx="220">
                  <c:v>1.7783758514643093</c:v>
                </c:pt>
                <c:pt idx="221">
                  <c:v>1.7769750477041935</c:v>
                </c:pt>
                <c:pt idx="222">
                  <c:v>1.7762203774856753</c:v>
                </c:pt>
                <c:pt idx="223">
                  <c:v>1.7743250185565294</c:v>
                </c:pt>
                <c:pt idx="224">
                  <c:v>1.7734975799606367</c:v>
                </c:pt>
                <c:pt idx="225">
                  <c:v>1.7727732858243697</c:v>
                </c:pt>
                <c:pt idx="226">
                  <c:v>1.7725568237733038</c:v>
                </c:pt>
                <c:pt idx="227">
                  <c:v>1.7711866680775481</c:v>
                </c:pt>
                <c:pt idx="228">
                  <c:v>1.7702026154348605</c:v>
                </c:pt>
                <c:pt idx="229">
                  <c:v>1.7686554912697985</c:v>
                </c:pt>
                <c:pt idx="230">
                  <c:v>1.7684030808185411</c:v>
                </c:pt>
                <c:pt idx="231">
                  <c:v>1.7659961816613559</c:v>
                </c:pt>
                <c:pt idx="232">
                  <c:v>1.7632276071653752</c:v>
                </c:pt>
                <c:pt idx="233">
                  <c:v>1.7599018923377607</c:v>
                </c:pt>
                <c:pt idx="234">
                  <c:v>1.7526202117867899</c:v>
                </c:pt>
                <c:pt idx="235">
                  <c:v>1.7524233416479875</c:v>
                </c:pt>
                <c:pt idx="236">
                  <c:v>1.7475543649657657</c:v>
                </c:pt>
                <c:pt idx="237">
                  <c:v>1.7456969837012717</c:v>
                </c:pt>
                <c:pt idx="238">
                  <c:v>1.7406349760886988</c:v>
                </c:pt>
                <c:pt idx="239">
                  <c:v>1.7383636740659647</c:v>
                </c:pt>
                <c:pt idx="240">
                  <c:v>1.7290065335936284</c:v>
                </c:pt>
                <c:pt idx="241">
                  <c:v>1.7271970537277153</c:v>
                </c:pt>
                <c:pt idx="242">
                  <c:v>1.7178632875099027</c:v>
                </c:pt>
                <c:pt idx="243">
                  <c:v>1.7163046681170386</c:v>
                </c:pt>
                <c:pt idx="244">
                  <c:v>1.7160732549325501</c:v>
                </c:pt>
                <c:pt idx="245">
                  <c:v>1.7065725326317076</c:v>
                </c:pt>
                <c:pt idx="246">
                  <c:v>1.7047662985427963</c:v>
                </c:pt>
                <c:pt idx="247">
                  <c:v>1.7010565144893079</c:v>
                </c:pt>
                <c:pt idx="248">
                  <c:v>1.6954249438504507</c:v>
                </c:pt>
                <c:pt idx="249">
                  <c:v>1.6933740463408498</c:v>
                </c:pt>
                <c:pt idx="250">
                  <c:v>1.6888543692600926</c:v>
                </c:pt>
                <c:pt idx="251">
                  <c:v>1.6888208137709084</c:v>
                </c:pt>
                <c:pt idx="252">
                  <c:v>1.6856587467986739</c:v>
                </c:pt>
                <c:pt idx="253">
                  <c:v>1.6837044301663651</c:v>
                </c:pt>
                <c:pt idx="254">
                  <c:v>1.6830016914248334</c:v>
                </c:pt>
                <c:pt idx="255">
                  <c:v>1.6809087214315028</c:v>
                </c:pt>
                <c:pt idx="256">
                  <c:v>1.6779052523461708</c:v>
                </c:pt>
                <c:pt idx="257">
                  <c:v>1.6751499399623557</c:v>
                </c:pt>
                <c:pt idx="258">
                  <c:v>1.6725557529913553</c:v>
                </c:pt>
                <c:pt idx="259">
                  <c:v>1.6651341277861087</c:v>
                </c:pt>
                <c:pt idx="260">
                  <c:v>1.662024185143351</c:v>
                </c:pt>
                <c:pt idx="261">
                  <c:v>1.6593444689472481</c:v>
                </c:pt>
                <c:pt idx="262">
                  <c:v>1.6574257959902559</c:v>
                </c:pt>
                <c:pt idx="263">
                  <c:v>1.6557218703552747</c:v>
                </c:pt>
                <c:pt idx="264">
                  <c:v>1.6552148516061753</c:v>
                </c:pt>
                <c:pt idx="265">
                  <c:v>1.6550263335602267</c:v>
                </c:pt>
                <c:pt idx="266">
                  <c:v>1.651900762590307</c:v>
                </c:pt>
                <c:pt idx="267">
                  <c:v>1.6512638035412903</c:v>
                </c:pt>
                <c:pt idx="268">
                  <c:v>1.6511574344237128</c:v>
                </c:pt>
                <c:pt idx="269">
                  <c:v>1.6505446426273056</c:v>
                </c:pt>
                <c:pt idx="270">
                  <c:v>1.649730342410761</c:v>
                </c:pt>
                <c:pt idx="271">
                  <c:v>1.649665950986456</c:v>
                </c:pt>
                <c:pt idx="272">
                  <c:v>1.6495590136232536</c:v>
                </c:pt>
                <c:pt idx="273">
                  <c:v>1.648724776167624</c:v>
                </c:pt>
                <c:pt idx="274">
                  <c:v>1.6484805967849911</c:v>
                </c:pt>
                <c:pt idx="275">
                  <c:v>1.639179573345255</c:v>
                </c:pt>
                <c:pt idx="276">
                  <c:v>1.6375759351146668</c:v>
                </c:pt>
                <c:pt idx="277">
                  <c:v>1.6360435302121301</c:v>
                </c:pt>
                <c:pt idx="278">
                  <c:v>1.6338400265207569</c:v>
                </c:pt>
                <c:pt idx="279">
                  <c:v>1.6336760642396648</c:v>
                </c:pt>
                <c:pt idx="280">
                  <c:v>1.6327521368196452</c:v>
                </c:pt>
                <c:pt idx="281">
                  <c:v>1.6312428028880503</c:v>
                </c:pt>
                <c:pt idx="282">
                  <c:v>1.6300034559149974</c:v>
                </c:pt>
                <c:pt idx="283">
                  <c:v>1.6295353046969054</c:v>
                </c:pt>
                <c:pt idx="284">
                  <c:v>1.6287848956249849</c:v>
                </c:pt>
                <c:pt idx="285">
                  <c:v>1.6285324423008098</c:v>
                </c:pt>
                <c:pt idx="286">
                  <c:v>1.6274917557733477</c:v>
                </c:pt>
                <c:pt idx="287">
                  <c:v>1.6271354550446639</c:v>
                </c:pt>
                <c:pt idx="288">
                  <c:v>1.6246904395298316</c:v>
                </c:pt>
                <c:pt idx="289">
                  <c:v>1.6241733533109073</c:v>
                </c:pt>
                <c:pt idx="290">
                  <c:v>1.6239269015636255</c:v>
                </c:pt>
                <c:pt idx="291">
                  <c:v>1.6231433959980586</c:v>
                </c:pt>
                <c:pt idx="292">
                  <c:v>1.622870479812486</c:v>
                </c:pt>
                <c:pt idx="293">
                  <c:v>1.6226979092583038</c:v>
                </c:pt>
                <c:pt idx="294">
                  <c:v>1.6202833929560332</c:v>
                </c:pt>
                <c:pt idx="295">
                  <c:v>1.6098504081014389</c:v>
                </c:pt>
                <c:pt idx="296">
                  <c:v>1.6076158861716177</c:v>
                </c:pt>
                <c:pt idx="297">
                  <c:v>1.6065788576925484</c:v>
                </c:pt>
                <c:pt idx="298">
                  <c:v>1.6032699931959862</c:v>
                </c:pt>
                <c:pt idx="299">
                  <c:v>1.5986795025117915</c:v>
                </c:pt>
                <c:pt idx="300">
                  <c:v>1.5972222929720583</c:v>
                </c:pt>
                <c:pt idx="301">
                  <c:v>1.5950384251681626</c:v>
                </c:pt>
                <c:pt idx="302">
                  <c:v>1.594531182274183</c:v>
                </c:pt>
                <c:pt idx="303">
                  <c:v>1.5944950229324009</c:v>
                </c:pt>
                <c:pt idx="304">
                  <c:v>1.5917708373244073</c:v>
                </c:pt>
                <c:pt idx="305">
                  <c:v>1.5912716018185693</c:v>
                </c:pt>
                <c:pt idx="306">
                  <c:v>1.5905815179389078</c:v>
                </c:pt>
                <c:pt idx="307">
                  <c:v>1.5905073049688088</c:v>
                </c:pt>
                <c:pt idx="308">
                  <c:v>1.5899860426000769</c:v>
                </c:pt>
                <c:pt idx="309">
                  <c:v>1.5894613529603294</c:v>
                </c:pt>
                <c:pt idx="310">
                  <c:v>1.5848535254891774</c:v>
                </c:pt>
                <c:pt idx="311">
                  <c:v>1.5829280221298063</c:v>
                </c:pt>
                <c:pt idx="312">
                  <c:v>1.5825548198793549</c:v>
                </c:pt>
                <c:pt idx="313">
                  <c:v>1.5812963760650025</c:v>
                </c:pt>
                <c:pt idx="314">
                  <c:v>1.5803886382813337</c:v>
                </c:pt>
                <c:pt idx="315">
                  <c:v>1.5796426554879128</c:v>
                </c:pt>
                <c:pt idx="316">
                  <c:v>1.5748160820539086</c:v>
                </c:pt>
                <c:pt idx="317">
                  <c:v>1.5733276981027118</c:v>
                </c:pt>
                <c:pt idx="318">
                  <c:v>1.5731780549720416</c:v>
                </c:pt>
                <c:pt idx="319">
                  <c:v>1.5720821230186561</c:v>
                </c:pt>
                <c:pt idx="320">
                  <c:v>1.5719255300910733</c:v>
                </c:pt>
                <c:pt idx="321">
                  <c:v>1.5707822894225969</c:v>
                </c:pt>
                <c:pt idx="322">
                  <c:v>1.5691428589243861</c:v>
                </c:pt>
                <c:pt idx="323">
                  <c:v>1.5683086952574306</c:v>
                </c:pt>
                <c:pt idx="324">
                  <c:v>1.5674313213539219</c:v>
                </c:pt>
                <c:pt idx="325">
                  <c:v>1.566752337401677</c:v>
                </c:pt>
                <c:pt idx="326">
                  <c:v>1.5645718977991026</c:v>
                </c:pt>
                <c:pt idx="327">
                  <c:v>1.5633702025787108</c:v>
                </c:pt>
                <c:pt idx="328">
                  <c:v>1.5586909580336008</c:v>
                </c:pt>
                <c:pt idx="329">
                  <c:v>1.5569182965790427</c:v>
                </c:pt>
                <c:pt idx="330">
                  <c:v>1.555152516068008</c:v>
                </c:pt>
                <c:pt idx="331">
                  <c:v>1.5532771488599819</c:v>
                </c:pt>
                <c:pt idx="332">
                  <c:v>1.551867348052169</c:v>
                </c:pt>
                <c:pt idx="333">
                  <c:v>1.5516651993566453</c:v>
                </c:pt>
                <c:pt idx="334">
                  <c:v>1.5516513344103366</c:v>
                </c:pt>
                <c:pt idx="335">
                  <c:v>1.5483813297411155</c:v>
                </c:pt>
                <c:pt idx="336">
                  <c:v>1.5448436196113302</c:v>
                </c:pt>
                <c:pt idx="337">
                  <c:v>1.5444545984215408</c:v>
                </c:pt>
                <c:pt idx="338">
                  <c:v>1.5437918774706474</c:v>
                </c:pt>
                <c:pt idx="339">
                  <c:v>1.5433894045341867</c:v>
                </c:pt>
                <c:pt idx="340">
                  <c:v>1.54261428772834</c:v>
                </c:pt>
                <c:pt idx="341">
                  <c:v>1.539529650810826</c:v>
                </c:pt>
                <c:pt idx="342">
                  <c:v>1.5352273388962228</c:v>
                </c:pt>
                <c:pt idx="343">
                  <c:v>1.5335446009234417</c:v>
                </c:pt>
                <c:pt idx="344">
                  <c:v>1.53193900081003</c:v>
                </c:pt>
                <c:pt idx="345">
                  <c:v>1.5300471045588235</c:v>
                </c:pt>
                <c:pt idx="346">
                  <c:v>1.526994405373467</c:v>
                </c:pt>
                <c:pt idx="347">
                  <c:v>1.5202187703033583</c:v>
                </c:pt>
                <c:pt idx="348">
                  <c:v>1.5190300485294181</c:v>
                </c:pt>
                <c:pt idx="349">
                  <c:v>1.5160387059380085</c:v>
                </c:pt>
                <c:pt idx="350">
                  <c:v>1.5156874438469241</c:v>
                </c:pt>
                <c:pt idx="351">
                  <c:v>1.5155829128085296</c:v>
                </c:pt>
                <c:pt idx="352">
                  <c:v>1.5155147582111781</c:v>
                </c:pt>
                <c:pt idx="353">
                  <c:v>1.5145765384521477</c:v>
                </c:pt>
                <c:pt idx="354">
                  <c:v>1.5145397211687066</c:v>
                </c:pt>
                <c:pt idx="355">
                  <c:v>1.5111102487334009</c:v>
                </c:pt>
                <c:pt idx="356">
                  <c:v>1.5053161700593525</c:v>
                </c:pt>
                <c:pt idx="357">
                  <c:v>1.502001192889713</c:v>
                </c:pt>
                <c:pt idx="358">
                  <c:v>1.5007496189500116</c:v>
                </c:pt>
                <c:pt idx="359">
                  <c:v>1.4991066149373569</c:v>
                </c:pt>
                <c:pt idx="360">
                  <c:v>1.4983867765507328</c:v>
                </c:pt>
                <c:pt idx="361">
                  <c:v>1.4974785895151415</c:v>
                </c:pt>
                <c:pt idx="362">
                  <c:v>1.4964309848239206</c:v>
                </c:pt>
                <c:pt idx="363">
                  <c:v>1.4957441234521216</c:v>
                </c:pt>
                <c:pt idx="364">
                  <c:v>1.492710936436725</c:v>
                </c:pt>
                <c:pt idx="365">
                  <c:v>1.4921042810523832</c:v>
                </c:pt>
                <c:pt idx="366">
                  <c:v>1.4893955239473564</c:v>
                </c:pt>
                <c:pt idx="367">
                  <c:v>1.4886447541810328</c:v>
                </c:pt>
                <c:pt idx="368">
                  <c:v>1.4869472350833628</c:v>
                </c:pt>
                <c:pt idx="369">
                  <c:v>1.4846663605206332</c:v>
                </c:pt>
                <c:pt idx="370">
                  <c:v>1.4835318247100657</c:v>
                </c:pt>
                <c:pt idx="371">
                  <c:v>1.4798425069399186</c:v>
                </c:pt>
                <c:pt idx="372">
                  <c:v>1.4770996327406658</c:v>
                </c:pt>
                <c:pt idx="373">
                  <c:v>1.4750685886511792</c:v>
                </c:pt>
                <c:pt idx="374">
                  <c:v>1.4744136090415589</c:v>
                </c:pt>
                <c:pt idx="375">
                  <c:v>1.4660411793253494</c:v>
                </c:pt>
                <c:pt idx="376">
                  <c:v>1.4653206949921596</c:v>
                </c:pt>
                <c:pt idx="377">
                  <c:v>1.4650965366627151</c:v>
                </c:pt>
                <c:pt idx="378">
                  <c:v>1.4647247398735312</c:v>
                </c:pt>
                <c:pt idx="379">
                  <c:v>1.4638330466031899</c:v>
                </c:pt>
                <c:pt idx="380">
                  <c:v>1.4627225615279911</c:v>
                </c:pt>
                <c:pt idx="381">
                  <c:v>1.4619252667030465</c:v>
                </c:pt>
                <c:pt idx="382">
                  <c:v>1.4619135921617996</c:v>
                </c:pt>
                <c:pt idx="383">
                  <c:v>1.4594741972762331</c:v>
                </c:pt>
                <c:pt idx="384">
                  <c:v>1.4580489777537067</c:v>
                </c:pt>
                <c:pt idx="385">
                  <c:v>1.4562014383022308</c:v>
                </c:pt>
                <c:pt idx="386">
                  <c:v>1.4561419701813032</c:v>
                </c:pt>
                <c:pt idx="387">
                  <c:v>1.4557619327602751</c:v>
                </c:pt>
                <c:pt idx="388">
                  <c:v>1.4543789439427779</c:v>
                </c:pt>
                <c:pt idx="389">
                  <c:v>1.4521359577563191</c:v>
                </c:pt>
                <c:pt idx="390">
                  <c:v>1.4502278252194465</c:v>
                </c:pt>
                <c:pt idx="391">
                  <c:v>1.4478990811964763</c:v>
                </c:pt>
                <c:pt idx="392">
                  <c:v>1.4475964171597577</c:v>
                </c:pt>
                <c:pt idx="393">
                  <c:v>1.4470831163327302</c:v>
                </c:pt>
                <c:pt idx="394">
                  <c:v>1.4463450557487527</c:v>
                </c:pt>
                <c:pt idx="395">
                  <c:v>1.4446616532925052</c:v>
                </c:pt>
                <c:pt idx="396">
                  <c:v>1.4441221043868917</c:v>
                </c:pt>
                <c:pt idx="397">
                  <c:v>1.4432551372496714</c:v>
                </c:pt>
                <c:pt idx="398">
                  <c:v>1.4406467905315792</c:v>
                </c:pt>
                <c:pt idx="399">
                  <c:v>1.4405963269432454</c:v>
                </c:pt>
                <c:pt idx="400">
                  <c:v>1.4365139300648182</c:v>
                </c:pt>
                <c:pt idx="401">
                  <c:v>1.4350629230767395</c:v>
                </c:pt>
                <c:pt idx="402">
                  <c:v>1.4349968594723259</c:v>
                </c:pt>
                <c:pt idx="403">
                  <c:v>1.4346655308620935</c:v>
                </c:pt>
                <c:pt idx="404">
                  <c:v>1.4333198330026757</c:v>
                </c:pt>
                <c:pt idx="405">
                  <c:v>1.4323443896626185</c:v>
                </c:pt>
                <c:pt idx="406">
                  <c:v>1.4309469019629675</c:v>
                </c:pt>
                <c:pt idx="407">
                  <c:v>1.4307901688262477</c:v>
                </c:pt>
                <c:pt idx="408">
                  <c:v>1.4297088755080671</c:v>
                </c:pt>
                <c:pt idx="409">
                  <c:v>1.4290522654997764</c:v>
                </c:pt>
                <c:pt idx="410">
                  <c:v>1.428700172359032</c:v>
                </c:pt>
                <c:pt idx="411">
                  <c:v>1.4274933423644114</c:v>
                </c:pt>
                <c:pt idx="412">
                  <c:v>1.4254402858619257</c:v>
                </c:pt>
                <c:pt idx="413">
                  <c:v>1.4243272317008746</c:v>
                </c:pt>
                <c:pt idx="414">
                  <c:v>1.4232961458687232</c:v>
                </c:pt>
                <c:pt idx="415">
                  <c:v>1.4231506754618695</c:v>
                </c:pt>
                <c:pt idx="416">
                  <c:v>1.4218088697777034</c:v>
                </c:pt>
                <c:pt idx="417">
                  <c:v>1.4191579979053952</c:v>
                </c:pt>
                <c:pt idx="418">
                  <c:v>1.4186854050515592</c:v>
                </c:pt>
                <c:pt idx="419">
                  <c:v>1.4139777800993332</c:v>
                </c:pt>
                <c:pt idx="420">
                  <c:v>1.4138775324571993</c:v>
                </c:pt>
                <c:pt idx="421">
                  <c:v>1.4110501479221951</c:v>
                </c:pt>
                <c:pt idx="422">
                  <c:v>1.4084487093999571</c:v>
                </c:pt>
                <c:pt idx="423">
                  <c:v>1.4069506400079499</c:v>
                </c:pt>
                <c:pt idx="424">
                  <c:v>1.406367324227551</c:v>
                </c:pt>
                <c:pt idx="425">
                  <c:v>1.4029640132477526</c:v>
                </c:pt>
                <c:pt idx="426">
                  <c:v>1.4007085832792765</c:v>
                </c:pt>
                <c:pt idx="427">
                  <c:v>1.4001793154126336</c:v>
                </c:pt>
                <c:pt idx="428">
                  <c:v>1.3974052653539646</c:v>
                </c:pt>
                <c:pt idx="429">
                  <c:v>1.3940676000181071</c:v>
                </c:pt>
                <c:pt idx="430">
                  <c:v>1.3937908993838022</c:v>
                </c:pt>
                <c:pt idx="431">
                  <c:v>1.3936043812400676</c:v>
                </c:pt>
                <c:pt idx="432">
                  <c:v>1.3933216957857919</c:v>
                </c:pt>
                <c:pt idx="433">
                  <c:v>1.392912970600179</c:v>
                </c:pt>
                <c:pt idx="434">
                  <c:v>1.3921799495508818</c:v>
                </c:pt>
                <c:pt idx="435">
                  <c:v>1.3917174912870882</c:v>
                </c:pt>
                <c:pt idx="436">
                  <c:v>1.3914394089793474</c:v>
                </c:pt>
                <c:pt idx="437">
                  <c:v>1.3908562153194752</c:v>
                </c:pt>
                <c:pt idx="438">
                  <c:v>1.3895170142314504</c:v>
                </c:pt>
                <c:pt idx="439">
                  <c:v>1.3864395772249403</c:v>
                </c:pt>
                <c:pt idx="440">
                  <c:v>1.3853892733310782</c:v>
                </c:pt>
                <c:pt idx="441">
                  <c:v>1.3843978206210719</c:v>
                </c:pt>
                <c:pt idx="442">
                  <c:v>1.3811643458865968</c:v>
                </c:pt>
                <c:pt idx="443">
                  <c:v>1.3803316818569558</c:v>
                </c:pt>
                <c:pt idx="444">
                  <c:v>1.3787624228232778</c:v>
                </c:pt>
                <c:pt idx="445">
                  <c:v>1.3785939282373278</c:v>
                </c:pt>
                <c:pt idx="446">
                  <c:v>1.3777059782752281</c:v>
                </c:pt>
                <c:pt idx="447">
                  <c:v>1.3764628751919399</c:v>
                </c:pt>
                <c:pt idx="448">
                  <c:v>1.375381147238278</c:v>
                </c:pt>
                <c:pt idx="449">
                  <c:v>1.3751754831296346</c:v>
                </c:pt>
                <c:pt idx="450">
                  <c:v>1.3749689913087082</c:v>
                </c:pt>
                <c:pt idx="451">
                  <c:v>1.3749615158401649</c:v>
                </c:pt>
                <c:pt idx="452">
                  <c:v>1.3730192651622071</c:v>
                </c:pt>
                <c:pt idx="453">
                  <c:v>1.3699875550468747</c:v>
                </c:pt>
                <c:pt idx="454">
                  <c:v>1.3673753542769598</c:v>
                </c:pt>
                <c:pt idx="455">
                  <c:v>1.3661090061613081</c:v>
                </c:pt>
                <c:pt idx="456">
                  <c:v>1.3655733371538319</c:v>
                </c:pt>
                <c:pt idx="457">
                  <c:v>1.3646720123938705</c:v>
                </c:pt>
                <c:pt idx="458">
                  <c:v>1.3644646225988255</c:v>
                </c:pt>
                <c:pt idx="459">
                  <c:v>1.3606301080864571</c:v>
                </c:pt>
                <c:pt idx="460">
                  <c:v>1.3558187318509265</c:v>
                </c:pt>
                <c:pt idx="461">
                  <c:v>1.3526645940656008</c:v>
                </c:pt>
                <c:pt idx="462">
                  <c:v>1.3524013627712994</c:v>
                </c:pt>
                <c:pt idx="463">
                  <c:v>1.3519849617097917</c:v>
                </c:pt>
                <c:pt idx="464">
                  <c:v>1.3509358228754051</c:v>
                </c:pt>
                <c:pt idx="465">
                  <c:v>1.347429553294418</c:v>
                </c:pt>
                <c:pt idx="466">
                  <c:v>1.3459933320727637</c:v>
                </c:pt>
                <c:pt idx="467">
                  <c:v>1.3451916441064102</c:v>
                </c:pt>
                <c:pt idx="468">
                  <c:v>1.3428944225257802</c:v>
                </c:pt>
                <c:pt idx="469">
                  <c:v>1.3425490412482046</c:v>
                </c:pt>
                <c:pt idx="470">
                  <c:v>1.3402948000957966</c:v>
                </c:pt>
                <c:pt idx="471">
                  <c:v>1.3391786717071252</c:v>
                </c:pt>
                <c:pt idx="472">
                  <c:v>1.3390753020619561</c:v>
                </c:pt>
                <c:pt idx="473">
                  <c:v>1.3369413239376453</c:v>
                </c:pt>
                <c:pt idx="474">
                  <c:v>1.3355382259753332</c:v>
                </c:pt>
                <c:pt idx="475">
                  <c:v>1.3343147079644566</c:v>
                </c:pt>
                <c:pt idx="476">
                  <c:v>1.332943072904375</c:v>
                </c:pt>
                <c:pt idx="477">
                  <c:v>1.3314889809574038</c:v>
                </c:pt>
                <c:pt idx="478">
                  <c:v>1.3304740972857594</c:v>
                </c:pt>
                <c:pt idx="479">
                  <c:v>1.3269126800504008</c:v>
                </c:pt>
                <c:pt idx="480">
                  <c:v>1.3263434736235509</c:v>
                </c:pt>
                <c:pt idx="481">
                  <c:v>1.3249110265986805</c:v>
                </c:pt>
                <c:pt idx="482">
                  <c:v>1.3225646522423757</c:v>
                </c:pt>
                <c:pt idx="483">
                  <c:v>1.3220479007424517</c:v>
                </c:pt>
                <c:pt idx="484">
                  <c:v>1.3220451864058622</c:v>
                </c:pt>
                <c:pt idx="485">
                  <c:v>1.3207692068843759</c:v>
                </c:pt>
                <c:pt idx="486">
                  <c:v>1.3190324307558712</c:v>
                </c:pt>
                <c:pt idx="487">
                  <c:v>1.3177938484633915</c:v>
                </c:pt>
                <c:pt idx="488">
                  <c:v>1.3158632927057423</c:v>
                </c:pt>
                <c:pt idx="489">
                  <c:v>1.3142044101829464</c:v>
                </c:pt>
                <c:pt idx="490">
                  <c:v>1.3127039213991851</c:v>
                </c:pt>
                <c:pt idx="491">
                  <c:v>1.3104469845758064</c:v>
                </c:pt>
                <c:pt idx="492">
                  <c:v>1.3094599304654979</c:v>
                </c:pt>
                <c:pt idx="493">
                  <c:v>1.3085394874758256</c:v>
                </c:pt>
                <c:pt idx="494">
                  <c:v>1.3076995864570442</c:v>
                </c:pt>
                <c:pt idx="495">
                  <c:v>1.306723441072053</c:v>
                </c:pt>
                <c:pt idx="496">
                  <c:v>1.3064178928898891</c:v>
                </c:pt>
                <c:pt idx="497">
                  <c:v>1.3063212932429336</c:v>
                </c:pt>
                <c:pt idx="498">
                  <c:v>1.3062830960394531</c:v>
                </c:pt>
                <c:pt idx="499">
                  <c:v>1.3056112571648122</c:v>
                </c:pt>
                <c:pt idx="500">
                  <c:v>1.305012424698712</c:v>
                </c:pt>
                <c:pt idx="501">
                  <c:v>1.3048486269268151</c:v>
                </c:pt>
                <c:pt idx="502">
                  <c:v>1.3042593253274606</c:v>
                </c:pt>
                <c:pt idx="503">
                  <c:v>1.3030577312098248</c:v>
                </c:pt>
                <c:pt idx="504">
                  <c:v>1.3029921678188996</c:v>
                </c:pt>
                <c:pt idx="505">
                  <c:v>1.302800972791673</c:v>
                </c:pt>
                <c:pt idx="506">
                  <c:v>1.3025447159959413</c:v>
                </c:pt>
                <c:pt idx="507">
                  <c:v>1.3004484105707907</c:v>
                </c:pt>
                <c:pt idx="508">
                  <c:v>1.2998027205938774</c:v>
                </c:pt>
                <c:pt idx="509">
                  <c:v>1.2991749433183186</c:v>
                </c:pt>
                <c:pt idx="510">
                  <c:v>1.2977885676951244</c:v>
                </c:pt>
                <c:pt idx="511">
                  <c:v>1.2961516646635747</c:v>
                </c:pt>
                <c:pt idx="512">
                  <c:v>1.2956977204196087</c:v>
                </c:pt>
                <c:pt idx="513">
                  <c:v>1.295314805099008</c:v>
                </c:pt>
                <c:pt idx="514">
                  <c:v>1.294637280065593</c:v>
                </c:pt>
                <c:pt idx="515">
                  <c:v>1.2929278056533307</c:v>
                </c:pt>
                <c:pt idx="516">
                  <c:v>1.2922169524723424</c:v>
                </c:pt>
                <c:pt idx="517">
                  <c:v>1.2905265978638119</c:v>
                </c:pt>
                <c:pt idx="518">
                  <c:v>1.2896257235746629</c:v>
                </c:pt>
                <c:pt idx="519">
                  <c:v>1.2894714914581862</c:v>
                </c:pt>
                <c:pt idx="520">
                  <c:v>1.2849288400477212</c:v>
                </c:pt>
                <c:pt idx="521">
                  <c:v>1.2843927311247292</c:v>
                </c:pt>
                <c:pt idx="522">
                  <c:v>1.2840029851522823</c:v>
                </c:pt>
                <c:pt idx="523">
                  <c:v>1.283534869848127</c:v>
                </c:pt>
                <c:pt idx="524">
                  <c:v>1.2824353560447637</c:v>
                </c:pt>
                <c:pt idx="525">
                  <c:v>1.2795511232932566</c:v>
                </c:pt>
                <c:pt idx="526">
                  <c:v>1.2784393701986745</c:v>
                </c:pt>
                <c:pt idx="527">
                  <c:v>1.2783828397205708</c:v>
                </c:pt>
                <c:pt idx="528">
                  <c:v>1.277307022039234</c:v>
                </c:pt>
                <c:pt idx="529">
                  <c:v>1.2768565044759148</c:v>
                </c:pt>
                <c:pt idx="530">
                  <c:v>1.2743719953343262</c:v>
                </c:pt>
                <c:pt idx="531">
                  <c:v>1.2712618950957033</c:v>
                </c:pt>
                <c:pt idx="532">
                  <c:v>1.269397932390276</c:v>
                </c:pt>
                <c:pt idx="533">
                  <c:v>1.2670954492115405</c:v>
                </c:pt>
                <c:pt idx="534">
                  <c:v>1.2645916552605434</c:v>
                </c:pt>
                <c:pt idx="535">
                  <c:v>1.2643060763323337</c:v>
                </c:pt>
                <c:pt idx="536">
                  <c:v>1.2617599627439777</c:v>
                </c:pt>
                <c:pt idx="537">
                  <c:v>1.2605572935627929</c:v>
                </c:pt>
                <c:pt idx="538">
                  <c:v>1.2604271064166053</c:v>
                </c:pt>
                <c:pt idx="539">
                  <c:v>1.2544185683376132</c:v>
                </c:pt>
                <c:pt idx="540">
                  <c:v>1.2520859578684711</c:v>
                </c:pt>
                <c:pt idx="541">
                  <c:v>1.2514889795931128</c:v>
                </c:pt>
                <c:pt idx="542">
                  <c:v>1.2513990147315901</c:v>
                </c:pt>
                <c:pt idx="543">
                  <c:v>1.2513734330123976</c:v>
                </c:pt>
                <c:pt idx="544">
                  <c:v>1.2503753131811242</c:v>
                </c:pt>
                <c:pt idx="545">
                  <c:v>1.249963783566777</c:v>
                </c:pt>
                <c:pt idx="546">
                  <c:v>1.2493137640018463</c:v>
                </c:pt>
                <c:pt idx="547">
                  <c:v>1.2487271842741827</c:v>
                </c:pt>
                <c:pt idx="548">
                  <c:v>1.2476329441006351</c:v>
                </c:pt>
                <c:pt idx="549">
                  <c:v>1.2465879141876368</c:v>
                </c:pt>
                <c:pt idx="550">
                  <c:v>1.2460949592985999</c:v>
                </c:pt>
                <c:pt idx="551">
                  <c:v>1.2447613948871372</c:v>
                </c:pt>
                <c:pt idx="552">
                  <c:v>1.2426661173928566</c:v>
                </c:pt>
                <c:pt idx="553">
                  <c:v>1.2384831596024597</c:v>
                </c:pt>
                <c:pt idx="554">
                  <c:v>1.2359687907648664</c:v>
                </c:pt>
                <c:pt idx="555">
                  <c:v>1.2357469374573657</c:v>
                </c:pt>
                <c:pt idx="556">
                  <c:v>1.2322725720967809</c:v>
                </c:pt>
                <c:pt idx="557">
                  <c:v>1.2320847267531627</c:v>
                </c:pt>
                <c:pt idx="558">
                  <c:v>1.2320060545927953</c:v>
                </c:pt>
                <c:pt idx="559">
                  <c:v>1.230781179243766</c:v>
                </c:pt>
                <c:pt idx="560">
                  <c:v>1.2305955719876376</c:v>
                </c:pt>
                <c:pt idx="561">
                  <c:v>1.2293807704552988</c:v>
                </c:pt>
                <c:pt idx="562">
                  <c:v>1.2253142549889811</c:v>
                </c:pt>
                <c:pt idx="563">
                  <c:v>1.2247884603498482</c:v>
                </c:pt>
                <c:pt idx="564">
                  <c:v>1.2237209279280303</c:v>
                </c:pt>
                <c:pt idx="565">
                  <c:v>1.2237157538821</c:v>
                </c:pt>
                <c:pt idx="566">
                  <c:v>1.2222980143032705</c:v>
                </c:pt>
                <c:pt idx="567">
                  <c:v>1.2218939175324981</c:v>
                </c:pt>
                <c:pt idx="568">
                  <c:v>1.2217275900396436</c:v>
                </c:pt>
                <c:pt idx="569">
                  <c:v>1.2213518961091139</c:v>
                </c:pt>
                <c:pt idx="570">
                  <c:v>1.2211009390802248</c:v>
                </c:pt>
                <c:pt idx="571">
                  <c:v>1.2179283278293491</c:v>
                </c:pt>
                <c:pt idx="572">
                  <c:v>1.216795432102852</c:v>
                </c:pt>
                <c:pt idx="573">
                  <c:v>1.2165187500476278</c:v>
                </c:pt>
                <c:pt idx="574">
                  <c:v>1.2146670286631247</c:v>
                </c:pt>
                <c:pt idx="575">
                  <c:v>1.2142169373992828</c:v>
                </c:pt>
                <c:pt idx="576">
                  <c:v>1.2122014953070421</c:v>
                </c:pt>
                <c:pt idx="577">
                  <c:v>1.2118104887485517</c:v>
                </c:pt>
                <c:pt idx="578">
                  <c:v>1.2097671458562711</c:v>
                </c:pt>
                <c:pt idx="579">
                  <c:v>1.2092832184084235</c:v>
                </c:pt>
                <c:pt idx="580">
                  <c:v>1.2087761804898187</c:v>
                </c:pt>
                <c:pt idx="581">
                  <c:v>1.2068507374296638</c:v>
                </c:pt>
                <c:pt idx="582">
                  <c:v>1.2000661725645532</c:v>
                </c:pt>
                <c:pt idx="583">
                  <c:v>1.1987024092824519</c:v>
                </c:pt>
                <c:pt idx="584">
                  <c:v>1.198090076040164</c:v>
                </c:pt>
                <c:pt idx="585">
                  <c:v>1.1977460865139917</c:v>
                </c:pt>
                <c:pt idx="586">
                  <c:v>1.1976697545671426</c:v>
                </c:pt>
                <c:pt idx="587">
                  <c:v>1.1976686849274489</c:v>
                </c:pt>
                <c:pt idx="588">
                  <c:v>1.196595067966939</c:v>
                </c:pt>
                <c:pt idx="589">
                  <c:v>1.1953410608710859</c:v>
                </c:pt>
                <c:pt idx="590">
                  <c:v>1.1950633756992697</c:v>
                </c:pt>
                <c:pt idx="591">
                  <c:v>1.194865648850763</c:v>
                </c:pt>
                <c:pt idx="592">
                  <c:v>1.1907923465531958</c:v>
                </c:pt>
                <c:pt idx="593">
                  <c:v>1.1904024500060069</c:v>
                </c:pt>
                <c:pt idx="594">
                  <c:v>1.1902700763673011</c:v>
                </c:pt>
                <c:pt idx="595">
                  <c:v>1.190059633079934</c:v>
                </c:pt>
                <c:pt idx="596">
                  <c:v>1.1895193826738801</c:v>
                </c:pt>
                <c:pt idx="597">
                  <c:v>1.1886977171742068</c:v>
                </c:pt>
                <c:pt idx="598">
                  <c:v>1.1882800610116784</c:v>
                </c:pt>
                <c:pt idx="599">
                  <c:v>1.185784288064659</c:v>
                </c:pt>
                <c:pt idx="600">
                  <c:v>1.1852516360811245</c:v>
                </c:pt>
                <c:pt idx="601">
                  <c:v>1.18359362964288</c:v>
                </c:pt>
                <c:pt idx="602">
                  <c:v>1.1810096350053827</c:v>
                </c:pt>
                <c:pt idx="603">
                  <c:v>1.1808704321831383</c:v>
                </c:pt>
                <c:pt idx="604">
                  <c:v>1.1779264599429884</c:v>
                </c:pt>
                <c:pt idx="605">
                  <c:v>1.1772908840847891</c:v>
                </c:pt>
                <c:pt idx="606">
                  <c:v>1.176989797785756</c:v>
                </c:pt>
                <c:pt idx="607">
                  <c:v>1.1768984408394285</c:v>
                </c:pt>
                <c:pt idx="608">
                  <c:v>1.1765699441650195</c:v>
                </c:pt>
                <c:pt idx="609">
                  <c:v>1.1743369224737308</c:v>
                </c:pt>
                <c:pt idx="610">
                  <c:v>1.1721091841355316</c:v>
                </c:pt>
                <c:pt idx="611">
                  <c:v>1.1713668300459807</c:v>
                </c:pt>
                <c:pt idx="612">
                  <c:v>1.1711552837950934</c:v>
                </c:pt>
                <c:pt idx="613">
                  <c:v>1.1709731178732325</c:v>
                </c:pt>
                <c:pt idx="614">
                  <c:v>1.1704265732325414</c:v>
                </c:pt>
                <c:pt idx="615">
                  <c:v>1.1698736971593544</c:v>
                </c:pt>
                <c:pt idx="616">
                  <c:v>1.1672745148490482</c:v>
                </c:pt>
                <c:pt idx="617">
                  <c:v>1.1664968517241938</c:v>
                </c:pt>
                <c:pt idx="618">
                  <c:v>1.1664349829792622</c:v>
                </c:pt>
                <c:pt idx="619">
                  <c:v>1.1652289212952145</c:v>
                </c:pt>
                <c:pt idx="620">
                  <c:v>1.1642899525442907</c:v>
                </c:pt>
                <c:pt idx="621">
                  <c:v>1.1636364313934573</c:v>
                </c:pt>
                <c:pt idx="622">
                  <c:v>1.1635621766236079</c:v>
                </c:pt>
                <c:pt idx="623">
                  <c:v>1.159907855733957</c:v>
                </c:pt>
                <c:pt idx="624">
                  <c:v>1.1587507257686638</c:v>
                </c:pt>
                <c:pt idx="625">
                  <c:v>1.1572945148908917</c:v>
                </c:pt>
                <c:pt idx="626">
                  <c:v>1.1562534405815472</c:v>
                </c:pt>
                <c:pt idx="627">
                  <c:v>1.1554189301341717</c:v>
                </c:pt>
                <c:pt idx="628">
                  <c:v>1.1536947710461256</c:v>
                </c:pt>
                <c:pt idx="629">
                  <c:v>1.1528028088620683</c:v>
                </c:pt>
                <c:pt idx="630">
                  <c:v>1.152288169237409</c:v>
                </c:pt>
                <c:pt idx="631">
                  <c:v>1.1501863560856078</c:v>
                </c:pt>
                <c:pt idx="632">
                  <c:v>1.1469522084581369</c:v>
                </c:pt>
                <c:pt idx="633">
                  <c:v>1.1468671836126119</c:v>
                </c:pt>
                <c:pt idx="634">
                  <c:v>1.1453141556000455</c:v>
                </c:pt>
                <c:pt idx="635">
                  <c:v>1.1446484051545971</c:v>
                </c:pt>
                <c:pt idx="636">
                  <c:v>1.1436849717144757</c:v>
                </c:pt>
                <c:pt idx="637">
                  <c:v>1.1433557212922012</c:v>
                </c:pt>
                <c:pt idx="638">
                  <c:v>1.1416787580889192</c:v>
                </c:pt>
                <c:pt idx="639">
                  <c:v>1.1401983717079383</c:v>
                </c:pt>
                <c:pt idx="640">
                  <c:v>1.1394006808977275</c:v>
                </c:pt>
                <c:pt idx="641">
                  <c:v>1.1389604063809466</c:v>
                </c:pt>
                <c:pt idx="642">
                  <c:v>1.1374489112150967</c:v>
                </c:pt>
                <c:pt idx="643">
                  <c:v>1.136105353200322</c:v>
                </c:pt>
                <c:pt idx="644">
                  <c:v>1.1357140638999661</c:v>
                </c:pt>
                <c:pt idx="645">
                  <c:v>1.1350514417903654</c:v>
                </c:pt>
                <c:pt idx="646">
                  <c:v>1.1348894001186991</c:v>
                </c:pt>
                <c:pt idx="647">
                  <c:v>1.1340547802019341</c:v>
                </c:pt>
                <c:pt idx="648">
                  <c:v>1.1330622541397395</c:v>
                </c:pt>
                <c:pt idx="649">
                  <c:v>1.133045965054041</c:v>
                </c:pt>
                <c:pt idx="650">
                  <c:v>1.1325561952814405</c:v>
                </c:pt>
                <c:pt idx="651">
                  <c:v>1.1323912117246264</c:v>
                </c:pt>
                <c:pt idx="652">
                  <c:v>1.1312223853170935</c:v>
                </c:pt>
                <c:pt idx="653">
                  <c:v>1.131134711902799</c:v>
                </c:pt>
                <c:pt idx="654">
                  <c:v>1.1310187577827227</c:v>
                </c:pt>
                <c:pt idx="655">
                  <c:v>1.1300022596925721</c:v>
                </c:pt>
                <c:pt idx="656">
                  <c:v>1.1286903510140069</c:v>
                </c:pt>
                <c:pt idx="657">
                  <c:v>1.1270867002749412</c:v>
                </c:pt>
                <c:pt idx="658">
                  <c:v>1.1268906123193472</c:v>
                </c:pt>
                <c:pt idx="659">
                  <c:v>1.1268627773228299</c:v>
                </c:pt>
                <c:pt idx="660">
                  <c:v>1.1244666679782696</c:v>
                </c:pt>
                <c:pt idx="661">
                  <c:v>1.1231700231830339</c:v>
                </c:pt>
                <c:pt idx="662">
                  <c:v>1.1219267307313516</c:v>
                </c:pt>
                <c:pt idx="663">
                  <c:v>1.1212356224305382</c:v>
                </c:pt>
                <c:pt idx="664">
                  <c:v>1.1202356696806661</c:v>
                </c:pt>
                <c:pt idx="665">
                  <c:v>1.1199636406198317</c:v>
                </c:pt>
                <c:pt idx="666">
                  <c:v>1.1193625868044719</c:v>
                </c:pt>
                <c:pt idx="667">
                  <c:v>1.1185023080630483</c:v>
                </c:pt>
                <c:pt idx="668">
                  <c:v>1.1184921122906994</c:v>
                </c:pt>
                <c:pt idx="669">
                  <c:v>1.1184099047619105</c:v>
                </c:pt>
                <c:pt idx="670">
                  <c:v>1.1180900371432867</c:v>
                </c:pt>
                <c:pt idx="671">
                  <c:v>1.1179428543002141</c:v>
                </c:pt>
                <c:pt idx="672">
                  <c:v>1.1176712475183317</c:v>
                </c:pt>
                <c:pt idx="673">
                  <c:v>1.1174545569670737</c:v>
                </c:pt>
                <c:pt idx="674">
                  <c:v>1.1165326642219786</c:v>
                </c:pt>
                <c:pt idx="675">
                  <c:v>1.1157856118650666</c:v>
                </c:pt>
                <c:pt idx="676">
                  <c:v>1.1157789563023348</c:v>
                </c:pt>
                <c:pt idx="677">
                  <c:v>1.1152738207842774</c:v>
                </c:pt>
                <c:pt idx="678">
                  <c:v>1.1147023263406746</c:v>
                </c:pt>
                <c:pt idx="679">
                  <c:v>1.1143700467412039</c:v>
                </c:pt>
                <c:pt idx="680">
                  <c:v>1.1140660452376037</c:v>
                </c:pt>
                <c:pt idx="681">
                  <c:v>1.1131416228676319</c:v>
                </c:pt>
                <c:pt idx="682">
                  <c:v>1.1131156650289498</c:v>
                </c:pt>
                <c:pt idx="683">
                  <c:v>1.1130393246447516</c:v>
                </c:pt>
                <c:pt idx="684">
                  <c:v>1.1126647927279882</c:v>
                </c:pt>
                <c:pt idx="685">
                  <c:v>1.1120581202891067</c:v>
                </c:pt>
                <c:pt idx="686">
                  <c:v>1.1113861474673619</c:v>
                </c:pt>
                <c:pt idx="687">
                  <c:v>1.110681409462777</c:v>
                </c:pt>
                <c:pt idx="688">
                  <c:v>1.1098715262480976</c:v>
                </c:pt>
                <c:pt idx="689">
                  <c:v>1.1091675005005641</c:v>
                </c:pt>
                <c:pt idx="690">
                  <c:v>1.1089053537670857</c:v>
                </c:pt>
                <c:pt idx="691">
                  <c:v>1.1088309277522663</c:v>
                </c:pt>
                <c:pt idx="692">
                  <c:v>1.1087364593994031</c:v>
                </c:pt>
                <c:pt idx="693">
                  <c:v>1.108288734875162</c:v>
                </c:pt>
                <c:pt idx="694">
                  <c:v>1.1079359061939573</c:v>
                </c:pt>
                <c:pt idx="695">
                  <c:v>1.1076662951587335</c:v>
                </c:pt>
                <c:pt idx="696">
                  <c:v>1.1070896182373449</c:v>
                </c:pt>
                <c:pt idx="697">
                  <c:v>1.107049634426672</c:v>
                </c:pt>
                <c:pt idx="698">
                  <c:v>1.1059392671465975</c:v>
                </c:pt>
                <c:pt idx="699">
                  <c:v>1.1042536921707735</c:v>
                </c:pt>
                <c:pt idx="700">
                  <c:v>1.1036325270159959</c:v>
                </c:pt>
                <c:pt idx="701">
                  <c:v>1.1031054098557413</c:v>
                </c:pt>
                <c:pt idx="702">
                  <c:v>1.102636657014805</c:v>
                </c:pt>
                <c:pt idx="703">
                  <c:v>1.1016486265161793</c:v>
                </c:pt>
                <c:pt idx="704">
                  <c:v>1.100462493911011</c:v>
                </c:pt>
                <c:pt idx="705">
                  <c:v>1.1003396479203658</c:v>
                </c:pt>
                <c:pt idx="706">
                  <c:v>1.0999914684586174</c:v>
                </c:pt>
                <c:pt idx="707">
                  <c:v>1.0999138681289256</c:v>
                </c:pt>
                <c:pt idx="708">
                  <c:v>1.0984749585817126</c:v>
                </c:pt>
                <c:pt idx="709">
                  <c:v>1.0983112523160012</c:v>
                </c:pt>
                <c:pt idx="710">
                  <c:v>1.0965983706779903</c:v>
                </c:pt>
                <c:pt idx="711">
                  <c:v>1.0964118094011672</c:v>
                </c:pt>
                <c:pt idx="712">
                  <c:v>1.0961204624422243</c:v>
                </c:pt>
                <c:pt idx="713">
                  <c:v>1.094551557197937</c:v>
                </c:pt>
                <c:pt idx="714">
                  <c:v>1.0933207783210654</c:v>
                </c:pt>
                <c:pt idx="715">
                  <c:v>1.0925487895864878</c:v>
                </c:pt>
                <c:pt idx="716">
                  <c:v>1.0925402884293394</c:v>
                </c:pt>
                <c:pt idx="717">
                  <c:v>1.0919040377032434</c:v>
                </c:pt>
                <c:pt idx="718">
                  <c:v>1.0915273557198499</c:v>
                </c:pt>
                <c:pt idx="719">
                  <c:v>1.09148385417202</c:v>
                </c:pt>
                <c:pt idx="720">
                  <c:v>1.0892682102294884</c:v>
                </c:pt>
                <c:pt idx="721">
                  <c:v>1.0856584398843487</c:v>
                </c:pt>
                <c:pt idx="722">
                  <c:v>1.0853647844534022</c:v>
                </c:pt>
                <c:pt idx="723">
                  <c:v>1.0845815960764795</c:v>
                </c:pt>
                <c:pt idx="724">
                  <c:v>1.0821015973242849</c:v>
                </c:pt>
                <c:pt idx="725">
                  <c:v>1.0808633456219616</c:v>
                </c:pt>
                <c:pt idx="726">
                  <c:v>1.0807262670269022</c:v>
                </c:pt>
                <c:pt idx="727">
                  <c:v>1.0796237985133059</c:v>
                </c:pt>
                <c:pt idx="728">
                  <c:v>1.0782138212462957</c:v>
                </c:pt>
                <c:pt idx="729">
                  <c:v>1.0761134384290132</c:v>
                </c:pt>
                <c:pt idx="730">
                  <c:v>1.0758433680213579</c:v>
                </c:pt>
                <c:pt idx="731">
                  <c:v>1.0749515330149342</c:v>
                </c:pt>
                <c:pt idx="732">
                  <c:v>1.0746216741424117</c:v>
                </c:pt>
                <c:pt idx="733">
                  <c:v>1.0737405661424448</c:v>
                </c:pt>
                <c:pt idx="734">
                  <c:v>1.0733891877453847</c:v>
                </c:pt>
                <c:pt idx="735">
                  <c:v>1.0722281076095961</c:v>
                </c:pt>
                <c:pt idx="736">
                  <c:v>1.0721245728113664</c:v>
                </c:pt>
                <c:pt idx="737">
                  <c:v>1.0718292353528043</c:v>
                </c:pt>
                <c:pt idx="738">
                  <c:v>1.0713134118375156</c:v>
                </c:pt>
                <c:pt idx="739">
                  <c:v>1.0708100787762072</c:v>
                </c:pt>
                <c:pt idx="740">
                  <c:v>1.0706804215491796</c:v>
                </c:pt>
                <c:pt idx="741">
                  <c:v>1.0704636276768937</c:v>
                </c:pt>
                <c:pt idx="742">
                  <c:v>1.0698992639408282</c:v>
                </c:pt>
                <c:pt idx="743">
                  <c:v>1.0684636184032987</c:v>
                </c:pt>
                <c:pt idx="744">
                  <c:v>1.0682477370130876</c:v>
                </c:pt>
                <c:pt idx="745">
                  <c:v>1.0681934620442577</c:v>
                </c:pt>
                <c:pt idx="746">
                  <c:v>1.0678002557785546</c:v>
                </c:pt>
                <c:pt idx="747">
                  <c:v>1.0667161626461494</c:v>
                </c:pt>
                <c:pt idx="748">
                  <c:v>1.0666265529130503</c:v>
                </c:pt>
                <c:pt idx="749">
                  <c:v>1.06407444284357</c:v>
                </c:pt>
                <c:pt idx="750">
                  <c:v>1.0637410050849598</c:v>
                </c:pt>
                <c:pt idx="751">
                  <c:v>1.0618446566088704</c:v>
                </c:pt>
                <c:pt idx="752">
                  <c:v>1.0617619922756134</c:v>
                </c:pt>
                <c:pt idx="753">
                  <c:v>1.061629727356671</c:v>
                </c:pt>
                <c:pt idx="754">
                  <c:v>1.0605493959049586</c:v>
                </c:pt>
                <c:pt idx="755">
                  <c:v>1.060002629929532</c:v>
                </c:pt>
                <c:pt idx="756">
                  <c:v>1.059450467711796</c:v>
                </c:pt>
                <c:pt idx="757">
                  <c:v>1.058990431803027</c:v>
                </c:pt>
                <c:pt idx="758">
                  <c:v>1.0584723055880012</c:v>
                </c:pt>
                <c:pt idx="759">
                  <c:v>1.0576869247745049</c:v>
                </c:pt>
                <c:pt idx="760">
                  <c:v>1.0574952237936708</c:v>
                </c:pt>
                <c:pt idx="761">
                  <c:v>1.0572625878337945</c:v>
                </c:pt>
                <c:pt idx="762">
                  <c:v>1.0569626163006673</c:v>
                </c:pt>
                <c:pt idx="763">
                  <c:v>1.0552447405761634</c:v>
                </c:pt>
                <c:pt idx="764">
                  <c:v>1.0543505438529537</c:v>
                </c:pt>
                <c:pt idx="765">
                  <c:v>1.0542790908180917</c:v>
                </c:pt>
                <c:pt idx="766">
                  <c:v>1.0542445621105259</c:v>
                </c:pt>
                <c:pt idx="767">
                  <c:v>1.0538507182015346</c:v>
                </c:pt>
                <c:pt idx="768">
                  <c:v>1.0522061520592938</c:v>
                </c:pt>
                <c:pt idx="769">
                  <c:v>1.0521459210616497</c:v>
                </c:pt>
                <c:pt idx="770">
                  <c:v>1.049594699395682</c:v>
                </c:pt>
                <c:pt idx="771">
                  <c:v>1.0472985826447003</c:v>
                </c:pt>
                <c:pt idx="772">
                  <c:v>1.0471371452969922</c:v>
                </c:pt>
                <c:pt idx="773">
                  <c:v>1.0469372754800796</c:v>
                </c:pt>
                <c:pt idx="774">
                  <c:v>1.0463504898449723</c:v>
                </c:pt>
                <c:pt idx="775">
                  <c:v>1.0460858695729285</c:v>
                </c:pt>
                <c:pt idx="776">
                  <c:v>1.0460166695497628</c:v>
                </c:pt>
                <c:pt idx="777">
                  <c:v>1.0443239020706543</c:v>
                </c:pt>
                <c:pt idx="778">
                  <c:v>1.0438384933995446</c:v>
                </c:pt>
                <c:pt idx="779">
                  <c:v>1.043621879313553</c:v>
                </c:pt>
                <c:pt idx="780">
                  <c:v>1.043309459542731</c:v>
                </c:pt>
                <c:pt idx="781">
                  <c:v>1.0386792831115481</c:v>
                </c:pt>
                <c:pt idx="782">
                  <c:v>1.0382180829962002</c:v>
                </c:pt>
                <c:pt idx="783">
                  <c:v>1.0380138018345078</c:v>
                </c:pt>
                <c:pt idx="784">
                  <c:v>1.0377884652115184</c:v>
                </c:pt>
                <c:pt idx="785">
                  <c:v>1.0368533840817509</c:v>
                </c:pt>
                <c:pt idx="786">
                  <c:v>1.0361511295742383</c:v>
                </c:pt>
                <c:pt idx="787">
                  <c:v>1.0357335833740673</c:v>
                </c:pt>
                <c:pt idx="788">
                  <c:v>1.0355403397332248</c:v>
                </c:pt>
                <c:pt idx="789">
                  <c:v>1.0350700557971282</c:v>
                </c:pt>
                <c:pt idx="790">
                  <c:v>1.0346748359930233</c:v>
                </c:pt>
                <c:pt idx="791">
                  <c:v>1.0343595637217891</c:v>
                </c:pt>
                <c:pt idx="792">
                  <c:v>1.0342515647874377</c:v>
                </c:pt>
                <c:pt idx="793">
                  <c:v>1.0342212156114308</c:v>
                </c:pt>
                <c:pt idx="794">
                  <c:v>1.0323976241506312</c:v>
                </c:pt>
                <c:pt idx="795">
                  <c:v>1.0318806631391966</c:v>
                </c:pt>
                <c:pt idx="796">
                  <c:v>1.0316717405312954</c:v>
                </c:pt>
                <c:pt idx="797">
                  <c:v>1.0301107863148493</c:v>
                </c:pt>
                <c:pt idx="798">
                  <c:v>1.0299467117515149</c:v>
                </c:pt>
                <c:pt idx="799">
                  <c:v>1.0290764316264795</c:v>
                </c:pt>
                <c:pt idx="800">
                  <c:v>1.0279407221049002</c:v>
                </c:pt>
                <c:pt idx="801">
                  <c:v>1.0277248208169076</c:v>
                </c:pt>
                <c:pt idx="802">
                  <c:v>1.0271801730352528</c:v>
                </c:pt>
                <c:pt idx="803">
                  <c:v>1.0259659670436219</c:v>
                </c:pt>
                <c:pt idx="804">
                  <c:v>1.025403822333671</c:v>
                </c:pt>
                <c:pt idx="805">
                  <c:v>1.0252956234154451</c:v>
                </c:pt>
                <c:pt idx="806">
                  <c:v>1.0230522369351092</c:v>
                </c:pt>
                <c:pt idx="807">
                  <c:v>1.0227277609068086</c:v>
                </c:pt>
                <c:pt idx="808">
                  <c:v>1.0204887949402586</c:v>
                </c:pt>
                <c:pt idx="809">
                  <c:v>1.0198834869155096</c:v>
                </c:pt>
                <c:pt idx="810">
                  <c:v>1.0195524135537979</c:v>
                </c:pt>
                <c:pt idx="811">
                  <c:v>1.0195106740373272</c:v>
                </c:pt>
                <c:pt idx="812">
                  <c:v>1.0176191249285362</c:v>
                </c:pt>
                <c:pt idx="813">
                  <c:v>1.0139079906804962</c:v>
                </c:pt>
                <c:pt idx="814">
                  <c:v>1.0136218707534819</c:v>
                </c:pt>
                <c:pt idx="815">
                  <c:v>1.0113925648510673</c:v>
                </c:pt>
                <c:pt idx="816">
                  <c:v>1.0110510552346619</c:v>
                </c:pt>
                <c:pt idx="817">
                  <c:v>1.0104313052871092</c:v>
                </c:pt>
                <c:pt idx="818">
                  <c:v>1.0101236624996577</c:v>
                </c:pt>
                <c:pt idx="819">
                  <c:v>1.0091693562859452</c:v>
                </c:pt>
                <c:pt idx="820">
                  <c:v>1.008001939095589</c:v>
                </c:pt>
                <c:pt idx="821">
                  <c:v>1.0073047628740883</c:v>
                </c:pt>
                <c:pt idx="822">
                  <c:v>1.0072397715119166</c:v>
                </c:pt>
                <c:pt idx="823">
                  <c:v>1.0053974807911528</c:v>
                </c:pt>
                <c:pt idx="824">
                  <c:v>1.0053099825853564</c:v>
                </c:pt>
                <c:pt idx="825">
                  <c:v>1.0049940084890023</c:v>
                </c:pt>
                <c:pt idx="826">
                  <c:v>1.0048775256016338</c:v>
                </c:pt>
                <c:pt idx="827">
                  <c:v>1.0046527878453844</c:v>
                </c:pt>
                <c:pt idx="828">
                  <c:v>1.0045965783687731</c:v>
                </c:pt>
                <c:pt idx="829">
                  <c:v>1.0039452911608053</c:v>
                </c:pt>
                <c:pt idx="830">
                  <c:v>1.0027590468995331</c:v>
                </c:pt>
                <c:pt idx="831">
                  <c:v>1.0019219871972582</c:v>
                </c:pt>
                <c:pt idx="832">
                  <c:v>1.0010583949004201</c:v>
                </c:pt>
                <c:pt idx="833">
                  <c:v>1.0002865653081918</c:v>
                </c:pt>
                <c:pt idx="834">
                  <c:v>0.99997080776298752</c:v>
                </c:pt>
                <c:pt idx="835">
                  <c:v>0.99991123570057672</c:v>
                </c:pt>
                <c:pt idx="836">
                  <c:v>0.99917714938786972</c:v>
                </c:pt>
                <c:pt idx="837">
                  <c:v>0.99887957643933989</c:v>
                </c:pt>
                <c:pt idx="838">
                  <c:v>0.99783989116775118</c:v>
                </c:pt>
                <c:pt idx="839">
                  <c:v>0.99726447894123349</c:v>
                </c:pt>
                <c:pt idx="840">
                  <c:v>0.99726255667897867</c:v>
                </c:pt>
                <c:pt idx="841">
                  <c:v>0.99675495654486723</c:v>
                </c:pt>
                <c:pt idx="842">
                  <c:v>0.99663086691285974</c:v>
                </c:pt>
                <c:pt idx="843">
                  <c:v>0.99614082181654717</c:v>
                </c:pt>
                <c:pt idx="844">
                  <c:v>0.99507873263764723</c:v>
                </c:pt>
                <c:pt idx="845">
                  <c:v>0.9947462316735689</c:v>
                </c:pt>
                <c:pt idx="846">
                  <c:v>0.99448984488480596</c:v>
                </c:pt>
                <c:pt idx="847">
                  <c:v>0.99432320814513608</c:v>
                </c:pt>
                <c:pt idx="848">
                  <c:v>0.99233162051457913</c:v>
                </c:pt>
                <c:pt idx="849">
                  <c:v>0.99019550264447753</c:v>
                </c:pt>
                <c:pt idx="850">
                  <c:v>0.98995862260552336</c:v>
                </c:pt>
                <c:pt idx="851">
                  <c:v>0.98779126700675801</c:v>
                </c:pt>
                <c:pt idx="852">
                  <c:v>0.98662777362820109</c:v>
                </c:pt>
                <c:pt idx="853">
                  <c:v>0.9841954439243118</c:v>
                </c:pt>
                <c:pt idx="854">
                  <c:v>0.98419393824196</c:v>
                </c:pt>
                <c:pt idx="855">
                  <c:v>0.9836979673585049</c:v>
                </c:pt>
                <c:pt idx="856">
                  <c:v>0.98194984690952913</c:v>
                </c:pt>
                <c:pt idx="857">
                  <c:v>0.98137340811129181</c:v>
                </c:pt>
                <c:pt idx="858">
                  <c:v>0.98027102222886719</c:v>
                </c:pt>
                <c:pt idx="859">
                  <c:v>0.97999240973935409</c:v>
                </c:pt>
                <c:pt idx="860">
                  <c:v>0.9796674379249789</c:v>
                </c:pt>
                <c:pt idx="861">
                  <c:v>0.9793198215262352</c:v>
                </c:pt>
                <c:pt idx="862">
                  <c:v>0.97808316623415137</c:v>
                </c:pt>
                <c:pt idx="863">
                  <c:v>0.97750709919318834</c:v>
                </c:pt>
                <c:pt idx="864">
                  <c:v>0.97678334509081499</c:v>
                </c:pt>
                <c:pt idx="865">
                  <c:v>0.97472977688840967</c:v>
                </c:pt>
                <c:pt idx="866">
                  <c:v>0.974653290262389</c:v>
                </c:pt>
                <c:pt idx="867">
                  <c:v>0.97397116320371435</c:v>
                </c:pt>
                <c:pt idx="868">
                  <c:v>0.97353754210509824</c:v>
                </c:pt>
                <c:pt idx="869">
                  <c:v>0.97305720210651103</c:v>
                </c:pt>
                <c:pt idx="870">
                  <c:v>0.97284526223607215</c:v>
                </c:pt>
                <c:pt idx="871">
                  <c:v>0.97276842426912824</c:v>
                </c:pt>
                <c:pt idx="872">
                  <c:v>0.97270473924870338</c:v>
                </c:pt>
                <c:pt idx="873">
                  <c:v>0.97141966453615192</c:v>
                </c:pt>
                <c:pt idx="874">
                  <c:v>0.97126805585798892</c:v>
                </c:pt>
                <c:pt idx="875">
                  <c:v>0.97121058969039942</c:v>
                </c:pt>
                <c:pt idx="876">
                  <c:v>0.97092541979241886</c:v>
                </c:pt>
                <c:pt idx="877">
                  <c:v>0.97054376444742618</c:v>
                </c:pt>
                <c:pt idx="878">
                  <c:v>0.96902328208036559</c:v>
                </c:pt>
                <c:pt idx="879">
                  <c:v>0.96869613874766813</c:v>
                </c:pt>
                <c:pt idx="880">
                  <c:v>0.96858166067990292</c:v>
                </c:pt>
                <c:pt idx="881">
                  <c:v>0.96823297272309683</c:v>
                </c:pt>
                <c:pt idx="882">
                  <c:v>0.96788150876679935</c:v>
                </c:pt>
                <c:pt idx="883">
                  <c:v>0.96780221909395259</c:v>
                </c:pt>
                <c:pt idx="884">
                  <c:v>0.96681937768900839</c:v>
                </c:pt>
                <c:pt idx="885">
                  <c:v>0.96614549789207671</c:v>
                </c:pt>
                <c:pt idx="886">
                  <c:v>0.96591447351112469</c:v>
                </c:pt>
                <c:pt idx="887">
                  <c:v>0.96571164002511733</c:v>
                </c:pt>
                <c:pt idx="888">
                  <c:v>0.96471227049778174</c:v>
                </c:pt>
                <c:pt idx="889">
                  <c:v>0.96337204254144226</c:v>
                </c:pt>
                <c:pt idx="890">
                  <c:v>0.96261249214227862</c:v>
                </c:pt>
                <c:pt idx="891">
                  <c:v>0.96239915454859759</c:v>
                </c:pt>
                <c:pt idx="892">
                  <c:v>0.9597067801121717</c:v>
                </c:pt>
                <c:pt idx="893">
                  <c:v>0.95931917034602054</c:v>
                </c:pt>
                <c:pt idx="894">
                  <c:v>0.95898312170048505</c:v>
                </c:pt>
                <c:pt idx="895">
                  <c:v>0.9584699036650064</c:v>
                </c:pt>
                <c:pt idx="896">
                  <c:v>0.9573128392347473</c:v>
                </c:pt>
                <c:pt idx="897">
                  <c:v>0.95724931792876544</c:v>
                </c:pt>
                <c:pt idx="898">
                  <c:v>0.95633256611516659</c:v>
                </c:pt>
                <c:pt idx="899">
                  <c:v>0.95587385244944734</c:v>
                </c:pt>
                <c:pt idx="900">
                  <c:v>0.95574022627161748</c:v>
                </c:pt>
                <c:pt idx="901">
                  <c:v>0.95562658346904605</c:v>
                </c:pt>
                <c:pt idx="902">
                  <c:v>0.95547430371218922</c:v>
                </c:pt>
                <c:pt idx="903">
                  <c:v>0.95521546107328736</c:v>
                </c:pt>
                <c:pt idx="904">
                  <c:v>0.95451215894378261</c:v>
                </c:pt>
                <c:pt idx="905">
                  <c:v>0.95396788809851829</c:v>
                </c:pt>
                <c:pt idx="906">
                  <c:v>0.95336986363747833</c:v>
                </c:pt>
                <c:pt idx="907">
                  <c:v>0.95311173616781919</c:v>
                </c:pt>
                <c:pt idx="908">
                  <c:v>0.95042892726468575</c:v>
                </c:pt>
                <c:pt idx="909">
                  <c:v>0.95038394874555587</c:v>
                </c:pt>
                <c:pt idx="910">
                  <c:v>0.94987364092262272</c:v>
                </c:pt>
                <c:pt idx="911">
                  <c:v>0.94919526248400166</c:v>
                </c:pt>
                <c:pt idx="912">
                  <c:v>0.94893733443579431</c:v>
                </c:pt>
                <c:pt idx="913">
                  <c:v>0.94857977921059189</c:v>
                </c:pt>
                <c:pt idx="914">
                  <c:v>0.9477906853749426</c:v>
                </c:pt>
                <c:pt idx="915">
                  <c:v>0.94695646137175127</c:v>
                </c:pt>
                <c:pt idx="916">
                  <c:v>0.94641105924827629</c:v>
                </c:pt>
                <c:pt idx="917">
                  <c:v>0.94638644778463732</c:v>
                </c:pt>
                <c:pt idx="918">
                  <c:v>0.9463577561959442</c:v>
                </c:pt>
                <c:pt idx="919">
                  <c:v>0.94632876668785237</c:v>
                </c:pt>
                <c:pt idx="920">
                  <c:v>0.94518928043516581</c:v>
                </c:pt>
                <c:pt idx="921">
                  <c:v>0.94403303482900169</c:v>
                </c:pt>
                <c:pt idx="922">
                  <c:v>0.9436797432275924</c:v>
                </c:pt>
                <c:pt idx="923">
                  <c:v>0.94340006651831421</c:v>
                </c:pt>
                <c:pt idx="924">
                  <c:v>0.9429434128166273</c:v>
                </c:pt>
                <c:pt idx="925">
                  <c:v>0.94088681589693401</c:v>
                </c:pt>
                <c:pt idx="926">
                  <c:v>0.94005664173916914</c:v>
                </c:pt>
                <c:pt idx="927">
                  <c:v>0.93996354123344095</c:v>
                </c:pt>
                <c:pt idx="928">
                  <c:v>0.9384794851110243</c:v>
                </c:pt>
                <c:pt idx="929">
                  <c:v>0.9377189473715134</c:v>
                </c:pt>
                <c:pt idx="930">
                  <c:v>0.93770055570535393</c:v>
                </c:pt>
                <c:pt idx="931">
                  <c:v>0.93708539162835702</c:v>
                </c:pt>
                <c:pt idx="932">
                  <c:v>0.93656321489663585</c:v>
                </c:pt>
                <c:pt idx="933">
                  <c:v>0.93643588976919989</c:v>
                </c:pt>
                <c:pt idx="934">
                  <c:v>0.93636084494582761</c:v>
                </c:pt>
                <c:pt idx="935">
                  <c:v>0.93539514836833348</c:v>
                </c:pt>
                <c:pt idx="936">
                  <c:v>0.93411527548573103</c:v>
                </c:pt>
                <c:pt idx="937">
                  <c:v>0.93396979239075129</c:v>
                </c:pt>
                <c:pt idx="938">
                  <c:v>0.93314460660880283</c:v>
                </c:pt>
                <c:pt idx="939">
                  <c:v>0.9323767687926191</c:v>
                </c:pt>
                <c:pt idx="940">
                  <c:v>0.93196465155060593</c:v>
                </c:pt>
                <c:pt idx="941">
                  <c:v>0.9316312762258635</c:v>
                </c:pt>
                <c:pt idx="942">
                  <c:v>0.93063190099820814</c:v>
                </c:pt>
                <c:pt idx="943">
                  <c:v>0.93029278270698512</c:v>
                </c:pt>
                <c:pt idx="944">
                  <c:v>0.92928220998502031</c:v>
                </c:pt>
                <c:pt idx="945">
                  <c:v>0.92849432568247392</c:v>
                </c:pt>
                <c:pt idx="946">
                  <c:v>0.92805711306662353</c:v>
                </c:pt>
                <c:pt idx="947">
                  <c:v>0.92785409729923474</c:v>
                </c:pt>
                <c:pt idx="948">
                  <c:v>0.92710008223471496</c:v>
                </c:pt>
                <c:pt idx="949">
                  <c:v>0.9261236404479114</c:v>
                </c:pt>
                <c:pt idx="950">
                  <c:v>0.92610616211771857</c:v>
                </c:pt>
                <c:pt idx="951">
                  <c:v>0.92553821282182425</c:v>
                </c:pt>
                <c:pt idx="952">
                  <c:v>0.92553081207710508</c:v>
                </c:pt>
                <c:pt idx="953">
                  <c:v>0.9244079159086398</c:v>
                </c:pt>
                <c:pt idx="954">
                  <c:v>0.92234255540361743</c:v>
                </c:pt>
                <c:pt idx="955">
                  <c:v>0.92172979879044681</c:v>
                </c:pt>
                <c:pt idx="956">
                  <c:v>0.92140992411248201</c:v>
                </c:pt>
                <c:pt idx="957">
                  <c:v>0.92114409424237631</c:v>
                </c:pt>
                <c:pt idx="958">
                  <c:v>0.92099494627692824</c:v>
                </c:pt>
                <c:pt idx="959">
                  <c:v>0.92005566120211091</c:v>
                </c:pt>
                <c:pt idx="960">
                  <c:v>0.91889836196257879</c:v>
                </c:pt>
                <c:pt idx="961">
                  <c:v>0.91795551150744348</c:v>
                </c:pt>
                <c:pt idx="962">
                  <c:v>0.91704530394277839</c:v>
                </c:pt>
                <c:pt idx="963">
                  <c:v>0.91549036369730374</c:v>
                </c:pt>
                <c:pt idx="964">
                  <c:v>0.91523485308563168</c:v>
                </c:pt>
                <c:pt idx="965">
                  <c:v>0.91518267918495166</c:v>
                </c:pt>
                <c:pt idx="966">
                  <c:v>0.91507118473763294</c:v>
                </c:pt>
                <c:pt idx="967">
                  <c:v>0.91416451691312794</c:v>
                </c:pt>
                <c:pt idx="968">
                  <c:v>0.9137586201754434</c:v>
                </c:pt>
                <c:pt idx="969">
                  <c:v>0.91192680587211505</c:v>
                </c:pt>
                <c:pt idx="970">
                  <c:v>0.91011344737475686</c:v>
                </c:pt>
                <c:pt idx="971">
                  <c:v>0.91007054986842684</c:v>
                </c:pt>
                <c:pt idx="972">
                  <c:v>0.90933892928627735</c:v>
                </c:pt>
                <c:pt idx="973">
                  <c:v>0.90795326549350275</c:v>
                </c:pt>
                <c:pt idx="974">
                  <c:v>0.90778467971677412</c:v>
                </c:pt>
                <c:pt idx="975">
                  <c:v>0.90673323498544267</c:v>
                </c:pt>
                <c:pt idx="976">
                  <c:v>0.9065749145478833</c:v>
                </c:pt>
                <c:pt idx="977">
                  <c:v>0.90639333562029867</c:v>
                </c:pt>
                <c:pt idx="978">
                  <c:v>0.90531462719114175</c:v>
                </c:pt>
                <c:pt idx="979">
                  <c:v>0.90364287940401122</c:v>
                </c:pt>
                <c:pt idx="980">
                  <c:v>0.90322468519510768</c:v>
                </c:pt>
                <c:pt idx="981">
                  <c:v>0.90314119838708851</c:v>
                </c:pt>
                <c:pt idx="982">
                  <c:v>0.90254384727179282</c:v>
                </c:pt>
                <c:pt idx="983">
                  <c:v>0.90249241052825402</c:v>
                </c:pt>
                <c:pt idx="984">
                  <c:v>0.90130861075076507</c:v>
                </c:pt>
                <c:pt idx="985">
                  <c:v>0.90113737705275909</c:v>
                </c:pt>
                <c:pt idx="986">
                  <c:v>0.89998692490899235</c:v>
                </c:pt>
                <c:pt idx="987">
                  <c:v>0.89946422541453741</c:v>
                </c:pt>
                <c:pt idx="988">
                  <c:v>0.89857900038587435</c:v>
                </c:pt>
                <c:pt idx="989">
                  <c:v>0.89814613905664631</c:v>
                </c:pt>
                <c:pt idx="990">
                  <c:v>0.8979500658595494</c:v>
                </c:pt>
                <c:pt idx="991">
                  <c:v>0.89712352433296272</c:v>
                </c:pt>
                <c:pt idx="992">
                  <c:v>0.89706492173380736</c:v>
                </c:pt>
                <c:pt idx="993">
                  <c:v>0.8963677233106111</c:v>
                </c:pt>
                <c:pt idx="994">
                  <c:v>0.89454028358417403</c:v>
                </c:pt>
                <c:pt idx="995">
                  <c:v>0.89435312937280687</c:v>
                </c:pt>
                <c:pt idx="996">
                  <c:v>0.89385435421246395</c:v>
                </c:pt>
                <c:pt idx="997">
                  <c:v>0.89338402012135876</c:v>
                </c:pt>
                <c:pt idx="998">
                  <c:v>0.89294198918277612</c:v>
                </c:pt>
                <c:pt idx="999">
                  <c:v>0.89239153633396595</c:v>
                </c:pt>
                <c:pt idx="1000">
                  <c:v>0.89233608384338192</c:v>
                </c:pt>
                <c:pt idx="1001">
                  <c:v>0.8922311528657787</c:v>
                </c:pt>
                <c:pt idx="1002">
                  <c:v>0.89075962218067217</c:v>
                </c:pt>
                <c:pt idx="1003">
                  <c:v>0.89019589990382586</c:v>
                </c:pt>
                <c:pt idx="1004">
                  <c:v>0.88990739701170796</c:v>
                </c:pt>
                <c:pt idx="1005">
                  <c:v>0.88806996222923618</c:v>
                </c:pt>
                <c:pt idx="1006">
                  <c:v>0.88795714522890556</c:v>
                </c:pt>
                <c:pt idx="1007">
                  <c:v>0.88717770501047133</c:v>
                </c:pt>
                <c:pt idx="1008">
                  <c:v>0.88622867081535417</c:v>
                </c:pt>
                <c:pt idx="1009">
                  <c:v>0.88574586999150873</c:v>
                </c:pt>
                <c:pt idx="1010">
                  <c:v>0.88568436427090835</c:v>
                </c:pt>
                <c:pt idx="1011">
                  <c:v>0.88379594162914021</c:v>
                </c:pt>
                <c:pt idx="1012">
                  <c:v>0.88193986547960057</c:v>
                </c:pt>
                <c:pt idx="1013">
                  <c:v>0.87955005504790762</c:v>
                </c:pt>
                <c:pt idx="1014">
                  <c:v>0.87951428659933162</c:v>
                </c:pt>
                <c:pt idx="1015">
                  <c:v>0.87907155597360942</c:v>
                </c:pt>
                <c:pt idx="1016">
                  <c:v>0.87745000985439903</c:v>
                </c:pt>
                <c:pt idx="1017">
                  <c:v>0.87727041989434429</c:v>
                </c:pt>
                <c:pt idx="1018">
                  <c:v>0.8771033590535835</c:v>
                </c:pt>
                <c:pt idx="1019">
                  <c:v>0.87708649673872319</c:v>
                </c:pt>
                <c:pt idx="1020">
                  <c:v>0.87660770845181624</c:v>
                </c:pt>
                <c:pt idx="1021">
                  <c:v>0.8761743035121472</c:v>
                </c:pt>
                <c:pt idx="1022">
                  <c:v>0.8752123060414424</c:v>
                </c:pt>
                <c:pt idx="1023">
                  <c:v>0.87482613583348745</c:v>
                </c:pt>
                <c:pt idx="1024">
                  <c:v>0.87340282249731649</c:v>
                </c:pt>
                <c:pt idx="1025">
                  <c:v>0.87326846267272507</c:v>
                </c:pt>
                <c:pt idx="1026">
                  <c:v>0.87190085325492261</c:v>
                </c:pt>
                <c:pt idx="1027">
                  <c:v>0.87141708941295815</c:v>
                </c:pt>
                <c:pt idx="1028">
                  <c:v>0.86972810958590907</c:v>
                </c:pt>
                <c:pt idx="1029">
                  <c:v>0.86898158082013899</c:v>
                </c:pt>
                <c:pt idx="1030">
                  <c:v>0.8679353017192224</c:v>
                </c:pt>
                <c:pt idx="1031">
                  <c:v>0.86754117310424483</c:v>
                </c:pt>
                <c:pt idx="1032">
                  <c:v>0.8673392431080067</c:v>
                </c:pt>
                <c:pt idx="1033">
                  <c:v>0.86725769243689266</c:v>
                </c:pt>
                <c:pt idx="1034">
                  <c:v>0.86603006956352324</c:v>
                </c:pt>
                <c:pt idx="1035">
                  <c:v>0.86581013049457478</c:v>
                </c:pt>
                <c:pt idx="1036">
                  <c:v>0.865700822961465</c:v>
                </c:pt>
                <c:pt idx="1037">
                  <c:v>0.86520713937176352</c:v>
                </c:pt>
                <c:pt idx="1038">
                  <c:v>0.86486979014015031</c:v>
                </c:pt>
                <c:pt idx="1039">
                  <c:v>0.86462430060922402</c:v>
                </c:pt>
                <c:pt idx="1040">
                  <c:v>0.86252028851677665</c:v>
                </c:pt>
                <c:pt idx="1041">
                  <c:v>0.86206295809068612</c:v>
                </c:pt>
                <c:pt idx="1042">
                  <c:v>0.86135874415219693</c:v>
                </c:pt>
                <c:pt idx="1043">
                  <c:v>0.86113514274502823</c:v>
                </c:pt>
                <c:pt idx="1044">
                  <c:v>0.86071335150460759</c:v>
                </c:pt>
                <c:pt idx="1045">
                  <c:v>0.86064968376019635</c:v>
                </c:pt>
                <c:pt idx="1046">
                  <c:v>0.86028502068383605</c:v>
                </c:pt>
                <c:pt idx="1047">
                  <c:v>0.85899316151259975</c:v>
                </c:pt>
                <c:pt idx="1048">
                  <c:v>0.85816324229108276</c:v>
                </c:pt>
                <c:pt idx="1049">
                  <c:v>0.85806108712379781</c:v>
                </c:pt>
                <c:pt idx="1050">
                  <c:v>0.85728219762210078</c:v>
                </c:pt>
                <c:pt idx="1051">
                  <c:v>0.85702095968025183</c:v>
                </c:pt>
                <c:pt idx="1052">
                  <c:v>0.85682835964274839</c:v>
                </c:pt>
                <c:pt idx="1053">
                  <c:v>0.85676971717823602</c:v>
                </c:pt>
                <c:pt idx="1054">
                  <c:v>0.85437452198068031</c:v>
                </c:pt>
                <c:pt idx="1055">
                  <c:v>0.85409140413730278</c:v>
                </c:pt>
                <c:pt idx="1056">
                  <c:v>0.85387354567547813</c:v>
                </c:pt>
                <c:pt idx="1057">
                  <c:v>0.85381187805791681</c:v>
                </c:pt>
                <c:pt idx="1058">
                  <c:v>0.85379734420987663</c:v>
                </c:pt>
                <c:pt idx="1059">
                  <c:v>0.85316249387225485</c:v>
                </c:pt>
                <c:pt idx="1060">
                  <c:v>0.85235106946961892</c:v>
                </c:pt>
                <c:pt idx="1061">
                  <c:v>0.85137608646841756</c:v>
                </c:pt>
                <c:pt idx="1062">
                  <c:v>0.8504883900582263</c:v>
                </c:pt>
                <c:pt idx="1063">
                  <c:v>0.85025299692473</c:v>
                </c:pt>
                <c:pt idx="1064">
                  <c:v>0.85023774185676748</c:v>
                </c:pt>
                <c:pt idx="1065">
                  <c:v>0.84950368854205505</c:v>
                </c:pt>
                <c:pt idx="1066">
                  <c:v>0.8489249761204084</c:v>
                </c:pt>
                <c:pt idx="1067">
                  <c:v>0.84845373475749553</c:v>
                </c:pt>
                <c:pt idx="1068">
                  <c:v>0.84649935942020504</c:v>
                </c:pt>
                <c:pt idx="1069">
                  <c:v>0.84511995961675479</c:v>
                </c:pt>
                <c:pt idx="1070">
                  <c:v>0.84385405444557893</c:v>
                </c:pt>
                <c:pt idx="1071">
                  <c:v>0.84362747678068495</c:v>
                </c:pt>
                <c:pt idx="1072">
                  <c:v>0.84350031790496183</c:v>
                </c:pt>
                <c:pt idx="1073">
                  <c:v>0.84330625897226241</c:v>
                </c:pt>
                <c:pt idx="1074">
                  <c:v>0.84320481929395896</c:v>
                </c:pt>
                <c:pt idx="1075">
                  <c:v>0.84262114110737707</c:v>
                </c:pt>
                <c:pt idx="1076">
                  <c:v>0.84146635867869091</c:v>
                </c:pt>
                <c:pt idx="1077">
                  <c:v>0.84093532365377777</c:v>
                </c:pt>
                <c:pt idx="1078">
                  <c:v>0.84092799197386781</c:v>
                </c:pt>
                <c:pt idx="1079">
                  <c:v>0.84089942356599712</c:v>
                </c:pt>
                <c:pt idx="1080">
                  <c:v>0.84043640814894016</c:v>
                </c:pt>
                <c:pt idx="1081">
                  <c:v>0.83984602591400448</c:v>
                </c:pt>
                <c:pt idx="1082">
                  <c:v>0.83913113020671226</c:v>
                </c:pt>
                <c:pt idx="1083">
                  <c:v>0.8390430665518076</c:v>
                </c:pt>
                <c:pt idx="1084">
                  <c:v>0.83892204528378111</c:v>
                </c:pt>
                <c:pt idx="1085">
                  <c:v>0.83862142237036175</c:v>
                </c:pt>
                <c:pt idx="1086">
                  <c:v>0.83824702306908461</c:v>
                </c:pt>
                <c:pt idx="1087">
                  <c:v>0.8382397809912171</c:v>
                </c:pt>
                <c:pt idx="1088">
                  <c:v>0.83734213211484843</c:v>
                </c:pt>
                <c:pt idx="1089">
                  <c:v>0.83577933500048229</c:v>
                </c:pt>
                <c:pt idx="1090">
                  <c:v>0.83364610743130729</c:v>
                </c:pt>
                <c:pt idx="1091">
                  <c:v>0.83312938972452388</c:v>
                </c:pt>
                <c:pt idx="1092">
                  <c:v>0.83220032322185589</c:v>
                </c:pt>
                <c:pt idx="1093">
                  <c:v>0.83167520486701774</c:v>
                </c:pt>
                <c:pt idx="1094">
                  <c:v>0.83066667103094027</c:v>
                </c:pt>
                <c:pt idx="1095">
                  <c:v>0.8305531742981811</c:v>
                </c:pt>
                <c:pt idx="1096">
                  <c:v>0.83045730806220985</c:v>
                </c:pt>
                <c:pt idx="1097">
                  <c:v>0.82946726069304488</c:v>
                </c:pt>
                <c:pt idx="1098">
                  <c:v>0.82937600673408474</c:v>
                </c:pt>
                <c:pt idx="1099">
                  <c:v>0.82840143238611408</c:v>
                </c:pt>
                <c:pt idx="1100">
                  <c:v>0.82833823930055017</c:v>
                </c:pt>
                <c:pt idx="1101">
                  <c:v>0.82822911986589198</c:v>
                </c:pt>
                <c:pt idx="1102">
                  <c:v>0.82821780987203197</c:v>
                </c:pt>
                <c:pt idx="1103">
                  <c:v>0.82754532077863685</c:v>
                </c:pt>
                <c:pt idx="1104">
                  <c:v>0.82666761757749185</c:v>
                </c:pt>
                <c:pt idx="1105">
                  <c:v>0.82599861187296775</c:v>
                </c:pt>
                <c:pt idx="1106">
                  <c:v>0.82576665305401598</c:v>
                </c:pt>
                <c:pt idx="1107">
                  <c:v>0.82500574753185019</c:v>
                </c:pt>
                <c:pt idx="1108">
                  <c:v>0.82453612786184172</c:v>
                </c:pt>
                <c:pt idx="1109">
                  <c:v>0.82445169129815077</c:v>
                </c:pt>
                <c:pt idx="1110">
                  <c:v>0.82438636182190961</c:v>
                </c:pt>
                <c:pt idx="1111">
                  <c:v>0.82258735101865088</c:v>
                </c:pt>
                <c:pt idx="1112">
                  <c:v>0.82190591532260571</c:v>
                </c:pt>
                <c:pt idx="1113">
                  <c:v>0.82179170421759107</c:v>
                </c:pt>
                <c:pt idx="1114">
                  <c:v>0.82056460720086088</c:v>
                </c:pt>
                <c:pt idx="1115">
                  <c:v>0.8199008415261404</c:v>
                </c:pt>
                <c:pt idx="1116">
                  <c:v>0.81960847050561447</c:v>
                </c:pt>
                <c:pt idx="1117">
                  <c:v>0.8194271837688224</c:v>
                </c:pt>
                <c:pt idx="1118">
                  <c:v>0.81912204216695839</c:v>
                </c:pt>
                <c:pt idx="1119">
                  <c:v>0.81870003745274922</c:v>
                </c:pt>
                <c:pt idx="1120">
                  <c:v>0.81866459221619803</c:v>
                </c:pt>
                <c:pt idx="1121">
                  <c:v>0.81792188788133258</c:v>
                </c:pt>
                <c:pt idx="1122">
                  <c:v>0.81661299974057866</c:v>
                </c:pt>
                <c:pt idx="1123">
                  <c:v>0.814942814626199</c:v>
                </c:pt>
                <c:pt idx="1124">
                  <c:v>0.81473326456646</c:v>
                </c:pt>
                <c:pt idx="1125">
                  <c:v>0.81323830616776482</c:v>
                </c:pt>
                <c:pt idx="1126">
                  <c:v>0.81117476421751677</c:v>
                </c:pt>
                <c:pt idx="1127">
                  <c:v>0.81046924010519494</c:v>
                </c:pt>
                <c:pt idx="1128">
                  <c:v>0.81039782296830831</c:v>
                </c:pt>
                <c:pt idx="1129">
                  <c:v>0.81025077642089594</c:v>
                </c:pt>
                <c:pt idx="1130">
                  <c:v>0.80992489013745872</c:v>
                </c:pt>
                <c:pt idx="1131">
                  <c:v>0.80963764155535856</c:v>
                </c:pt>
                <c:pt idx="1132">
                  <c:v>0.80901629285319265</c:v>
                </c:pt>
                <c:pt idx="1133">
                  <c:v>0.80872691941419494</c:v>
                </c:pt>
                <c:pt idx="1134">
                  <c:v>0.80769893695652806</c:v>
                </c:pt>
                <c:pt idx="1135">
                  <c:v>0.80753528425983812</c:v>
                </c:pt>
                <c:pt idx="1136">
                  <c:v>0.8074503052240809</c:v>
                </c:pt>
                <c:pt idx="1137">
                  <c:v>0.80683117901062318</c:v>
                </c:pt>
                <c:pt idx="1138">
                  <c:v>0.80655408988170096</c:v>
                </c:pt>
                <c:pt idx="1139">
                  <c:v>0.8047372249145327</c:v>
                </c:pt>
                <c:pt idx="1140">
                  <c:v>0.80443444428907429</c:v>
                </c:pt>
                <c:pt idx="1141">
                  <c:v>0.80410098108098205</c:v>
                </c:pt>
                <c:pt idx="1142">
                  <c:v>0.80401441587795985</c:v>
                </c:pt>
                <c:pt idx="1143">
                  <c:v>0.80364624590819678</c:v>
                </c:pt>
                <c:pt idx="1144">
                  <c:v>0.80249988618850798</c:v>
                </c:pt>
                <c:pt idx="1145">
                  <c:v>0.80203944831669771</c:v>
                </c:pt>
                <c:pt idx="1146">
                  <c:v>0.80198849589784571</c:v>
                </c:pt>
                <c:pt idx="1147">
                  <c:v>0.80196735783145223</c:v>
                </c:pt>
                <c:pt idx="1148">
                  <c:v>0.80152127185956146</c:v>
                </c:pt>
                <c:pt idx="1149">
                  <c:v>0.80139733314015649</c:v>
                </c:pt>
                <c:pt idx="1150">
                  <c:v>0.79992829591728976</c:v>
                </c:pt>
                <c:pt idx="1151">
                  <c:v>0.79973738977656417</c:v>
                </c:pt>
                <c:pt idx="1152">
                  <c:v>0.79967362965204392</c:v>
                </c:pt>
                <c:pt idx="1153">
                  <c:v>0.79872102674918277</c:v>
                </c:pt>
                <c:pt idx="1154">
                  <c:v>0.79751009036970644</c:v>
                </c:pt>
                <c:pt idx="1155">
                  <c:v>0.79725871168492535</c:v>
                </c:pt>
                <c:pt idx="1156">
                  <c:v>0.7971410398178389</c:v>
                </c:pt>
                <c:pt idx="1157">
                  <c:v>0.7959642291151181</c:v>
                </c:pt>
                <c:pt idx="1158">
                  <c:v>0.7957250724198901</c:v>
                </c:pt>
                <c:pt idx="1159">
                  <c:v>0.7947863370129814</c:v>
                </c:pt>
                <c:pt idx="1160">
                  <c:v>0.79475261928418683</c:v>
                </c:pt>
                <c:pt idx="1161">
                  <c:v>0.7938264571947129</c:v>
                </c:pt>
                <c:pt idx="1162">
                  <c:v>0.79344240208541961</c:v>
                </c:pt>
                <c:pt idx="1163">
                  <c:v>0.79242341238813097</c:v>
                </c:pt>
                <c:pt idx="1164">
                  <c:v>0.79166057644982946</c:v>
                </c:pt>
                <c:pt idx="1165">
                  <c:v>0.79165002786766203</c:v>
                </c:pt>
                <c:pt idx="1166">
                  <c:v>0.79118482024024583</c:v>
                </c:pt>
                <c:pt idx="1167">
                  <c:v>0.79078863420389223</c:v>
                </c:pt>
                <c:pt idx="1168">
                  <c:v>0.79073821547152578</c:v>
                </c:pt>
                <c:pt idx="1169">
                  <c:v>0.79068472723662153</c:v>
                </c:pt>
                <c:pt idx="1170">
                  <c:v>0.7897712020769877</c:v>
                </c:pt>
                <c:pt idx="1171">
                  <c:v>0.78968092586043048</c:v>
                </c:pt>
                <c:pt idx="1172">
                  <c:v>0.78930373967359291</c:v>
                </c:pt>
                <c:pt idx="1173">
                  <c:v>0.78912566436974885</c:v>
                </c:pt>
                <c:pt idx="1174">
                  <c:v>0.78826071056727354</c:v>
                </c:pt>
                <c:pt idx="1175">
                  <c:v>0.78818517850873149</c:v>
                </c:pt>
                <c:pt idx="1176">
                  <c:v>0.78788951742368751</c:v>
                </c:pt>
                <c:pt idx="1177">
                  <c:v>0.78686788247056338</c:v>
                </c:pt>
                <c:pt idx="1178">
                  <c:v>0.78640331277879516</c:v>
                </c:pt>
                <c:pt idx="1179">
                  <c:v>0.7857788953584699</c:v>
                </c:pt>
                <c:pt idx="1180">
                  <c:v>0.78546801356719664</c:v>
                </c:pt>
                <c:pt idx="1181">
                  <c:v>0.78495387398933902</c:v>
                </c:pt>
                <c:pt idx="1182">
                  <c:v>0.78469529527308512</c:v>
                </c:pt>
                <c:pt idx="1183">
                  <c:v>0.78412178520209097</c:v>
                </c:pt>
                <c:pt idx="1184">
                  <c:v>0.78401147388056192</c:v>
                </c:pt>
                <c:pt idx="1185">
                  <c:v>0.78330448943592546</c:v>
                </c:pt>
                <c:pt idx="1186">
                  <c:v>0.7832188673616306</c:v>
                </c:pt>
                <c:pt idx="1187">
                  <c:v>0.78293575759119383</c:v>
                </c:pt>
                <c:pt idx="1188">
                  <c:v>0.78289536444362018</c:v>
                </c:pt>
                <c:pt idx="1189">
                  <c:v>0.78266404396332256</c:v>
                </c:pt>
                <c:pt idx="1190">
                  <c:v>0.78254302148939248</c:v>
                </c:pt>
                <c:pt idx="1191">
                  <c:v>0.78034343929611139</c:v>
                </c:pt>
                <c:pt idx="1192">
                  <c:v>0.77938340618541946</c:v>
                </c:pt>
                <c:pt idx="1193">
                  <c:v>0.7783901381575391</c:v>
                </c:pt>
                <c:pt idx="1194">
                  <c:v>0.77730007425341163</c:v>
                </c:pt>
                <c:pt idx="1195">
                  <c:v>0.776080683863696</c:v>
                </c:pt>
                <c:pt idx="1196">
                  <c:v>0.77531977037878497</c:v>
                </c:pt>
                <c:pt idx="1197">
                  <c:v>0.77494784385634063</c:v>
                </c:pt>
                <c:pt idx="1198">
                  <c:v>0.77362582869510788</c:v>
                </c:pt>
                <c:pt idx="1199">
                  <c:v>0.77280649772915877</c:v>
                </c:pt>
                <c:pt idx="1200">
                  <c:v>0.77251863493941564</c:v>
                </c:pt>
                <c:pt idx="1201">
                  <c:v>0.77227090740380866</c:v>
                </c:pt>
                <c:pt idx="1202">
                  <c:v>0.7708195933803681</c:v>
                </c:pt>
                <c:pt idx="1203">
                  <c:v>0.77072870810517657</c:v>
                </c:pt>
                <c:pt idx="1204">
                  <c:v>0.7702505839348831</c:v>
                </c:pt>
                <c:pt idx="1205">
                  <c:v>0.7698121618987448</c:v>
                </c:pt>
                <c:pt idx="1206">
                  <c:v>0.76971402539750589</c:v>
                </c:pt>
                <c:pt idx="1207">
                  <c:v>0.76944509958935181</c:v>
                </c:pt>
                <c:pt idx="1208">
                  <c:v>0.76918799723603848</c:v>
                </c:pt>
                <c:pt idx="1209">
                  <c:v>0.76865042877874612</c:v>
                </c:pt>
                <c:pt idx="1210">
                  <c:v>0.76846770598727565</c:v>
                </c:pt>
                <c:pt idx="1211">
                  <c:v>0.76797598549232993</c:v>
                </c:pt>
                <c:pt idx="1212">
                  <c:v>0.76763480293560948</c:v>
                </c:pt>
                <c:pt idx="1213">
                  <c:v>0.76656809064001918</c:v>
                </c:pt>
                <c:pt idx="1214">
                  <c:v>0.7643998566569018</c:v>
                </c:pt>
                <c:pt idx="1215">
                  <c:v>0.76425922939255386</c:v>
                </c:pt>
                <c:pt idx="1216">
                  <c:v>0.76264941927763175</c:v>
                </c:pt>
                <c:pt idx="1217">
                  <c:v>0.76157064561333743</c:v>
                </c:pt>
                <c:pt idx="1218">
                  <c:v>0.76145379967608751</c:v>
                </c:pt>
                <c:pt idx="1219">
                  <c:v>0.76131712496039872</c:v>
                </c:pt>
                <c:pt idx="1220">
                  <c:v>0.76109739115727026</c:v>
                </c:pt>
                <c:pt idx="1221">
                  <c:v>0.76007727832489624</c:v>
                </c:pt>
                <c:pt idx="1222">
                  <c:v>0.75900957570796801</c:v>
                </c:pt>
                <c:pt idx="1223">
                  <c:v>0.75846331634436126</c:v>
                </c:pt>
                <c:pt idx="1224">
                  <c:v>0.75840877086144831</c:v>
                </c:pt>
                <c:pt idx="1225">
                  <c:v>0.75832252630189778</c:v>
                </c:pt>
                <c:pt idx="1226">
                  <c:v>0.75790214550107793</c:v>
                </c:pt>
                <c:pt idx="1227">
                  <c:v>0.75671437885069726</c:v>
                </c:pt>
                <c:pt idx="1228">
                  <c:v>0.75516386639486854</c:v>
                </c:pt>
                <c:pt idx="1229">
                  <c:v>0.75491727448128843</c:v>
                </c:pt>
                <c:pt idx="1230">
                  <c:v>0.75361348546046103</c:v>
                </c:pt>
                <c:pt idx="1231">
                  <c:v>0.75356294992029782</c:v>
                </c:pt>
                <c:pt idx="1232">
                  <c:v>0.75150130215003141</c:v>
                </c:pt>
                <c:pt idx="1233">
                  <c:v>0.75116574080922294</c:v>
                </c:pt>
                <c:pt idx="1234">
                  <c:v>0.7505454804208046</c:v>
                </c:pt>
                <c:pt idx="1235">
                  <c:v>0.74862610925597972</c:v>
                </c:pt>
                <c:pt idx="1236">
                  <c:v>0.74795860269969694</c:v>
                </c:pt>
                <c:pt idx="1237">
                  <c:v>0.74787513042345588</c:v>
                </c:pt>
                <c:pt idx="1238">
                  <c:v>0.7473798646601777</c:v>
                </c:pt>
                <c:pt idx="1239">
                  <c:v>0.74558340941158618</c:v>
                </c:pt>
                <c:pt idx="1240">
                  <c:v>0.74540114704742122</c:v>
                </c:pt>
                <c:pt idx="1241">
                  <c:v>0.74519126563408633</c:v>
                </c:pt>
                <c:pt idx="1242">
                  <c:v>0.74481746525870918</c:v>
                </c:pt>
                <c:pt idx="1243">
                  <c:v>0.74410808846223198</c:v>
                </c:pt>
                <c:pt idx="1244">
                  <c:v>0.7435857113029547</c:v>
                </c:pt>
                <c:pt idx="1245">
                  <c:v>0.74214333174746361</c:v>
                </c:pt>
                <c:pt idx="1246">
                  <c:v>0.74202366487687144</c:v>
                </c:pt>
                <c:pt idx="1247">
                  <c:v>0.74168278124188636</c:v>
                </c:pt>
                <c:pt idx="1248">
                  <c:v>0.74121193051692857</c:v>
                </c:pt>
                <c:pt idx="1249">
                  <c:v>0.73759591930046919</c:v>
                </c:pt>
                <c:pt idx="1250">
                  <c:v>0.73755483086364459</c:v>
                </c:pt>
                <c:pt idx="1251">
                  <c:v>0.73660076309905209</c:v>
                </c:pt>
                <c:pt idx="1252">
                  <c:v>0.7342225413593475</c:v>
                </c:pt>
                <c:pt idx="1253">
                  <c:v>0.73416221724608877</c:v>
                </c:pt>
                <c:pt idx="1254">
                  <c:v>0.73381069911430952</c:v>
                </c:pt>
                <c:pt idx="1255">
                  <c:v>0.73182373293255276</c:v>
                </c:pt>
                <c:pt idx="1256">
                  <c:v>0.73152355312426653</c:v>
                </c:pt>
                <c:pt idx="1257">
                  <c:v>0.73098197818034649</c:v>
                </c:pt>
                <c:pt idx="1258">
                  <c:v>0.73097125653739881</c:v>
                </c:pt>
                <c:pt idx="1259">
                  <c:v>0.73005279764787001</c:v>
                </c:pt>
                <c:pt idx="1260">
                  <c:v>0.72980952952325973</c:v>
                </c:pt>
                <c:pt idx="1261">
                  <c:v>0.72976665627724424</c:v>
                </c:pt>
                <c:pt idx="1262">
                  <c:v>0.72914465379657833</c:v>
                </c:pt>
                <c:pt idx="1263">
                  <c:v>0.72908511948267352</c:v>
                </c:pt>
                <c:pt idx="1264">
                  <c:v>0.72862018811843487</c:v>
                </c:pt>
                <c:pt idx="1265">
                  <c:v>0.72817932717336742</c:v>
                </c:pt>
                <c:pt idx="1266">
                  <c:v>0.72810420822227417</c:v>
                </c:pt>
                <c:pt idx="1267">
                  <c:v>0.72744524754242168</c:v>
                </c:pt>
                <c:pt idx="1268">
                  <c:v>0.72580113275127423</c:v>
                </c:pt>
                <c:pt idx="1269">
                  <c:v>0.72577637562658281</c:v>
                </c:pt>
                <c:pt idx="1270">
                  <c:v>0.72548865373649007</c:v>
                </c:pt>
                <c:pt idx="1271">
                  <c:v>0.72450725922952419</c:v>
                </c:pt>
                <c:pt idx="1272">
                  <c:v>0.72237034388995081</c:v>
                </c:pt>
                <c:pt idx="1273">
                  <c:v>0.72133739782587003</c:v>
                </c:pt>
                <c:pt idx="1274">
                  <c:v>0.71994966331338683</c:v>
                </c:pt>
                <c:pt idx="1275">
                  <c:v>0.71903047513899809</c:v>
                </c:pt>
                <c:pt idx="1276">
                  <c:v>0.71889136370500129</c:v>
                </c:pt>
                <c:pt idx="1277">
                  <c:v>0.71864900227530282</c:v>
                </c:pt>
                <c:pt idx="1278">
                  <c:v>0.71852740143003957</c:v>
                </c:pt>
                <c:pt idx="1279">
                  <c:v>0.71715599482866976</c:v>
                </c:pt>
                <c:pt idx="1280">
                  <c:v>0.7170801988658112</c:v>
                </c:pt>
                <c:pt idx="1281">
                  <c:v>0.71678883640636304</c:v>
                </c:pt>
                <c:pt idx="1282">
                  <c:v>0.71615764019737049</c:v>
                </c:pt>
                <c:pt idx="1283">
                  <c:v>0.71601848432689208</c:v>
                </c:pt>
                <c:pt idx="1284">
                  <c:v>0.71542950628977908</c:v>
                </c:pt>
                <c:pt idx="1285">
                  <c:v>0.71482386267554598</c:v>
                </c:pt>
                <c:pt idx="1286">
                  <c:v>0.71397163875121195</c:v>
                </c:pt>
                <c:pt idx="1287">
                  <c:v>0.71385754089276865</c:v>
                </c:pt>
                <c:pt idx="1288">
                  <c:v>0.71307450150105622</c:v>
                </c:pt>
                <c:pt idx="1289">
                  <c:v>0.71216149976030552</c:v>
                </c:pt>
                <c:pt idx="1290">
                  <c:v>0.71190445434457295</c:v>
                </c:pt>
                <c:pt idx="1291">
                  <c:v>0.71158908470937199</c:v>
                </c:pt>
                <c:pt idx="1292">
                  <c:v>0.71148070113606765</c:v>
                </c:pt>
                <c:pt idx="1293">
                  <c:v>0.71116235270698613</c:v>
                </c:pt>
                <c:pt idx="1294">
                  <c:v>0.7104639377348323</c:v>
                </c:pt>
                <c:pt idx="1295">
                  <c:v>0.71039186817284228</c:v>
                </c:pt>
                <c:pt idx="1296">
                  <c:v>0.71013771858658614</c:v>
                </c:pt>
                <c:pt idx="1297">
                  <c:v>0.71011673647527729</c:v>
                </c:pt>
                <c:pt idx="1298">
                  <c:v>0.70887234969979529</c:v>
                </c:pt>
                <c:pt idx="1299">
                  <c:v>0.70875679830072014</c:v>
                </c:pt>
                <c:pt idx="1300">
                  <c:v>0.70867709771756404</c:v>
                </c:pt>
                <c:pt idx="1301">
                  <c:v>0.70799614691391244</c:v>
                </c:pt>
                <c:pt idx="1302">
                  <c:v>0.70690159144545506</c:v>
                </c:pt>
                <c:pt idx="1303">
                  <c:v>0.7067828639597159</c:v>
                </c:pt>
                <c:pt idx="1304">
                  <c:v>0.70644619036428835</c:v>
                </c:pt>
                <c:pt idx="1305">
                  <c:v>0.7060609090358162</c:v>
                </c:pt>
                <c:pt idx="1306">
                  <c:v>0.70587669636225769</c:v>
                </c:pt>
                <c:pt idx="1307">
                  <c:v>0.70584537395272595</c:v>
                </c:pt>
                <c:pt idx="1308">
                  <c:v>0.70549853321844103</c:v>
                </c:pt>
                <c:pt idx="1309">
                  <c:v>0.70544537009949682</c:v>
                </c:pt>
                <c:pt idx="1310">
                  <c:v>0.70534162790820254</c:v>
                </c:pt>
                <c:pt idx="1311">
                  <c:v>0.70460113444282224</c:v>
                </c:pt>
                <c:pt idx="1312">
                  <c:v>0.70429245179617794</c:v>
                </c:pt>
                <c:pt idx="1313">
                  <c:v>0.70320358133979832</c:v>
                </c:pt>
                <c:pt idx="1314">
                  <c:v>0.70282362269716858</c:v>
                </c:pt>
                <c:pt idx="1315">
                  <c:v>0.70264506017085548</c:v>
                </c:pt>
                <c:pt idx="1316">
                  <c:v>0.70250687565892911</c:v>
                </c:pt>
                <c:pt idx="1317">
                  <c:v>0.70201979773137946</c:v>
                </c:pt>
                <c:pt idx="1318">
                  <c:v>0.7018709831779657</c:v>
                </c:pt>
                <c:pt idx="1319">
                  <c:v>0.70127460004398501</c:v>
                </c:pt>
                <c:pt idx="1320">
                  <c:v>0.70122095021087538</c:v>
                </c:pt>
                <c:pt idx="1321">
                  <c:v>0.70101336692725502</c:v>
                </c:pt>
                <c:pt idx="1322">
                  <c:v>0.70003927216550066</c:v>
                </c:pt>
                <c:pt idx="1323">
                  <c:v>0.69953060312135973</c:v>
                </c:pt>
                <c:pt idx="1324">
                  <c:v>0.69949112965496352</c:v>
                </c:pt>
                <c:pt idx="1325">
                  <c:v>0.69926977528153167</c:v>
                </c:pt>
                <c:pt idx="1326">
                  <c:v>0.69918376268687765</c:v>
                </c:pt>
                <c:pt idx="1327">
                  <c:v>0.69876352579263434</c:v>
                </c:pt>
                <c:pt idx="1328">
                  <c:v>0.69750855279205237</c:v>
                </c:pt>
                <c:pt idx="1329">
                  <c:v>0.69663240850171726</c:v>
                </c:pt>
                <c:pt idx="1330">
                  <c:v>0.69660254129325949</c:v>
                </c:pt>
                <c:pt idx="1331">
                  <c:v>0.6962502604721309</c:v>
                </c:pt>
                <c:pt idx="1332">
                  <c:v>0.69573509502315001</c:v>
                </c:pt>
                <c:pt idx="1333">
                  <c:v>0.69432449589172118</c:v>
                </c:pt>
                <c:pt idx="1334">
                  <c:v>0.69277933385401858</c:v>
                </c:pt>
                <c:pt idx="1335">
                  <c:v>0.69244133482154091</c:v>
                </c:pt>
                <c:pt idx="1336">
                  <c:v>0.69242128460161445</c:v>
                </c:pt>
                <c:pt idx="1337">
                  <c:v>0.69117036622449268</c:v>
                </c:pt>
                <c:pt idx="1338">
                  <c:v>0.69001784473066918</c:v>
                </c:pt>
                <c:pt idx="1339">
                  <c:v>0.68998732975612587</c:v>
                </c:pt>
                <c:pt idx="1340">
                  <c:v>0.68948170884823057</c:v>
                </c:pt>
                <c:pt idx="1341">
                  <c:v>0.68896227525920528</c:v>
                </c:pt>
                <c:pt idx="1342">
                  <c:v>0.68864076360563176</c:v>
                </c:pt>
                <c:pt idx="1343">
                  <c:v>0.68818917123459589</c:v>
                </c:pt>
                <c:pt idx="1344">
                  <c:v>0.68712111668385767</c:v>
                </c:pt>
                <c:pt idx="1345">
                  <c:v>0.68663138409063018</c:v>
                </c:pt>
                <c:pt idx="1346">
                  <c:v>0.68632155898746083</c:v>
                </c:pt>
                <c:pt idx="1347">
                  <c:v>0.68621226938771662</c:v>
                </c:pt>
                <c:pt idx="1348">
                  <c:v>0.68594227545547548</c:v>
                </c:pt>
                <c:pt idx="1349">
                  <c:v>0.68554552260654023</c:v>
                </c:pt>
                <c:pt idx="1350">
                  <c:v>0.68453139242693528</c:v>
                </c:pt>
                <c:pt idx="1351">
                  <c:v>0.68434004966075568</c:v>
                </c:pt>
                <c:pt idx="1352">
                  <c:v>0.68422354100571514</c:v>
                </c:pt>
                <c:pt idx="1353">
                  <c:v>0.68373444057063848</c:v>
                </c:pt>
                <c:pt idx="1354">
                  <c:v>0.68227758978247166</c:v>
                </c:pt>
                <c:pt idx="1355">
                  <c:v>0.68193059833480141</c:v>
                </c:pt>
                <c:pt idx="1356">
                  <c:v>0.68174673168124023</c:v>
                </c:pt>
                <c:pt idx="1357">
                  <c:v>0.68071306654086094</c:v>
                </c:pt>
                <c:pt idx="1358">
                  <c:v>0.68066320906935929</c:v>
                </c:pt>
                <c:pt idx="1359">
                  <c:v>0.68065170597106051</c:v>
                </c:pt>
                <c:pt idx="1360">
                  <c:v>0.68057866085235197</c:v>
                </c:pt>
                <c:pt idx="1361">
                  <c:v>0.68025243447235684</c:v>
                </c:pt>
                <c:pt idx="1362">
                  <c:v>0.6798187363937227</c:v>
                </c:pt>
                <c:pt idx="1363">
                  <c:v>0.67978591173354208</c:v>
                </c:pt>
                <c:pt idx="1364">
                  <c:v>0.67889012150829919</c:v>
                </c:pt>
                <c:pt idx="1365">
                  <c:v>0.67886807497798518</c:v>
                </c:pt>
                <c:pt idx="1366">
                  <c:v>0.67873188494382286</c:v>
                </c:pt>
                <c:pt idx="1367">
                  <c:v>0.67859425960322384</c:v>
                </c:pt>
                <c:pt idx="1368">
                  <c:v>0.67847287679720603</c:v>
                </c:pt>
                <c:pt idx="1369">
                  <c:v>0.67843358944668597</c:v>
                </c:pt>
                <c:pt idx="1370">
                  <c:v>0.67839629170710047</c:v>
                </c:pt>
                <c:pt idx="1371">
                  <c:v>0.67803480750504419</c:v>
                </c:pt>
                <c:pt idx="1372">
                  <c:v>0.67766699910267447</c:v>
                </c:pt>
                <c:pt idx="1373">
                  <c:v>0.67755919153403332</c:v>
                </c:pt>
                <c:pt idx="1374">
                  <c:v>0.67750269146526421</c:v>
                </c:pt>
                <c:pt idx="1375">
                  <c:v>0.67735602493155278</c:v>
                </c:pt>
                <c:pt idx="1376">
                  <c:v>0.67572021827332218</c:v>
                </c:pt>
                <c:pt idx="1377">
                  <c:v>0.6753825705172708</c:v>
                </c:pt>
                <c:pt idx="1378">
                  <c:v>0.67516350131848357</c:v>
                </c:pt>
                <c:pt idx="1379">
                  <c:v>0.67430969032181443</c:v>
                </c:pt>
                <c:pt idx="1380">
                  <c:v>0.67275244513254795</c:v>
                </c:pt>
                <c:pt idx="1381">
                  <c:v>0.67269373074727157</c:v>
                </c:pt>
                <c:pt idx="1382">
                  <c:v>0.67228377385851101</c:v>
                </c:pt>
                <c:pt idx="1383">
                  <c:v>0.67191151723794285</c:v>
                </c:pt>
                <c:pt idx="1384">
                  <c:v>0.67063435074504152</c:v>
                </c:pt>
                <c:pt idx="1385">
                  <c:v>0.66978154048089877</c:v>
                </c:pt>
                <c:pt idx="1386">
                  <c:v>0.66935314680465441</c:v>
                </c:pt>
                <c:pt idx="1387">
                  <c:v>0.66907014881699189</c:v>
                </c:pt>
                <c:pt idx="1388">
                  <c:v>0.66766731315451711</c:v>
                </c:pt>
                <c:pt idx="1389">
                  <c:v>0.66699425980962057</c:v>
                </c:pt>
                <c:pt idx="1390">
                  <c:v>0.66661329524235369</c:v>
                </c:pt>
                <c:pt idx="1391">
                  <c:v>0.66380266322398973</c:v>
                </c:pt>
                <c:pt idx="1392">
                  <c:v>0.66274976272167097</c:v>
                </c:pt>
                <c:pt idx="1393">
                  <c:v>0.66241853647099258</c:v>
                </c:pt>
                <c:pt idx="1394">
                  <c:v>0.66217061280896272</c:v>
                </c:pt>
                <c:pt idx="1395">
                  <c:v>0.66199742245448245</c:v>
                </c:pt>
                <c:pt idx="1396">
                  <c:v>0.6618152456802453</c:v>
                </c:pt>
                <c:pt idx="1397">
                  <c:v>0.66137208164521666</c:v>
                </c:pt>
                <c:pt idx="1398">
                  <c:v>0.66055759569002026</c:v>
                </c:pt>
                <c:pt idx="1399">
                  <c:v>0.66010147290298427</c:v>
                </c:pt>
                <c:pt idx="1400">
                  <c:v>0.65976130291195345</c:v>
                </c:pt>
                <c:pt idx="1401">
                  <c:v>0.65962234988500501</c:v>
                </c:pt>
                <c:pt idx="1402">
                  <c:v>0.65886829407539882</c:v>
                </c:pt>
                <c:pt idx="1403">
                  <c:v>0.65831808230948785</c:v>
                </c:pt>
                <c:pt idx="1404">
                  <c:v>0.65830479771328587</c:v>
                </c:pt>
                <c:pt idx="1405">
                  <c:v>0.65819268051427304</c:v>
                </c:pt>
                <c:pt idx="1406">
                  <c:v>0.65815426385734255</c:v>
                </c:pt>
                <c:pt idx="1407">
                  <c:v>0.65789405672483925</c:v>
                </c:pt>
                <c:pt idx="1408">
                  <c:v>0.65770404166403806</c:v>
                </c:pt>
                <c:pt idx="1409">
                  <c:v>0.65748103394778845</c:v>
                </c:pt>
                <c:pt idx="1410">
                  <c:v>0.65677975851794701</c:v>
                </c:pt>
                <c:pt idx="1411">
                  <c:v>0.65621943562324736</c:v>
                </c:pt>
                <c:pt idx="1412">
                  <c:v>0.6559876682283452</c:v>
                </c:pt>
                <c:pt idx="1413">
                  <c:v>0.65594411548741027</c:v>
                </c:pt>
                <c:pt idx="1414">
                  <c:v>0.65546677142460164</c:v>
                </c:pt>
                <c:pt idx="1415">
                  <c:v>0.655340530257288</c:v>
                </c:pt>
                <c:pt idx="1416">
                  <c:v>0.65482268434642321</c:v>
                </c:pt>
                <c:pt idx="1417">
                  <c:v>0.65461793691188108</c:v>
                </c:pt>
                <c:pt idx="1418">
                  <c:v>0.65375360124944548</c:v>
                </c:pt>
                <c:pt idx="1419">
                  <c:v>0.65295098877752777</c:v>
                </c:pt>
                <c:pt idx="1420">
                  <c:v>0.65294683363868289</c:v>
                </c:pt>
                <c:pt idx="1421">
                  <c:v>0.65256325027307749</c:v>
                </c:pt>
                <c:pt idx="1422">
                  <c:v>0.65209457967819806</c:v>
                </c:pt>
                <c:pt idx="1423">
                  <c:v>0.65183395599798699</c:v>
                </c:pt>
                <c:pt idx="1424">
                  <c:v>0.65105668829446994</c:v>
                </c:pt>
                <c:pt idx="1425">
                  <c:v>0.6505714611852359</c:v>
                </c:pt>
                <c:pt idx="1426">
                  <c:v>0.64992748960326308</c:v>
                </c:pt>
                <c:pt idx="1427">
                  <c:v>0.64940384484317981</c:v>
                </c:pt>
                <c:pt idx="1428">
                  <c:v>0.64844929202367185</c:v>
                </c:pt>
                <c:pt idx="1429">
                  <c:v>0.64777508926153027</c:v>
                </c:pt>
                <c:pt idx="1430">
                  <c:v>0.64754366373861294</c:v>
                </c:pt>
                <c:pt idx="1431">
                  <c:v>0.64733747433460331</c:v>
                </c:pt>
                <c:pt idx="1432">
                  <c:v>0.64660869742187665</c:v>
                </c:pt>
                <c:pt idx="1433">
                  <c:v>0.646479106832204</c:v>
                </c:pt>
                <c:pt idx="1434">
                  <c:v>0.64601507996815299</c:v>
                </c:pt>
                <c:pt idx="1435">
                  <c:v>0.64519318844843965</c:v>
                </c:pt>
                <c:pt idx="1436">
                  <c:v>0.64501310854454263</c:v>
                </c:pt>
                <c:pt idx="1437">
                  <c:v>0.64411055038877307</c:v>
                </c:pt>
                <c:pt idx="1438">
                  <c:v>0.64374360576719469</c:v>
                </c:pt>
                <c:pt idx="1439">
                  <c:v>0.64336563485363929</c:v>
                </c:pt>
                <c:pt idx="1440">
                  <c:v>0.64328866876914881</c:v>
                </c:pt>
                <c:pt idx="1441">
                  <c:v>0.64317803811425667</c:v>
                </c:pt>
                <c:pt idx="1442">
                  <c:v>0.64287058490681925</c:v>
                </c:pt>
                <c:pt idx="1443">
                  <c:v>0.64239420453620233</c:v>
                </c:pt>
                <c:pt idx="1444">
                  <c:v>0.64218035974780041</c:v>
                </c:pt>
                <c:pt idx="1445">
                  <c:v>0.64179798408971944</c:v>
                </c:pt>
                <c:pt idx="1446">
                  <c:v>0.63982916030196513</c:v>
                </c:pt>
                <c:pt idx="1447">
                  <c:v>0.63965389675543516</c:v>
                </c:pt>
                <c:pt idx="1448">
                  <c:v>0.63909102208836255</c:v>
                </c:pt>
                <c:pt idx="1449">
                  <c:v>0.63888681743964781</c:v>
                </c:pt>
                <c:pt idx="1450">
                  <c:v>0.63869418990231674</c:v>
                </c:pt>
                <c:pt idx="1451">
                  <c:v>0.6384916461338932</c:v>
                </c:pt>
                <c:pt idx="1452">
                  <c:v>0.63801880020586355</c:v>
                </c:pt>
                <c:pt idx="1453">
                  <c:v>0.63713466521226136</c:v>
                </c:pt>
                <c:pt idx="1454">
                  <c:v>0.63692696622655687</c:v>
                </c:pt>
                <c:pt idx="1455">
                  <c:v>0.63650451089824678</c:v>
                </c:pt>
                <c:pt idx="1456">
                  <c:v>0.63591536328855169</c:v>
                </c:pt>
                <c:pt idx="1457">
                  <c:v>0.63556653782397765</c:v>
                </c:pt>
                <c:pt idx="1458">
                  <c:v>0.63462541364089153</c:v>
                </c:pt>
                <c:pt idx="1459">
                  <c:v>0.63457747406513065</c:v>
                </c:pt>
                <c:pt idx="1460">
                  <c:v>0.63415697413841055</c:v>
                </c:pt>
                <c:pt idx="1461">
                  <c:v>0.63382537881855427</c:v>
                </c:pt>
                <c:pt idx="1462">
                  <c:v>0.63200867938957372</c:v>
                </c:pt>
                <c:pt idx="1463">
                  <c:v>0.63181439422465124</c:v>
                </c:pt>
                <c:pt idx="1464">
                  <c:v>0.63170123311285298</c:v>
                </c:pt>
                <c:pt idx="1465">
                  <c:v>0.63047146454868885</c:v>
                </c:pt>
                <c:pt idx="1466">
                  <c:v>0.62984273088323917</c:v>
                </c:pt>
                <c:pt idx="1467">
                  <c:v>0.62975629134531008</c:v>
                </c:pt>
                <c:pt idx="1468">
                  <c:v>0.62952544873654437</c:v>
                </c:pt>
                <c:pt idx="1469">
                  <c:v>0.62932812077239531</c:v>
                </c:pt>
                <c:pt idx="1470">
                  <c:v>0.6288837768103126</c:v>
                </c:pt>
                <c:pt idx="1471">
                  <c:v>0.6287272676069493</c:v>
                </c:pt>
                <c:pt idx="1472">
                  <c:v>0.62865579538559424</c:v>
                </c:pt>
                <c:pt idx="1473">
                  <c:v>0.62856366809284847</c:v>
                </c:pt>
                <c:pt idx="1474">
                  <c:v>0.62800175357421151</c:v>
                </c:pt>
                <c:pt idx="1475">
                  <c:v>0.62782323515092209</c:v>
                </c:pt>
                <c:pt idx="1476">
                  <c:v>0.62690614303136361</c:v>
                </c:pt>
                <c:pt idx="1477">
                  <c:v>0.62687002545371451</c:v>
                </c:pt>
                <c:pt idx="1478">
                  <c:v>0.62675511238041126</c:v>
                </c:pt>
                <c:pt idx="1479">
                  <c:v>0.62632446763083771</c:v>
                </c:pt>
                <c:pt idx="1480">
                  <c:v>0.62459696351198035</c:v>
                </c:pt>
                <c:pt idx="1481">
                  <c:v>0.62402361954891272</c:v>
                </c:pt>
                <c:pt idx="1482">
                  <c:v>0.62371446057494961</c:v>
                </c:pt>
                <c:pt idx="1483">
                  <c:v>0.62346713263588227</c:v>
                </c:pt>
                <c:pt idx="1484">
                  <c:v>0.62311011944302874</c:v>
                </c:pt>
                <c:pt idx="1485">
                  <c:v>0.62282825367151695</c:v>
                </c:pt>
                <c:pt idx="1486">
                  <c:v>0.62210862641033271</c:v>
                </c:pt>
                <c:pt idx="1487">
                  <c:v>0.62200786195349311</c:v>
                </c:pt>
                <c:pt idx="1488">
                  <c:v>0.62177352198808333</c:v>
                </c:pt>
                <c:pt idx="1489">
                  <c:v>0.61804339637636385</c:v>
                </c:pt>
                <c:pt idx="1490">
                  <c:v>0.61787138317122703</c:v>
                </c:pt>
                <c:pt idx="1491">
                  <c:v>0.61768929246814219</c:v>
                </c:pt>
                <c:pt idx="1492">
                  <c:v>0.61751522117690461</c:v>
                </c:pt>
                <c:pt idx="1493">
                  <c:v>0.61728158457990812</c:v>
                </c:pt>
                <c:pt idx="1494">
                  <c:v>0.61694647925591817</c:v>
                </c:pt>
                <c:pt idx="1495">
                  <c:v>0.61657361601356464</c:v>
                </c:pt>
                <c:pt idx="1496">
                  <c:v>0.6157596399430757</c:v>
                </c:pt>
                <c:pt idx="1497">
                  <c:v>0.61556786221237703</c:v>
                </c:pt>
                <c:pt idx="1498">
                  <c:v>0.61483011358172246</c:v>
                </c:pt>
                <c:pt idx="1499">
                  <c:v>0.61453408108759544</c:v>
                </c:pt>
                <c:pt idx="1500">
                  <c:v>0.61404988225132895</c:v>
                </c:pt>
                <c:pt idx="1501">
                  <c:v>0.61400425453006546</c:v>
                </c:pt>
                <c:pt idx="1502">
                  <c:v>0.61329416845192708</c:v>
                </c:pt>
                <c:pt idx="1503">
                  <c:v>0.61320303819229494</c:v>
                </c:pt>
                <c:pt idx="1504">
                  <c:v>0.61310355536871353</c:v>
                </c:pt>
                <c:pt idx="1505">
                  <c:v>0.61272916536402644</c:v>
                </c:pt>
                <c:pt idx="1506">
                  <c:v>0.61267248534129426</c:v>
                </c:pt>
                <c:pt idx="1507">
                  <c:v>0.61233756854900478</c:v>
                </c:pt>
                <c:pt idx="1508">
                  <c:v>0.61039548605011851</c:v>
                </c:pt>
                <c:pt idx="1509">
                  <c:v>0.61029820485610176</c:v>
                </c:pt>
                <c:pt idx="1510">
                  <c:v>0.61022973136179492</c:v>
                </c:pt>
                <c:pt idx="1511">
                  <c:v>0.60999104514848013</c:v>
                </c:pt>
                <c:pt idx="1512">
                  <c:v>0.6095948639926515</c:v>
                </c:pt>
                <c:pt idx="1513">
                  <c:v>0.60739777917247806</c:v>
                </c:pt>
                <c:pt idx="1514">
                  <c:v>0.60738537900021528</c:v>
                </c:pt>
                <c:pt idx="1515">
                  <c:v>0.60712750608031174</c:v>
                </c:pt>
                <c:pt idx="1516">
                  <c:v>0.60711298801103331</c:v>
                </c:pt>
                <c:pt idx="1517">
                  <c:v>0.60705759494814804</c:v>
                </c:pt>
                <c:pt idx="1518">
                  <c:v>0.60699655741978342</c:v>
                </c:pt>
                <c:pt idx="1519">
                  <c:v>0.60680779892785841</c:v>
                </c:pt>
                <c:pt idx="1520">
                  <c:v>0.60679764260201052</c:v>
                </c:pt>
                <c:pt idx="1521">
                  <c:v>0.60638960576086243</c:v>
                </c:pt>
                <c:pt idx="1522">
                  <c:v>0.60589167040356684</c:v>
                </c:pt>
                <c:pt idx="1523">
                  <c:v>0.60554634186718437</c:v>
                </c:pt>
                <c:pt idx="1524">
                  <c:v>0.60532424314098665</c:v>
                </c:pt>
                <c:pt idx="1525">
                  <c:v>0.60525310204454819</c:v>
                </c:pt>
                <c:pt idx="1526">
                  <c:v>0.6050741752290888</c:v>
                </c:pt>
                <c:pt idx="1527">
                  <c:v>0.60468743992218721</c:v>
                </c:pt>
                <c:pt idx="1528">
                  <c:v>0.60394364379886956</c:v>
                </c:pt>
                <c:pt idx="1529">
                  <c:v>0.60360217268721927</c:v>
                </c:pt>
                <c:pt idx="1530">
                  <c:v>0.60357600468911166</c:v>
                </c:pt>
                <c:pt idx="1531">
                  <c:v>0.60317417443927024</c:v>
                </c:pt>
                <c:pt idx="1532">
                  <c:v>0.6026968008810849</c:v>
                </c:pt>
                <c:pt idx="1533">
                  <c:v>0.60264514618433807</c:v>
                </c:pt>
                <c:pt idx="1534">
                  <c:v>0.60249328267865299</c:v>
                </c:pt>
                <c:pt idx="1535">
                  <c:v>0.60184723620252145</c:v>
                </c:pt>
                <c:pt idx="1536">
                  <c:v>0.60177906580540819</c:v>
                </c:pt>
                <c:pt idx="1537">
                  <c:v>0.59941403843852259</c:v>
                </c:pt>
                <c:pt idx="1538">
                  <c:v>0.59921053211126996</c:v>
                </c:pt>
                <c:pt idx="1539">
                  <c:v>0.59909636040283987</c:v>
                </c:pt>
                <c:pt idx="1540">
                  <c:v>0.59902467394547898</c:v>
                </c:pt>
                <c:pt idx="1541">
                  <c:v>0.59894045305197441</c:v>
                </c:pt>
                <c:pt idx="1542">
                  <c:v>0.59891724498812104</c:v>
                </c:pt>
                <c:pt idx="1543">
                  <c:v>0.5976668058170751</c:v>
                </c:pt>
                <c:pt idx="1544">
                  <c:v>0.5975008692309981</c:v>
                </c:pt>
                <c:pt idx="1545">
                  <c:v>0.59744304745621224</c:v>
                </c:pt>
                <c:pt idx="1546">
                  <c:v>0.59726968703545458</c:v>
                </c:pt>
                <c:pt idx="1547">
                  <c:v>0.59679955982296118</c:v>
                </c:pt>
                <c:pt idx="1548">
                  <c:v>0.59673371273479203</c:v>
                </c:pt>
                <c:pt idx="1549">
                  <c:v>0.59641947253764671</c:v>
                </c:pt>
                <c:pt idx="1550">
                  <c:v>0.5962917120722323</c:v>
                </c:pt>
                <c:pt idx="1551">
                  <c:v>0.59627430164626416</c:v>
                </c:pt>
                <c:pt idx="1552">
                  <c:v>0.59576463397533752</c:v>
                </c:pt>
                <c:pt idx="1553">
                  <c:v>0.59538350806163254</c:v>
                </c:pt>
                <c:pt idx="1554">
                  <c:v>0.59517794075105268</c:v>
                </c:pt>
                <c:pt idx="1555">
                  <c:v>0.59470531831599938</c:v>
                </c:pt>
                <c:pt idx="1556">
                  <c:v>0.59450104033489215</c:v>
                </c:pt>
                <c:pt idx="1557">
                  <c:v>0.59424874728746568</c:v>
                </c:pt>
                <c:pt idx="1558">
                  <c:v>0.59305236959911078</c:v>
                </c:pt>
                <c:pt idx="1559">
                  <c:v>0.59279861590769556</c:v>
                </c:pt>
                <c:pt idx="1560">
                  <c:v>0.59267381919936879</c:v>
                </c:pt>
                <c:pt idx="1561">
                  <c:v>0.5923957084584317</c:v>
                </c:pt>
                <c:pt idx="1562">
                  <c:v>0.59232701752728567</c:v>
                </c:pt>
                <c:pt idx="1563">
                  <c:v>0.59199676254473532</c:v>
                </c:pt>
                <c:pt idx="1564">
                  <c:v>0.59008803516651498</c:v>
                </c:pt>
                <c:pt idx="1565">
                  <c:v>0.58935191100314743</c:v>
                </c:pt>
                <c:pt idx="1566">
                  <c:v>0.58934541479677172</c:v>
                </c:pt>
                <c:pt idx="1567">
                  <c:v>0.58914649321986823</c:v>
                </c:pt>
                <c:pt idx="1568">
                  <c:v>0.58905650483142125</c:v>
                </c:pt>
                <c:pt idx="1569">
                  <c:v>0.5889822640609722</c:v>
                </c:pt>
                <c:pt idx="1570">
                  <c:v>0.58827115500955107</c:v>
                </c:pt>
                <c:pt idx="1571">
                  <c:v>0.58819951447654673</c:v>
                </c:pt>
                <c:pt idx="1572">
                  <c:v>0.58803799722673999</c:v>
                </c:pt>
                <c:pt idx="1573">
                  <c:v>0.5878117629409807</c:v>
                </c:pt>
                <c:pt idx="1574">
                  <c:v>0.58747430900877251</c:v>
                </c:pt>
                <c:pt idx="1575">
                  <c:v>0.5874636793516006</c:v>
                </c:pt>
                <c:pt idx="1576">
                  <c:v>0.5871482866121478</c:v>
                </c:pt>
                <c:pt idx="1577">
                  <c:v>0.58670534263667018</c:v>
                </c:pt>
                <c:pt idx="1578">
                  <c:v>0.58596827765806525</c:v>
                </c:pt>
                <c:pt idx="1579">
                  <c:v>0.58514010037225872</c:v>
                </c:pt>
                <c:pt idx="1580">
                  <c:v>0.58473067955867364</c:v>
                </c:pt>
                <c:pt idx="1581">
                  <c:v>0.5841015458206229</c:v>
                </c:pt>
                <c:pt idx="1582">
                  <c:v>0.58401598381719411</c:v>
                </c:pt>
                <c:pt idx="1583">
                  <c:v>0.58389287340786988</c:v>
                </c:pt>
                <c:pt idx="1584">
                  <c:v>0.58356209603048648</c:v>
                </c:pt>
                <c:pt idx="1585">
                  <c:v>0.58316647294893154</c:v>
                </c:pt>
                <c:pt idx="1586">
                  <c:v>0.58283552630364477</c:v>
                </c:pt>
                <c:pt idx="1587">
                  <c:v>0.58250840661413994</c:v>
                </c:pt>
                <c:pt idx="1588">
                  <c:v>0.58228198217595828</c:v>
                </c:pt>
                <c:pt idx="1589">
                  <c:v>0.5810455566074193</c:v>
                </c:pt>
                <c:pt idx="1590">
                  <c:v>0.58021739891908597</c:v>
                </c:pt>
                <c:pt idx="1591">
                  <c:v>0.58010274007995266</c:v>
                </c:pt>
                <c:pt idx="1592">
                  <c:v>0.57989210347806086</c:v>
                </c:pt>
                <c:pt idx="1593">
                  <c:v>0.57948880210491571</c:v>
                </c:pt>
                <c:pt idx="1594">
                  <c:v>0.5793828902260989</c:v>
                </c:pt>
                <c:pt idx="1595">
                  <c:v>0.57823848155096635</c:v>
                </c:pt>
                <c:pt idx="1596">
                  <c:v>0.57696669839188808</c:v>
                </c:pt>
                <c:pt idx="1597">
                  <c:v>0.57669949009055455</c:v>
                </c:pt>
                <c:pt idx="1598">
                  <c:v>0.57609689890093119</c:v>
                </c:pt>
                <c:pt idx="1599">
                  <c:v>0.57577773175735791</c:v>
                </c:pt>
                <c:pt idx="1600">
                  <c:v>0.57514772309683504</c:v>
                </c:pt>
                <c:pt idx="1601">
                  <c:v>0.5738641356296913</c:v>
                </c:pt>
                <c:pt idx="1602">
                  <c:v>0.57374728313166989</c:v>
                </c:pt>
                <c:pt idx="1603">
                  <c:v>0.57371785351308957</c:v>
                </c:pt>
                <c:pt idx="1604">
                  <c:v>0.57365778575254422</c:v>
                </c:pt>
                <c:pt idx="1605">
                  <c:v>0.57285815207884305</c:v>
                </c:pt>
                <c:pt idx="1606">
                  <c:v>0.57275490435875276</c:v>
                </c:pt>
                <c:pt idx="1607">
                  <c:v>0.57196274996292407</c:v>
                </c:pt>
                <c:pt idx="1608">
                  <c:v>0.57156152571960095</c:v>
                </c:pt>
                <c:pt idx="1609">
                  <c:v>0.57133726403081764</c:v>
                </c:pt>
                <c:pt idx="1610">
                  <c:v>0.57079756308881879</c:v>
                </c:pt>
                <c:pt idx="1611">
                  <c:v>0.57030508794248447</c:v>
                </c:pt>
                <c:pt idx="1612">
                  <c:v>0.56952844394032098</c:v>
                </c:pt>
                <c:pt idx="1613">
                  <c:v>0.56811525426970477</c:v>
                </c:pt>
                <c:pt idx="1614">
                  <c:v>0.56794067783753499</c:v>
                </c:pt>
                <c:pt idx="1615">
                  <c:v>0.56753288856615391</c:v>
                </c:pt>
                <c:pt idx="1616">
                  <c:v>0.56720961804575409</c:v>
                </c:pt>
                <c:pt idx="1617">
                  <c:v>0.56694907034338693</c:v>
                </c:pt>
                <c:pt idx="1618">
                  <c:v>0.56683138538795663</c:v>
                </c:pt>
                <c:pt idx="1619">
                  <c:v>0.56644373440283613</c:v>
                </c:pt>
                <c:pt idx="1620">
                  <c:v>0.56626290621458375</c:v>
                </c:pt>
                <c:pt idx="1621">
                  <c:v>0.56566431124782068</c:v>
                </c:pt>
                <c:pt idx="1622">
                  <c:v>0.56523101215326932</c:v>
                </c:pt>
                <c:pt idx="1623">
                  <c:v>0.56496014877686251</c:v>
                </c:pt>
                <c:pt idx="1624">
                  <c:v>0.5643913873892672</c:v>
                </c:pt>
                <c:pt idx="1625">
                  <c:v>0.56409114963109519</c:v>
                </c:pt>
                <c:pt idx="1626">
                  <c:v>0.56351098698608704</c:v>
                </c:pt>
                <c:pt idx="1627">
                  <c:v>0.56349517703352769</c:v>
                </c:pt>
                <c:pt idx="1628">
                  <c:v>0.56219556441839824</c:v>
                </c:pt>
                <c:pt idx="1629">
                  <c:v>0.56101378495607601</c:v>
                </c:pt>
                <c:pt idx="1630">
                  <c:v>0.56094869749694676</c:v>
                </c:pt>
                <c:pt idx="1631">
                  <c:v>0.56082335119461857</c:v>
                </c:pt>
                <c:pt idx="1632">
                  <c:v>0.55873240429994786</c:v>
                </c:pt>
                <c:pt idx="1633">
                  <c:v>0.55827131689381304</c:v>
                </c:pt>
                <c:pt idx="1634">
                  <c:v>0.55808805052177257</c:v>
                </c:pt>
                <c:pt idx="1635">
                  <c:v>0.55694582744153431</c:v>
                </c:pt>
                <c:pt idx="1636">
                  <c:v>0.55659969209050553</c:v>
                </c:pt>
                <c:pt idx="1637">
                  <c:v>0.55652515969017313</c:v>
                </c:pt>
                <c:pt idx="1638">
                  <c:v>0.55639597955738074</c:v>
                </c:pt>
                <c:pt idx="1639">
                  <c:v>0.55572531055979135</c:v>
                </c:pt>
                <c:pt idx="1640">
                  <c:v>0.55567602770083091</c:v>
                </c:pt>
                <c:pt idx="1641">
                  <c:v>0.55563260218620525</c:v>
                </c:pt>
                <c:pt idx="1642">
                  <c:v>0.55500470651085043</c:v>
                </c:pt>
                <c:pt idx="1643">
                  <c:v>0.55466057920971323</c:v>
                </c:pt>
                <c:pt idx="1644">
                  <c:v>0.55404916851649266</c:v>
                </c:pt>
                <c:pt idx="1645">
                  <c:v>0.55361790403279121</c:v>
                </c:pt>
                <c:pt idx="1646">
                  <c:v>0.55344435362739364</c:v>
                </c:pt>
                <c:pt idx="1647">
                  <c:v>0.55311175676197566</c:v>
                </c:pt>
                <c:pt idx="1648">
                  <c:v>0.55309308466869345</c:v>
                </c:pt>
                <c:pt idx="1649">
                  <c:v>0.55301476104397607</c:v>
                </c:pt>
                <c:pt idx="1650">
                  <c:v>0.55263873235179106</c:v>
                </c:pt>
                <c:pt idx="1651">
                  <c:v>0.55180535972679645</c:v>
                </c:pt>
                <c:pt idx="1652">
                  <c:v>0.55161322218848408</c:v>
                </c:pt>
                <c:pt idx="1653">
                  <c:v>0.55134537893874125</c:v>
                </c:pt>
                <c:pt idx="1654">
                  <c:v>0.55074620478016445</c:v>
                </c:pt>
                <c:pt idx="1655">
                  <c:v>0.55073508790352965</c:v>
                </c:pt>
                <c:pt idx="1656">
                  <c:v>0.55045563585217616</c:v>
                </c:pt>
                <c:pt idx="1657">
                  <c:v>0.55018476619623669</c:v>
                </c:pt>
                <c:pt idx="1658">
                  <c:v>0.55016599682942902</c:v>
                </c:pt>
                <c:pt idx="1659">
                  <c:v>0.54998764430023894</c:v>
                </c:pt>
                <c:pt idx="1660">
                  <c:v>0.5498667783324066</c:v>
                </c:pt>
                <c:pt idx="1661">
                  <c:v>0.54938961195844971</c:v>
                </c:pt>
                <c:pt idx="1662">
                  <c:v>0.54882365455779147</c:v>
                </c:pt>
                <c:pt idx="1663">
                  <c:v>0.54821679354614727</c:v>
                </c:pt>
                <c:pt idx="1664">
                  <c:v>0.54792593771255471</c:v>
                </c:pt>
                <c:pt idx="1665">
                  <c:v>0.54760656679790487</c:v>
                </c:pt>
                <c:pt idx="1666">
                  <c:v>0.54756548325693921</c:v>
                </c:pt>
                <c:pt idx="1667">
                  <c:v>0.54707580314454762</c:v>
                </c:pt>
                <c:pt idx="1668">
                  <c:v>0.54704544663479338</c:v>
                </c:pt>
                <c:pt idx="1669">
                  <c:v>0.54617707914504021</c:v>
                </c:pt>
                <c:pt idx="1670">
                  <c:v>0.54584027395692891</c:v>
                </c:pt>
                <c:pt idx="1671">
                  <c:v>0.54568789785066729</c:v>
                </c:pt>
                <c:pt idx="1672">
                  <c:v>0.54460137430602173</c:v>
                </c:pt>
                <c:pt idx="1673">
                  <c:v>0.54425414273206629</c:v>
                </c:pt>
                <c:pt idx="1674">
                  <c:v>0.54304711697198582</c:v>
                </c:pt>
                <c:pt idx="1675">
                  <c:v>0.54222588569644747</c:v>
                </c:pt>
                <c:pt idx="1676">
                  <c:v>0.54195550608547294</c:v>
                </c:pt>
                <c:pt idx="1677">
                  <c:v>0.54151822925186865</c:v>
                </c:pt>
                <c:pt idx="1678">
                  <c:v>0.54140370728807163</c:v>
                </c:pt>
                <c:pt idx="1679">
                  <c:v>0.54132671454656001</c:v>
                </c:pt>
                <c:pt idx="1680">
                  <c:v>0.54095468146003201</c:v>
                </c:pt>
                <c:pt idx="1681">
                  <c:v>0.54026387797660858</c:v>
                </c:pt>
                <c:pt idx="1682">
                  <c:v>0.54008028115846429</c:v>
                </c:pt>
                <c:pt idx="1683">
                  <c:v>0.53970049254163854</c:v>
                </c:pt>
                <c:pt idx="1684">
                  <c:v>0.53921242054243224</c:v>
                </c:pt>
                <c:pt idx="1685">
                  <c:v>0.53831047254563746</c:v>
                </c:pt>
                <c:pt idx="1686">
                  <c:v>0.5372319532940758</c:v>
                </c:pt>
                <c:pt idx="1687">
                  <c:v>0.53704088645361925</c:v>
                </c:pt>
                <c:pt idx="1688">
                  <c:v>0.53695423491542682</c:v>
                </c:pt>
                <c:pt idx="1689">
                  <c:v>0.53609376540363463</c:v>
                </c:pt>
                <c:pt idx="1690">
                  <c:v>0.53559165843353074</c:v>
                </c:pt>
                <c:pt idx="1691">
                  <c:v>0.53548365716566793</c:v>
                </c:pt>
                <c:pt idx="1692">
                  <c:v>0.53530016972336691</c:v>
                </c:pt>
                <c:pt idx="1693">
                  <c:v>0.53521863766194056</c:v>
                </c:pt>
                <c:pt idx="1694">
                  <c:v>0.5350720497368131</c:v>
                </c:pt>
                <c:pt idx="1695">
                  <c:v>0.53506108513798512</c:v>
                </c:pt>
                <c:pt idx="1696">
                  <c:v>0.53484026178482869</c:v>
                </c:pt>
                <c:pt idx="1697">
                  <c:v>0.5345749061793964</c:v>
                </c:pt>
                <c:pt idx="1698">
                  <c:v>0.53368797845639415</c:v>
                </c:pt>
                <c:pt idx="1699">
                  <c:v>0.53361980014489885</c:v>
                </c:pt>
                <c:pt idx="1700">
                  <c:v>0.53360071491441952</c:v>
                </c:pt>
                <c:pt idx="1701">
                  <c:v>0.53358251815759294</c:v>
                </c:pt>
                <c:pt idx="1702">
                  <c:v>0.53325089746765075</c:v>
                </c:pt>
                <c:pt idx="1703">
                  <c:v>0.53279512724714473</c:v>
                </c:pt>
                <c:pt idx="1704">
                  <c:v>0.53245968914996966</c:v>
                </c:pt>
                <c:pt idx="1705">
                  <c:v>0.53239672091352341</c:v>
                </c:pt>
                <c:pt idx="1706">
                  <c:v>0.53203659332095354</c:v>
                </c:pt>
                <c:pt idx="1707">
                  <c:v>0.53159476592208699</c:v>
                </c:pt>
                <c:pt idx="1708">
                  <c:v>0.53134923620691343</c:v>
                </c:pt>
                <c:pt idx="1709">
                  <c:v>0.53089267910636384</c:v>
                </c:pt>
                <c:pt idx="1710">
                  <c:v>0.53076328524744454</c:v>
                </c:pt>
                <c:pt idx="1711">
                  <c:v>0.53073672386165882</c:v>
                </c:pt>
                <c:pt idx="1712">
                  <c:v>0.5304901092458526</c:v>
                </c:pt>
                <c:pt idx="1713">
                  <c:v>0.53032644697578279</c:v>
                </c:pt>
                <c:pt idx="1714">
                  <c:v>0.5300330458371415</c:v>
                </c:pt>
                <c:pt idx="1715">
                  <c:v>0.52930923362361615</c:v>
                </c:pt>
                <c:pt idx="1716">
                  <c:v>0.52912407336173339</c:v>
                </c:pt>
                <c:pt idx="1717">
                  <c:v>0.52877042894188531</c:v>
                </c:pt>
                <c:pt idx="1718">
                  <c:v>0.5286776552574981</c:v>
                </c:pt>
                <c:pt idx="1719">
                  <c:v>0.52835561231646411</c:v>
                </c:pt>
                <c:pt idx="1720">
                  <c:v>0.52791522821598347</c:v>
                </c:pt>
                <c:pt idx="1721">
                  <c:v>0.52788953942661554</c:v>
                </c:pt>
                <c:pt idx="1722">
                  <c:v>0.52740265352354354</c:v>
                </c:pt>
                <c:pt idx="1723">
                  <c:v>0.5273128631227616</c:v>
                </c:pt>
                <c:pt idx="1724">
                  <c:v>0.52577419748338095</c:v>
                </c:pt>
                <c:pt idx="1725">
                  <c:v>0.52552773499890104</c:v>
                </c:pt>
                <c:pt idx="1726">
                  <c:v>0.52526583937397331</c:v>
                </c:pt>
                <c:pt idx="1727">
                  <c:v>0.52454449765542677</c:v>
                </c:pt>
                <c:pt idx="1728">
                  <c:v>0.52424341727174339</c:v>
                </c:pt>
                <c:pt idx="1729">
                  <c:v>0.52388059719083979</c:v>
                </c:pt>
                <c:pt idx="1730">
                  <c:v>0.52376046971040158</c:v>
                </c:pt>
                <c:pt idx="1731">
                  <c:v>0.52359650477863429</c:v>
                </c:pt>
                <c:pt idx="1732">
                  <c:v>0.52333398365470074</c:v>
                </c:pt>
                <c:pt idx="1733">
                  <c:v>0.52300068290135582</c:v>
                </c:pt>
                <c:pt idx="1734">
                  <c:v>0.52263147174050761</c:v>
                </c:pt>
                <c:pt idx="1735">
                  <c:v>0.5225952053859847</c:v>
                </c:pt>
                <c:pt idx="1736">
                  <c:v>0.52194292575403867</c:v>
                </c:pt>
                <c:pt idx="1737">
                  <c:v>0.52174023846113193</c:v>
                </c:pt>
                <c:pt idx="1738">
                  <c:v>0.52149580945494423</c:v>
                </c:pt>
                <c:pt idx="1739">
                  <c:v>0.52109014502159645</c:v>
                </c:pt>
                <c:pt idx="1740">
                  <c:v>0.52102187987317417</c:v>
                </c:pt>
                <c:pt idx="1741">
                  <c:v>0.52096816816948122</c:v>
                </c:pt>
                <c:pt idx="1742">
                  <c:v>0.52092100902598859</c:v>
                </c:pt>
                <c:pt idx="1743">
                  <c:v>0.52056499474883933</c:v>
                </c:pt>
                <c:pt idx="1744">
                  <c:v>0.52034791011173387</c:v>
                </c:pt>
                <c:pt idx="1745">
                  <c:v>0.52027076482458245</c:v>
                </c:pt>
                <c:pt idx="1746">
                  <c:v>0.52023088078765289</c:v>
                </c:pt>
                <c:pt idx="1747">
                  <c:v>0.52010395004526178</c:v>
                </c:pt>
                <c:pt idx="1748">
                  <c:v>0.51928595502621633</c:v>
                </c:pt>
                <c:pt idx="1749">
                  <c:v>0.51890472342837357</c:v>
                </c:pt>
                <c:pt idx="1750">
                  <c:v>0.51764214913951467</c:v>
                </c:pt>
                <c:pt idx="1751">
                  <c:v>0.51748177931264383</c:v>
                </c:pt>
                <c:pt idx="1752">
                  <c:v>0.51735965866087463</c:v>
                </c:pt>
                <c:pt idx="1753">
                  <c:v>0.51692942000461128</c:v>
                </c:pt>
                <c:pt idx="1754">
                  <c:v>0.51677791452707655</c:v>
                </c:pt>
                <c:pt idx="1755">
                  <c:v>0.5167646904583183</c:v>
                </c:pt>
                <c:pt idx="1756">
                  <c:v>0.51675125812401645</c:v>
                </c:pt>
                <c:pt idx="1757">
                  <c:v>0.51632720072523386</c:v>
                </c:pt>
                <c:pt idx="1758">
                  <c:v>0.5162460469332365</c:v>
                </c:pt>
                <c:pt idx="1759">
                  <c:v>0.51623648604591843</c:v>
                </c:pt>
                <c:pt idx="1760">
                  <c:v>0.51604502638284344</c:v>
                </c:pt>
                <c:pt idx="1761">
                  <c:v>0.51533729464599642</c:v>
                </c:pt>
                <c:pt idx="1762">
                  <c:v>0.51356232034208404</c:v>
                </c:pt>
                <c:pt idx="1763">
                  <c:v>0.51315113500409837</c:v>
                </c:pt>
                <c:pt idx="1764">
                  <c:v>0.51277146504304338</c:v>
                </c:pt>
                <c:pt idx="1765">
                  <c:v>0.51275842612875078</c:v>
                </c:pt>
                <c:pt idx="1766">
                  <c:v>0.51246930106574895</c:v>
                </c:pt>
                <c:pt idx="1767">
                  <c:v>0.51228021480514718</c:v>
                </c:pt>
                <c:pt idx="1768">
                  <c:v>0.51169372872620655</c:v>
                </c:pt>
                <c:pt idx="1769">
                  <c:v>0.51135548999840585</c:v>
                </c:pt>
                <c:pt idx="1770">
                  <c:v>0.5111018486919171</c:v>
                </c:pt>
                <c:pt idx="1771">
                  <c:v>0.51025225348482905</c:v>
                </c:pt>
                <c:pt idx="1772">
                  <c:v>0.5094151680018838</c:v>
                </c:pt>
                <c:pt idx="1773">
                  <c:v>0.50830605811382634</c:v>
                </c:pt>
                <c:pt idx="1774">
                  <c:v>0.507770789047992</c:v>
                </c:pt>
                <c:pt idx="1775">
                  <c:v>0.50743470785888323</c:v>
                </c:pt>
                <c:pt idx="1776">
                  <c:v>0.50722739999803435</c:v>
                </c:pt>
                <c:pt idx="1777">
                  <c:v>0.50664334436554426</c:v>
                </c:pt>
                <c:pt idx="1778">
                  <c:v>0.50653407649172444</c:v>
                </c:pt>
                <c:pt idx="1779">
                  <c:v>0.5064541582047587</c:v>
                </c:pt>
                <c:pt idx="1780">
                  <c:v>0.5063390631529644</c:v>
                </c:pt>
                <c:pt idx="1781">
                  <c:v>0.50617341344115463</c:v>
                </c:pt>
                <c:pt idx="1782">
                  <c:v>0.50616643627602598</c:v>
                </c:pt>
                <c:pt idx="1783">
                  <c:v>0.50588802693518387</c:v>
                </c:pt>
                <c:pt idx="1784">
                  <c:v>0.50568984586046262</c:v>
                </c:pt>
                <c:pt idx="1785">
                  <c:v>0.5054814740148007</c:v>
                </c:pt>
                <c:pt idx="1786">
                  <c:v>0.50542737193950327</c:v>
                </c:pt>
                <c:pt idx="1787">
                  <c:v>0.50523470475789278</c:v>
                </c:pt>
                <c:pt idx="1788">
                  <c:v>0.50509051198373101</c:v>
                </c:pt>
                <c:pt idx="1789">
                  <c:v>0.50504414912192064</c:v>
                </c:pt>
                <c:pt idx="1790">
                  <c:v>0.50456225740443295</c:v>
                </c:pt>
                <c:pt idx="1791">
                  <c:v>0.50450091074065928</c:v>
                </c:pt>
                <c:pt idx="1792">
                  <c:v>0.50442484031870249</c:v>
                </c:pt>
                <c:pt idx="1793">
                  <c:v>0.50437018588297489</c:v>
                </c:pt>
                <c:pt idx="1794">
                  <c:v>0.50433381767898344</c:v>
                </c:pt>
                <c:pt idx="1795">
                  <c:v>0.50276904265032341</c:v>
                </c:pt>
                <c:pt idx="1796">
                  <c:v>0.5027357964054423</c:v>
                </c:pt>
                <c:pt idx="1797">
                  <c:v>0.50221140680896281</c:v>
                </c:pt>
                <c:pt idx="1798">
                  <c:v>0.50118700177685971</c:v>
                </c:pt>
                <c:pt idx="1799">
                  <c:v>0.50093220293127005</c:v>
                </c:pt>
                <c:pt idx="1800">
                  <c:v>0.50059206383308363</c:v>
                </c:pt>
                <c:pt idx="1801">
                  <c:v>0.50047671166247643</c:v>
                </c:pt>
                <c:pt idx="1802">
                  <c:v>0.5001373707778114</c:v>
                </c:pt>
                <c:pt idx="1803">
                  <c:v>0.49956252230667203</c:v>
                </c:pt>
                <c:pt idx="1804">
                  <c:v>0.4993235148403159</c:v>
                </c:pt>
                <c:pt idx="1805">
                  <c:v>0.49863757716089779</c:v>
                </c:pt>
                <c:pt idx="1806">
                  <c:v>0.49828598695709769</c:v>
                </c:pt>
                <c:pt idx="1807">
                  <c:v>0.4980514533619933</c:v>
                </c:pt>
                <c:pt idx="1808">
                  <c:v>0.49804641802219529</c:v>
                </c:pt>
                <c:pt idx="1809">
                  <c:v>0.49759597451439447</c:v>
                </c:pt>
                <c:pt idx="1810">
                  <c:v>0.49751952166854346</c:v>
                </c:pt>
                <c:pt idx="1811">
                  <c:v>0.49750410817102497</c:v>
                </c:pt>
                <c:pt idx="1812">
                  <c:v>0.49728287310324087</c:v>
                </c:pt>
                <c:pt idx="1813">
                  <c:v>0.49579813415123231</c:v>
                </c:pt>
                <c:pt idx="1814">
                  <c:v>0.49563937301524558</c:v>
                </c:pt>
                <c:pt idx="1815">
                  <c:v>0.49547565669153165</c:v>
                </c:pt>
                <c:pt idx="1816">
                  <c:v>0.49536931588463773</c:v>
                </c:pt>
                <c:pt idx="1817">
                  <c:v>0.49510018037922238</c:v>
                </c:pt>
                <c:pt idx="1818">
                  <c:v>0.49497827416886447</c:v>
                </c:pt>
                <c:pt idx="1819">
                  <c:v>0.49456905886121805</c:v>
                </c:pt>
                <c:pt idx="1820">
                  <c:v>0.49406490922934937</c:v>
                </c:pt>
                <c:pt idx="1821">
                  <c:v>0.49357752000027794</c:v>
                </c:pt>
                <c:pt idx="1822">
                  <c:v>0.49334179129913525</c:v>
                </c:pt>
                <c:pt idx="1823">
                  <c:v>0.49331079588989291</c:v>
                </c:pt>
                <c:pt idx="1824">
                  <c:v>0.49234012770343188</c:v>
                </c:pt>
                <c:pt idx="1825">
                  <c:v>0.49230258408337768</c:v>
                </c:pt>
                <c:pt idx="1826">
                  <c:v>0.4921437774494466</c:v>
                </c:pt>
                <c:pt idx="1827">
                  <c:v>0.4916790803518129</c:v>
                </c:pt>
                <c:pt idx="1828">
                  <c:v>0.49146156971162308</c:v>
                </c:pt>
                <c:pt idx="1829">
                  <c:v>0.4914014798906543</c:v>
                </c:pt>
                <c:pt idx="1830">
                  <c:v>0.4912385203337018</c:v>
                </c:pt>
                <c:pt idx="1831">
                  <c:v>0.49087155913706781</c:v>
                </c:pt>
                <c:pt idx="1832">
                  <c:v>0.49079141708087498</c:v>
                </c:pt>
                <c:pt idx="1833">
                  <c:v>0.4905220460772079</c:v>
                </c:pt>
                <c:pt idx="1834">
                  <c:v>0.49009442287104449</c:v>
                </c:pt>
                <c:pt idx="1835">
                  <c:v>0.48995629316396672</c:v>
                </c:pt>
                <c:pt idx="1836">
                  <c:v>0.48989889890940502</c:v>
                </c:pt>
                <c:pt idx="1837">
                  <c:v>0.48985426691944906</c:v>
                </c:pt>
                <c:pt idx="1838">
                  <c:v>0.48833371138180692</c:v>
                </c:pt>
                <c:pt idx="1839">
                  <c:v>0.48831318105059557</c:v>
                </c:pt>
                <c:pt idx="1840">
                  <c:v>0.48783542887335296</c:v>
                </c:pt>
                <c:pt idx="1841">
                  <c:v>0.4878092081141075</c:v>
                </c:pt>
                <c:pt idx="1842">
                  <c:v>0.48732258587406718</c:v>
                </c:pt>
                <c:pt idx="1843">
                  <c:v>0.48693660351299151</c:v>
                </c:pt>
                <c:pt idx="1844">
                  <c:v>0.48637830404850479</c:v>
                </c:pt>
                <c:pt idx="1845">
                  <c:v>0.48611932480289732</c:v>
                </c:pt>
                <c:pt idx="1846">
                  <c:v>0.48528517071586319</c:v>
                </c:pt>
                <c:pt idx="1847">
                  <c:v>0.48502422259899464</c:v>
                </c:pt>
                <c:pt idx="1848">
                  <c:v>0.48488695532290854</c:v>
                </c:pt>
                <c:pt idx="1849">
                  <c:v>0.48368184522685975</c:v>
                </c:pt>
                <c:pt idx="1850">
                  <c:v>0.48364770753352027</c:v>
                </c:pt>
                <c:pt idx="1851">
                  <c:v>0.48361509945584213</c:v>
                </c:pt>
                <c:pt idx="1852">
                  <c:v>0.48310694101094087</c:v>
                </c:pt>
                <c:pt idx="1853">
                  <c:v>0.48296444885666229</c:v>
                </c:pt>
                <c:pt idx="1854">
                  <c:v>0.48151836310502538</c:v>
                </c:pt>
                <c:pt idx="1855">
                  <c:v>0.48128074511655167</c:v>
                </c:pt>
                <c:pt idx="1856">
                  <c:v>0.48081923070896893</c:v>
                </c:pt>
                <c:pt idx="1857">
                  <c:v>0.48039753472189117</c:v>
                </c:pt>
                <c:pt idx="1858">
                  <c:v>0.48032110786510579</c:v>
                </c:pt>
                <c:pt idx="1859">
                  <c:v>0.48009054778432086</c:v>
                </c:pt>
                <c:pt idx="1860">
                  <c:v>0.47998637098292601</c:v>
                </c:pt>
                <c:pt idx="1861">
                  <c:v>0.47983143280451024</c:v>
                </c:pt>
                <c:pt idx="1862">
                  <c:v>0.47981229552484761</c:v>
                </c:pt>
                <c:pt idx="1863">
                  <c:v>0.47946221053904464</c:v>
                </c:pt>
                <c:pt idx="1864">
                  <c:v>0.47945786238917087</c:v>
                </c:pt>
                <c:pt idx="1865">
                  <c:v>0.47943089284842588</c:v>
                </c:pt>
                <c:pt idx="1866">
                  <c:v>0.47821839071482364</c:v>
                </c:pt>
                <c:pt idx="1867">
                  <c:v>0.47801950543789379</c:v>
                </c:pt>
                <c:pt idx="1868">
                  <c:v>0.47800790516283748</c:v>
                </c:pt>
                <c:pt idx="1869">
                  <c:v>0.47794649822993035</c:v>
                </c:pt>
                <c:pt idx="1870">
                  <c:v>0.4778082819797283</c:v>
                </c:pt>
                <c:pt idx="1871">
                  <c:v>0.47758412104284242</c:v>
                </c:pt>
                <c:pt idx="1872">
                  <c:v>0.47747645041212378</c:v>
                </c:pt>
                <c:pt idx="1873">
                  <c:v>0.47736473459492523</c:v>
                </c:pt>
                <c:pt idx="1874">
                  <c:v>0.47694164166686842</c:v>
                </c:pt>
                <c:pt idx="1875">
                  <c:v>0.47668160183396313</c:v>
                </c:pt>
                <c:pt idx="1876">
                  <c:v>0.47619296303922015</c:v>
                </c:pt>
                <c:pt idx="1877">
                  <c:v>0.47611740117165191</c:v>
                </c:pt>
                <c:pt idx="1878">
                  <c:v>0.47555825254124373</c:v>
                </c:pt>
                <c:pt idx="1879">
                  <c:v>0.47538200923880097</c:v>
                </c:pt>
                <c:pt idx="1880">
                  <c:v>0.47516767843765784</c:v>
                </c:pt>
                <c:pt idx="1881">
                  <c:v>0.47490585374866362</c:v>
                </c:pt>
                <c:pt idx="1882">
                  <c:v>0.4748568157398847</c:v>
                </c:pt>
                <c:pt idx="1883">
                  <c:v>0.47412056489564125</c:v>
                </c:pt>
                <c:pt idx="1884">
                  <c:v>0.47397869160464279</c:v>
                </c:pt>
                <c:pt idx="1885">
                  <c:v>0.47366189001503711</c:v>
                </c:pt>
                <c:pt idx="1886">
                  <c:v>0.47358291397055019</c:v>
                </c:pt>
                <c:pt idx="1887">
                  <c:v>0.47343197817682109</c:v>
                </c:pt>
                <c:pt idx="1888">
                  <c:v>0.47283438497920804</c:v>
                </c:pt>
                <c:pt idx="1889">
                  <c:v>0.47272945856936044</c:v>
                </c:pt>
                <c:pt idx="1890">
                  <c:v>0.47264144016119936</c:v>
                </c:pt>
                <c:pt idx="1891">
                  <c:v>0.47255790116239577</c:v>
                </c:pt>
                <c:pt idx="1892">
                  <c:v>0.47211308555803438</c:v>
                </c:pt>
                <c:pt idx="1893">
                  <c:v>0.47206512470599449</c:v>
                </c:pt>
                <c:pt idx="1894">
                  <c:v>0.47182694585926899</c:v>
                </c:pt>
                <c:pt idx="1895">
                  <c:v>0.47025799157740111</c:v>
                </c:pt>
                <c:pt idx="1896">
                  <c:v>0.46995497843343803</c:v>
                </c:pt>
                <c:pt idx="1897">
                  <c:v>0.46918292596178846</c:v>
                </c:pt>
                <c:pt idx="1898">
                  <c:v>0.46916478612140189</c:v>
                </c:pt>
                <c:pt idx="1899">
                  <c:v>0.46880996883705356</c:v>
                </c:pt>
                <c:pt idx="1900">
                  <c:v>0.46826262641953431</c:v>
                </c:pt>
                <c:pt idx="1901">
                  <c:v>0.46813086031357082</c:v>
                </c:pt>
                <c:pt idx="1902">
                  <c:v>0.46811188944635801</c:v>
                </c:pt>
                <c:pt idx="1903">
                  <c:v>0.46801289127779183</c:v>
                </c:pt>
                <c:pt idx="1904">
                  <c:v>0.46790194519515899</c:v>
                </c:pt>
                <c:pt idx="1905">
                  <c:v>0.46781146697635462</c:v>
                </c:pt>
                <c:pt idx="1906">
                  <c:v>0.46768186704255232</c:v>
                </c:pt>
                <c:pt idx="1907">
                  <c:v>0.46724497084149091</c:v>
                </c:pt>
                <c:pt idx="1908">
                  <c:v>0.46646163224561804</c:v>
                </c:pt>
                <c:pt idx="1909">
                  <c:v>0.46630934740465796</c:v>
                </c:pt>
                <c:pt idx="1910">
                  <c:v>0.46611277413373031</c:v>
                </c:pt>
                <c:pt idx="1911">
                  <c:v>0.46585272545451362</c:v>
                </c:pt>
                <c:pt idx="1912">
                  <c:v>0.4653987704906476</c:v>
                </c:pt>
                <c:pt idx="1913">
                  <c:v>0.46530545448039562</c:v>
                </c:pt>
                <c:pt idx="1914">
                  <c:v>0.46455155466820158</c:v>
                </c:pt>
                <c:pt idx="1915">
                  <c:v>0.46453460380329681</c:v>
                </c:pt>
                <c:pt idx="1916">
                  <c:v>0.46434136268864995</c:v>
                </c:pt>
                <c:pt idx="1917">
                  <c:v>0.4641106344265315</c:v>
                </c:pt>
                <c:pt idx="1918">
                  <c:v>0.46400792965601628</c:v>
                </c:pt>
                <c:pt idx="1919">
                  <c:v>0.46389598137388272</c:v>
                </c:pt>
                <c:pt idx="1920">
                  <c:v>0.46376334378490541</c:v>
                </c:pt>
                <c:pt idx="1921">
                  <c:v>0.46282564282664901</c:v>
                </c:pt>
                <c:pt idx="1922">
                  <c:v>0.46209136174055615</c:v>
                </c:pt>
                <c:pt idx="1923">
                  <c:v>0.46207724445548071</c:v>
                </c:pt>
                <c:pt idx="1924">
                  <c:v>0.46136270436449778</c:v>
                </c:pt>
                <c:pt idx="1925">
                  <c:v>0.46115765034236211</c:v>
                </c:pt>
                <c:pt idx="1926">
                  <c:v>0.461039477966526</c:v>
                </c:pt>
                <c:pt idx="1927">
                  <c:v>0.46059758643106152</c:v>
                </c:pt>
                <c:pt idx="1928">
                  <c:v>0.46052395523688827</c:v>
                </c:pt>
                <c:pt idx="1929">
                  <c:v>0.4603716476978636</c:v>
                </c:pt>
                <c:pt idx="1930">
                  <c:v>0.46004481490550803</c:v>
                </c:pt>
                <c:pt idx="1931">
                  <c:v>0.4592563336245723</c:v>
                </c:pt>
                <c:pt idx="1932">
                  <c:v>0.45925243778150471</c:v>
                </c:pt>
                <c:pt idx="1933">
                  <c:v>0.45907666580495499</c:v>
                </c:pt>
                <c:pt idx="1934">
                  <c:v>0.45885810264436894</c:v>
                </c:pt>
                <c:pt idx="1935">
                  <c:v>0.45809408776074806</c:v>
                </c:pt>
                <c:pt idx="1936">
                  <c:v>0.45787655524007681</c:v>
                </c:pt>
                <c:pt idx="1937">
                  <c:v>0.4578388214973072</c:v>
                </c:pt>
                <c:pt idx="1938">
                  <c:v>0.45717265052552286</c:v>
                </c:pt>
                <c:pt idx="1939">
                  <c:v>0.45656806436718966</c:v>
                </c:pt>
                <c:pt idx="1940">
                  <c:v>0.45655085844749532</c:v>
                </c:pt>
                <c:pt idx="1941">
                  <c:v>0.45648140906254375</c:v>
                </c:pt>
                <c:pt idx="1942">
                  <c:v>0.45610101448308926</c:v>
                </c:pt>
                <c:pt idx="1943">
                  <c:v>0.45587080380030637</c:v>
                </c:pt>
                <c:pt idx="1944">
                  <c:v>0.45577310646844194</c:v>
                </c:pt>
                <c:pt idx="1945">
                  <c:v>0.45499719785898057</c:v>
                </c:pt>
                <c:pt idx="1946">
                  <c:v>0.45497512846607074</c:v>
                </c:pt>
                <c:pt idx="1947">
                  <c:v>0.45478607046212055</c:v>
                </c:pt>
                <c:pt idx="1948">
                  <c:v>0.4546796302913606</c:v>
                </c:pt>
                <c:pt idx="1949">
                  <c:v>0.45418496126515606</c:v>
                </c:pt>
                <c:pt idx="1950">
                  <c:v>0.45401026690209423</c:v>
                </c:pt>
                <c:pt idx="1951">
                  <c:v>0.45389227387511222</c:v>
                </c:pt>
                <c:pt idx="1952">
                  <c:v>0.45388307886249407</c:v>
                </c:pt>
                <c:pt idx="1953">
                  <c:v>0.45343781353988688</c:v>
                </c:pt>
                <c:pt idx="1954">
                  <c:v>0.45302636179403394</c:v>
                </c:pt>
                <c:pt idx="1955">
                  <c:v>0.45296659696313296</c:v>
                </c:pt>
                <c:pt idx="1956">
                  <c:v>0.45286949543403682</c:v>
                </c:pt>
                <c:pt idx="1957">
                  <c:v>0.45266902887726518</c:v>
                </c:pt>
                <c:pt idx="1958">
                  <c:v>0.45235742820787778</c:v>
                </c:pt>
                <c:pt idx="1959">
                  <c:v>0.45213463609084953</c:v>
                </c:pt>
                <c:pt idx="1960">
                  <c:v>0.45182902046367607</c:v>
                </c:pt>
                <c:pt idx="1961">
                  <c:v>0.45158159285170418</c:v>
                </c:pt>
                <c:pt idx="1962">
                  <c:v>0.45071280465279079</c:v>
                </c:pt>
                <c:pt idx="1963">
                  <c:v>0.45041539008590425</c:v>
                </c:pt>
                <c:pt idx="1964">
                  <c:v>0.44995795582267228</c:v>
                </c:pt>
                <c:pt idx="1965">
                  <c:v>0.44975602692238387</c:v>
                </c:pt>
                <c:pt idx="1966">
                  <c:v>0.44941916592778075</c:v>
                </c:pt>
                <c:pt idx="1967">
                  <c:v>0.44924588670206683</c:v>
                </c:pt>
                <c:pt idx="1968">
                  <c:v>0.44917419968407468</c:v>
                </c:pt>
                <c:pt idx="1969">
                  <c:v>0.44914802394009284</c:v>
                </c:pt>
                <c:pt idx="1970">
                  <c:v>0.44805019787887751</c:v>
                </c:pt>
                <c:pt idx="1971">
                  <c:v>0.44740440180004382</c:v>
                </c:pt>
                <c:pt idx="1972">
                  <c:v>0.44737190043114067</c:v>
                </c:pt>
                <c:pt idx="1973">
                  <c:v>0.44691744454483467</c:v>
                </c:pt>
                <c:pt idx="1974">
                  <c:v>0.44646893832551893</c:v>
                </c:pt>
                <c:pt idx="1975">
                  <c:v>0.44606192916965665</c:v>
                </c:pt>
                <c:pt idx="1976">
                  <c:v>0.44551881537972232</c:v>
                </c:pt>
                <c:pt idx="1977">
                  <c:v>0.4448157965342236</c:v>
                </c:pt>
                <c:pt idx="1978">
                  <c:v>0.44473746237170769</c:v>
                </c:pt>
                <c:pt idx="1979">
                  <c:v>0.4446266085933217</c:v>
                </c:pt>
                <c:pt idx="1980">
                  <c:v>0.4443365856108919</c:v>
                </c:pt>
                <c:pt idx="1981">
                  <c:v>0.44432151638354139</c:v>
                </c:pt>
                <c:pt idx="1982">
                  <c:v>0.44359319434069916</c:v>
                </c:pt>
                <c:pt idx="1983">
                  <c:v>0.4423066845037083</c:v>
                </c:pt>
                <c:pt idx="1984">
                  <c:v>0.44226973187803759</c:v>
                </c:pt>
                <c:pt idx="1985">
                  <c:v>0.44220758520884018</c:v>
                </c:pt>
                <c:pt idx="1986">
                  <c:v>0.44168236488642126</c:v>
                </c:pt>
                <c:pt idx="1987">
                  <c:v>0.44138901157911886</c:v>
                </c:pt>
                <c:pt idx="1988">
                  <c:v>0.44132231957434709</c:v>
                </c:pt>
                <c:pt idx="1989">
                  <c:v>0.44131651311614367</c:v>
                </c:pt>
                <c:pt idx="1990">
                  <c:v>0.43990196347951477</c:v>
                </c:pt>
                <c:pt idx="1991">
                  <c:v>0.43984439578592882</c:v>
                </c:pt>
                <c:pt idx="1992">
                  <c:v>0.43922247139644804</c:v>
                </c:pt>
                <c:pt idx="1993">
                  <c:v>0.43758126939006986</c:v>
                </c:pt>
                <c:pt idx="1994">
                  <c:v>0.43707269763275264</c:v>
                </c:pt>
                <c:pt idx="1995">
                  <c:v>0.43679185167651124</c:v>
                </c:pt>
                <c:pt idx="1996">
                  <c:v>0.43588756983834814</c:v>
                </c:pt>
                <c:pt idx="1997">
                  <c:v>0.43507357362251131</c:v>
                </c:pt>
                <c:pt idx="1998">
                  <c:v>0.43498998224169494</c:v>
                </c:pt>
                <c:pt idx="1999">
                  <c:v>0.43476660858768446</c:v>
                </c:pt>
                <c:pt idx="2000">
                  <c:v>0.43468002797327171</c:v>
                </c:pt>
                <c:pt idx="2001">
                  <c:v>0.43438245796280844</c:v>
                </c:pt>
                <c:pt idx="2002">
                  <c:v>0.43424656173829779</c:v>
                </c:pt>
                <c:pt idx="2003">
                  <c:v>0.43407889196775368</c:v>
                </c:pt>
                <c:pt idx="2004">
                  <c:v>0.43373111867914749</c:v>
                </c:pt>
                <c:pt idx="2005">
                  <c:v>0.43279146243415006</c:v>
                </c:pt>
                <c:pt idx="2006">
                  <c:v>0.4325780500980661</c:v>
                </c:pt>
                <c:pt idx="2007">
                  <c:v>0.43238724825308056</c:v>
                </c:pt>
                <c:pt idx="2008">
                  <c:v>0.4315655385580392</c:v>
                </c:pt>
                <c:pt idx="2009">
                  <c:v>0.43144775999298818</c:v>
                </c:pt>
                <c:pt idx="2010">
                  <c:v>0.43105705041086989</c:v>
                </c:pt>
                <c:pt idx="2011">
                  <c:v>0.43004838338014895</c:v>
                </c:pt>
                <c:pt idx="2012">
                  <c:v>0.42999216140241781</c:v>
                </c:pt>
                <c:pt idx="2013">
                  <c:v>0.42958677705517451</c:v>
                </c:pt>
                <c:pt idx="2014">
                  <c:v>0.42919242315586015</c:v>
                </c:pt>
                <c:pt idx="2015">
                  <c:v>0.42911323010152036</c:v>
                </c:pt>
                <c:pt idx="2016">
                  <c:v>0.42909725295506762</c:v>
                </c:pt>
                <c:pt idx="2017">
                  <c:v>0.42895110546678655</c:v>
                </c:pt>
                <c:pt idx="2018">
                  <c:v>0.42872843694313106</c:v>
                </c:pt>
                <c:pt idx="2019">
                  <c:v>0.42810553854613953</c:v>
                </c:pt>
                <c:pt idx="2020">
                  <c:v>0.42793027169136422</c:v>
                </c:pt>
                <c:pt idx="2021">
                  <c:v>0.42792297015712566</c:v>
                </c:pt>
                <c:pt idx="2022">
                  <c:v>0.42782408998394511</c:v>
                </c:pt>
                <c:pt idx="2023">
                  <c:v>0.42675167202852132</c:v>
                </c:pt>
                <c:pt idx="2024">
                  <c:v>0.42670823781879336</c:v>
                </c:pt>
                <c:pt idx="2025">
                  <c:v>0.42641734625454319</c:v>
                </c:pt>
                <c:pt idx="2026">
                  <c:v>0.42621970798349318</c:v>
                </c:pt>
                <c:pt idx="2027">
                  <c:v>0.42569497213237983</c:v>
                </c:pt>
                <c:pt idx="2028">
                  <c:v>0.42552603942384937</c:v>
                </c:pt>
                <c:pt idx="2029">
                  <c:v>0.42546260257102481</c:v>
                </c:pt>
                <c:pt idx="2030">
                  <c:v>0.42526330685874558</c:v>
                </c:pt>
                <c:pt idx="2031">
                  <c:v>0.42520592715491939</c:v>
                </c:pt>
                <c:pt idx="2032">
                  <c:v>0.42501957942013058</c:v>
                </c:pt>
                <c:pt idx="2033">
                  <c:v>0.42457548154042357</c:v>
                </c:pt>
                <c:pt idx="2034">
                  <c:v>0.42401910523050157</c:v>
                </c:pt>
                <c:pt idx="2035">
                  <c:v>0.42401032146746948</c:v>
                </c:pt>
                <c:pt idx="2036">
                  <c:v>0.42386728311818245</c:v>
                </c:pt>
                <c:pt idx="2037">
                  <c:v>0.42363601374383753</c:v>
                </c:pt>
                <c:pt idx="2038">
                  <c:v>0.42215480521237886</c:v>
                </c:pt>
                <c:pt idx="2039">
                  <c:v>0.42183892760648428</c:v>
                </c:pt>
                <c:pt idx="2040">
                  <c:v>0.42159520903845676</c:v>
                </c:pt>
                <c:pt idx="2041">
                  <c:v>0.42121600675875065</c:v>
                </c:pt>
                <c:pt idx="2042">
                  <c:v>0.42102345057515506</c:v>
                </c:pt>
                <c:pt idx="2043">
                  <c:v>0.42042052646720446</c:v>
                </c:pt>
                <c:pt idx="2044">
                  <c:v>0.4196945238606582</c:v>
                </c:pt>
                <c:pt idx="2045">
                  <c:v>0.41854178928324948</c:v>
                </c:pt>
                <c:pt idx="2046">
                  <c:v>0.41832069228695656</c:v>
                </c:pt>
                <c:pt idx="2047">
                  <c:v>0.41825843321904305</c:v>
                </c:pt>
                <c:pt idx="2048">
                  <c:v>0.4175278542926098</c:v>
                </c:pt>
                <c:pt idx="2049">
                  <c:v>0.41722840116937493</c:v>
                </c:pt>
                <c:pt idx="2050">
                  <c:v>0.41475895592709805</c:v>
                </c:pt>
                <c:pt idx="2051">
                  <c:v>0.41442424366747604</c:v>
                </c:pt>
                <c:pt idx="2052">
                  <c:v>0.41426074047630074</c:v>
                </c:pt>
                <c:pt idx="2053">
                  <c:v>0.41342658229506046</c:v>
                </c:pt>
                <c:pt idx="2054">
                  <c:v>0.41330068680556625</c:v>
                </c:pt>
                <c:pt idx="2055">
                  <c:v>0.41311966438987208</c:v>
                </c:pt>
                <c:pt idx="2056">
                  <c:v>0.41243427709556602</c:v>
                </c:pt>
                <c:pt idx="2057">
                  <c:v>0.41179303547808366</c:v>
                </c:pt>
                <c:pt idx="2058">
                  <c:v>0.41167685790658859</c:v>
                </c:pt>
                <c:pt idx="2059">
                  <c:v>0.41148446804686895</c:v>
                </c:pt>
                <c:pt idx="2060">
                  <c:v>0.41125493324154194</c:v>
                </c:pt>
                <c:pt idx="2061">
                  <c:v>0.41088831667245407</c:v>
                </c:pt>
                <c:pt idx="2062">
                  <c:v>0.41054058680338362</c:v>
                </c:pt>
                <c:pt idx="2063">
                  <c:v>0.40927298383875577</c:v>
                </c:pt>
                <c:pt idx="2064">
                  <c:v>0.40909528197672207</c:v>
                </c:pt>
                <c:pt idx="2065">
                  <c:v>0.40881134839497513</c:v>
                </c:pt>
                <c:pt idx="2066">
                  <c:v>0.40872703268749289</c:v>
                </c:pt>
                <c:pt idx="2067">
                  <c:v>0.40856836139993713</c:v>
                </c:pt>
                <c:pt idx="2068">
                  <c:v>0.4083922031383877</c:v>
                </c:pt>
                <c:pt idx="2069">
                  <c:v>0.40837303642407746</c:v>
                </c:pt>
                <c:pt idx="2070">
                  <c:v>0.40830638280259657</c:v>
                </c:pt>
                <c:pt idx="2071">
                  <c:v>0.40814978473845975</c:v>
                </c:pt>
                <c:pt idx="2072">
                  <c:v>0.4069585135118971</c:v>
                </c:pt>
                <c:pt idx="2073">
                  <c:v>0.40690702695909597</c:v>
                </c:pt>
                <c:pt idx="2074">
                  <c:v>0.40677448005983891</c:v>
                </c:pt>
                <c:pt idx="2075">
                  <c:v>0.40646793974672235</c:v>
                </c:pt>
                <c:pt idx="2076">
                  <c:v>0.40591725315491595</c:v>
                </c:pt>
                <c:pt idx="2077">
                  <c:v>0.40591036124771845</c:v>
                </c:pt>
                <c:pt idx="2078">
                  <c:v>0.40381402976539343</c:v>
                </c:pt>
                <c:pt idx="2079">
                  <c:v>0.40374565140978813</c:v>
                </c:pt>
                <c:pt idx="2080">
                  <c:v>0.40330037830927529</c:v>
                </c:pt>
                <c:pt idx="2081">
                  <c:v>0.40285057506159072</c:v>
                </c:pt>
                <c:pt idx="2082">
                  <c:v>0.40252210138951122</c:v>
                </c:pt>
                <c:pt idx="2083">
                  <c:v>0.40163138562549683</c:v>
                </c:pt>
                <c:pt idx="2084">
                  <c:v>0.4015962181273306</c:v>
                </c:pt>
                <c:pt idx="2085">
                  <c:v>0.40153522493969551</c:v>
                </c:pt>
                <c:pt idx="2086">
                  <c:v>0.40148785987358265</c:v>
                </c:pt>
                <c:pt idx="2087">
                  <c:v>0.40131729581305953</c:v>
                </c:pt>
                <c:pt idx="2088">
                  <c:v>0.4009272148537385</c:v>
                </c:pt>
                <c:pt idx="2089">
                  <c:v>0.40083000650583772</c:v>
                </c:pt>
                <c:pt idx="2090">
                  <c:v>0.40047225965140965</c:v>
                </c:pt>
                <c:pt idx="2091">
                  <c:v>0.39996159198503212</c:v>
                </c:pt>
                <c:pt idx="2092">
                  <c:v>0.39952152119881501</c:v>
                </c:pt>
                <c:pt idx="2093">
                  <c:v>0.39862117605496455</c:v>
                </c:pt>
                <c:pt idx="2094">
                  <c:v>0.39843523514545082</c:v>
                </c:pt>
                <c:pt idx="2095">
                  <c:v>0.39768988655627519</c:v>
                </c:pt>
                <c:pt idx="2096">
                  <c:v>0.39710574237605789</c:v>
                </c:pt>
                <c:pt idx="2097">
                  <c:v>0.39660581353271346</c:v>
                </c:pt>
                <c:pt idx="2098">
                  <c:v>0.3965694377551372</c:v>
                </c:pt>
                <c:pt idx="2099">
                  <c:v>0.3958487976971603</c:v>
                </c:pt>
                <c:pt idx="2100">
                  <c:v>0.39579484783718238</c:v>
                </c:pt>
                <c:pt idx="2101">
                  <c:v>0.39570833645320247</c:v>
                </c:pt>
                <c:pt idx="2102">
                  <c:v>0.39568552599639251</c:v>
                </c:pt>
                <c:pt idx="2103">
                  <c:v>0.39553086868882797</c:v>
                </c:pt>
                <c:pt idx="2104">
                  <c:v>0.39537679653983049</c:v>
                </c:pt>
                <c:pt idx="2105">
                  <c:v>0.39535615158610243</c:v>
                </c:pt>
                <c:pt idx="2106">
                  <c:v>0.39497525370810416</c:v>
                </c:pt>
                <c:pt idx="2107">
                  <c:v>0.39483226486863121</c:v>
                </c:pt>
                <c:pt idx="2108">
                  <c:v>0.3946613428765201</c:v>
                </c:pt>
                <c:pt idx="2109">
                  <c:v>0.39439949706213323</c:v>
                </c:pt>
                <c:pt idx="2110">
                  <c:v>0.39428294352720444</c:v>
                </c:pt>
                <c:pt idx="2111">
                  <c:v>0.3936774935153593</c:v>
                </c:pt>
                <c:pt idx="2112">
                  <c:v>0.39270967334165402</c:v>
                </c:pt>
                <c:pt idx="2113">
                  <c:v>0.39239179764513299</c:v>
                </c:pt>
                <c:pt idx="2114">
                  <c:v>0.39202431139491462</c:v>
                </c:pt>
                <c:pt idx="2115">
                  <c:v>0.39100905110734563</c:v>
                </c:pt>
                <c:pt idx="2116">
                  <c:v>0.39055860593715785</c:v>
                </c:pt>
                <c:pt idx="2117">
                  <c:v>0.39007565036600522</c:v>
                </c:pt>
                <c:pt idx="2118">
                  <c:v>0.38969842441446489</c:v>
                </c:pt>
                <c:pt idx="2119">
                  <c:v>0.38969234266209785</c:v>
                </c:pt>
                <c:pt idx="2120">
                  <c:v>0.38918768471880322</c:v>
                </c:pt>
                <c:pt idx="2121">
                  <c:v>0.38890781036434408</c:v>
                </c:pt>
                <c:pt idx="2122">
                  <c:v>0.38875453581524588</c:v>
                </c:pt>
                <c:pt idx="2123">
                  <c:v>0.38841165068896982</c:v>
                </c:pt>
                <c:pt idx="2124">
                  <c:v>0.38825876175055846</c:v>
                </c:pt>
                <c:pt idx="2125">
                  <c:v>0.38777387661919066</c:v>
                </c:pt>
                <c:pt idx="2126">
                  <c:v>0.38766431971051429</c:v>
                </c:pt>
                <c:pt idx="2127">
                  <c:v>0.38731544975988408</c:v>
                </c:pt>
                <c:pt idx="2128">
                  <c:v>0.38677835874670752</c:v>
                </c:pt>
                <c:pt idx="2129">
                  <c:v>0.38554637768554845</c:v>
                </c:pt>
                <c:pt idx="2130">
                  <c:v>0.38519504863613041</c:v>
                </c:pt>
                <c:pt idx="2131">
                  <c:v>0.3851657372385901</c:v>
                </c:pt>
                <c:pt idx="2132">
                  <c:v>0.38515862436541526</c:v>
                </c:pt>
                <c:pt idx="2133">
                  <c:v>0.38490650069724358</c:v>
                </c:pt>
                <c:pt idx="2134">
                  <c:v>0.38432957162986081</c:v>
                </c:pt>
                <c:pt idx="2135">
                  <c:v>0.38335705121233055</c:v>
                </c:pt>
                <c:pt idx="2136">
                  <c:v>0.38319115289872802</c:v>
                </c:pt>
                <c:pt idx="2137">
                  <c:v>0.38313922796847588</c:v>
                </c:pt>
                <c:pt idx="2138">
                  <c:v>0.38302706793824942</c:v>
                </c:pt>
                <c:pt idx="2139">
                  <c:v>0.38267983122107502</c:v>
                </c:pt>
                <c:pt idx="2140">
                  <c:v>0.38259782886262689</c:v>
                </c:pt>
                <c:pt idx="2141">
                  <c:v>0.38255914987064038</c:v>
                </c:pt>
                <c:pt idx="2142">
                  <c:v>0.38192724817297347</c:v>
                </c:pt>
                <c:pt idx="2143">
                  <c:v>0.38189791442423632</c:v>
                </c:pt>
                <c:pt idx="2144">
                  <c:v>0.38162144292528488</c:v>
                </c:pt>
                <c:pt idx="2145">
                  <c:v>0.38144119562039974</c:v>
                </c:pt>
                <c:pt idx="2146">
                  <c:v>0.38139010387674871</c:v>
                </c:pt>
                <c:pt idx="2147">
                  <c:v>0.38134176161477468</c:v>
                </c:pt>
                <c:pt idx="2148">
                  <c:v>0.38129408199668935</c:v>
                </c:pt>
                <c:pt idx="2149">
                  <c:v>0.38128119802115806</c:v>
                </c:pt>
                <c:pt idx="2150">
                  <c:v>0.38119136536797482</c:v>
                </c:pt>
                <c:pt idx="2151">
                  <c:v>0.3808087595328315</c:v>
                </c:pt>
                <c:pt idx="2152">
                  <c:v>0.38078825399241006</c:v>
                </c:pt>
                <c:pt idx="2153">
                  <c:v>0.38068632943024755</c:v>
                </c:pt>
                <c:pt idx="2154">
                  <c:v>0.38062060677347176</c:v>
                </c:pt>
                <c:pt idx="2155">
                  <c:v>0.38037540283512639</c:v>
                </c:pt>
                <c:pt idx="2156">
                  <c:v>0.37982047308584338</c:v>
                </c:pt>
                <c:pt idx="2157">
                  <c:v>0.37972924117122314</c:v>
                </c:pt>
                <c:pt idx="2158">
                  <c:v>0.37971922335876662</c:v>
                </c:pt>
                <c:pt idx="2159">
                  <c:v>0.37929539442196364</c:v>
                </c:pt>
                <c:pt idx="2160">
                  <c:v>0.37915631350066459</c:v>
                </c:pt>
                <c:pt idx="2161">
                  <c:v>0.37882894636092479</c:v>
                </c:pt>
                <c:pt idx="2162">
                  <c:v>0.3788047328129146</c:v>
                </c:pt>
                <c:pt idx="2163">
                  <c:v>0.37862708323356498</c:v>
                </c:pt>
                <c:pt idx="2164">
                  <c:v>0.37788335164764159</c:v>
                </c:pt>
                <c:pt idx="2165">
                  <c:v>0.37716512602717633</c:v>
                </c:pt>
                <c:pt idx="2166">
                  <c:v>0.37713929848588362</c:v>
                </c:pt>
                <c:pt idx="2167">
                  <c:v>0.37624552441534653</c:v>
                </c:pt>
                <c:pt idx="2168">
                  <c:v>0.37616635402621273</c:v>
                </c:pt>
                <c:pt idx="2169">
                  <c:v>0.37575844702980382</c:v>
                </c:pt>
                <c:pt idx="2170">
                  <c:v>0.37574053113616684</c:v>
                </c:pt>
                <c:pt idx="2171">
                  <c:v>0.37558059990328702</c:v>
                </c:pt>
                <c:pt idx="2172">
                  <c:v>0.3753551464428207</c:v>
                </c:pt>
                <c:pt idx="2173">
                  <c:v>0.37518129190011085</c:v>
                </c:pt>
                <c:pt idx="2174">
                  <c:v>0.37475294668402176</c:v>
                </c:pt>
                <c:pt idx="2175">
                  <c:v>0.37459195172981352</c:v>
                </c:pt>
                <c:pt idx="2176">
                  <c:v>0.37457416420507211</c:v>
                </c:pt>
                <c:pt idx="2177">
                  <c:v>0.37456247360331413</c:v>
                </c:pt>
                <c:pt idx="2178">
                  <c:v>0.37442341434342363</c:v>
                </c:pt>
                <c:pt idx="2179">
                  <c:v>0.37383691831375992</c:v>
                </c:pt>
                <c:pt idx="2180">
                  <c:v>0.37345922462385706</c:v>
                </c:pt>
                <c:pt idx="2181">
                  <c:v>0.37319164173729513</c:v>
                </c:pt>
                <c:pt idx="2182">
                  <c:v>0.37207770330450107</c:v>
                </c:pt>
                <c:pt idx="2183">
                  <c:v>0.37184313893495613</c:v>
                </c:pt>
                <c:pt idx="2184">
                  <c:v>0.37183578025894121</c:v>
                </c:pt>
                <c:pt idx="2185">
                  <c:v>0.37178091402601715</c:v>
                </c:pt>
                <c:pt idx="2186">
                  <c:v>0.37168303085192272</c:v>
                </c:pt>
                <c:pt idx="2187">
                  <c:v>0.37162432968721038</c:v>
                </c:pt>
                <c:pt idx="2188">
                  <c:v>0.37153608871091742</c:v>
                </c:pt>
                <c:pt idx="2189">
                  <c:v>0.37140797502931111</c:v>
                </c:pt>
                <c:pt idx="2190">
                  <c:v>0.37091189423767124</c:v>
                </c:pt>
                <c:pt idx="2191">
                  <c:v>0.37018158878617058</c:v>
                </c:pt>
                <c:pt idx="2192">
                  <c:v>0.37015176269424144</c:v>
                </c:pt>
                <c:pt idx="2193">
                  <c:v>0.36997144569887147</c:v>
                </c:pt>
                <c:pt idx="2194">
                  <c:v>0.36961917363212698</c:v>
                </c:pt>
                <c:pt idx="2195">
                  <c:v>0.36935259540107335</c:v>
                </c:pt>
                <c:pt idx="2196">
                  <c:v>0.36924565737980919</c:v>
                </c:pt>
                <c:pt idx="2197">
                  <c:v>0.36875986250557186</c:v>
                </c:pt>
                <c:pt idx="2198">
                  <c:v>0.36844377855848959</c:v>
                </c:pt>
                <c:pt idx="2199">
                  <c:v>0.36825860739055943</c:v>
                </c:pt>
                <c:pt idx="2200">
                  <c:v>0.36825111524650489</c:v>
                </c:pt>
                <c:pt idx="2201">
                  <c:v>0.36807814207214684</c:v>
                </c:pt>
                <c:pt idx="2202">
                  <c:v>0.36694500294113347</c:v>
                </c:pt>
                <c:pt idx="2203">
                  <c:v>0.36624890870467863</c:v>
                </c:pt>
                <c:pt idx="2204">
                  <c:v>0.3658175619557949</c:v>
                </c:pt>
                <c:pt idx="2205">
                  <c:v>0.36574405422734868</c:v>
                </c:pt>
                <c:pt idx="2206">
                  <c:v>0.36502947645662892</c:v>
                </c:pt>
                <c:pt idx="2207">
                  <c:v>0.36449257299276555</c:v>
                </c:pt>
                <c:pt idx="2208">
                  <c:v>0.36437514096411805</c:v>
                </c:pt>
                <c:pt idx="2209">
                  <c:v>0.36381935442142083</c:v>
                </c:pt>
                <c:pt idx="2210">
                  <c:v>0.36338037637169196</c:v>
                </c:pt>
                <c:pt idx="2211">
                  <c:v>0.36321496806432696</c:v>
                </c:pt>
                <c:pt idx="2212">
                  <c:v>0.36293863024070966</c:v>
                </c:pt>
                <c:pt idx="2213">
                  <c:v>0.36188229341228612</c:v>
                </c:pt>
                <c:pt idx="2214">
                  <c:v>0.36158282751359244</c:v>
                </c:pt>
                <c:pt idx="2215">
                  <c:v>0.36081498103910603</c:v>
                </c:pt>
                <c:pt idx="2216">
                  <c:v>0.36049420570884316</c:v>
                </c:pt>
                <c:pt idx="2217">
                  <c:v>0.36049297463161034</c:v>
                </c:pt>
                <c:pt idx="2218">
                  <c:v>0.36034682595589829</c:v>
                </c:pt>
                <c:pt idx="2219">
                  <c:v>0.35998414778008792</c:v>
                </c:pt>
                <c:pt idx="2220">
                  <c:v>0.35982106226880461</c:v>
                </c:pt>
                <c:pt idx="2221">
                  <c:v>0.35934151697632977</c:v>
                </c:pt>
                <c:pt idx="2222">
                  <c:v>0.35922542709225358</c:v>
                </c:pt>
                <c:pt idx="2223">
                  <c:v>0.35885509033835139</c:v>
                </c:pt>
                <c:pt idx="2224">
                  <c:v>0.35871803102524469</c:v>
                </c:pt>
                <c:pt idx="2225">
                  <c:v>0.35869733645995816</c:v>
                </c:pt>
                <c:pt idx="2226">
                  <c:v>0.35821005218044738</c:v>
                </c:pt>
                <c:pt idx="2227">
                  <c:v>0.35789253265040172</c:v>
                </c:pt>
                <c:pt idx="2228">
                  <c:v>0.35706998108928412</c:v>
                </c:pt>
                <c:pt idx="2229">
                  <c:v>0.35656015842851096</c:v>
                </c:pt>
                <c:pt idx="2230">
                  <c:v>0.35587481715832581</c:v>
                </c:pt>
                <c:pt idx="2231">
                  <c:v>0.35528902446781663</c:v>
                </c:pt>
                <c:pt idx="2232">
                  <c:v>0.35526302857587494</c:v>
                </c:pt>
                <c:pt idx="2233">
                  <c:v>0.35520193602485706</c:v>
                </c:pt>
                <c:pt idx="2234">
                  <c:v>0.35519316357844205</c:v>
                </c:pt>
                <c:pt idx="2235">
                  <c:v>0.35498923916478969</c:v>
                </c:pt>
                <c:pt idx="2236">
                  <c:v>0.35496527008005657</c:v>
                </c:pt>
                <c:pt idx="2237">
                  <c:v>0.35420764210444639</c:v>
                </c:pt>
                <c:pt idx="2238">
                  <c:v>0.35397385685753574</c:v>
                </c:pt>
                <c:pt idx="2239">
                  <c:v>0.35385673740776274</c:v>
                </c:pt>
                <c:pt idx="2240">
                  <c:v>0.35320024074358397</c:v>
                </c:pt>
                <c:pt idx="2241">
                  <c:v>0.35303472602999592</c:v>
                </c:pt>
                <c:pt idx="2242">
                  <c:v>0.35290319897890721</c:v>
                </c:pt>
                <c:pt idx="2243">
                  <c:v>0.35227080912853742</c:v>
                </c:pt>
                <c:pt idx="2244">
                  <c:v>0.35180422146699408</c:v>
                </c:pt>
                <c:pt idx="2245">
                  <c:v>0.3512321500725698</c:v>
                </c:pt>
                <c:pt idx="2246">
                  <c:v>0.3507559623534478</c:v>
                </c:pt>
                <c:pt idx="2247">
                  <c:v>0.35074725917348343</c:v>
                </c:pt>
                <c:pt idx="2248">
                  <c:v>0.35020556932740066</c:v>
                </c:pt>
                <c:pt idx="2249">
                  <c:v>0.3499203249918284</c:v>
                </c:pt>
                <c:pt idx="2250">
                  <c:v>0.34988885103550837</c:v>
                </c:pt>
                <c:pt idx="2251">
                  <c:v>0.34968264882017408</c:v>
                </c:pt>
                <c:pt idx="2252">
                  <c:v>0.34955943821079083</c:v>
                </c:pt>
                <c:pt idx="2253">
                  <c:v>0.34915012732441592</c:v>
                </c:pt>
                <c:pt idx="2254">
                  <c:v>0.34821001008729452</c:v>
                </c:pt>
                <c:pt idx="2255">
                  <c:v>0.3472031142928953</c:v>
                </c:pt>
                <c:pt idx="2256">
                  <c:v>0.34685330624702349</c:v>
                </c:pt>
                <c:pt idx="2257">
                  <c:v>0.346287158300569</c:v>
                </c:pt>
                <c:pt idx="2258">
                  <c:v>0.34622375799569388</c:v>
                </c:pt>
                <c:pt idx="2259">
                  <c:v>0.34609630980889855</c:v>
                </c:pt>
                <c:pt idx="2260">
                  <c:v>0.34607547774916264</c:v>
                </c:pt>
                <c:pt idx="2261">
                  <c:v>0.3459531011445427</c:v>
                </c:pt>
                <c:pt idx="2262">
                  <c:v>0.34578620517247544</c:v>
                </c:pt>
                <c:pt idx="2263">
                  <c:v>0.34522165446865716</c:v>
                </c:pt>
                <c:pt idx="2264">
                  <c:v>0.34502281575666016</c:v>
                </c:pt>
                <c:pt idx="2265">
                  <c:v>0.34475829907117128</c:v>
                </c:pt>
                <c:pt idx="2266">
                  <c:v>0.34462037264289325</c:v>
                </c:pt>
                <c:pt idx="2267">
                  <c:v>0.34457137300130769</c:v>
                </c:pt>
                <c:pt idx="2268">
                  <c:v>0.3439325677338545</c:v>
                </c:pt>
                <c:pt idx="2269">
                  <c:v>0.34380947647866961</c:v>
                </c:pt>
                <c:pt idx="2270">
                  <c:v>0.34371567479593057</c:v>
                </c:pt>
                <c:pt idx="2271">
                  <c:v>0.34331642996672962</c:v>
                </c:pt>
                <c:pt idx="2272">
                  <c:v>0.34322865802471142</c:v>
                </c:pt>
                <c:pt idx="2273">
                  <c:v>0.34285858703682703</c:v>
                </c:pt>
                <c:pt idx="2274">
                  <c:v>0.34274197288212443</c:v>
                </c:pt>
                <c:pt idx="2275">
                  <c:v>0.34255868113637317</c:v>
                </c:pt>
                <c:pt idx="2276">
                  <c:v>0.34228663291514982</c:v>
                </c:pt>
                <c:pt idx="2277">
                  <c:v>0.34135772175627849</c:v>
                </c:pt>
                <c:pt idx="2278">
                  <c:v>0.34065218610812292</c:v>
                </c:pt>
                <c:pt idx="2279">
                  <c:v>0.34056682419772499</c:v>
                </c:pt>
                <c:pt idx="2280">
                  <c:v>0.34055815678107737</c:v>
                </c:pt>
                <c:pt idx="2281">
                  <c:v>0.34003861221355464</c:v>
                </c:pt>
                <c:pt idx="2282">
                  <c:v>0.33985829235715193</c:v>
                </c:pt>
                <c:pt idx="2283">
                  <c:v>0.33929419964319357</c:v>
                </c:pt>
                <c:pt idx="2284">
                  <c:v>0.33895899514708916</c:v>
                </c:pt>
                <c:pt idx="2285">
                  <c:v>0.3388291246912119</c:v>
                </c:pt>
                <c:pt idx="2286">
                  <c:v>0.33879407668556344</c:v>
                </c:pt>
                <c:pt idx="2287">
                  <c:v>0.33846881522897276</c:v>
                </c:pt>
                <c:pt idx="2288">
                  <c:v>0.33810327459080641</c:v>
                </c:pt>
                <c:pt idx="2289">
                  <c:v>0.33787337745977591</c:v>
                </c:pt>
                <c:pt idx="2290">
                  <c:v>0.33778893583924779</c:v>
                </c:pt>
                <c:pt idx="2291">
                  <c:v>0.33761878506295023</c:v>
                </c:pt>
                <c:pt idx="2292">
                  <c:v>0.33695641755567923</c:v>
                </c:pt>
                <c:pt idx="2293">
                  <c:v>0.33673930069185204</c:v>
                </c:pt>
                <c:pt idx="2294">
                  <c:v>0.33659635612282751</c:v>
                </c:pt>
                <c:pt idx="2295">
                  <c:v>0.33625890660789631</c:v>
                </c:pt>
                <c:pt idx="2296">
                  <c:v>0.33563002883744292</c:v>
                </c:pt>
                <c:pt idx="2297">
                  <c:v>0.33555627102603935</c:v>
                </c:pt>
                <c:pt idx="2298">
                  <c:v>0.33554163012028382</c:v>
                </c:pt>
                <c:pt idx="2299">
                  <c:v>0.33510844112252225</c:v>
                </c:pt>
                <c:pt idx="2300">
                  <c:v>0.33483016017681844</c:v>
                </c:pt>
                <c:pt idx="2301">
                  <c:v>0.33477306016324165</c:v>
                </c:pt>
                <c:pt idx="2302">
                  <c:v>0.33338115388583528</c:v>
                </c:pt>
                <c:pt idx="2303">
                  <c:v>0.33334524793545567</c:v>
                </c:pt>
                <c:pt idx="2304">
                  <c:v>0.33323343921297471</c:v>
                </c:pt>
                <c:pt idx="2305">
                  <c:v>0.33321273424829106</c:v>
                </c:pt>
                <c:pt idx="2306">
                  <c:v>0.33318466596556678</c:v>
                </c:pt>
                <c:pt idx="2307">
                  <c:v>0.33249718302697234</c:v>
                </c:pt>
                <c:pt idx="2308">
                  <c:v>0.33194469727271625</c:v>
                </c:pt>
                <c:pt idx="2309">
                  <c:v>0.33190556107480151</c:v>
                </c:pt>
                <c:pt idx="2310">
                  <c:v>0.33112925435615648</c:v>
                </c:pt>
                <c:pt idx="2311">
                  <c:v>0.33084145305304263</c:v>
                </c:pt>
                <c:pt idx="2312">
                  <c:v>0.33072583015555135</c:v>
                </c:pt>
                <c:pt idx="2313">
                  <c:v>0.33069583464993224</c:v>
                </c:pt>
                <c:pt idx="2314">
                  <c:v>0.3304572540759847</c:v>
                </c:pt>
                <c:pt idx="2315">
                  <c:v>0.33028338247804789</c:v>
                </c:pt>
                <c:pt idx="2316">
                  <c:v>0.33017756829942357</c:v>
                </c:pt>
                <c:pt idx="2317">
                  <c:v>0.33007057082258651</c:v>
                </c:pt>
                <c:pt idx="2318">
                  <c:v>0.33003652675202072</c:v>
                </c:pt>
                <c:pt idx="2319">
                  <c:v>0.33003329306875057</c:v>
                </c:pt>
                <c:pt idx="2320">
                  <c:v>0.32970940621420536</c:v>
                </c:pt>
                <c:pt idx="2321">
                  <c:v>0.32967909610677115</c:v>
                </c:pt>
                <c:pt idx="2322">
                  <c:v>0.32936516326387966</c:v>
                </c:pt>
                <c:pt idx="2323">
                  <c:v>0.32928749604625307</c:v>
                </c:pt>
                <c:pt idx="2324">
                  <c:v>0.32876353923080076</c:v>
                </c:pt>
                <c:pt idx="2325">
                  <c:v>0.32822147445856453</c:v>
                </c:pt>
                <c:pt idx="2326">
                  <c:v>0.32804308360851886</c:v>
                </c:pt>
                <c:pt idx="2327">
                  <c:v>0.32770828367303223</c:v>
                </c:pt>
                <c:pt idx="2328">
                  <c:v>0.32726515935934292</c:v>
                </c:pt>
                <c:pt idx="2329">
                  <c:v>0.32720888691463235</c:v>
                </c:pt>
                <c:pt idx="2330">
                  <c:v>0.32640030915629537</c:v>
                </c:pt>
                <c:pt idx="2331">
                  <c:v>0.32629601577923212</c:v>
                </c:pt>
                <c:pt idx="2332">
                  <c:v>0.3259775718895796</c:v>
                </c:pt>
                <c:pt idx="2333">
                  <c:v>0.32542913492381353</c:v>
                </c:pt>
                <c:pt idx="2334">
                  <c:v>0.32537494876494033</c:v>
                </c:pt>
                <c:pt idx="2335">
                  <c:v>0.32523760608753555</c:v>
                </c:pt>
                <c:pt idx="2336">
                  <c:v>0.32476923513660616</c:v>
                </c:pt>
                <c:pt idx="2337">
                  <c:v>0.32462719991095573</c:v>
                </c:pt>
                <c:pt idx="2338">
                  <c:v>0.32394403687745543</c:v>
                </c:pt>
                <c:pt idx="2339">
                  <c:v>0.32354115722198645</c:v>
                </c:pt>
                <c:pt idx="2340">
                  <c:v>0.32344620970948451</c:v>
                </c:pt>
                <c:pt idx="2341">
                  <c:v>0.3233077009489001</c:v>
                </c:pt>
                <c:pt idx="2342">
                  <c:v>0.32323287614761281</c:v>
                </c:pt>
                <c:pt idx="2343">
                  <c:v>0.32272551684315026</c:v>
                </c:pt>
                <c:pt idx="2344">
                  <c:v>0.32258441816763012</c:v>
                </c:pt>
                <c:pt idx="2345">
                  <c:v>0.32251775056861465</c:v>
                </c:pt>
                <c:pt idx="2346">
                  <c:v>0.32222531601717708</c:v>
                </c:pt>
                <c:pt idx="2347">
                  <c:v>0.32139418605936704</c:v>
                </c:pt>
                <c:pt idx="2348">
                  <c:v>0.32129557052090174</c:v>
                </c:pt>
                <c:pt idx="2349">
                  <c:v>0.32078401280547281</c:v>
                </c:pt>
                <c:pt idx="2350">
                  <c:v>0.32036922256275768</c:v>
                </c:pt>
                <c:pt idx="2351">
                  <c:v>0.32033524330947022</c:v>
                </c:pt>
                <c:pt idx="2352">
                  <c:v>0.32023240781212864</c:v>
                </c:pt>
                <c:pt idx="2353">
                  <c:v>0.32014833217247612</c:v>
                </c:pt>
                <c:pt idx="2354">
                  <c:v>0.32000322880952853</c:v>
                </c:pt>
                <c:pt idx="2355">
                  <c:v>0.31974182438321258</c:v>
                </c:pt>
                <c:pt idx="2356">
                  <c:v>0.3193528690125646</c:v>
                </c:pt>
                <c:pt idx="2357">
                  <c:v>0.31929693532857478</c:v>
                </c:pt>
                <c:pt idx="2358">
                  <c:v>0.31929040332149045</c:v>
                </c:pt>
                <c:pt idx="2359">
                  <c:v>0.31919933401042577</c:v>
                </c:pt>
                <c:pt idx="2360">
                  <c:v>0.31839573154393586</c:v>
                </c:pt>
                <c:pt idx="2361">
                  <c:v>0.31780938514860169</c:v>
                </c:pt>
                <c:pt idx="2362">
                  <c:v>0.31760478578456719</c:v>
                </c:pt>
                <c:pt idx="2363">
                  <c:v>0.31744556546999286</c:v>
                </c:pt>
                <c:pt idx="2364">
                  <c:v>0.31693781226285844</c:v>
                </c:pt>
                <c:pt idx="2365">
                  <c:v>0.31684376121843716</c:v>
                </c:pt>
                <c:pt idx="2366">
                  <c:v>0.31671480966250265</c:v>
                </c:pt>
                <c:pt idx="2367">
                  <c:v>0.31665895486440204</c:v>
                </c:pt>
                <c:pt idx="2368">
                  <c:v>0.31655327019243923</c:v>
                </c:pt>
                <c:pt idx="2369">
                  <c:v>0.31644212842137093</c:v>
                </c:pt>
                <c:pt idx="2370">
                  <c:v>0.31625391112965578</c:v>
                </c:pt>
                <c:pt idx="2371">
                  <c:v>0.31596787050488695</c:v>
                </c:pt>
                <c:pt idx="2372">
                  <c:v>0.31590945105203155</c:v>
                </c:pt>
                <c:pt idx="2373">
                  <c:v>0.31546009121531149</c:v>
                </c:pt>
                <c:pt idx="2374">
                  <c:v>0.31529139926058963</c:v>
                </c:pt>
                <c:pt idx="2375">
                  <c:v>0.31506448496249884</c:v>
                </c:pt>
                <c:pt idx="2376">
                  <c:v>0.31454352806154368</c:v>
                </c:pt>
                <c:pt idx="2377">
                  <c:v>0.3133198846368892</c:v>
                </c:pt>
                <c:pt idx="2378">
                  <c:v>0.31291586450166436</c:v>
                </c:pt>
                <c:pt idx="2379">
                  <c:v>0.31237742168708299</c:v>
                </c:pt>
                <c:pt idx="2380">
                  <c:v>0.31215839724171979</c:v>
                </c:pt>
                <c:pt idx="2381">
                  <c:v>0.3115457552012284</c:v>
                </c:pt>
                <c:pt idx="2382">
                  <c:v>0.31117741444314134</c:v>
                </c:pt>
                <c:pt idx="2383">
                  <c:v>0.31103111927282784</c:v>
                </c:pt>
                <c:pt idx="2384">
                  <c:v>0.31090109313843878</c:v>
                </c:pt>
                <c:pt idx="2385">
                  <c:v>0.31089819905249494</c:v>
                </c:pt>
                <c:pt idx="2386">
                  <c:v>0.31085976000003157</c:v>
                </c:pt>
                <c:pt idx="2387">
                  <c:v>0.31068600638675575</c:v>
                </c:pt>
                <c:pt idx="2388">
                  <c:v>0.31001081579748796</c:v>
                </c:pt>
                <c:pt idx="2389">
                  <c:v>0.30994893226360248</c:v>
                </c:pt>
                <c:pt idx="2390">
                  <c:v>0.30991889480192153</c:v>
                </c:pt>
                <c:pt idx="2391">
                  <c:v>0.30987213713095468</c:v>
                </c:pt>
                <c:pt idx="2392">
                  <c:v>0.30981109810686547</c:v>
                </c:pt>
                <c:pt idx="2393">
                  <c:v>0.30975728998926472</c:v>
                </c:pt>
                <c:pt idx="2394">
                  <c:v>0.30969464292384391</c:v>
                </c:pt>
                <c:pt idx="2395">
                  <c:v>0.30962457697348889</c:v>
                </c:pt>
                <c:pt idx="2396">
                  <c:v>0.30943840757552887</c:v>
                </c:pt>
                <c:pt idx="2397">
                  <c:v>0.30940037232760159</c:v>
                </c:pt>
                <c:pt idx="2398">
                  <c:v>0.3091109070633381</c:v>
                </c:pt>
                <c:pt idx="2399">
                  <c:v>0.30808697217005221</c:v>
                </c:pt>
                <c:pt idx="2400">
                  <c:v>0.30807416535588455</c:v>
                </c:pt>
                <c:pt idx="2401">
                  <c:v>0.30768391547850726</c:v>
                </c:pt>
                <c:pt idx="2402">
                  <c:v>0.30766838677790215</c:v>
                </c:pt>
                <c:pt idx="2403">
                  <c:v>0.30752734458957598</c:v>
                </c:pt>
                <c:pt idx="2404">
                  <c:v>0.30743617760015551</c:v>
                </c:pt>
                <c:pt idx="2405">
                  <c:v>0.30708937600246272</c:v>
                </c:pt>
                <c:pt idx="2406">
                  <c:v>0.30674830153141108</c:v>
                </c:pt>
                <c:pt idx="2407">
                  <c:v>0.30626521360906761</c:v>
                </c:pt>
                <c:pt idx="2408">
                  <c:v>0.3060518752034912</c:v>
                </c:pt>
                <c:pt idx="2409">
                  <c:v>0.30580870384376974</c:v>
                </c:pt>
                <c:pt idx="2410">
                  <c:v>0.30553833271319336</c:v>
                </c:pt>
                <c:pt idx="2411">
                  <c:v>0.30553248337115246</c:v>
                </c:pt>
                <c:pt idx="2412">
                  <c:v>0.30544562762051308</c:v>
                </c:pt>
                <c:pt idx="2413">
                  <c:v>0.30512014631666923</c:v>
                </c:pt>
                <c:pt idx="2414">
                  <c:v>0.30508193233558761</c:v>
                </c:pt>
                <c:pt idx="2415">
                  <c:v>0.30487868872278512</c:v>
                </c:pt>
                <c:pt idx="2416">
                  <c:v>0.3047391768288279</c:v>
                </c:pt>
                <c:pt idx="2417">
                  <c:v>0.30464192300488524</c:v>
                </c:pt>
                <c:pt idx="2418">
                  <c:v>0.30461719830911055</c:v>
                </c:pt>
                <c:pt idx="2419">
                  <c:v>0.30459416850964555</c:v>
                </c:pt>
                <c:pt idx="2420">
                  <c:v>0.30446285446836785</c:v>
                </c:pt>
                <c:pt idx="2421">
                  <c:v>0.30419186170723733</c:v>
                </c:pt>
                <c:pt idx="2422">
                  <c:v>0.3039817944213169</c:v>
                </c:pt>
                <c:pt idx="2423">
                  <c:v>0.30363159176659449</c:v>
                </c:pt>
                <c:pt idx="2424">
                  <c:v>0.30324588826656451</c:v>
                </c:pt>
                <c:pt idx="2425">
                  <c:v>0.3030952758552099</c:v>
                </c:pt>
                <c:pt idx="2426">
                  <c:v>0.30308135476427572</c:v>
                </c:pt>
                <c:pt idx="2427">
                  <c:v>0.30286714141913562</c:v>
                </c:pt>
                <c:pt idx="2428">
                  <c:v>0.30127415469218582</c:v>
                </c:pt>
                <c:pt idx="2429">
                  <c:v>0.30096289379696239</c:v>
                </c:pt>
                <c:pt idx="2430">
                  <c:v>0.30089306716927955</c:v>
                </c:pt>
                <c:pt idx="2431">
                  <c:v>0.30048743239849507</c:v>
                </c:pt>
                <c:pt idx="2432">
                  <c:v>0.30047248599306914</c:v>
                </c:pt>
                <c:pt idx="2433">
                  <c:v>0.30031380024624821</c:v>
                </c:pt>
                <c:pt idx="2434">
                  <c:v>0.30028033932427428</c:v>
                </c:pt>
                <c:pt idx="2435">
                  <c:v>0.30014585119244791</c:v>
                </c:pt>
                <c:pt idx="2436">
                  <c:v>0.29985096672474287</c:v>
                </c:pt>
                <c:pt idx="2437">
                  <c:v>0.29983374194328194</c:v>
                </c:pt>
                <c:pt idx="2438">
                  <c:v>0.2996197008196968</c:v>
                </c:pt>
                <c:pt idx="2439">
                  <c:v>0.29934415083361593</c:v>
                </c:pt>
                <c:pt idx="2440">
                  <c:v>0.29930967362140065</c:v>
                </c:pt>
                <c:pt idx="2441">
                  <c:v>0.29919227662175829</c:v>
                </c:pt>
                <c:pt idx="2442">
                  <c:v>0.29888207076610929</c:v>
                </c:pt>
                <c:pt idx="2443">
                  <c:v>0.29822947575062853</c:v>
                </c:pt>
                <c:pt idx="2444">
                  <c:v>0.29707110651552687</c:v>
                </c:pt>
                <c:pt idx="2445">
                  <c:v>0.29692928906990773</c:v>
                </c:pt>
                <c:pt idx="2446">
                  <c:v>0.29652087867319565</c:v>
                </c:pt>
                <c:pt idx="2447">
                  <c:v>0.29625793342524726</c:v>
                </c:pt>
                <c:pt idx="2448">
                  <c:v>0.29518071655349143</c:v>
                </c:pt>
                <c:pt idx="2449">
                  <c:v>0.29461306287293371</c:v>
                </c:pt>
                <c:pt idx="2450">
                  <c:v>0.29455903792253224</c:v>
                </c:pt>
                <c:pt idx="2451">
                  <c:v>0.29453878355476387</c:v>
                </c:pt>
                <c:pt idx="2452">
                  <c:v>0.2938872918761713</c:v>
                </c:pt>
                <c:pt idx="2453">
                  <c:v>0.29382577560202272</c:v>
                </c:pt>
                <c:pt idx="2454">
                  <c:v>0.29374473777128535</c:v>
                </c:pt>
                <c:pt idx="2455">
                  <c:v>0.29360884786894975</c:v>
                </c:pt>
                <c:pt idx="2456">
                  <c:v>0.29337439736513304</c:v>
                </c:pt>
                <c:pt idx="2457">
                  <c:v>0.29330623698698693</c:v>
                </c:pt>
                <c:pt idx="2458">
                  <c:v>0.29279378020087432</c:v>
                </c:pt>
                <c:pt idx="2459">
                  <c:v>0.29272268548386671</c:v>
                </c:pt>
                <c:pt idx="2460">
                  <c:v>0.29233942191587942</c:v>
                </c:pt>
                <c:pt idx="2461">
                  <c:v>0.29201026062580099</c:v>
                </c:pt>
                <c:pt idx="2462">
                  <c:v>0.29135327419875084</c:v>
                </c:pt>
                <c:pt idx="2463">
                  <c:v>0.29134860462223583</c:v>
                </c:pt>
                <c:pt idx="2464">
                  <c:v>0.29082870633754843</c:v>
                </c:pt>
                <c:pt idx="2465">
                  <c:v>0.29002691590558571</c:v>
                </c:pt>
                <c:pt idx="2466">
                  <c:v>0.28984746344412865</c:v>
                </c:pt>
                <c:pt idx="2467">
                  <c:v>0.28962404704603778</c:v>
                </c:pt>
                <c:pt idx="2468">
                  <c:v>0.28926376388439862</c:v>
                </c:pt>
                <c:pt idx="2469">
                  <c:v>0.28920441369632072</c:v>
                </c:pt>
                <c:pt idx="2470">
                  <c:v>0.28896152723848129</c:v>
                </c:pt>
                <c:pt idx="2471">
                  <c:v>0.28873864498738916</c:v>
                </c:pt>
                <c:pt idx="2472">
                  <c:v>0.28871439552409162</c:v>
                </c:pt>
                <c:pt idx="2473">
                  <c:v>0.28818849571760757</c:v>
                </c:pt>
                <c:pt idx="2474">
                  <c:v>0.28783493191189913</c:v>
                </c:pt>
                <c:pt idx="2475">
                  <c:v>0.28780490425856142</c:v>
                </c:pt>
                <c:pt idx="2476">
                  <c:v>0.28771190492709176</c:v>
                </c:pt>
                <c:pt idx="2477">
                  <c:v>0.28744675201330305</c:v>
                </c:pt>
                <c:pt idx="2478">
                  <c:v>0.28654150874998369</c:v>
                </c:pt>
                <c:pt idx="2479">
                  <c:v>0.28644132715316872</c:v>
                </c:pt>
                <c:pt idx="2480">
                  <c:v>0.2864179511564956</c:v>
                </c:pt>
                <c:pt idx="2481">
                  <c:v>0.28640569285347089</c:v>
                </c:pt>
                <c:pt idx="2482">
                  <c:v>0.28634385803410856</c:v>
                </c:pt>
                <c:pt idx="2483">
                  <c:v>0.28598326718105171</c:v>
                </c:pt>
                <c:pt idx="2484">
                  <c:v>0.28555443868874647</c:v>
                </c:pt>
                <c:pt idx="2485">
                  <c:v>0.2854404263568982</c:v>
                </c:pt>
                <c:pt idx="2486">
                  <c:v>0.2852064190708638</c:v>
                </c:pt>
                <c:pt idx="2487">
                  <c:v>0.28519135750981162</c:v>
                </c:pt>
                <c:pt idx="2488">
                  <c:v>0.2846610792378832</c:v>
                </c:pt>
                <c:pt idx="2489">
                  <c:v>0.28416966475237304</c:v>
                </c:pt>
                <c:pt idx="2490">
                  <c:v>0.28412696230249596</c:v>
                </c:pt>
                <c:pt idx="2491">
                  <c:v>0.28394612183535839</c:v>
                </c:pt>
                <c:pt idx="2492">
                  <c:v>0.28355431081802857</c:v>
                </c:pt>
                <c:pt idx="2493">
                  <c:v>0.28345607671664058</c:v>
                </c:pt>
                <c:pt idx="2494">
                  <c:v>0.28338840436950946</c:v>
                </c:pt>
                <c:pt idx="2495">
                  <c:v>0.28324503682852076</c:v>
                </c:pt>
                <c:pt idx="2496">
                  <c:v>0.2830764119881814</c:v>
                </c:pt>
                <c:pt idx="2497">
                  <c:v>0.28294553319922972</c:v>
                </c:pt>
                <c:pt idx="2498">
                  <c:v>0.28292620019225778</c:v>
                </c:pt>
                <c:pt idx="2499">
                  <c:v>0.28273170754781535</c:v>
                </c:pt>
                <c:pt idx="2500">
                  <c:v>0.28246645645471657</c:v>
                </c:pt>
                <c:pt idx="2501">
                  <c:v>0.28212763568596266</c:v>
                </c:pt>
                <c:pt idx="2502">
                  <c:v>0.28202709614686344</c:v>
                </c:pt>
                <c:pt idx="2503">
                  <c:v>0.28115399031513011</c:v>
                </c:pt>
                <c:pt idx="2504">
                  <c:v>0.28039104456348141</c:v>
                </c:pt>
                <c:pt idx="2505">
                  <c:v>0.27969951407045995</c:v>
                </c:pt>
                <c:pt idx="2506">
                  <c:v>0.27947251794828609</c:v>
                </c:pt>
                <c:pt idx="2507">
                  <c:v>0.27944200674873082</c:v>
                </c:pt>
                <c:pt idx="2508">
                  <c:v>0.27944062238832851</c:v>
                </c:pt>
                <c:pt idx="2509">
                  <c:v>0.27913441871162969</c:v>
                </c:pt>
                <c:pt idx="2510">
                  <c:v>0.27886345922774286</c:v>
                </c:pt>
                <c:pt idx="2511">
                  <c:v>0.27872193529683531</c:v>
                </c:pt>
                <c:pt idx="2512">
                  <c:v>0.27864588322539557</c:v>
                </c:pt>
                <c:pt idx="2513">
                  <c:v>0.27816347289515636</c:v>
                </c:pt>
                <c:pt idx="2514">
                  <c:v>0.2778254178451886</c:v>
                </c:pt>
                <c:pt idx="2515">
                  <c:v>0.27748953241533436</c:v>
                </c:pt>
                <c:pt idx="2516">
                  <c:v>0.2772676463415088</c:v>
                </c:pt>
                <c:pt idx="2517">
                  <c:v>0.277248065354324</c:v>
                </c:pt>
                <c:pt idx="2518">
                  <c:v>0.27714943333378356</c:v>
                </c:pt>
                <c:pt idx="2519">
                  <c:v>0.27706859310130871</c:v>
                </c:pt>
                <c:pt idx="2520">
                  <c:v>0.2770356044346009</c:v>
                </c:pt>
                <c:pt idx="2521">
                  <c:v>0.27639879376720561</c:v>
                </c:pt>
                <c:pt idx="2522">
                  <c:v>0.2759390473964537</c:v>
                </c:pt>
                <c:pt idx="2523">
                  <c:v>0.27557110857742412</c:v>
                </c:pt>
                <c:pt idx="2524">
                  <c:v>0.27533679506496178</c:v>
                </c:pt>
                <c:pt idx="2525">
                  <c:v>0.27507519996843005</c:v>
                </c:pt>
                <c:pt idx="2526">
                  <c:v>0.27504487008885192</c:v>
                </c:pt>
                <c:pt idx="2527">
                  <c:v>0.27468453283135846</c:v>
                </c:pt>
                <c:pt idx="2528">
                  <c:v>0.27461541590923078</c:v>
                </c:pt>
                <c:pt idx="2529">
                  <c:v>0.27445986112989113</c:v>
                </c:pt>
                <c:pt idx="2530">
                  <c:v>0.27424809762769575</c:v>
                </c:pt>
                <c:pt idx="2531">
                  <c:v>0.27418564559663566</c:v>
                </c:pt>
                <c:pt idx="2532">
                  <c:v>0.27406170479052883</c:v>
                </c:pt>
                <c:pt idx="2533">
                  <c:v>0.27402978669348316</c:v>
                </c:pt>
                <c:pt idx="2534">
                  <c:v>0.27399353947146932</c:v>
                </c:pt>
                <c:pt idx="2535">
                  <c:v>0.27394596507339031</c:v>
                </c:pt>
                <c:pt idx="2536">
                  <c:v>0.27268295366286688</c:v>
                </c:pt>
                <c:pt idx="2537">
                  <c:v>0.27259187741924951</c:v>
                </c:pt>
                <c:pt idx="2538">
                  <c:v>0.27258786342347091</c:v>
                </c:pt>
                <c:pt idx="2539">
                  <c:v>0.27225152768004862</c:v>
                </c:pt>
                <c:pt idx="2540">
                  <c:v>0.27144185214260907</c:v>
                </c:pt>
                <c:pt idx="2541">
                  <c:v>0.27138137028556908</c:v>
                </c:pt>
                <c:pt idx="2542">
                  <c:v>0.27117886038123856</c:v>
                </c:pt>
                <c:pt idx="2543">
                  <c:v>0.2711516290178283</c:v>
                </c:pt>
                <c:pt idx="2544">
                  <c:v>0.27064624482782551</c:v>
                </c:pt>
                <c:pt idx="2545">
                  <c:v>0.27053079073259922</c:v>
                </c:pt>
                <c:pt idx="2546">
                  <c:v>0.26980484000055588</c:v>
                </c:pt>
                <c:pt idx="2547">
                  <c:v>0.2697287564920044</c:v>
                </c:pt>
                <c:pt idx="2548">
                  <c:v>0.26944128799052242</c:v>
                </c:pt>
                <c:pt idx="2549">
                  <c:v>0.26942299642412249</c:v>
                </c:pt>
                <c:pt idx="2550">
                  <c:v>0.26940912107382059</c:v>
                </c:pt>
                <c:pt idx="2551">
                  <c:v>0.26911859244421577</c:v>
                </c:pt>
                <c:pt idx="2552">
                  <c:v>0.26827178518281863</c:v>
                </c:pt>
                <c:pt idx="2553">
                  <c:v>0.26788738155011138</c:v>
                </c:pt>
                <c:pt idx="2554">
                  <c:v>0.26760163551283689</c:v>
                </c:pt>
                <c:pt idx="2555">
                  <c:v>0.26753356605991846</c:v>
                </c:pt>
                <c:pt idx="2556">
                  <c:v>0.26633530048765136</c:v>
                </c:pt>
                <c:pt idx="2557">
                  <c:v>0.26633158161478887</c:v>
                </c:pt>
                <c:pt idx="2558">
                  <c:v>0.26551403963343745</c:v>
                </c:pt>
                <c:pt idx="2559">
                  <c:v>0.26543042659776972</c:v>
                </c:pt>
                <c:pt idx="2560">
                  <c:v>0.26520956906281828</c:v>
                </c:pt>
                <c:pt idx="2561">
                  <c:v>0.26515962718303687</c:v>
                </c:pt>
                <c:pt idx="2562">
                  <c:v>0.26509032350301948</c:v>
                </c:pt>
                <c:pt idx="2563">
                  <c:v>0.26488566907980299</c:v>
                </c:pt>
                <c:pt idx="2564">
                  <c:v>0.26450582440313414</c:v>
                </c:pt>
                <c:pt idx="2565">
                  <c:v>0.26448001715307456</c:v>
                </c:pt>
                <c:pt idx="2566">
                  <c:v>0.26440474762686045</c:v>
                </c:pt>
                <c:pt idx="2567">
                  <c:v>0.26431923118396794</c:v>
                </c:pt>
                <c:pt idx="2568">
                  <c:v>0.26319145350743756</c:v>
                </c:pt>
                <c:pt idx="2569">
                  <c:v>0.26316570430500474</c:v>
                </c:pt>
                <c:pt idx="2570">
                  <c:v>0.26305505065352902</c:v>
                </c:pt>
                <c:pt idx="2571">
                  <c:v>0.26276221013749368</c:v>
                </c:pt>
                <c:pt idx="2572">
                  <c:v>0.26274094248735003</c:v>
                </c:pt>
                <c:pt idx="2573">
                  <c:v>0.26238917969678272</c:v>
                </c:pt>
                <c:pt idx="2574">
                  <c:v>0.26149983155551448</c:v>
                </c:pt>
                <c:pt idx="2575">
                  <c:v>0.26084781164474202</c:v>
                </c:pt>
                <c:pt idx="2576">
                  <c:v>0.26070291394984618</c:v>
                </c:pt>
                <c:pt idx="2577">
                  <c:v>0.26061141542233951</c:v>
                </c:pt>
                <c:pt idx="2578">
                  <c:v>0.26051139351762914</c:v>
                </c:pt>
                <c:pt idx="2579">
                  <c:v>0.26015655741355087</c:v>
                </c:pt>
                <c:pt idx="2580">
                  <c:v>0.26015222266522947</c:v>
                </c:pt>
                <c:pt idx="2581">
                  <c:v>0.25966472594659828</c:v>
                </c:pt>
                <c:pt idx="2582">
                  <c:v>0.25960435255128267</c:v>
                </c:pt>
                <c:pt idx="2583">
                  <c:v>0.25906420809514852</c:v>
                </c:pt>
                <c:pt idx="2584">
                  <c:v>0.25887005384281375</c:v>
                </c:pt>
                <c:pt idx="2585">
                  <c:v>0.2588601599273348</c:v>
                </c:pt>
                <c:pt idx="2586">
                  <c:v>0.25869246054406325</c:v>
                </c:pt>
                <c:pt idx="2587">
                  <c:v>0.25866764297761491</c:v>
                </c:pt>
                <c:pt idx="2588">
                  <c:v>0.25820271015196944</c:v>
                </c:pt>
                <c:pt idx="2589">
                  <c:v>0.2579901748471376</c:v>
                </c:pt>
                <c:pt idx="2590">
                  <c:v>0.25791542397774214</c:v>
                </c:pt>
                <c:pt idx="2591">
                  <c:v>0.25785119878677493</c:v>
                </c:pt>
                <c:pt idx="2592">
                  <c:v>0.25778463103701299</c:v>
                </c:pt>
                <c:pt idx="2593">
                  <c:v>0.25673252487129633</c:v>
                </c:pt>
                <c:pt idx="2594">
                  <c:v>0.25590356544372783</c:v>
                </c:pt>
                <c:pt idx="2595">
                  <c:v>0.25578373199909721</c:v>
                </c:pt>
                <c:pt idx="2596">
                  <c:v>0.25463754999969407</c:v>
                </c:pt>
                <c:pt idx="2597">
                  <c:v>0.25462870974234042</c:v>
                </c:pt>
                <c:pt idx="2598">
                  <c:v>0.25425630038133201</c:v>
                </c:pt>
                <c:pt idx="2599">
                  <c:v>0.25399135663479422</c:v>
                </c:pt>
                <c:pt idx="2600">
                  <c:v>0.25367551916665454</c:v>
                </c:pt>
                <c:pt idx="2601">
                  <c:v>0.25365849965963572</c:v>
                </c:pt>
                <c:pt idx="2602">
                  <c:v>0.25332180702892904</c:v>
                </c:pt>
                <c:pt idx="2603">
                  <c:v>0.25305154494289356</c:v>
                </c:pt>
                <c:pt idx="2604">
                  <c:v>0.25304684170393149</c:v>
                </c:pt>
                <c:pt idx="2605">
                  <c:v>0.252701021674129</c:v>
                </c:pt>
                <c:pt idx="2606">
                  <c:v>0.2521532802562782</c:v>
                </c:pt>
                <c:pt idx="2607">
                  <c:v>0.25212961549280988</c:v>
                </c:pt>
                <c:pt idx="2608">
                  <c:v>0.25205549489311113</c:v>
                </c:pt>
                <c:pt idx="2609">
                  <c:v>0.25167456743989952</c:v>
                </c:pt>
                <c:pt idx="2610">
                  <c:v>0.25153464359989769</c:v>
                </c:pt>
                <c:pt idx="2611">
                  <c:v>0.25152089246470039</c:v>
                </c:pt>
                <c:pt idx="2612">
                  <c:v>0.25115184537288199</c:v>
                </c:pt>
                <c:pt idx="2613">
                  <c:v>0.25104007572097237</c:v>
                </c:pt>
                <c:pt idx="2614">
                  <c:v>0.25090239933844982</c:v>
                </c:pt>
                <c:pt idx="2615">
                  <c:v>0.2508539924418452</c:v>
                </c:pt>
                <c:pt idx="2616">
                  <c:v>0.25065906610484029</c:v>
                </c:pt>
                <c:pt idx="2617">
                  <c:v>0.25051953841896185</c:v>
                </c:pt>
                <c:pt idx="2618">
                  <c:v>0.25038818776282712</c:v>
                </c:pt>
                <c:pt idx="2619">
                  <c:v>0.25038571161496148</c:v>
                </c:pt>
                <c:pt idx="2620">
                  <c:v>0.25022305154689023</c:v>
                </c:pt>
                <c:pt idx="2621">
                  <c:v>0.24998864304737464</c:v>
                </c:pt>
                <c:pt idx="2622">
                  <c:v>0.24955838353647719</c:v>
                </c:pt>
                <c:pt idx="2623">
                  <c:v>0.24927886616240588</c:v>
                </c:pt>
                <c:pt idx="2624">
                  <c:v>0.24924262978530304</c:v>
                </c:pt>
                <c:pt idx="2625">
                  <c:v>0.24915732468860516</c:v>
                </c:pt>
                <c:pt idx="2626">
                  <c:v>0.24914686356636337</c:v>
                </c:pt>
                <c:pt idx="2627">
                  <c:v>0.24902483769565015</c:v>
                </c:pt>
                <c:pt idx="2628">
                  <c:v>0.24887610827894499</c:v>
                </c:pt>
                <c:pt idx="2629">
                  <c:v>0.24878763300012569</c:v>
                </c:pt>
                <c:pt idx="2630">
                  <c:v>0.24840874515778569</c:v>
                </c:pt>
                <c:pt idx="2631">
                  <c:v>0.24758613577549898</c:v>
                </c:pt>
                <c:pt idx="2632">
                  <c:v>0.24740301631928299</c:v>
                </c:pt>
                <c:pt idx="2633">
                  <c:v>0.24735847295493277</c:v>
                </c:pt>
                <c:pt idx="2634">
                  <c:v>0.24706136419202007</c:v>
                </c:pt>
                <c:pt idx="2635">
                  <c:v>0.24704660225023131</c:v>
                </c:pt>
                <c:pt idx="2636">
                  <c:v>0.24696515478764913</c:v>
                </c:pt>
                <c:pt idx="2637">
                  <c:v>0.2467620130317216</c:v>
                </c:pt>
                <c:pt idx="2638">
                  <c:v>0.24675414091141537</c:v>
                </c:pt>
                <c:pt idx="2639">
                  <c:v>0.24658149490277187</c:v>
                </c:pt>
                <c:pt idx="2640">
                  <c:v>0.24646014298750923</c:v>
                </c:pt>
                <c:pt idx="2641">
                  <c:v>0.24641026705204502</c:v>
                </c:pt>
                <c:pt idx="2642">
                  <c:v>0.24633643126004354</c:v>
                </c:pt>
                <c:pt idx="2643">
                  <c:v>0.24623083882951166</c:v>
                </c:pt>
                <c:pt idx="2644">
                  <c:v>0.2444626816795257</c:v>
                </c:pt>
                <c:pt idx="2645">
                  <c:v>0.24424343334606638</c:v>
                </c:pt>
                <c:pt idx="2646">
                  <c:v>0.24409668077412425</c:v>
                </c:pt>
                <c:pt idx="2647">
                  <c:v>0.24389008201376863</c:v>
                </c:pt>
                <c:pt idx="2648">
                  <c:v>0.24382116086226499</c:v>
                </c:pt>
                <c:pt idx="2649">
                  <c:v>0.24363836214248191</c:v>
                </c:pt>
                <c:pt idx="2650">
                  <c:v>0.24335535069858844</c:v>
                </c:pt>
                <c:pt idx="2651">
                  <c:v>0.24326173973300597</c:v>
                </c:pt>
                <c:pt idx="2652">
                  <c:v>0.24317615480174509</c:v>
                </c:pt>
                <c:pt idx="2653">
                  <c:v>0.24287114027762224</c:v>
                </c:pt>
                <c:pt idx="2654">
                  <c:v>0.24283519268838516</c:v>
                </c:pt>
                <c:pt idx="2655">
                  <c:v>0.24240337937139839</c:v>
                </c:pt>
                <c:pt idx="2656">
                  <c:v>0.24218988931079669</c:v>
                </c:pt>
                <c:pt idx="2657">
                  <c:v>0.24203443903669919</c:v>
                </c:pt>
                <c:pt idx="2658">
                  <c:v>0.24193142920434135</c:v>
                </c:pt>
                <c:pt idx="2659">
                  <c:v>0.24168404967160625</c:v>
                </c:pt>
                <c:pt idx="2660">
                  <c:v>0.241002908994952</c:v>
                </c:pt>
                <c:pt idx="2661">
                  <c:v>0.24096394320608508</c:v>
                </c:pt>
                <c:pt idx="2662">
                  <c:v>0.24070736581408406</c:v>
                </c:pt>
                <c:pt idx="2663">
                  <c:v>0.24067898759009398</c:v>
                </c:pt>
                <c:pt idx="2664">
                  <c:v>0.24037717655579205</c:v>
                </c:pt>
                <c:pt idx="2665">
                  <c:v>0.23990757220801781</c:v>
                </c:pt>
                <c:pt idx="2666">
                  <c:v>0.23957390452782948</c:v>
                </c:pt>
                <c:pt idx="2667">
                  <c:v>0.23951203881668748</c:v>
                </c:pt>
                <c:pt idx="2668">
                  <c:v>0.2392615026471869</c:v>
                </c:pt>
                <c:pt idx="2669">
                  <c:v>0.23895708809272845</c:v>
                </c:pt>
                <c:pt idx="2670">
                  <c:v>0.23884998638276056</c:v>
                </c:pt>
                <c:pt idx="2671">
                  <c:v>0.23845213130133189</c:v>
                </c:pt>
                <c:pt idx="2672">
                  <c:v>0.23835971643261122</c:v>
                </c:pt>
                <c:pt idx="2673">
                  <c:v>0.23826752547546612</c:v>
                </c:pt>
                <c:pt idx="2674">
                  <c:v>0.23806983101890089</c:v>
                </c:pt>
                <c:pt idx="2675">
                  <c:v>0.23763891406824844</c:v>
                </c:pt>
                <c:pt idx="2676">
                  <c:v>0.23749853865216553</c:v>
                </c:pt>
                <c:pt idx="2677">
                  <c:v>0.23728704581543658</c:v>
                </c:pt>
                <c:pt idx="2678">
                  <c:v>0.23610909614200626</c:v>
                </c:pt>
                <c:pt idx="2679">
                  <c:v>0.23610158292067335</c:v>
                </c:pt>
                <c:pt idx="2680">
                  <c:v>0.23560963708672633</c:v>
                </c:pt>
                <c:pt idx="2681">
                  <c:v>0.23490722619792428</c:v>
                </c:pt>
                <c:pt idx="2682">
                  <c:v>0.23431872001681595</c:v>
                </c:pt>
                <c:pt idx="2683">
                  <c:v>0.23404531415960569</c:v>
                </c:pt>
                <c:pt idx="2684">
                  <c:v>0.23360075518780021</c:v>
                </c:pt>
                <c:pt idx="2685">
                  <c:v>0.23316236763414999</c:v>
                </c:pt>
                <c:pt idx="2686">
                  <c:v>0.23313357881077104</c:v>
                </c:pt>
                <c:pt idx="2687">
                  <c:v>0.23308549230080036</c:v>
                </c:pt>
                <c:pt idx="2688">
                  <c:v>0.23282803526029397</c:v>
                </c:pt>
                <c:pt idx="2689">
                  <c:v>0.23254292889020423</c:v>
                </c:pt>
                <c:pt idx="2690">
                  <c:v>0.23203070007725898</c:v>
                </c:pt>
                <c:pt idx="2691">
                  <c:v>0.23148891764825316</c:v>
                </c:pt>
                <c:pt idx="2692">
                  <c:v>0.2310578597958029</c:v>
                </c:pt>
                <c:pt idx="2693">
                  <c:v>0.23087998698783346</c:v>
                </c:pt>
                <c:pt idx="2694">
                  <c:v>0.23085854236851258</c:v>
                </c:pt>
                <c:pt idx="2695">
                  <c:v>0.23080816800372167</c:v>
                </c:pt>
                <c:pt idx="2696">
                  <c:v>0.23033688150815829</c:v>
                </c:pt>
                <c:pt idx="2697">
                  <c:v>0.23011881036677512</c:v>
                </c:pt>
                <c:pt idx="2698">
                  <c:v>0.230051086029122</c:v>
                </c:pt>
                <c:pt idx="2699">
                  <c:v>0.22961562858145473</c:v>
                </c:pt>
                <c:pt idx="2700">
                  <c:v>0.22917634355523658</c:v>
                </c:pt>
                <c:pt idx="2701">
                  <c:v>0.22893976513988459</c:v>
                </c:pt>
                <c:pt idx="2702">
                  <c:v>0.22893690994883997</c:v>
                </c:pt>
                <c:pt idx="2703">
                  <c:v>0.2289339953764738</c:v>
                </c:pt>
                <c:pt idx="2704">
                  <c:v>0.22855783930874757</c:v>
                </c:pt>
                <c:pt idx="2705">
                  <c:v>0.22806752952115261</c:v>
                </c:pt>
                <c:pt idx="2706">
                  <c:v>0.22805281558563581</c:v>
                </c:pt>
                <c:pt idx="2707">
                  <c:v>0.22774549780591483</c:v>
                </c:pt>
                <c:pt idx="2708">
                  <c:v>0.22735444841430077</c:v>
                </c:pt>
                <c:pt idx="2709">
                  <c:v>0.22708499370250121</c:v>
                </c:pt>
                <c:pt idx="2710">
                  <c:v>0.22697343214951149</c:v>
                </c:pt>
                <c:pt idx="2711">
                  <c:v>0.22666561296417229</c:v>
                </c:pt>
                <c:pt idx="2712">
                  <c:v>0.22641860373921352</c:v>
                </c:pt>
                <c:pt idx="2713">
                  <c:v>0.22639541096362775</c:v>
                </c:pt>
                <c:pt idx="2714">
                  <c:v>0.22599207769480098</c:v>
                </c:pt>
                <c:pt idx="2715">
                  <c:v>0.22573659213528469</c:v>
                </c:pt>
                <c:pt idx="2716">
                  <c:v>0.22506926236707164</c:v>
                </c:pt>
                <c:pt idx="2717">
                  <c:v>0.22499736117405678</c:v>
                </c:pt>
                <c:pt idx="2718">
                  <c:v>0.2247624431199543</c:v>
                </c:pt>
                <c:pt idx="2719">
                  <c:v>0.22450609968879331</c:v>
                </c:pt>
                <c:pt idx="2720">
                  <c:v>0.2244558745401333</c:v>
                </c:pt>
                <c:pt idx="2721">
                  <c:v>0.22395989270301131</c:v>
                </c:pt>
                <c:pt idx="2722">
                  <c:v>0.22395284519264072</c:v>
                </c:pt>
                <c:pt idx="2723">
                  <c:v>0.22380246820296373</c:v>
                </c:pt>
                <c:pt idx="2724">
                  <c:v>0.22366608398421645</c:v>
                </c:pt>
                <c:pt idx="2725">
                  <c:v>0.22346112545667021</c:v>
                </c:pt>
                <c:pt idx="2726">
                  <c:v>0.22276451543750678</c:v>
                </c:pt>
                <c:pt idx="2727">
                  <c:v>0.22254075511030164</c:v>
                </c:pt>
                <c:pt idx="2728">
                  <c:v>0.22228905042128916</c:v>
                </c:pt>
                <c:pt idx="2729">
                  <c:v>0.22216475424522195</c:v>
                </c:pt>
                <c:pt idx="2730">
                  <c:v>0.22203909744110295</c:v>
                </c:pt>
                <c:pt idx="2731">
                  <c:v>0.22130921677827245</c:v>
                </c:pt>
                <c:pt idx="2732">
                  <c:v>0.22112228902844533</c:v>
                </c:pt>
                <c:pt idx="2733">
                  <c:v>0.22103000366762088</c:v>
                </c:pt>
                <c:pt idx="2734">
                  <c:v>0.22088294535611869</c:v>
                </c:pt>
                <c:pt idx="2735">
                  <c:v>0.22087258315250416</c:v>
                </c:pt>
                <c:pt idx="2736">
                  <c:v>0.22080412126447171</c:v>
                </c:pt>
                <c:pt idx="2737">
                  <c:v>0.22072173198525299</c:v>
                </c:pt>
                <c:pt idx="2738">
                  <c:v>0.21956947959645323</c:v>
                </c:pt>
                <c:pt idx="2739">
                  <c:v>0.21929542282882694</c:v>
                </c:pt>
                <c:pt idx="2740">
                  <c:v>0.21910659134446875</c:v>
                </c:pt>
                <c:pt idx="2741">
                  <c:v>0.21882072022952179</c:v>
                </c:pt>
                <c:pt idx="2742">
                  <c:v>0.21870262790768052</c:v>
                </c:pt>
                <c:pt idx="2743">
                  <c:v>0.21834540115569978</c:v>
                </c:pt>
                <c:pt idx="2744">
                  <c:v>0.21820486152848617</c:v>
                </c:pt>
                <c:pt idx="2745">
                  <c:v>0.218184288375494</c:v>
                </c:pt>
                <c:pt idx="2746">
                  <c:v>0.21680764348879333</c:v>
                </c:pt>
                <c:pt idx="2747">
                  <c:v>0.2166059168185786</c:v>
                </c:pt>
                <c:pt idx="2748">
                  <c:v>0.21645847714445104</c:v>
                </c:pt>
                <c:pt idx="2749">
                  <c:v>0.21601065230173652</c:v>
                </c:pt>
                <c:pt idx="2750">
                  <c:v>0.21598545412608597</c:v>
                </c:pt>
                <c:pt idx="2751">
                  <c:v>0.21557006196336187</c:v>
                </c:pt>
                <c:pt idx="2752">
                  <c:v>0.21554181636533093</c:v>
                </c:pt>
                <c:pt idx="2753">
                  <c:v>0.21548194980841051</c:v>
                </c:pt>
                <c:pt idx="2754">
                  <c:v>0.21527975915153288</c:v>
                </c:pt>
                <c:pt idx="2755">
                  <c:v>0.21516319752845117</c:v>
                </c:pt>
                <c:pt idx="2756">
                  <c:v>0.21491775276308958</c:v>
                </c:pt>
                <c:pt idx="2757">
                  <c:v>0.21428149959060613</c:v>
                </c:pt>
                <c:pt idx="2758">
                  <c:v>0.21426286443484074</c:v>
                </c:pt>
                <c:pt idx="2759">
                  <c:v>0.21400115081740115</c:v>
                </c:pt>
                <c:pt idx="2760">
                  <c:v>0.21342748158171682</c:v>
                </c:pt>
                <c:pt idx="2761">
                  <c:v>0.21340221244506868</c:v>
                </c:pt>
                <c:pt idx="2762">
                  <c:v>0.21326697745393081</c:v>
                </c:pt>
                <c:pt idx="2763">
                  <c:v>0.21326560506967909</c:v>
                </c:pt>
                <c:pt idx="2764">
                  <c:v>0.21322922389432941</c:v>
                </c:pt>
                <c:pt idx="2765">
                  <c:v>0.21317228624007245</c:v>
                </c:pt>
                <c:pt idx="2766">
                  <c:v>0.21275052729897992</c:v>
                </c:pt>
                <c:pt idx="2767">
                  <c:v>0.21249022805857848</c:v>
                </c:pt>
                <c:pt idx="2768">
                  <c:v>0.21242839809020525</c:v>
                </c:pt>
                <c:pt idx="2769">
                  <c:v>0.21205615979728659</c:v>
                </c:pt>
                <c:pt idx="2770">
                  <c:v>0.21204230377017058</c:v>
                </c:pt>
                <c:pt idx="2771">
                  <c:v>0.21183119012660864</c:v>
                </c:pt>
                <c:pt idx="2772">
                  <c:v>0.21163194514542397</c:v>
                </c:pt>
                <c:pt idx="2773">
                  <c:v>0.21146694318321491</c:v>
                </c:pt>
                <c:pt idx="2774">
                  <c:v>0.21102281525316971</c:v>
                </c:pt>
                <c:pt idx="2775">
                  <c:v>0.21092242570592878</c:v>
                </c:pt>
                <c:pt idx="2776">
                  <c:v>0.21085243298557493</c:v>
                </c:pt>
                <c:pt idx="2777">
                  <c:v>0.21067628630570104</c:v>
                </c:pt>
                <c:pt idx="2778">
                  <c:v>0.21049241000442251</c:v>
                </c:pt>
                <c:pt idx="2779">
                  <c:v>0.21002459224100165</c:v>
                </c:pt>
                <c:pt idx="2780">
                  <c:v>0.20983528055869921</c:v>
                </c:pt>
                <c:pt idx="2781">
                  <c:v>0.20901794100964791</c:v>
                </c:pt>
                <c:pt idx="2782">
                  <c:v>0.20856898280828565</c:v>
                </c:pt>
                <c:pt idx="2783">
                  <c:v>0.20847662105840925</c:v>
                </c:pt>
                <c:pt idx="2784">
                  <c:v>0.20832015122388065</c:v>
                </c:pt>
                <c:pt idx="2785">
                  <c:v>0.20801823454981602</c:v>
                </c:pt>
                <c:pt idx="2786">
                  <c:v>0.2075067296060735</c:v>
                </c:pt>
                <c:pt idx="2787">
                  <c:v>0.20729101938793018</c:v>
                </c:pt>
                <c:pt idx="2788">
                  <c:v>0.20658918069332108</c:v>
                </c:pt>
                <c:pt idx="2789">
                  <c:v>0.20632930316864601</c:v>
                </c:pt>
                <c:pt idx="2790">
                  <c:v>0.20603331271054109</c:v>
                </c:pt>
                <c:pt idx="2791">
                  <c:v>0.20577139700503919</c:v>
                </c:pt>
                <c:pt idx="2792">
                  <c:v>0.20575352316848985</c:v>
                </c:pt>
                <c:pt idx="2793">
                  <c:v>0.20542925523357589</c:v>
                </c:pt>
                <c:pt idx="2794">
                  <c:v>0.20513990412246502</c:v>
                </c:pt>
                <c:pt idx="2795">
                  <c:v>0.20505314936037963</c:v>
                </c:pt>
                <c:pt idx="2796">
                  <c:v>0.20492764972645139</c:v>
                </c:pt>
                <c:pt idx="2797">
                  <c:v>0.20424096284370805</c:v>
                </c:pt>
                <c:pt idx="2798">
                  <c:v>0.20387042253741205</c:v>
                </c:pt>
                <c:pt idx="2799">
                  <c:v>0.20380707404196108</c:v>
                </c:pt>
                <c:pt idx="2800">
                  <c:v>0.2035919926421883</c:v>
                </c:pt>
                <c:pt idx="2801">
                  <c:v>0.20309041602314279</c:v>
                </c:pt>
                <c:pt idx="2802">
                  <c:v>0.20252480340087967</c:v>
                </c:pt>
                <c:pt idx="2803">
                  <c:v>0.20251968250669494</c:v>
                </c:pt>
                <c:pt idx="2804">
                  <c:v>0.20237718151883594</c:v>
                </c:pt>
                <c:pt idx="2805">
                  <c:v>0.2023210468486972</c:v>
                </c:pt>
                <c:pt idx="2806">
                  <c:v>0.20201576729923482</c:v>
                </c:pt>
                <c:pt idx="2807">
                  <c:v>0.20166761639576689</c:v>
                </c:pt>
                <c:pt idx="2808">
                  <c:v>0.20146582015774475</c:v>
                </c:pt>
                <c:pt idx="2809">
                  <c:v>0.20133788627650595</c:v>
                </c:pt>
                <c:pt idx="2810">
                  <c:v>0.20085440846852901</c:v>
                </c:pt>
                <c:pt idx="2811">
                  <c:v>0.20071664776581191</c:v>
                </c:pt>
                <c:pt idx="2812">
                  <c:v>0.20039553180970246</c:v>
                </c:pt>
                <c:pt idx="2813">
                  <c:v>0.20038675770625916</c:v>
                </c:pt>
                <c:pt idx="2814">
                  <c:v>0.20020743459253909</c:v>
                </c:pt>
                <c:pt idx="2815">
                  <c:v>0.19968798211043218</c:v>
                </c:pt>
                <c:pt idx="2816">
                  <c:v>0.19936298637657704</c:v>
                </c:pt>
                <c:pt idx="2817">
                  <c:v>0.19914447854062386</c:v>
                </c:pt>
                <c:pt idx="2818">
                  <c:v>0.19914300232267979</c:v>
                </c:pt>
                <c:pt idx="2819">
                  <c:v>0.19908313620097939</c:v>
                </c:pt>
                <c:pt idx="2820">
                  <c:v>0.19902382181231243</c:v>
                </c:pt>
                <c:pt idx="2821">
                  <c:v>0.19863588787450939</c:v>
                </c:pt>
                <c:pt idx="2822">
                  <c:v>0.19847793512831269</c:v>
                </c:pt>
                <c:pt idx="2823">
                  <c:v>0.19828204755213141</c:v>
                </c:pt>
                <c:pt idx="2824">
                  <c:v>0.19820051771029462</c:v>
                </c:pt>
                <c:pt idx="2825">
                  <c:v>0.1975550326242573</c:v>
                </c:pt>
                <c:pt idx="2826">
                  <c:v>0.19755003035704866</c:v>
                </c:pt>
                <c:pt idx="2827">
                  <c:v>0.1974543755925818</c:v>
                </c:pt>
                <c:pt idx="2828">
                  <c:v>0.19736285038000323</c:v>
                </c:pt>
                <c:pt idx="2829">
                  <c:v>0.19661591995632804</c:v>
                </c:pt>
                <c:pt idx="2830">
                  <c:v>0.19648337272344379</c:v>
                </c:pt>
                <c:pt idx="2831">
                  <c:v>0.19609570716224753</c:v>
                </c:pt>
                <c:pt idx="2832">
                  <c:v>0.1958124707585481</c:v>
                </c:pt>
                <c:pt idx="2833">
                  <c:v>0.19577123683195624</c:v>
                </c:pt>
                <c:pt idx="2834">
                  <c:v>0.19560363437963904</c:v>
                </c:pt>
                <c:pt idx="2835">
                  <c:v>0.19528313514888221</c:v>
                </c:pt>
                <c:pt idx="2836">
                  <c:v>0.19521018640889076</c:v>
                </c:pt>
                <c:pt idx="2837">
                  <c:v>0.19493325647343551</c:v>
                </c:pt>
                <c:pt idx="2838">
                  <c:v>0.19479611151846055</c:v>
                </c:pt>
                <c:pt idx="2839">
                  <c:v>0.19455040636404372</c:v>
                </c:pt>
                <c:pt idx="2840">
                  <c:v>0.19448997542203514</c:v>
                </c:pt>
                <c:pt idx="2841">
                  <c:v>0.19447888183357276</c:v>
                </c:pt>
                <c:pt idx="2842">
                  <c:v>0.19404739317430908</c:v>
                </c:pt>
                <c:pt idx="2843">
                  <c:v>0.1940030906318799</c:v>
                </c:pt>
                <c:pt idx="2844">
                  <c:v>0.19392138792421607</c:v>
                </c:pt>
                <c:pt idx="2845">
                  <c:v>0.1935990631198295</c:v>
                </c:pt>
                <c:pt idx="2846">
                  <c:v>0.19347335035821267</c:v>
                </c:pt>
                <c:pt idx="2847">
                  <c:v>0.19253343575896517</c:v>
                </c:pt>
                <c:pt idx="2848">
                  <c:v>0.19252447212353777</c:v>
                </c:pt>
                <c:pt idx="2849">
                  <c:v>0.19222506151911217</c:v>
                </c:pt>
                <c:pt idx="2850">
                  <c:v>0.19198876163380482</c:v>
                </c:pt>
                <c:pt idx="2851">
                  <c:v>0.1918168807742521</c:v>
                </c:pt>
                <c:pt idx="2852">
                  <c:v>0.19170433976142695</c:v>
                </c:pt>
                <c:pt idx="2853">
                  <c:v>0.19129604355956062</c:v>
                </c:pt>
                <c:pt idx="2854">
                  <c:v>0.19121166469230336</c:v>
                </c:pt>
                <c:pt idx="2855">
                  <c:v>0.19099780327178748</c:v>
                </c:pt>
                <c:pt idx="2856">
                  <c:v>0.19090879164145938</c:v>
                </c:pt>
                <c:pt idx="2857">
                  <c:v>0.19025987360384952</c:v>
                </c:pt>
                <c:pt idx="2858">
                  <c:v>0.18990716145964992</c:v>
                </c:pt>
                <c:pt idx="2859">
                  <c:v>0.18977272408629803</c:v>
                </c:pt>
                <c:pt idx="2860">
                  <c:v>0.18975900426529291</c:v>
                </c:pt>
                <c:pt idx="2861">
                  <c:v>0.18938766167831886</c:v>
                </c:pt>
                <c:pt idx="2862">
                  <c:v>0.18926164037532253</c:v>
                </c:pt>
                <c:pt idx="2863">
                  <c:v>0.18904909980203347</c:v>
                </c:pt>
                <c:pt idx="2864">
                  <c:v>0.18901782704366241</c:v>
                </c:pt>
                <c:pt idx="2865">
                  <c:v>0.18887161061609239</c:v>
                </c:pt>
                <c:pt idx="2866">
                  <c:v>0.18879813260484796</c:v>
                </c:pt>
                <c:pt idx="2867">
                  <c:v>0.18852014190250427</c:v>
                </c:pt>
                <c:pt idx="2868">
                  <c:v>0.18819545175063257</c:v>
                </c:pt>
                <c:pt idx="2869">
                  <c:v>0.1881953748437897</c:v>
                </c:pt>
                <c:pt idx="2870">
                  <c:v>0.18775261468571819</c:v>
                </c:pt>
                <c:pt idx="2871">
                  <c:v>0.18763684544709189</c:v>
                </c:pt>
                <c:pt idx="2872">
                  <c:v>0.18730482533302931</c:v>
                </c:pt>
                <c:pt idx="2873">
                  <c:v>0.18716681318829279</c:v>
                </c:pt>
                <c:pt idx="2874">
                  <c:v>0.18698772245741505</c:v>
                </c:pt>
                <c:pt idx="2875">
                  <c:v>0.18664209685925309</c:v>
                </c:pt>
                <c:pt idx="2876">
                  <c:v>0.18607935980976095</c:v>
                </c:pt>
                <c:pt idx="2877">
                  <c:v>0.18602853209567188</c:v>
                </c:pt>
                <c:pt idx="2878">
                  <c:v>0.18573942539663099</c:v>
                </c:pt>
                <c:pt idx="2879">
                  <c:v>0.18548509777926703</c:v>
                </c:pt>
                <c:pt idx="2880">
                  <c:v>0.18530832192262539</c:v>
                </c:pt>
                <c:pt idx="2881">
                  <c:v>0.18480248390111081</c:v>
                </c:pt>
                <c:pt idx="2882">
                  <c:v>0.18422925501296317</c:v>
                </c:pt>
                <c:pt idx="2883">
                  <c:v>0.18405380329070875</c:v>
                </c:pt>
                <c:pt idx="2884">
                  <c:v>0.18383863681707888</c:v>
                </c:pt>
                <c:pt idx="2885">
                  <c:v>0.18375861262283777</c:v>
                </c:pt>
                <c:pt idx="2886">
                  <c:v>0.18339500955267413</c:v>
                </c:pt>
                <c:pt idx="2887">
                  <c:v>0.18337913347905582</c:v>
                </c:pt>
                <c:pt idx="2888">
                  <c:v>0.18336654354768378</c:v>
                </c:pt>
                <c:pt idx="2889">
                  <c:v>0.18330351689900601</c:v>
                </c:pt>
                <c:pt idx="2890">
                  <c:v>0.18321697489868988</c:v>
                </c:pt>
                <c:pt idx="2891">
                  <c:v>0.18315896289743083</c:v>
                </c:pt>
                <c:pt idx="2892">
                  <c:v>0.18315440713282441</c:v>
                </c:pt>
                <c:pt idx="2893">
                  <c:v>0.18307382306835504</c:v>
                </c:pt>
                <c:pt idx="2894">
                  <c:v>0.18298137599583675</c:v>
                </c:pt>
                <c:pt idx="2895">
                  <c:v>0.18286412113138978</c:v>
                </c:pt>
                <c:pt idx="2896">
                  <c:v>0.1828519712167033</c:v>
                </c:pt>
                <c:pt idx="2897">
                  <c:v>0.18266973967769248</c:v>
                </c:pt>
                <c:pt idx="2898">
                  <c:v>0.18245013350922709</c:v>
                </c:pt>
                <c:pt idx="2899">
                  <c:v>0.18230626078467457</c:v>
                </c:pt>
                <c:pt idx="2900">
                  <c:v>0.18227088032407857</c:v>
                </c:pt>
                <c:pt idx="2901">
                  <c:v>0.18185559934195497</c:v>
                </c:pt>
                <c:pt idx="2902">
                  <c:v>0.18170151718815181</c:v>
                </c:pt>
                <c:pt idx="2903">
                  <c:v>0.18126744354668145</c:v>
                </c:pt>
                <c:pt idx="2904">
                  <c:v>0.18112828170484235</c:v>
                </c:pt>
                <c:pt idx="2905">
                  <c:v>0.18108018335886147</c:v>
                </c:pt>
                <c:pt idx="2906">
                  <c:v>0.18101975421045977</c:v>
                </c:pt>
                <c:pt idx="2907">
                  <c:v>0.18100018757468264</c:v>
                </c:pt>
                <c:pt idx="2908">
                  <c:v>0.18071103776675954</c:v>
                </c:pt>
                <c:pt idx="2909">
                  <c:v>0.18021229786811088</c:v>
                </c:pt>
                <c:pt idx="2910">
                  <c:v>0.1799029229715963</c:v>
                </c:pt>
                <c:pt idx="2911">
                  <c:v>0.17970966173570907</c:v>
                </c:pt>
                <c:pt idx="2912">
                  <c:v>0.17930676177444296</c:v>
                </c:pt>
                <c:pt idx="2913">
                  <c:v>0.17918591696588376</c:v>
                </c:pt>
                <c:pt idx="2914">
                  <c:v>0.1786227330409588</c:v>
                </c:pt>
                <c:pt idx="2915">
                  <c:v>0.1783473063516314</c:v>
                </c:pt>
                <c:pt idx="2916">
                  <c:v>0.17832083953647923</c:v>
                </c:pt>
                <c:pt idx="2917">
                  <c:v>0.17826102444122408</c:v>
                </c:pt>
                <c:pt idx="2918">
                  <c:v>0.17782386339901141</c:v>
                </c:pt>
                <c:pt idx="2919">
                  <c:v>0.17777305989686026</c:v>
                </c:pt>
                <c:pt idx="2920">
                  <c:v>0.17745439598766852</c:v>
                </c:pt>
                <c:pt idx="2921">
                  <c:v>0.17726569028772904</c:v>
                </c:pt>
                <c:pt idx="2922">
                  <c:v>0.17724842106656785</c:v>
                </c:pt>
                <c:pt idx="2923">
                  <c:v>0.17721078131556062</c:v>
                </c:pt>
                <c:pt idx="2924">
                  <c:v>0.17677077164517849</c:v>
                </c:pt>
                <c:pt idx="2925">
                  <c:v>0.17644735337558454</c:v>
                </c:pt>
                <c:pt idx="2926">
                  <c:v>0.17640862217099815</c:v>
                </c:pt>
                <c:pt idx="2927">
                  <c:v>0.17633291966507594</c:v>
                </c:pt>
                <c:pt idx="2928">
                  <c:v>0.17550651923143545</c:v>
                </c:pt>
                <c:pt idx="2929">
                  <c:v>0.17416105647683003</c:v>
                </c:pt>
                <c:pt idx="2930">
                  <c:v>0.17399176320481038</c:v>
                </c:pt>
                <c:pt idx="2931">
                  <c:v>0.17398705224664104</c:v>
                </c:pt>
                <c:pt idx="2932">
                  <c:v>0.17390499386890859</c:v>
                </c:pt>
                <c:pt idx="2933">
                  <c:v>0.17383002339089493</c:v>
                </c:pt>
                <c:pt idx="2934">
                  <c:v>0.17377163323232886</c:v>
                </c:pt>
                <c:pt idx="2935">
                  <c:v>0.17367484165187633</c:v>
                </c:pt>
                <c:pt idx="2936">
                  <c:v>0.1735604367584544</c:v>
                </c:pt>
                <c:pt idx="2937">
                  <c:v>0.17343844385369844</c:v>
                </c:pt>
                <c:pt idx="2938">
                  <c:v>0.17325647947888265</c:v>
                </c:pt>
                <c:pt idx="2939">
                  <c:v>0.17319732293129816</c:v>
                </c:pt>
                <c:pt idx="2940">
                  <c:v>0.17312232789259616</c:v>
                </c:pt>
                <c:pt idx="2941">
                  <c:v>0.17301298000407839</c:v>
                </c:pt>
                <c:pt idx="2942">
                  <c:v>0.17289530817403009</c:v>
                </c:pt>
                <c:pt idx="2943">
                  <c:v>0.17285354968339772</c:v>
                </c:pt>
                <c:pt idx="2944">
                  <c:v>0.17285278341281618</c:v>
                </c:pt>
                <c:pt idx="2945">
                  <c:v>0.17253928150510917</c:v>
                </c:pt>
                <c:pt idx="2946">
                  <c:v>0.17231582842467935</c:v>
                </c:pt>
                <c:pt idx="2947">
                  <c:v>0.17192936137066422</c:v>
                </c:pt>
                <c:pt idx="2948">
                  <c:v>0.1718172473272277</c:v>
                </c:pt>
                <c:pt idx="2949">
                  <c:v>0.17181164370946284</c:v>
                </c:pt>
                <c:pt idx="2950">
                  <c:v>0.17137143914608874</c:v>
                </c:pt>
                <c:pt idx="2951">
                  <c:v>0.17102643159599856</c:v>
                </c:pt>
                <c:pt idx="2952">
                  <c:v>0.17084290222574364</c:v>
                </c:pt>
                <c:pt idx="2953">
                  <c:v>0.17060939032623923</c:v>
                </c:pt>
                <c:pt idx="2954">
                  <c:v>0.17027107812723297</c:v>
                </c:pt>
                <c:pt idx="2955">
                  <c:v>0.17020509185545138</c:v>
                </c:pt>
                <c:pt idx="2956">
                  <c:v>0.16946377094579956</c:v>
                </c:pt>
                <c:pt idx="2957">
                  <c:v>0.16930133478598317</c:v>
                </c:pt>
                <c:pt idx="2958">
                  <c:v>0.16904024780869245</c:v>
                </c:pt>
                <c:pt idx="2959">
                  <c:v>0.16896194958348751</c:v>
                </c:pt>
                <c:pt idx="2960">
                  <c:v>0.16892886753547029</c:v>
                </c:pt>
                <c:pt idx="2961">
                  <c:v>0.1687843549406674</c:v>
                </c:pt>
                <c:pt idx="2962">
                  <c:v>0.16871530084019987</c:v>
                </c:pt>
                <c:pt idx="2963">
                  <c:v>0.168576968488659</c:v>
                </c:pt>
                <c:pt idx="2964">
                  <c:v>0.16782383110295274</c:v>
                </c:pt>
                <c:pt idx="2965">
                  <c:v>0.16748817956197598</c:v>
                </c:pt>
                <c:pt idx="2966">
                  <c:v>0.16725332731299161</c:v>
                </c:pt>
                <c:pt idx="2967">
                  <c:v>0.16694692177773918</c:v>
                </c:pt>
                <c:pt idx="2968">
                  <c:v>0.16690750790985251</c:v>
                </c:pt>
                <c:pt idx="2969">
                  <c:v>0.16660596887569573</c:v>
                </c:pt>
                <c:pt idx="2970">
                  <c:v>0.16655946421924278</c:v>
                </c:pt>
                <c:pt idx="2971">
                  <c:v>0.16598690266180341</c:v>
                </c:pt>
                <c:pt idx="2972">
                  <c:v>0.16574883727783915</c:v>
                </c:pt>
                <c:pt idx="2973">
                  <c:v>0.16509477047102442</c:v>
                </c:pt>
                <c:pt idx="2974">
                  <c:v>0.16485345814366395</c:v>
                </c:pt>
                <c:pt idx="2975">
                  <c:v>0.16481515948952558</c:v>
                </c:pt>
                <c:pt idx="2976">
                  <c:v>0.16447173138313437</c:v>
                </c:pt>
                <c:pt idx="2977">
                  <c:v>0.16424895827851702</c:v>
                </c:pt>
                <c:pt idx="2978">
                  <c:v>0.16403003529862298</c:v>
                </c:pt>
                <c:pt idx="2979">
                  <c:v>0.16400294868589682</c:v>
                </c:pt>
                <c:pt idx="2980">
                  <c:v>0.16400222981438931</c:v>
                </c:pt>
                <c:pt idx="2981">
                  <c:v>0.16391466312896014</c:v>
                </c:pt>
                <c:pt idx="2982">
                  <c:v>0.16365623961172301</c:v>
                </c:pt>
                <c:pt idx="2983">
                  <c:v>0.16359514276810846</c:v>
                </c:pt>
                <c:pt idx="2984">
                  <c:v>0.16351923744729194</c:v>
                </c:pt>
                <c:pt idx="2985">
                  <c:v>0.16335810988206523</c:v>
                </c:pt>
                <c:pt idx="2986">
                  <c:v>0.16333284604244191</c:v>
                </c:pt>
                <c:pt idx="2987">
                  <c:v>0.16330228143338055</c:v>
                </c:pt>
                <c:pt idx="2988">
                  <c:v>0.16319645533536467</c:v>
                </c:pt>
                <c:pt idx="2989">
                  <c:v>0.16303755556318342</c:v>
                </c:pt>
                <c:pt idx="2990">
                  <c:v>0.16299097323341566</c:v>
                </c:pt>
                <c:pt idx="2991">
                  <c:v>0.16291434837012911</c:v>
                </c:pt>
                <c:pt idx="2992">
                  <c:v>0.16258068416194577</c:v>
                </c:pt>
                <c:pt idx="2993">
                  <c:v>0.16183705830817305</c:v>
                </c:pt>
                <c:pt idx="2994">
                  <c:v>0.16177782832454679</c:v>
                </c:pt>
                <c:pt idx="2995">
                  <c:v>0.16163163188093002</c:v>
                </c:pt>
                <c:pt idx="2996">
                  <c:v>0.16139496339698561</c:v>
                </c:pt>
                <c:pt idx="2997">
                  <c:v>0.16104579718625547</c:v>
                </c:pt>
                <c:pt idx="2998">
                  <c:v>0.16101906247907433</c:v>
                </c:pt>
                <c:pt idx="2999">
                  <c:v>0.16095668259416882</c:v>
                </c:pt>
                <c:pt idx="3000">
                  <c:v>0.16046508491924491</c:v>
                </c:pt>
                <c:pt idx="3001">
                  <c:v>0.16039775513162174</c:v>
                </c:pt>
                <c:pt idx="3002">
                  <c:v>0.16039770656275026</c:v>
                </c:pt>
                <c:pt idx="3003">
                  <c:v>0.16024764657958146</c:v>
                </c:pt>
                <c:pt idx="3004">
                  <c:v>0.15983012788069204</c:v>
                </c:pt>
                <c:pt idx="3005">
                  <c:v>0.15962578396706598</c:v>
                </c:pt>
                <c:pt idx="3006">
                  <c:v>0.15888525590875197</c:v>
                </c:pt>
                <c:pt idx="3007">
                  <c:v>0.15854061122415314</c:v>
                </c:pt>
                <c:pt idx="3008">
                  <c:v>0.15840747491001675</c:v>
                </c:pt>
                <c:pt idx="3009">
                  <c:v>0.15813582985867705</c:v>
                </c:pt>
                <c:pt idx="3010">
                  <c:v>0.15790034952657525</c:v>
                </c:pt>
                <c:pt idx="3011">
                  <c:v>0.1577536050776257</c:v>
                </c:pt>
                <c:pt idx="3012">
                  <c:v>0.15757099039081651</c:v>
                </c:pt>
                <c:pt idx="3013">
                  <c:v>0.15757023867408271</c:v>
                </c:pt>
                <c:pt idx="3014">
                  <c:v>0.15742712812980114</c:v>
                </c:pt>
                <c:pt idx="3015">
                  <c:v>0.1572307374441663</c:v>
                </c:pt>
                <c:pt idx="3016">
                  <c:v>0.15711996940298006</c:v>
                </c:pt>
                <c:pt idx="3017">
                  <c:v>0.15706317796701427</c:v>
                </c:pt>
                <c:pt idx="3018">
                  <c:v>0.15624881616867137</c:v>
                </c:pt>
                <c:pt idx="3019">
                  <c:v>0.15610171031159722</c:v>
                </c:pt>
                <c:pt idx="3020">
                  <c:v>0.15599399838350886</c:v>
                </c:pt>
                <c:pt idx="3021">
                  <c:v>0.15581726532036486</c:v>
                </c:pt>
                <c:pt idx="3022">
                  <c:v>0.15571537738624119</c:v>
                </c:pt>
                <c:pt idx="3023">
                  <c:v>0.15558877325705062</c:v>
                </c:pt>
                <c:pt idx="3024">
                  <c:v>0.15557747012887621</c:v>
                </c:pt>
                <c:pt idx="3025">
                  <c:v>0.15520280669399966</c:v>
                </c:pt>
                <c:pt idx="3026">
                  <c:v>0.15493790022859874</c:v>
                </c:pt>
                <c:pt idx="3027">
                  <c:v>0.15483147051440269</c:v>
                </c:pt>
                <c:pt idx="3028">
                  <c:v>0.1546099299577284</c:v>
                </c:pt>
                <c:pt idx="3029">
                  <c:v>0.15460868248704254</c:v>
                </c:pt>
                <c:pt idx="3030">
                  <c:v>0.15382416068208205</c:v>
                </c:pt>
                <c:pt idx="3031">
                  <c:v>0.15302798234057918</c:v>
                </c:pt>
                <c:pt idx="3032">
                  <c:v>0.15295237993774208</c:v>
                </c:pt>
                <c:pt idx="3033">
                  <c:v>0.15235185933415427</c:v>
                </c:pt>
                <c:pt idx="3034">
                  <c:v>0.15176515846199792</c:v>
                </c:pt>
                <c:pt idx="3035">
                  <c:v>0.1517469859765545</c:v>
                </c:pt>
                <c:pt idx="3036">
                  <c:v>0.15171717986329383</c:v>
                </c:pt>
                <c:pt idx="3037">
                  <c:v>0.15171618871725134</c:v>
                </c:pt>
                <c:pt idx="3038">
                  <c:v>0.15160395607600483</c:v>
                </c:pt>
                <c:pt idx="3039">
                  <c:v>0.15149386975101761</c:v>
                </c:pt>
                <c:pt idx="3040">
                  <c:v>0.15144046872097805</c:v>
                </c:pt>
                <c:pt idx="3041">
                  <c:v>0.15140521652526953</c:v>
                </c:pt>
                <c:pt idx="3042">
                  <c:v>0.15132873769890087</c:v>
                </c:pt>
                <c:pt idx="3043">
                  <c:v>0.1513081178543223</c:v>
                </c:pt>
                <c:pt idx="3044">
                  <c:v>0.15129382867341118</c:v>
                </c:pt>
                <c:pt idx="3045">
                  <c:v>0.15121812816394203</c:v>
                </c:pt>
                <c:pt idx="3046">
                  <c:v>0.15120109626042713</c:v>
                </c:pt>
                <c:pt idx="3047">
                  <c:v>0.15113228392791586</c:v>
                </c:pt>
                <c:pt idx="3048">
                  <c:v>0.15105763010718748</c:v>
                </c:pt>
                <c:pt idx="3049">
                  <c:v>0.15076203616739875</c:v>
                </c:pt>
                <c:pt idx="3050">
                  <c:v>0.15074437203184055</c:v>
                </c:pt>
                <c:pt idx="3051">
                  <c:v>0.15053517622441839</c:v>
                </c:pt>
                <c:pt idx="3052">
                  <c:v>0.15031559794926222</c:v>
                </c:pt>
                <c:pt idx="3053">
                  <c:v>0.15019979354942739</c:v>
                </c:pt>
                <c:pt idx="3054">
                  <c:v>0.14986833453539949</c:v>
                </c:pt>
                <c:pt idx="3055">
                  <c:v>0.14946573032308361</c:v>
                </c:pt>
                <c:pt idx="3056">
                  <c:v>0.14943712430696274</c:v>
                </c:pt>
                <c:pt idx="3057">
                  <c:v>0.1493069307644041</c:v>
                </c:pt>
                <c:pt idx="3058">
                  <c:v>0.14913742452483167</c:v>
                </c:pt>
                <c:pt idx="3059">
                  <c:v>0.14777873770348957</c:v>
                </c:pt>
                <c:pt idx="3060">
                  <c:v>0.14763360208344686</c:v>
                </c:pt>
                <c:pt idx="3061">
                  <c:v>0.14747010553628728</c:v>
                </c:pt>
                <c:pt idx="3062">
                  <c:v>0.14720116027655195</c:v>
                </c:pt>
                <c:pt idx="3063">
                  <c:v>0.14711795052630072</c:v>
                </c:pt>
                <c:pt idx="3064">
                  <c:v>0.14685191624935115</c:v>
                </c:pt>
                <c:pt idx="3065">
                  <c:v>0.14671442393371537</c:v>
                </c:pt>
                <c:pt idx="3066">
                  <c:v>0.14662093832318232</c:v>
                </c:pt>
                <c:pt idx="3067">
                  <c:v>0.14661053379727471</c:v>
                </c:pt>
                <c:pt idx="3068">
                  <c:v>0.14637624995470613</c:v>
                </c:pt>
                <c:pt idx="3069">
                  <c:v>0.14560725071035716</c:v>
                </c:pt>
                <c:pt idx="3070">
                  <c:v>0.14514385002351937</c:v>
                </c:pt>
                <c:pt idx="3071">
                  <c:v>0.1450282224524834</c:v>
                </c:pt>
                <c:pt idx="3072">
                  <c:v>0.14496582339026007</c:v>
                </c:pt>
                <c:pt idx="3073">
                  <c:v>0.14486176274556548</c:v>
                </c:pt>
                <c:pt idx="3074">
                  <c:v>0.14468011624261903</c:v>
                </c:pt>
                <c:pt idx="3075">
                  <c:v>0.14452009343699596</c:v>
                </c:pt>
                <c:pt idx="3076">
                  <c:v>0.1444765403479526</c:v>
                </c:pt>
                <c:pt idx="3077">
                  <c:v>0.14433525764906019</c:v>
                </c:pt>
                <c:pt idx="3078">
                  <c:v>0.14431375067393268</c:v>
                </c:pt>
                <c:pt idx="3079">
                  <c:v>0.14399866233079939</c:v>
                </c:pt>
                <c:pt idx="3080">
                  <c:v>0.14376308881716526</c:v>
                </c:pt>
                <c:pt idx="3081">
                  <c:v>0.1436435125905253</c:v>
                </c:pt>
                <c:pt idx="3082">
                  <c:v>0.14350783824056473</c:v>
                </c:pt>
                <c:pt idx="3083">
                  <c:v>0.1431410455548876</c:v>
                </c:pt>
                <c:pt idx="3084">
                  <c:v>0.14301127340911352</c:v>
                </c:pt>
                <c:pt idx="3085">
                  <c:v>0.14287512848750614</c:v>
                </c:pt>
                <c:pt idx="3086">
                  <c:v>0.14282209810947499</c:v>
                </c:pt>
                <c:pt idx="3087">
                  <c:v>0.14234599281310739</c:v>
                </c:pt>
                <c:pt idx="3088">
                  <c:v>0.14201242014012755</c:v>
                </c:pt>
                <c:pt idx="3089">
                  <c:v>0.14200650488661956</c:v>
                </c:pt>
                <c:pt idx="3090">
                  <c:v>0.14188850177236931</c:v>
                </c:pt>
                <c:pt idx="3091">
                  <c:v>0.141795822034188</c:v>
                </c:pt>
                <c:pt idx="3092">
                  <c:v>0.14161080748482169</c:v>
                </c:pt>
                <c:pt idx="3093">
                  <c:v>0.14155849963243955</c:v>
                </c:pt>
                <c:pt idx="3094">
                  <c:v>0.14149961626524979</c:v>
                </c:pt>
                <c:pt idx="3095">
                  <c:v>0.14139096034475526</c:v>
                </c:pt>
                <c:pt idx="3096">
                  <c:v>0.14133737565900878</c:v>
                </c:pt>
                <c:pt idx="3097">
                  <c:v>0.14098350361138842</c:v>
                </c:pt>
                <c:pt idx="3098">
                  <c:v>0.1405075030885517</c:v>
                </c:pt>
                <c:pt idx="3099">
                  <c:v>0.13994567227609389</c:v>
                </c:pt>
                <c:pt idx="3100">
                  <c:v>0.13977268140249913</c:v>
                </c:pt>
                <c:pt idx="3101">
                  <c:v>0.13975211417997174</c:v>
                </c:pt>
                <c:pt idx="3102">
                  <c:v>0.13959102166833864</c:v>
                </c:pt>
                <c:pt idx="3103">
                  <c:v>0.13932231600478776</c:v>
                </c:pt>
                <c:pt idx="3104">
                  <c:v>0.13922765656465949</c:v>
                </c:pt>
                <c:pt idx="3105">
                  <c:v>0.139058199564952</c:v>
                </c:pt>
                <c:pt idx="3106">
                  <c:v>0.13882509004045698</c:v>
                </c:pt>
                <c:pt idx="3107">
                  <c:v>0.13856687236448365</c:v>
                </c:pt>
                <c:pt idx="3108">
                  <c:v>0.1383085901234852</c:v>
                </c:pt>
                <c:pt idx="3109">
                  <c:v>0.13790777792965872</c:v>
                </c:pt>
                <c:pt idx="3110">
                  <c:v>0.13789008111828652</c:v>
                </c:pt>
                <c:pt idx="3111">
                  <c:v>0.13759606751922024</c:v>
                </c:pt>
                <c:pt idx="3112">
                  <c:v>0.13755039952518661</c:v>
                </c:pt>
                <c:pt idx="3113">
                  <c:v>0.13751197760312894</c:v>
                </c:pt>
                <c:pt idx="3114">
                  <c:v>0.13732375152370882</c:v>
                </c:pt>
                <c:pt idx="3115">
                  <c:v>0.13718967577301908</c:v>
                </c:pt>
                <c:pt idx="3116">
                  <c:v>0.13686012261273239</c:v>
                </c:pt>
                <c:pt idx="3117">
                  <c:v>0.13637646629838601</c:v>
                </c:pt>
                <c:pt idx="3118">
                  <c:v>0.13636828425533865</c:v>
                </c:pt>
                <c:pt idx="3119">
                  <c:v>0.13628013509758638</c:v>
                </c:pt>
                <c:pt idx="3120">
                  <c:v>0.13621541904256512</c:v>
                </c:pt>
                <c:pt idx="3121">
                  <c:v>0.13613228646485501</c:v>
                </c:pt>
                <c:pt idx="3122">
                  <c:v>0.13563844304865513</c:v>
                </c:pt>
                <c:pt idx="3123">
                  <c:v>0.13561871934932535</c:v>
                </c:pt>
                <c:pt idx="3124">
                  <c:v>0.13534156684350038</c:v>
                </c:pt>
                <c:pt idx="3125">
                  <c:v>0.13528054420661367</c:v>
                </c:pt>
                <c:pt idx="3126">
                  <c:v>0.13453355733705513</c:v>
                </c:pt>
                <c:pt idx="3127">
                  <c:v>0.13452048181831436</c:v>
                </c:pt>
                <c:pt idx="3128">
                  <c:v>0.13451960697075815</c:v>
                </c:pt>
                <c:pt idx="3129">
                  <c:v>0.13359770210203681</c:v>
                </c:pt>
                <c:pt idx="3130">
                  <c:v>0.13355728517914611</c:v>
                </c:pt>
                <c:pt idx="3131">
                  <c:v>0.13332999786687136</c:v>
                </c:pt>
                <c:pt idx="3132">
                  <c:v>0.13300654972803974</c:v>
                </c:pt>
                <c:pt idx="3133">
                  <c:v>0.13299966193875637</c:v>
                </c:pt>
                <c:pt idx="3134">
                  <c:v>0.13266761218964079</c:v>
                </c:pt>
                <c:pt idx="3135">
                  <c:v>0.1325733865495928</c:v>
                </c:pt>
                <c:pt idx="3136">
                  <c:v>0.13235115717033963</c:v>
                </c:pt>
                <c:pt idx="3137">
                  <c:v>0.13229788508777426</c:v>
                </c:pt>
                <c:pt idx="3138">
                  <c:v>0.13179284505235264</c:v>
                </c:pt>
                <c:pt idx="3139">
                  <c:v>0.13147382291722309</c:v>
                </c:pt>
                <c:pt idx="3140">
                  <c:v>0.13130867449530551</c:v>
                </c:pt>
                <c:pt idx="3141">
                  <c:v>0.1312550426688206</c:v>
                </c:pt>
                <c:pt idx="3142">
                  <c:v>0.13121000179487288</c:v>
                </c:pt>
                <c:pt idx="3143">
                  <c:v>0.1305950865048551</c:v>
                </c:pt>
                <c:pt idx="3144">
                  <c:v>0.13027698038728117</c:v>
                </c:pt>
                <c:pt idx="3145">
                  <c:v>0.13013915723147945</c:v>
                </c:pt>
                <c:pt idx="3146">
                  <c:v>0.12975728456795915</c:v>
                </c:pt>
                <c:pt idx="3147">
                  <c:v>0.12973541415772724</c:v>
                </c:pt>
                <c:pt idx="3148">
                  <c:v>0.12954317344337507</c:v>
                </c:pt>
                <c:pt idx="3149">
                  <c:v>0.12891903882284933</c:v>
                </c:pt>
                <c:pt idx="3150">
                  <c:v>0.12878052176234855</c:v>
                </c:pt>
                <c:pt idx="3151">
                  <c:v>0.12875249107848541</c:v>
                </c:pt>
                <c:pt idx="3152">
                  <c:v>0.1287288225326686</c:v>
                </c:pt>
                <c:pt idx="3153">
                  <c:v>0.12860593858170088</c:v>
                </c:pt>
                <c:pt idx="3154">
                  <c:v>0.12821965313511663</c:v>
                </c:pt>
                <c:pt idx="3155">
                  <c:v>0.12821543698028617</c:v>
                </c:pt>
                <c:pt idx="3156">
                  <c:v>0.12820384106822394</c:v>
                </c:pt>
                <c:pt idx="3157">
                  <c:v>0.12796219621119168</c:v>
                </c:pt>
                <c:pt idx="3158">
                  <c:v>0.12790306656968053</c:v>
                </c:pt>
                <c:pt idx="3159">
                  <c:v>0.12744099774107359</c:v>
                </c:pt>
                <c:pt idx="3160">
                  <c:v>0.12743675867150425</c:v>
                </c:pt>
                <c:pt idx="3161">
                  <c:v>0.12714617592455257</c:v>
                </c:pt>
                <c:pt idx="3162">
                  <c:v>0.12632115767198623</c:v>
                </c:pt>
                <c:pt idx="3163">
                  <c:v>0.12620623568569789</c:v>
                </c:pt>
                <c:pt idx="3164">
                  <c:v>0.12620179137011608</c:v>
                </c:pt>
                <c:pt idx="3165">
                  <c:v>0.12611574853750124</c:v>
                </c:pt>
                <c:pt idx="3166">
                  <c:v>0.12607376846598259</c:v>
                </c:pt>
                <c:pt idx="3167">
                  <c:v>0.12592780226621614</c:v>
                </c:pt>
                <c:pt idx="3168">
                  <c:v>0.12522454258907526</c:v>
                </c:pt>
                <c:pt idx="3169">
                  <c:v>0.12521657374788356</c:v>
                </c:pt>
                <c:pt idx="3170">
                  <c:v>0.12510147940701605</c:v>
                </c:pt>
                <c:pt idx="3171">
                  <c:v>0.12459736992429729</c:v>
                </c:pt>
                <c:pt idx="3172">
                  <c:v>0.12458115699028081</c:v>
                </c:pt>
                <c:pt idx="3173">
                  <c:v>0.12445741414106393</c:v>
                </c:pt>
                <c:pt idx="3174">
                  <c:v>0.12426434590361894</c:v>
                </c:pt>
                <c:pt idx="3175">
                  <c:v>0.12388820038585792</c:v>
                </c:pt>
                <c:pt idx="3176">
                  <c:v>0.12372960484454025</c:v>
                </c:pt>
                <c:pt idx="3177">
                  <c:v>0.12359879656506879</c:v>
                </c:pt>
                <c:pt idx="3178">
                  <c:v>0.1231197509977615</c:v>
                </c:pt>
                <c:pt idx="3179">
                  <c:v>0.12310035466615343</c:v>
                </c:pt>
                <c:pt idx="3180">
                  <c:v>0.12298013352291549</c:v>
                </c:pt>
                <c:pt idx="3181">
                  <c:v>0.122931553030277</c:v>
                </c:pt>
                <c:pt idx="3182">
                  <c:v>0.12213604258330604</c:v>
                </c:pt>
                <c:pt idx="3183">
                  <c:v>0.12124261311374578</c:v>
                </c:pt>
                <c:pt idx="3184">
                  <c:v>0.12111125275172951</c:v>
                </c:pt>
                <c:pt idx="3185">
                  <c:v>0.1209249982529156</c:v>
                </c:pt>
                <c:pt idx="3186">
                  <c:v>0.12089742271262316</c:v>
                </c:pt>
                <c:pt idx="3187">
                  <c:v>0.12072372058438295</c:v>
                </c:pt>
                <c:pt idx="3188">
                  <c:v>0.12064260440698668</c:v>
                </c:pt>
                <c:pt idx="3189">
                  <c:v>0.120275238767674</c:v>
                </c:pt>
                <c:pt idx="3190">
                  <c:v>0.12009730945925212</c:v>
                </c:pt>
                <c:pt idx="3191">
                  <c:v>0.11995394077039413</c:v>
                </c:pt>
                <c:pt idx="3192">
                  <c:v>0.1199352325715119</c:v>
                </c:pt>
                <c:pt idx="3193">
                  <c:v>0.11971060738358949</c:v>
                </c:pt>
                <c:pt idx="3194">
                  <c:v>0.11955634051918072</c:v>
                </c:pt>
                <c:pt idx="3195">
                  <c:v>0.1195515932465281</c:v>
                </c:pt>
                <c:pt idx="3196">
                  <c:v>0.11920458150210358</c:v>
                </c:pt>
                <c:pt idx="3197">
                  <c:v>0.11901679519788631</c:v>
                </c:pt>
                <c:pt idx="3198">
                  <c:v>0.11895249970023089</c:v>
                </c:pt>
                <c:pt idx="3199">
                  <c:v>0.11877552845928264</c:v>
                </c:pt>
                <c:pt idx="3200">
                  <c:v>0.11852263977155304</c:v>
                </c:pt>
                <c:pt idx="3201">
                  <c:v>0.11849856646151374</c:v>
                </c:pt>
                <c:pt idx="3202">
                  <c:v>0.11845098462449324</c:v>
                </c:pt>
                <c:pt idx="3203">
                  <c:v>0.11770089579287681</c:v>
                </c:pt>
                <c:pt idx="3204">
                  <c:v>0.11766110642020645</c:v>
                </c:pt>
                <c:pt idx="3205">
                  <c:v>0.11737884005084727</c:v>
                </c:pt>
                <c:pt idx="3206">
                  <c:v>0.11737664929224466</c:v>
                </c:pt>
                <c:pt idx="3207">
                  <c:v>0.11736573322375464</c:v>
                </c:pt>
                <c:pt idx="3208">
                  <c:v>0.11715383290551452</c:v>
                </c:pt>
                <c:pt idx="3209">
                  <c:v>0.11694599996157912</c:v>
                </c:pt>
                <c:pt idx="3210">
                  <c:v>0.11694438734636996</c:v>
                </c:pt>
                <c:pt idx="3211">
                  <c:v>0.11669933424710431</c:v>
                </c:pt>
                <c:pt idx="3212">
                  <c:v>0.11668004865606711</c:v>
                </c:pt>
                <c:pt idx="3213">
                  <c:v>0.11661201820397277</c:v>
                </c:pt>
                <c:pt idx="3214">
                  <c:v>0.11644110914293333</c:v>
                </c:pt>
                <c:pt idx="3215">
                  <c:v>0.11624242831343863</c:v>
                </c:pt>
                <c:pt idx="3216">
                  <c:v>0.11600942253279169</c:v>
                </c:pt>
                <c:pt idx="3217">
                  <c:v>0.11598628096151745</c:v>
                </c:pt>
                <c:pt idx="3218">
                  <c:v>0.11574278182481132</c:v>
                </c:pt>
                <c:pt idx="3219">
                  <c:v>0.11573328455936685</c:v>
                </c:pt>
                <c:pt idx="3220">
                  <c:v>0.11515242609950922</c:v>
                </c:pt>
                <c:pt idx="3221">
                  <c:v>0.11513439120899958</c:v>
                </c:pt>
                <c:pt idx="3222">
                  <c:v>0.11491675450570076</c:v>
                </c:pt>
                <c:pt idx="3223">
                  <c:v>0.11490447315338392</c:v>
                </c:pt>
                <c:pt idx="3224">
                  <c:v>0.11447665362223769</c:v>
                </c:pt>
                <c:pt idx="3225">
                  <c:v>0.11415664972574829</c:v>
                </c:pt>
                <c:pt idx="3226">
                  <c:v>0.11399679657675504</c:v>
                </c:pt>
                <c:pt idx="3227">
                  <c:v>0.11348000900188078</c:v>
                </c:pt>
                <c:pt idx="3228">
                  <c:v>0.11336684639733664</c:v>
                </c:pt>
                <c:pt idx="3229">
                  <c:v>0.11322410372781813</c:v>
                </c:pt>
                <c:pt idx="3230">
                  <c:v>0.11303495847675395</c:v>
                </c:pt>
                <c:pt idx="3231">
                  <c:v>0.11288676603685814</c:v>
                </c:pt>
                <c:pt idx="3232">
                  <c:v>0.11261511315971155</c:v>
                </c:pt>
                <c:pt idx="3233">
                  <c:v>0.1126115607734358</c:v>
                </c:pt>
                <c:pt idx="3234">
                  <c:v>0.11216145766056984</c:v>
                </c:pt>
                <c:pt idx="3235">
                  <c:v>0.11209552065970713</c:v>
                </c:pt>
                <c:pt idx="3236">
                  <c:v>0.11203620534875745</c:v>
                </c:pt>
                <c:pt idx="3237">
                  <c:v>0.11194164009164394</c:v>
                </c:pt>
                <c:pt idx="3238">
                  <c:v>0.11180347283907488</c:v>
                </c:pt>
                <c:pt idx="3239">
                  <c:v>0.11162979391483357</c:v>
                </c:pt>
                <c:pt idx="3240">
                  <c:v>0.11128882947223048</c:v>
                </c:pt>
                <c:pt idx="3241">
                  <c:v>0.11124663128522849</c:v>
                </c:pt>
                <c:pt idx="3242">
                  <c:v>0.11101806453829545</c:v>
                </c:pt>
                <c:pt idx="3243">
                  <c:v>0.11084921648940614</c:v>
                </c:pt>
                <c:pt idx="3244">
                  <c:v>0.11075038884742229</c:v>
                </c:pt>
                <c:pt idx="3245">
                  <c:v>0.11062422536450001</c:v>
                </c:pt>
                <c:pt idx="3246">
                  <c:v>0.11058274101500248</c:v>
                </c:pt>
                <c:pt idx="3247">
                  <c:v>0.11055055671191912</c:v>
                </c:pt>
                <c:pt idx="3248">
                  <c:v>0.11048452239010147</c:v>
                </c:pt>
                <c:pt idx="3249">
                  <c:v>0.1104768265341301</c:v>
                </c:pt>
                <c:pt idx="3250">
                  <c:v>0.11041687369882056</c:v>
                </c:pt>
                <c:pt idx="3251">
                  <c:v>0.11008124109429958</c:v>
                </c:pt>
                <c:pt idx="3252">
                  <c:v>0.10998132462039703</c:v>
                </c:pt>
                <c:pt idx="3253">
                  <c:v>0.10989347097222546</c:v>
                </c:pt>
                <c:pt idx="3254">
                  <c:v>0.10983171317499342</c:v>
                </c:pt>
                <c:pt idx="3255">
                  <c:v>0.1097680180215673</c:v>
                </c:pt>
                <c:pt idx="3256">
                  <c:v>0.10953160129134686</c:v>
                </c:pt>
                <c:pt idx="3257">
                  <c:v>0.10944615742840677</c:v>
                </c:pt>
                <c:pt idx="3258">
                  <c:v>0.10917416065017944</c:v>
                </c:pt>
                <c:pt idx="3259">
                  <c:v>0.10877143319056337</c:v>
                </c:pt>
                <c:pt idx="3260">
                  <c:v>0.10858814841693595</c:v>
                </c:pt>
                <c:pt idx="3261">
                  <c:v>0.10856860194749171</c:v>
                </c:pt>
                <c:pt idx="3262">
                  <c:v>0.10840715820119069</c:v>
                </c:pt>
                <c:pt idx="3263">
                  <c:v>0.1083583178117648</c:v>
                </c:pt>
                <c:pt idx="3264">
                  <c:v>0.10835392138914185</c:v>
                </c:pt>
                <c:pt idx="3265">
                  <c:v>0.10816405245228732</c:v>
                </c:pt>
                <c:pt idx="3266">
                  <c:v>0.10804288927605396</c:v>
                </c:pt>
                <c:pt idx="3267">
                  <c:v>0.10801908464964927</c:v>
                </c:pt>
                <c:pt idx="3268">
                  <c:v>0.10784328216996969</c:v>
                </c:pt>
                <c:pt idx="3269">
                  <c:v>0.10781731951660471</c:v>
                </c:pt>
                <c:pt idx="3270">
                  <c:v>0.1073888611925107</c:v>
                </c:pt>
                <c:pt idx="3271">
                  <c:v>0.10725292807186028</c:v>
                </c:pt>
                <c:pt idx="3272">
                  <c:v>0.10719130727191738</c:v>
                </c:pt>
                <c:pt idx="3273">
                  <c:v>0.1071724406139392</c:v>
                </c:pt>
                <c:pt idx="3274">
                  <c:v>0.10675700049818822</c:v>
                </c:pt>
                <c:pt idx="3275">
                  <c:v>0.10673974783791641</c:v>
                </c:pt>
                <c:pt idx="3276">
                  <c:v>0.10659019232886523</c:v>
                </c:pt>
                <c:pt idx="3277">
                  <c:v>0.10643430419670491</c:v>
                </c:pt>
                <c:pt idx="3278">
                  <c:v>0.10640531946507739</c:v>
                </c:pt>
                <c:pt idx="3279">
                  <c:v>0.10602048831939012</c:v>
                </c:pt>
                <c:pt idx="3280">
                  <c:v>0.10589567861941444</c:v>
                </c:pt>
                <c:pt idx="3281">
                  <c:v>0.10582958872394586</c:v>
                </c:pt>
                <c:pt idx="3282">
                  <c:v>0.1057534742216322</c:v>
                </c:pt>
                <c:pt idx="3283">
                  <c:v>0.10574213772295972</c:v>
                </c:pt>
                <c:pt idx="3284">
                  <c:v>0.10571121290365508</c:v>
                </c:pt>
                <c:pt idx="3285">
                  <c:v>0.10558128372256841</c:v>
                </c:pt>
                <c:pt idx="3286">
                  <c:v>0.10534907948722866</c:v>
                </c:pt>
                <c:pt idx="3287">
                  <c:v>0.10505830552245128</c:v>
                </c:pt>
                <c:pt idx="3288">
                  <c:v>0.10504727449267344</c:v>
                </c:pt>
                <c:pt idx="3289">
                  <c:v>0.10504109260504252</c:v>
                </c:pt>
                <c:pt idx="3290">
                  <c:v>0.10492804838737653</c:v>
                </c:pt>
                <c:pt idx="3291">
                  <c:v>0.10492619765536117</c:v>
                </c:pt>
                <c:pt idx="3292">
                  <c:v>0.10463754152763101</c:v>
                </c:pt>
                <c:pt idx="3293">
                  <c:v>0.10460296816164641</c:v>
                </c:pt>
                <c:pt idx="3294">
                  <c:v>0.10391941765117968</c:v>
                </c:pt>
                <c:pt idx="3295">
                  <c:v>0.1038693302055201</c:v>
                </c:pt>
                <c:pt idx="3296">
                  <c:v>0.10377511641210087</c:v>
                </c:pt>
                <c:pt idx="3297">
                  <c:v>0.1035813094153533</c:v>
                </c:pt>
                <c:pt idx="3298">
                  <c:v>0.10338094072116466</c:v>
                </c:pt>
                <c:pt idx="3299">
                  <c:v>0.10294884596720395</c:v>
                </c:pt>
                <c:pt idx="3300">
                  <c:v>0.10243705579652253</c:v>
                </c:pt>
                <c:pt idx="3301">
                  <c:v>0.10227167884590918</c:v>
                </c:pt>
                <c:pt idx="3302">
                  <c:v>0.10208330929369865</c:v>
                </c:pt>
                <c:pt idx="3303">
                  <c:v>0.10205200497736534</c:v>
                </c:pt>
                <c:pt idx="3304">
                  <c:v>0.10199535389731101</c:v>
                </c:pt>
                <c:pt idx="3305">
                  <c:v>0.10172250446046477</c:v>
                </c:pt>
                <c:pt idx="3306">
                  <c:v>0.1015229230932143</c:v>
                </c:pt>
                <c:pt idx="3307">
                  <c:v>0.10134820564521173</c:v>
                </c:pt>
                <c:pt idx="3308">
                  <c:v>0.10077180927607686</c:v>
                </c:pt>
                <c:pt idx="3309">
                  <c:v>0.10069189610546103</c:v>
                </c:pt>
                <c:pt idx="3310">
                  <c:v>0.1006536921798603</c:v>
                </c:pt>
                <c:pt idx="3311">
                  <c:v>0.10033060972222065</c:v>
                </c:pt>
                <c:pt idx="3312">
                  <c:v>0.10019905863762281</c:v>
                </c:pt>
                <c:pt idx="3313">
                  <c:v>0.10011086520696812</c:v>
                </c:pt>
                <c:pt idx="3314">
                  <c:v>9.992251244775506E-2</c:v>
                </c:pt>
                <c:pt idx="3315">
                  <c:v>9.9236858578381035E-2</c:v>
                </c:pt>
                <c:pt idx="3316">
                  <c:v>9.9158484184561899E-2</c:v>
                </c:pt>
                <c:pt idx="3317">
                  <c:v>9.9099591167360487E-2</c:v>
                </c:pt>
                <c:pt idx="3318">
                  <c:v>9.9095203212211797E-2</c:v>
                </c:pt>
                <c:pt idx="3319">
                  <c:v>9.8804539726115415E-2</c:v>
                </c:pt>
                <c:pt idx="3320">
                  <c:v>9.858154024715135E-2</c:v>
                </c:pt>
                <c:pt idx="3321">
                  <c:v>9.8501834030551252E-2</c:v>
                </c:pt>
                <c:pt idx="3322">
                  <c:v>9.809466618198881E-2</c:v>
                </c:pt>
                <c:pt idx="3323">
                  <c:v>9.768844577110225E-2</c:v>
                </c:pt>
                <c:pt idx="3324">
                  <c:v>9.7659946779880144E-2</c:v>
                </c:pt>
                <c:pt idx="3325">
                  <c:v>9.7552470000347488E-2</c:v>
                </c:pt>
                <c:pt idx="3326">
                  <c:v>9.7523326890583989E-2</c:v>
                </c:pt>
                <c:pt idx="3327">
                  <c:v>9.7238724059832374E-2</c:v>
                </c:pt>
                <c:pt idx="3328">
                  <c:v>9.6828072796952075E-2</c:v>
                </c:pt>
                <c:pt idx="3329">
                  <c:v>9.6666635793657543E-2</c:v>
                </c:pt>
                <c:pt idx="3330">
                  <c:v>9.6416301214807917E-2</c:v>
                </c:pt>
                <c:pt idx="3331">
                  <c:v>9.6412087000788183E-2</c:v>
                </c:pt>
                <c:pt idx="3332">
                  <c:v>9.6387111280449619E-2</c:v>
                </c:pt>
                <c:pt idx="3333">
                  <c:v>9.5817499442571855E-2</c:v>
                </c:pt>
                <c:pt idx="3334">
                  <c:v>9.5745110518653406E-2</c:v>
                </c:pt>
                <c:pt idx="3335">
                  <c:v>9.5695554782521189E-2</c:v>
                </c:pt>
                <c:pt idx="3336">
                  <c:v>9.5588686463654537E-2</c:v>
                </c:pt>
                <c:pt idx="3337">
                  <c:v>9.5274733956974736E-2</c:v>
                </c:pt>
                <c:pt idx="3338">
                  <c:v>9.4967842219794166E-2</c:v>
                </c:pt>
                <c:pt idx="3339">
                  <c:v>9.4923000612661096E-2</c:v>
                </c:pt>
                <c:pt idx="3340">
                  <c:v>9.4283260347172923E-2</c:v>
                </c:pt>
                <c:pt idx="3341">
                  <c:v>9.4281591663993788E-2</c:v>
                </c:pt>
                <c:pt idx="3342">
                  <c:v>9.4224833934195951E-2</c:v>
                </c:pt>
                <c:pt idx="3343">
                  <c:v>9.4207769892942814E-2</c:v>
                </c:pt>
                <c:pt idx="3344">
                  <c:v>9.4185982306606436E-2</c:v>
                </c:pt>
                <c:pt idx="3345">
                  <c:v>9.4135781210100911E-2</c:v>
                </c:pt>
                <c:pt idx="3346">
                  <c:v>9.3880252450565221E-2</c:v>
                </c:pt>
                <c:pt idx="3347">
                  <c:v>9.379581773415889E-2</c:v>
                </c:pt>
                <c:pt idx="3348">
                  <c:v>9.3359013682602646E-2</c:v>
                </c:pt>
                <c:pt idx="3349">
                  <c:v>9.3333536653359112E-2</c:v>
                </c:pt>
                <c:pt idx="3350">
                  <c:v>9.3051401286676882E-2</c:v>
                </c:pt>
                <c:pt idx="3351">
                  <c:v>9.2739880759537985E-2</c:v>
                </c:pt>
                <c:pt idx="3352">
                  <c:v>9.2604107014180245E-2</c:v>
                </c:pt>
                <c:pt idx="3353">
                  <c:v>9.2548120048392052E-2</c:v>
                </c:pt>
                <c:pt idx="3354">
                  <c:v>9.21691674243523E-2</c:v>
                </c:pt>
                <c:pt idx="3355">
                  <c:v>9.2073670049644313E-2</c:v>
                </c:pt>
                <c:pt idx="3356">
                  <c:v>9.1846409822552239E-2</c:v>
                </c:pt>
                <c:pt idx="3357">
                  <c:v>9.1604846030392817E-2</c:v>
                </c:pt>
                <c:pt idx="3358">
                  <c:v>9.1062182481038534E-2</c:v>
                </c:pt>
                <c:pt idx="3359">
                  <c:v>9.0715821524534113E-2</c:v>
                </c:pt>
                <c:pt idx="3360">
                  <c:v>9.0699369826958781E-2</c:v>
                </c:pt>
                <c:pt idx="3361">
                  <c:v>9.068214103607064E-2</c:v>
                </c:pt>
                <c:pt idx="3362">
                  <c:v>9.0671020871065808E-2</c:v>
                </c:pt>
                <c:pt idx="3363">
                  <c:v>9.0356733130367337E-2</c:v>
                </c:pt>
                <c:pt idx="3364">
                  <c:v>8.9890960750702478E-2</c:v>
                </c:pt>
                <c:pt idx="3365">
                  <c:v>8.989062145638306E-2</c:v>
                </c:pt>
                <c:pt idx="3366">
                  <c:v>8.9744175598900106E-2</c:v>
                </c:pt>
                <c:pt idx="3367">
                  <c:v>8.9664375742740915E-2</c:v>
                </c:pt>
                <c:pt idx="3368">
                  <c:v>8.9491495436934826E-2</c:v>
                </c:pt>
                <c:pt idx="3369">
                  <c:v>8.9422110605201027E-2</c:v>
                </c:pt>
                <c:pt idx="3370">
                  <c:v>8.9219838867904855E-2</c:v>
                </c:pt>
                <c:pt idx="3371">
                  <c:v>8.9159720733806638E-2</c:v>
                </c:pt>
                <c:pt idx="3372">
                  <c:v>8.8880916238234159E-2</c:v>
                </c:pt>
                <c:pt idx="3373">
                  <c:v>8.8718618030447713E-2</c:v>
                </c:pt>
                <c:pt idx="3374">
                  <c:v>8.8676399799052896E-2</c:v>
                </c:pt>
                <c:pt idx="3375">
                  <c:v>8.8580248187177718E-2</c:v>
                </c:pt>
                <c:pt idx="3376">
                  <c:v>8.838914752275516E-2</c:v>
                </c:pt>
                <c:pt idx="3377">
                  <c:v>8.8152767565838314E-2</c:v>
                </c:pt>
                <c:pt idx="3378">
                  <c:v>8.8056550810762357E-2</c:v>
                </c:pt>
                <c:pt idx="3379">
                  <c:v>8.7896904679611532E-2</c:v>
                </c:pt>
                <c:pt idx="3380">
                  <c:v>8.7771837328472629E-2</c:v>
                </c:pt>
                <c:pt idx="3381">
                  <c:v>8.75980470755921E-2</c:v>
                </c:pt>
                <c:pt idx="3382">
                  <c:v>8.7492391702889777E-2</c:v>
                </c:pt>
                <c:pt idx="3383">
                  <c:v>8.7230090933560947E-2</c:v>
                </c:pt>
                <c:pt idx="3384">
                  <c:v>8.6675264358893514E-2</c:v>
                </c:pt>
                <c:pt idx="3385">
                  <c:v>8.6526101299152613E-2</c:v>
                </c:pt>
                <c:pt idx="3386">
                  <c:v>8.6373548826615562E-2</c:v>
                </c:pt>
                <c:pt idx="3387">
                  <c:v>8.6323985089726468E-2</c:v>
                </c:pt>
                <c:pt idx="3388">
                  <c:v>8.590172612042539E-2</c:v>
                </c:pt>
                <c:pt idx="3389">
                  <c:v>8.5793290338159356E-2</c:v>
                </c:pt>
                <c:pt idx="3390">
                  <c:v>8.5695063902866256E-2</c:v>
                </c:pt>
                <c:pt idx="3391">
                  <c:v>8.5419744972279443E-2</c:v>
                </c:pt>
                <c:pt idx="3392">
                  <c:v>8.5373294700197791E-2</c:v>
                </c:pt>
                <c:pt idx="3393">
                  <c:v>8.5314723640624784E-2</c:v>
                </c:pt>
                <c:pt idx="3394">
                  <c:v>8.5228651552032977E-2</c:v>
                </c:pt>
                <c:pt idx="3395">
                  <c:v>8.4980060609248897E-2</c:v>
                </c:pt>
                <c:pt idx="3396">
                  <c:v>8.4925391207346088E-2</c:v>
                </c:pt>
                <c:pt idx="3397">
                  <c:v>8.4872255727219806E-2</c:v>
                </c:pt>
                <c:pt idx="3398">
                  <c:v>8.4772113186315723E-2</c:v>
                </c:pt>
                <c:pt idx="3399">
                  <c:v>8.4743379787934517E-2</c:v>
                </c:pt>
                <c:pt idx="3400">
                  <c:v>8.4431378983665067E-2</c:v>
                </c:pt>
                <c:pt idx="3401">
                  <c:v>8.4356967600176844E-2</c:v>
                </c:pt>
                <c:pt idx="3402">
                  <c:v>8.4062906525208703E-2</c:v>
                </c:pt>
                <c:pt idx="3403">
                  <c:v>8.3847042316772827E-2</c:v>
                </c:pt>
                <c:pt idx="3404">
                  <c:v>8.3365412436411435E-2</c:v>
                </c:pt>
                <c:pt idx="3405">
                  <c:v>8.3351345921453907E-2</c:v>
                </c:pt>
                <c:pt idx="3406">
                  <c:v>8.3147142412207845E-2</c:v>
                </c:pt>
                <c:pt idx="3407">
                  <c:v>8.289537471982722E-2</c:v>
                </c:pt>
                <c:pt idx="3408">
                  <c:v>8.282267879173584E-2</c:v>
                </c:pt>
                <c:pt idx="3409">
                  <c:v>8.2763048796301711E-2</c:v>
                </c:pt>
                <c:pt idx="3410">
                  <c:v>8.2418039908774082E-2</c:v>
                </c:pt>
                <c:pt idx="3411">
                  <c:v>8.2366060884767611E-2</c:v>
                </c:pt>
                <c:pt idx="3412">
                  <c:v>8.1972761429580418E-2</c:v>
                </c:pt>
                <c:pt idx="3413">
                  <c:v>8.1871309762173633E-2</c:v>
                </c:pt>
                <c:pt idx="3414">
                  <c:v>8.150785982273312E-2</c:v>
                </c:pt>
                <c:pt idx="3415">
                  <c:v>8.1370823265194167E-2</c:v>
                </c:pt>
                <c:pt idx="3416">
                  <c:v>8.1303393742857541E-2</c:v>
                </c:pt>
                <c:pt idx="3417">
                  <c:v>8.1117753531234141E-2</c:v>
                </c:pt>
                <c:pt idx="3418">
                  <c:v>8.1061713679435654E-2</c:v>
                </c:pt>
                <c:pt idx="3419">
                  <c:v>8.0987629130943664E-2</c:v>
                </c:pt>
                <c:pt idx="3420">
                  <c:v>8.0859481181280821E-2</c:v>
                </c:pt>
                <c:pt idx="3421">
                  <c:v>8.0453138221531093E-2</c:v>
                </c:pt>
                <c:pt idx="3422">
                  <c:v>8.0396301344686172E-2</c:v>
                </c:pt>
                <c:pt idx="3423">
                  <c:v>8.0342813902788579E-2</c:v>
                </c:pt>
                <c:pt idx="3424">
                  <c:v>8.0325214790982341E-2</c:v>
                </c:pt>
                <c:pt idx="3425">
                  <c:v>8.0321150347191117E-2</c:v>
                </c:pt>
                <c:pt idx="3426">
                  <c:v>8.022425044493435E-2</c:v>
                </c:pt>
                <c:pt idx="3427">
                  <c:v>8.0053148510546304E-2</c:v>
                </c:pt>
                <c:pt idx="3428">
                  <c:v>7.9767457121631871E-2</c:v>
                </c:pt>
                <c:pt idx="3429">
                  <c:v>7.9119353357648345E-2</c:v>
                </c:pt>
                <c:pt idx="3430">
                  <c:v>7.9068588535790102E-2</c:v>
                </c:pt>
                <c:pt idx="3431">
                  <c:v>7.8830352686871719E-2</c:v>
                </c:pt>
                <c:pt idx="3432">
                  <c:v>7.8827438206399203E-2</c:v>
                </c:pt>
                <c:pt idx="3433">
                  <c:v>7.8268666622340902E-2</c:v>
                </c:pt>
                <c:pt idx="3434">
                  <c:v>7.8254611272801894E-2</c:v>
                </c:pt>
                <c:pt idx="3435">
                  <c:v>7.8133877873215712E-2</c:v>
                </c:pt>
                <c:pt idx="3436">
                  <c:v>7.812758132911532E-2</c:v>
                </c:pt>
                <c:pt idx="3437">
                  <c:v>7.7488421185321357E-2</c:v>
                </c:pt>
                <c:pt idx="3438">
                  <c:v>7.726970484562215E-2</c:v>
                </c:pt>
                <c:pt idx="3439">
                  <c:v>7.6908033122273664E-2</c:v>
                </c:pt>
                <c:pt idx="3440">
                  <c:v>7.6533279520067443E-2</c:v>
                </c:pt>
                <c:pt idx="3441">
                  <c:v>7.6020513316941082E-2</c:v>
                </c:pt>
                <c:pt idx="3442">
                  <c:v>7.6015062646021869E-2</c:v>
                </c:pt>
                <c:pt idx="3443">
                  <c:v>7.5767094741104352E-2</c:v>
                </c:pt>
                <c:pt idx="3444">
                  <c:v>7.5735776995383697E-2</c:v>
                </c:pt>
                <c:pt idx="3445">
                  <c:v>7.5457192942616297E-2</c:v>
                </c:pt>
                <c:pt idx="3446">
                  <c:v>7.5319690387972954E-2</c:v>
                </c:pt>
                <c:pt idx="3447">
                  <c:v>7.4597234397128245E-2</c:v>
                </c:pt>
                <c:pt idx="3448">
                  <c:v>7.4507061906533112E-2</c:v>
                </c:pt>
                <c:pt idx="3449">
                  <c:v>7.4349766770490544E-2</c:v>
                </c:pt>
                <c:pt idx="3450">
                  <c:v>7.412235746092416E-2</c:v>
                </c:pt>
                <c:pt idx="3451">
                  <c:v>7.4103233430928409E-2</c:v>
                </c:pt>
                <c:pt idx="3452">
                  <c:v>7.3985368854995334E-2</c:v>
                </c:pt>
                <c:pt idx="3453">
                  <c:v>7.3855692846071519E-2</c:v>
                </c:pt>
                <c:pt idx="3454">
                  <c:v>7.3843053571035794E-2</c:v>
                </c:pt>
                <c:pt idx="3455">
                  <c:v>7.3803063603776281E-2</c:v>
                </c:pt>
                <c:pt idx="3456">
                  <c:v>7.3704834052550586E-2</c:v>
                </c:pt>
                <c:pt idx="3457">
                  <c:v>7.3660623895082877E-2</c:v>
                </c:pt>
                <c:pt idx="3458">
                  <c:v>7.3460574012973873E-2</c:v>
                </c:pt>
                <c:pt idx="3459">
                  <c:v>7.2985934203713299E-2</c:v>
                </c:pt>
                <c:pt idx="3460">
                  <c:v>7.2863526990341973E-2</c:v>
                </c:pt>
                <c:pt idx="3461">
                  <c:v>7.2816245627427653E-2</c:v>
                </c:pt>
                <c:pt idx="3462">
                  <c:v>7.2441510580392568E-2</c:v>
                </c:pt>
                <c:pt idx="3463">
                  <c:v>7.1871052492471527E-2</c:v>
                </c:pt>
                <c:pt idx="3464">
                  <c:v>7.1640295073110566E-2</c:v>
                </c:pt>
                <c:pt idx="3465">
                  <c:v>7.1107437154587547E-2</c:v>
                </c:pt>
                <c:pt idx="3466">
                  <c:v>7.1034152968244252E-2</c:v>
                </c:pt>
                <c:pt idx="3467">
                  <c:v>7.0989065739123364E-2</c:v>
                </c:pt>
                <c:pt idx="3468">
                  <c:v>7.0709867903234358E-2</c:v>
                </c:pt>
                <c:pt idx="3469">
                  <c:v>7.0561879487982773E-2</c:v>
                </c:pt>
                <c:pt idx="3470">
                  <c:v>7.0211261494274577E-2</c:v>
                </c:pt>
                <c:pt idx="3471">
                  <c:v>6.9892635958282753E-2</c:v>
                </c:pt>
                <c:pt idx="3472">
                  <c:v>6.9271149129186832E-2</c:v>
                </c:pt>
                <c:pt idx="3473">
                  <c:v>6.9100242739568968E-2</c:v>
                </c:pt>
                <c:pt idx="3474">
                  <c:v>6.8838740969823647E-2</c:v>
                </c:pt>
                <c:pt idx="3475">
                  <c:v>6.8375286630726895E-2</c:v>
                </c:pt>
                <c:pt idx="3476">
                  <c:v>6.8237656975938768E-2</c:v>
                </c:pt>
                <c:pt idx="3477">
                  <c:v>6.7770539920045475E-2</c:v>
                </c:pt>
                <c:pt idx="3478">
                  <c:v>6.7591972641621215E-2</c:v>
                </c:pt>
                <c:pt idx="3479">
                  <c:v>6.7469128309885315E-2</c:v>
                </c:pt>
                <c:pt idx="3480">
                  <c:v>6.7428191995171791E-2</c:v>
                </c:pt>
                <c:pt idx="3481">
                  <c:v>6.7258728770512199E-2</c:v>
                </c:pt>
                <c:pt idx="3482">
                  <c:v>6.7214601458288906E-2</c:v>
                </c:pt>
                <c:pt idx="3483">
                  <c:v>6.709169273795236E-2</c:v>
                </c:pt>
                <c:pt idx="3484">
                  <c:v>6.6912615118723082E-2</c:v>
                </c:pt>
                <c:pt idx="3485">
                  <c:v>6.6308264632816194E-2</c:v>
                </c:pt>
                <c:pt idx="3486">
                  <c:v>6.6286380452923857E-2</c:v>
                </c:pt>
                <c:pt idx="3487">
                  <c:v>6.6262023247258481E-2</c:v>
                </c:pt>
                <c:pt idx="3488">
                  <c:v>6.6185591680405748E-2</c:v>
                </c:pt>
                <c:pt idx="3489">
                  <c:v>6.6060225425309274E-2</c:v>
                </c:pt>
                <c:pt idx="3490">
                  <c:v>6.5922780262233804E-2</c:v>
                </c:pt>
                <c:pt idx="3491">
                  <c:v>6.5839248445204585E-2</c:v>
                </c:pt>
                <c:pt idx="3492">
                  <c:v>6.583317635875123E-2</c:v>
                </c:pt>
                <c:pt idx="3493">
                  <c:v>6.5770143535783823E-2</c:v>
                </c:pt>
                <c:pt idx="3494">
                  <c:v>6.561656920123933E-2</c:v>
                </c:pt>
                <c:pt idx="3495">
                  <c:v>6.511256713050724E-2</c:v>
                </c:pt>
                <c:pt idx="3496">
                  <c:v>6.5101917861519601E-2</c:v>
                </c:pt>
                <c:pt idx="3497">
                  <c:v>6.5044359937365487E-2</c:v>
                </c:pt>
                <c:pt idx="3498">
                  <c:v>6.493530084985645E-2</c:v>
                </c:pt>
                <c:pt idx="3499">
                  <c:v>6.4844285546114988E-2</c:v>
                </c:pt>
                <c:pt idx="3500">
                  <c:v>6.4691466769041417E-2</c:v>
                </c:pt>
                <c:pt idx="3501">
                  <c:v>6.4666075502874218E-2</c:v>
                </c:pt>
                <c:pt idx="3502">
                  <c:v>6.3917019164572708E-2</c:v>
                </c:pt>
                <c:pt idx="3503">
                  <c:v>6.3708116128766062E-2</c:v>
                </c:pt>
                <c:pt idx="3504">
                  <c:v>6.3610290293053873E-2</c:v>
                </c:pt>
                <c:pt idx="3505">
                  <c:v>6.3275252598767026E-2</c:v>
                </c:pt>
                <c:pt idx="3506">
                  <c:v>6.3202617401782901E-2</c:v>
                </c:pt>
                <c:pt idx="3507">
                  <c:v>6.314229844541587E-2</c:v>
                </c:pt>
                <c:pt idx="3508">
                  <c:v>6.2915799484974652E-2</c:v>
                </c:pt>
                <c:pt idx="3509">
                  <c:v>6.2586450601729765E-2</c:v>
                </c:pt>
                <c:pt idx="3510">
                  <c:v>6.2405919471947902E-2</c:v>
                </c:pt>
                <c:pt idx="3511">
                  <c:v>6.2308300957636405E-2</c:v>
                </c:pt>
                <c:pt idx="3512">
                  <c:v>6.2251826520022369E-2</c:v>
                </c:pt>
                <c:pt idx="3513">
                  <c:v>6.2093046486974952E-2</c:v>
                </c:pt>
                <c:pt idx="3514">
                  <c:v>6.19893881714682E-2</c:v>
                </c:pt>
                <c:pt idx="3515">
                  <c:v>6.1877054877120342E-2</c:v>
                </c:pt>
                <c:pt idx="3516">
                  <c:v>6.1795412266954078E-2</c:v>
                </c:pt>
                <c:pt idx="3517">
                  <c:v>6.1470734633074502E-2</c:v>
                </c:pt>
                <c:pt idx="3518">
                  <c:v>6.1090756085242462E-2</c:v>
                </c:pt>
                <c:pt idx="3519">
                  <c:v>6.0978199795579051E-2</c:v>
                </c:pt>
                <c:pt idx="3520">
                  <c:v>6.0972875390442424E-2</c:v>
                </c:pt>
                <c:pt idx="3521">
                  <c:v>6.0723175152363876E-2</c:v>
                </c:pt>
                <c:pt idx="3522">
                  <c:v>6.0318259315830347E-2</c:v>
                </c:pt>
                <c:pt idx="3523">
                  <c:v>6.016831027006244E-2</c:v>
                </c:pt>
                <c:pt idx="3524">
                  <c:v>6.0027872507297263E-2</c:v>
                </c:pt>
                <c:pt idx="3525">
                  <c:v>5.9715763685084251E-2</c:v>
                </c:pt>
                <c:pt idx="3526">
                  <c:v>5.9700629264443139E-2</c:v>
                </c:pt>
                <c:pt idx="3527">
                  <c:v>5.9170688937937789E-2</c:v>
                </c:pt>
                <c:pt idx="3528">
                  <c:v>5.9150418364197266E-2</c:v>
                </c:pt>
                <c:pt idx="3529">
                  <c:v>5.8763602842477232E-2</c:v>
                </c:pt>
                <c:pt idx="3530">
                  <c:v>5.8701284134067326E-2</c:v>
                </c:pt>
                <c:pt idx="3531">
                  <c:v>5.8658020260758247E-2</c:v>
                </c:pt>
                <c:pt idx="3532">
                  <c:v>5.8451472360942197E-2</c:v>
                </c:pt>
                <c:pt idx="3533">
                  <c:v>5.8285758749675745E-2</c:v>
                </c:pt>
                <c:pt idx="3534">
                  <c:v>5.8273441173201469E-2</c:v>
                </c:pt>
                <c:pt idx="3535">
                  <c:v>5.7557400750794192E-2</c:v>
                </c:pt>
                <c:pt idx="3536">
                  <c:v>5.7505671741646835E-2</c:v>
                </c:pt>
                <c:pt idx="3537">
                  <c:v>5.7207033366104235E-2</c:v>
                </c:pt>
                <c:pt idx="3538">
                  <c:v>5.7190037354008329E-2</c:v>
                </c:pt>
                <c:pt idx="3539">
                  <c:v>5.7141825736539982E-2</c:v>
                </c:pt>
                <c:pt idx="3540">
                  <c:v>5.6960224732919493E-2</c:v>
                </c:pt>
                <c:pt idx="3541">
                  <c:v>5.6805765582950918E-2</c:v>
                </c:pt>
                <c:pt idx="3542">
                  <c:v>5.677184123110348E-2</c:v>
                </c:pt>
                <c:pt idx="3543">
                  <c:v>5.6763836829093604E-2</c:v>
                </c:pt>
                <c:pt idx="3544">
                  <c:v>5.655332112287792E-2</c:v>
                </c:pt>
                <c:pt idx="3545">
                  <c:v>5.6263353268919243E-2</c:v>
                </c:pt>
                <c:pt idx="3546">
                  <c:v>5.624497337252761E-2</c:v>
                </c:pt>
                <c:pt idx="3547">
                  <c:v>5.6220246558642516E-2</c:v>
                </c:pt>
                <c:pt idx="3548">
                  <c:v>5.6218363265963446E-2</c:v>
                </c:pt>
                <c:pt idx="3549">
                  <c:v>5.6118096766183199E-2</c:v>
                </c:pt>
                <c:pt idx="3550">
                  <c:v>5.5810040008154156E-2</c:v>
                </c:pt>
                <c:pt idx="3551">
                  <c:v>5.5659642099638654E-2</c:v>
                </c:pt>
                <c:pt idx="3552">
                  <c:v>5.5528622214469282E-2</c:v>
                </c:pt>
                <c:pt idx="3553">
                  <c:v>5.5257116836777087E-2</c:v>
                </c:pt>
                <c:pt idx="3554">
                  <c:v>5.4433887936851673E-2</c:v>
                </c:pt>
                <c:pt idx="3555">
                  <c:v>5.4342152986547529E-2</c:v>
                </c:pt>
                <c:pt idx="3556">
                  <c:v>5.410038058848568E-2</c:v>
                </c:pt>
                <c:pt idx="3557">
                  <c:v>5.369923838337707E-2</c:v>
                </c:pt>
                <c:pt idx="3558">
                  <c:v>5.366408821315153E-2</c:v>
                </c:pt>
                <c:pt idx="3559">
                  <c:v>5.3587596367663352E-2</c:v>
                </c:pt>
                <c:pt idx="3560">
                  <c:v>5.3527617845715886E-2</c:v>
                </c:pt>
                <c:pt idx="3561">
                  <c:v>5.3504498384217745E-2</c:v>
                </c:pt>
                <c:pt idx="3562">
                  <c:v>5.3469416628648889E-2</c:v>
                </c:pt>
                <c:pt idx="3563">
                  <c:v>5.3167847411253473E-2</c:v>
                </c:pt>
                <c:pt idx="3564">
                  <c:v>5.2404855827305655E-2</c:v>
                </c:pt>
                <c:pt idx="3565">
                  <c:v>5.2254631918688919E-2</c:v>
                </c:pt>
                <c:pt idx="3566">
                  <c:v>5.2187560701896847E-2</c:v>
                </c:pt>
                <c:pt idx="3567">
                  <c:v>5.2130862276514943E-2</c:v>
                </c:pt>
                <c:pt idx="3568">
                  <c:v>5.1681538709594597E-2</c:v>
                </c:pt>
                <c:pt idx="3569">
                  <c:v>5.1420459182990756E-2</c:v>
                </c:pt>
                <c:pt idx="3570">
                  <c:v>5.1246621881829157E-2</c:v>
                </c:pt>
                <c:pt idx="3571">
                  <c:v>5.1206006554585182E-2</c:v>
                </c:pt>
                <c:pt idx="3572">
                  <c:v>5.1182496496847911E-2</c:v>
                </c:pt>
                <c:pt idx="3573">
                  <c:v>5.102889447025763E-2</c:v>
                </c:pt>
                <c:pt idx="3574">
                  <c:v>5.0966529789818804E-2</c:v>
                </c:pt>
                <c:pt idx="3575">
                  <c:v>5.0696821647927701E-2</c:v>
                </c:pt>
                <c:pt idx="3576">
                  <c:v>5.0693459018349263E-2</c:v>
                </c:pt>
                <c:pt idx="3577">
                  <c:v>5.0599315221604671E-2</c:v>
                </c:pt>
                <c:pt idx="3578">
                  <c:v>5.0558123406678014E-2</c:v>
                </c:pt>
                <c:pt idx="3579">
                  <c:v>5.0196806693223073E-2</c:v>
                </c:pt>
                <c:pt idx="3580">
                  <c:v>4.969696523726614E-2</c:v>
                </c:pt>
                <c:pt idx="3581">
                  <c:v>4.9522728599220106E-2</c:v>
                </c:pt>
                <c:pt idx="3582">
                  <c:v>4.9458260841618834E-2</c:v>
                </c:pt>
                <c:pt idx="3583">
                  <c:v>4.8867909254611555E-2</c:v>
                </c:pt>
                <c:pt idx="3584">
                  <c:v>4.8791078987711102E-2</c:v>
                </c:pt>
                <c:pt idx="3585">
                  <c:v>4.7771604973050871E-2</c:v>
                </c:pt>
                <c:pt idx="3586">
                  <c:v>4.7704698579989921E-2</c:v>
                </c:pt>
                <c:pt idx="3587">
                  <c:v>4.7602268348309808E-2</c:v>
                </c:pt>
                <c:pt idx="3588">
                  <c:v>4.7296269870484138E-2</c:v>
                </c:pt>
                <c:pt idx="3589">
                  <c:v>4.7255580687950376E-2</c:v>
                </c:pt>
                <c:pt idx="3590">
                  <c:v>4.7161480822529168E-2</c:v>
                </c:pt>
                <c:pt idx="3591">
                  <c:v>4.6857052391093619E-2</c:v>
                </c:pt>
                <c:pt idx="3592">
                  <c:v>4.6848290721639471E-2</c:v>
                </c:pt>
                <c:pt idx="3593">
                  <c:v>4.6763979954158097E-2</c:v>
                </c:pt>
                <c:pt idx="3594">
                  <c:v>4.6743161494124622E-2</c:v>
                </c:pt>
                <c:pt idx="3595">
                  <c:v>4.6737074044678917E-2</c:v>
                </c:pt>
                <c:pt idx="3596">
                  <c:v>4.6500024420131049E-2</c:v>
                </c:pt>
                <c:pt idx="3597">
                  <c:v>4.632241795144202E-2</c:v>
                </c:pt>
                <c:pt idx="3598">
                  <c:v>4.6054372872028709E-2</c:v>
                </c:pt>
                <c:pt idx="3599">
                  <c:v>4.6046316229911982E-2</c:v>
                </c:pt>
                <c:pt idx="3600">
                  <c:v>4.5880852972022441E-2</c:v>
                </c:pt>
                <c:pt idx="3601">
                  <c:v>4.5864710396749213E-2</c:v>
                </c:pt>
                <c:pt idx="3602">
                  <c:v>4.5565670780782976E-2</c:v>
                </c:pt>
                <c:pt idx="3603">
                  <c:v>4.5542475638086853E-2</c:v>
                </c:pt>
                <c:pt idx="3604">
                  <c:v>4.5212355255149293E-2</c:v>
                </c:pt>
                <c:pt idx="3605">
                  <c:v>4.5113619701876884E-2</c:v>
                </c:pt>
                <c:pt idx="3606">
                  <c:v>4.502579538786871E-2</c:v>
                </c:pt>
                <c:pt idx="3607">
                  <c:v>4.4941250233466824E-2</c:v>
                </c:pt>
                <c:pt idx="3608">
                  <c:v>4.4517229658980612E-2</c:v>
                </c:pt>
                <c:pt idx="3609">
                  <c:v>4.4344745205638886E-2</c:v>
                </c:pt>
                <c:pt idx="3610">
                  <c:v>4.4255227670826736E-2</c:v>
                </c:pt>
                <c:pt idx="3611">
                  <c:v>4.4081277782733456E-2</c:v>
                </c:pt>
                <c:pt idx="3612">
                  <c:v>4.3136546458533494E-2</c:v>
                </c:pt>
                <c:pt idx="3613">
                  <c:v>4.3015831375723415E-2</c:v>
                </c:pt>
                <c:pt idx="3614">
                  <c:v>4.2767005821300948E-2</c:v>
                </c:pt>
                <c:pt idx="3615">
                  <c:v>4.2735115088243451E-2</c:v>
                </c:pt>
                <c:pt idx="3616">
                  <c:v>4.270072115484061E-2</c:v>
                </c:pt>
                <c:pt idx="3617">
                  <c:v>4.2675015231351553E-2</c:v>
                </c:pt>
                <c:pt idx="3618">
                  <c:v>4.2557885592870486E-2</c:v>
                </c:pt>
                <c:pt idx="3619">
                  <c:v>4.2102663244155021E-2</c:v>
                </c:pt>
                <c:pt idx="3620">
                  <c:v>4.2047707659889494E-2</c:v>
                </c:pt>
                <c:pt idx="3621">
                  <c:v>4.1746254055639469E-2</c:v>
                </c:pt>
                <c:pt idx="3622">
                  <c:v>4.1588934614209962E-2</c:v>
                </c:pt>
                <c:pt idx="3623">
                  <c:v>4.1364870192361992E-2</c:v>
                </c:pt>
                <c:pt idx="3624">
                  <c:v>4.1303326702502675E-2</c:v>
                </c:pt>
                <c:pt idx="3625">
                  <c:v>4.108650819051294E-2</c:v>
                </c:pt>
                <c:pt idx="3626">
                  <c:v>4.1010077000622619E-2</c:v>
                </c:pt>
                <c:pt idx="3627">
                  <c:v>4.0790467497257551E-2</c:v>
                </c:pt>
                <c:pt idx="3628">
                  <c:v>4.0749457898002779E-2</c:v>
                </c:pt>
                <c:pt idx="3629">
                  <c:v>4.0738157889152242E-2</c:v>
                </c:pt>
                <c:pt idx="3630">
                  <c:v>4.036293404979871E-2</c:v>
                </c:pt>
                <c:pt idx="3631">
                  <c:v>4.0162054829114113E-2</c:v>
                </c:pt>
                <c:pt idx="3632">
                  <c:v>3.9785160177167343E-2</c:v>
                </c:pt>
                <c:pt idx="3633">
                  <c:v>3.9543262498651047E-2</c:v>
                </c:pt>
                <c:pt idx="3634">
                  <c:v>3.9442103194637923E-2</c:v>
                </c:pt>
                <c:pt idx="3635">
                  <c:v>3.9325931268594343E-2</c:v>
                </c:pt>
                <c:pt idx="3636">
                  <c:v>3.916290523731062E-2</c:v>
                </c:pt>
                <c:pt idx="3637">
                  <c:v>3.907924761451597E-2</c:v>
                </c:pt>
                <c:pt idx="3638">
                  <c:v>3.8785981353078286E-2</c:v>
                </c:pt>
                <c:pt idx="3639">
                  <c:v>3.8731199397232574E-2</c:v>
                </c:pt>
                <c:pt idx="3640">
                  <c:v>3.8584072152670547E-2</c:v>
                </c:pt>
                <c:pt idx="3641">
                  <c:v>3.8468433735195123E-2</c:v>
                </c:pt>
                <c:pt idx="3642">
                  <c:v>3.7912057022433311E-2</c:v>
                </c:pt>
                <c:pt idx="3643">
                  <c:v>3.7822634607135829E-2</c:v>
                </c:pt>
                <c:pt idx="3644">
                  <c:v>3.7796557413005714E-2</c:v>
                </c:pt>
                <c:pt idx="3645">
                  <c:v>3.7726434399704578E-2</c:v>
                </c:pt>
                <c:pt idx="3646">
                  <c:v>3.744189783795198E-2</c:v>
                </c:pt>
                <c:pt idx="3647">
                  <c:v>3.7421637071873695E-2</c:v>
                </c:pt>
                <c:pt idx="3648">
                  <c:v>3.7392470029571065E-2</c:v>
                </c:pt>
                <c:pt idx="3649">
                  <c:v>3.7304227349917465E-2</c:v>
                </c:pt>
                <c:pt idx="3650">
                  <c:v>3.6997123030193584E-2</c:v>
                </c:pt>
                <c:pt idx="3651">
                  <c:v>3.6910095223537658E-2</c:v>
                </c:pt>
                <c:pt idx="3652">
                  <c:v>3.6868606070607698E-2</c:v>
                </c:pt>
                <c:pt idx="3653">
                  <c:v>3.6693920503112577E-2</c:v>
                </c:pt>
                <c:pt idx="3654">
                  <c:v>3.6542423678286397E-2</c:v>
                </c:pt>
                <c:pt idx="3655">
                  <c:v>3.623499101402472E-2</c:v>
                </c:pt>
                <c:pt idx="3656">
                  <c:v>3.5772637799535933E-2</c:v>
                </c:pt>
                <c:pt idx="3657">
                  <c:v>3.5748656887524627E-2</c:v>
                </c:pt>
                <c:pt idx="3658">
                  <c:v>3.571743519165637E-2</c:v>
                </c:pt>
                <c:pt idx="3659">
                  <c:v>3.5601353345993382E-2</c:v>
                </c:pt>
                <c:pt idx="3660">
                  <c:v>3.5594684733379539E-2</c:v>
                </c:pt>
                <c:pt idx="3661">
                  <c:v>3.550328580128969E-2</c:v>
                </c:pt>
                <c:pt idx="3662">
                  <c:v>3.5470121468298477E-2</c:v>
                </c:pt>
                <c:pt idx="3663">
                  <c:v>3.539961035542271E-2</c:v>
                </c:pt>
                <c:pt idx="3664">
                  <c:v>3.539493990804906E-2</c:v>
                </c:pt>
                <c:pt idx="3665">
                  <c:v>3.5291364711716032E-2</c:v>
                </c:pt>
                <c:pt idx="3666">
                  <c:v>3.523593284177539E-2</c:v>
                </c:pt>
                <c:pt idx="3667">
                  <c:v>3.4855575275554558E-2</c:v>
                </c:pt>
                <c:pt idx="3668">
                  <c:v>3.4700771617722455E-2</c:v>
                </c:pt>
                <c:pt idx="3669">
                  <c:v>3.4563930604066692E-2</c:v>
                </c:pt>
                <c:pt idx="3670">
                  <c:v>3.447912033047848E-2</c:v>
                </c:pt>
                <c:pt idx="3671">
                  <c:v>3.4323203406342949E-2</c:v>
                </c:pt>
                <c:pt idx="3672">
                  <c:v>3.4030333086759304E-2</c:v>
                </c:pt>
                <c:pt idx="3673">
                  <c:v>3.3936922411509349E-2</c:v>
                </c:pt>
                <c:pt idx="3674">
                  <c:v>3.3929142976085673E-2</c:v>
                </c:pt>
                <c:pt idx="3675">
                  <c:v>3.3914611619666288E-2</c:v>
                </c:pt>
                <c:pt idx="3676">
                  <c:v>3.3437468213771943E-2</c:v>
                </c:pt>
                <c:pt idx="3677">
                  <c:v>3.2929106661526854E-2</c:v>
                </c:pt>
                <c:pt idx="3678">
                  <c:v>3.2498707060305693E-2</c:v>
                </c:pt>
                <c:pt idx="3679">
                  <c:v>3.2408389961245281E-2</c:v>
                </c:pt>
                <c:pt idx="3680">
                  <c:v>3.2338171314281787E-2</c:v>
                </c:pt>
                <c:pt idx="3681">
                  <c:v>3.2244008916400217E-2</c:v>
                </c:pt>
                <c:pt idx="3682">
                  <c:v>3.1982538121939789E-2</c:v>
                </c:pt>
                <c:pt idx="3683">
                  <c:v>3.1970702160052801E-2</c:v>
                </c:pt>
                <c:pt idx="3684">
                  <c:v>3.1918567142661836E-2</c:v>
                </c:pt>
                <c:pt idx="3685">
                  <c:v>3.1461465999713036E-2</c:v>
                </c:pt>
                <c:pt idx="3686">
                  <c:v>3.1410476745951446E-2</c:v>
                </c:pt>
                <c:pt idx="3687">
                  <c:v>3.0966959351924388E-2</c:v>
                </c:pt>
                <c:pt idx="3688">
                  <c:v>3.0810697342015154E-2</c:v>
                </c:pt>
                <c:pt idx="3689">
                  <c:v>3.0802105048139839E-2</c:v>
                </c:pt>
                <c:pt idx="3690">
                  <c:v>3.071383678288564E-2</c:v>
                </c:pt>
                <c:pt idx="3691">
                  <c:v>3.0612601755663396E-2</c:v>
                </c:pt>
                <c:pt idx="3692">
                  <c:v>3.0609938468283845E-2</c:v>
                </c:pt>
                <c:pt idx="3693">
                  <c:v>3.0337009763297177E-2</c:v>
                </c:pt>
                <c:pt idx="3694">
                  <c:v>3.0165989690891851E-2</c:v>
                </c:pt>
                <c:pt idx="3695">
                  <c:v>3.0041612295696862E-2</c:v>
                </c:pt>
                <c:pt idx="3696">
                  <c:v>3.0016612425066213E-2</c:v>
                </c:pt>
                <c:pt idx="3697">
                  <c:v>2.9993387344352588E-2</c:v>
                </c:pt>
                <c:pt idx="3698">
                  <c:v>2.9861838462448685E-2</c:v>
                </c:pt>
                <c:pt idx="3699">
                  <c:v>2.9658917452470183E-2</c:v>
                </c:pt>
                <c:pt idx="3700">
                  <c:v>2.9624575267064128E-2</c:v>
                </c:pt>
                <c:pt idx="3701">
                  <c:v>2.934331904706329E-2</c:v>
                </c:pt>
                <c:pt idx="3702">
                  <c:v>2.9270901482217913E-2</c:v>
                </c:pt>
                <c:pt idx="3703">
                  <c:v>2.9222644787639161E-2</c:v>
                </c:pt>
                <c:pt idx="3704">
                  <c:v>2.9203074425064139E-2</c:v>
                </c:pt>
                <c:pt idx="3705">
                  <c:v>2.9137928441690435E-2</c:v>
                </c:pt>
                <c:pt idx="3706">
                  <c:v>2.899984423387186E-2</c:v>
                </c:pt>
                <c:pt idx="3707">
                  <c:v>2.8890020346385145E-2</c:v>
                </c:pt>
                <c:pt idx="3708">
                  <c:v>2.8770962612106082E-2</c:v>
                </c:pt>
                <c:pt idx="3709">
                  <c:v>2.8740155613259561E-2</c:v>
                </c:pt>
                <c:pt idx="3710">
                  <c:v>2.8736613443144841E-2</c:v>
                </c:pt>
                <c:pt idx="3711">
                  <c:v>2.841912972974827E-2</c:v>
                </c:pt>
                <c:pt idx="3712">
                  <c:v>2.8391757600877459E-2</c:v>
                </c:pt>
                <c:pt idx="3713">
                  <c:v>2.826975929532792E-2</c:v>
                </c:pt>
                <c:pt idx="3714">
                  <c:v>2.8112509169325318E-2</c:v>
                </c:pt>
                <c:pt idx="3715">
                  <c:v>2.8052525625826261E-2</c:v>
                </c:pt>
                <c:pt idx="3716">
                  <c:v>2.7984356351201015E-2</c:v>
                </c:pt>
                <c:pt idx="3717">
                  <c:v>2.7903215003064467E-2</c:v>
                </c:pt>
                <c:pt idx="3718">
                  <c:v>2.7755252655018308E-2</c:v>
                </c:pt>
                <c:pt idx="3719">
                  <c:v>2.7641751372889965E-2</c:v>
                </c:pt>
                <c:pt idx="3720">
                  <c:v>2.7591853416284753E-2</c:v>
                </c:pt>
                <c:pt idx="3721">
                  <c:v>2.7530932416776899E-2</c:v>
                </c:pt>
                <c:pt idx="3722">
                  <c:v>2.709646065953604E-2</c:v>
                </c:pt>
                <c:pt idx="3723">
                  <c:v>2.6853416124778214E-2</c:v>
                </c:pt>
                <c:pt idx="3724">
                  <c:v>2.6745883205192705E-2</c:v>
                </c:pt>
                <c:pt idx="3725">
                  <c:v>2.6741384107761865E-2</c:v>
                </c:pt>
                <c:pt idx="3726">
                  <c:v>2.6717210140182995E-2</c:v>
                </c:pt>
                <c:pt idx="3727">
                  <c:v>2.6691454029346612E-2</c:v>
                </c:pt>
                <c:pt idx="3728">
                  <c:v>2.6437829558303212E-2</c:v>
                </c:pt>
                <c:pt idx="3729">
                  <c:v>2.5978229760723223E-2</c:v>
                </c:pt>
                <c:pt idx="3730">
                  <c:v>2.5712519700997773E-2</c:v>
                </c:pt>
                <c:pt idx="3731">
                  <c:v>2.5609640330976988E-2</c:v>
                </c:pt>
                <c:pt idx="3732">
                  <c:v>2.5562823854837873E-2</c:v>
                </c:pt>
                <c:pt idx="3733">
                  <c:v>2.5491625290684407E-2</c:v>
                </c:pt>
                <c:pt idx="3734">
                  <c:v>2.5461413583579843E-2</c:v>
                </c:pt>
                <c:pt idx="3735">
                  <c:v>2.5413184911339967E-2</c:v>
                </c:pt>
                <c:pt idx="3736">
                  <c:v>2.5320098475334056E-2</c:v>
                </c:pt>
                <c:pt idx="3737">
                  <c:v>2.5205391536416048E-2</c:v>
                </c:pt>
                <c:pt idx="3738">
                  <c:v>2.5176855300110226E-2</c:v>
                </c:pt>
                <c:pt idx="3739">
                  <c:v>2.5107003321479578E-2</c:v>
                </c:pt>
                <c:pt idx="3740">
                  <c:v>2.4816727621321422E-2</c:v>
                </c:pt>
                <c:pt idx="3741">
                  <c:v>2.4654289917348759E-2</c:v>
                </c:pt>
                <c:pt idx="3742">
                  <c:v>2.4489318721491932E-2</c:v>
                </c:pt>
                <c:pt idx="3743">
                  <c:v>2.4475608515900381E-2</c:v>
                </c:pt>
                <c:pt idx="3744">
                  <c:v>2.4126527205316092E-2</c:v>
                </c:pt>
                <c:pt idx="3745">
                  <c:v>2.412326581578261E-2</c:v>
                </c:pt>
                <c:pt idx="3746">
                  <c:v>2.4089010060939654E-2</c:v>
                </c:pt>
                <c:pt idx="3747">
                  <c:v>2.3924341385859464E-2</c:v>
                </c:pt>
                <c:pt idx="3748">
                  <c:v>2.3677338812634667E-2</c:v>
                </c:pt>
                <c:pt idx="3749">
                  <c:v>2.3533538919290296E-2</c:v>
                </c:pt>
                <c:pt idx="3750">
                  <c:v>2.3345938115955232E-2</c:v>
                </c:pt>
                <c:pt idx="3751">
                  <c:v>2.3267028102275031E-2</c:v>
                </c:pt>
                <c:pt idx="3752">
                  <c:v>2.314020159749601E-2</c:v>
                </c:pt>
                <c:pt idx="3753">
                  <c:v>2.3080434011995048E-2</c:v>
                </c:pt>
                <c:pt idx="3754">
                  <c:v>2.2973436273233217E-2</c:v>
                </c:pt>
                <c:pt idx="3755">
                  <c:v>2.2965404603588275E-2</c:v>
                </c:pt>
                <c:pt idx="3756">
                  <c:v>2.2948209460439954E-2</c:v>
                </c:pt>
                <c:pt idx="3757">
                  <c:v>2.2895800761157718E-2</c:v>
                </c:pt>
                <c:pt idx="3758">
                  <c:v>2.2766715840881226E-2</c:v>
                </c:pt>
                <c:pt idx="3759">
                  <c:v>2.2754968507783638E-2</c:v>
                </c:pt>
                <c:pt idx="3760">
                  <c:v>2.2474821455962701E-2</c:v>
                </c:pt>
                <c:pt idx="3761">
                  <c:v>2.2409400729776735E-2</c:v>
                </c:pt>
                <c:pt idx="3762">
                  <c:v>2.2384361731679688E-2</c:v>
                </c:pt>
                <c:pt idx="3763">
                  <c:v>2.2367584241836297E-2</c:v>
                </c:pt>
                <c:pt idx="3764">
                  <c:v>2.2283423993241961E-2</c:v>
                </c:pt>
                <c:pt idx="3765">
                  <c:v>2.1859433787936644E-2</c:v>
                </c:pt>
                <c:pt idx="3766">
                  <c:v>2.1855514650493804E-2</c:v>
                </c:pt>
                <c:pt idx="3767">
                  <c:v>2.1704623510194601E-2</c:v>
                </c:pt>
                <c:pt idx="3768">
                  <c:v>2.1480322275340902E-2</c:v>
                </c:pt>
                <c:pt idx="3769">
                  <c:v>2.1270219170066523E-2</c:v>
                </c:pt>
                <c:pt idx="3770">
                  <c:v>2.1175596155266572E-2</c:v>
                </c:pt>
                <c:pt idx="3771">
                  <c:v>2.1112082246057543E-2</c:v>
                </c:pt>
                <c:pt idx="3772">
                  <c:v>2.1069589113889363E-2</c:v>
                </c:pt>
                <c:pt idx="3773">
                  <c:v>2.1020014323690814E-2</c:v>
                </c:pt>
                <c:pt idx="3774">
                  <c:v>2.0814937836438289E-2</c:v>
                </c:pt>
                <c:pt idx="3775">
                  <c:v>2.0225357792593521E-2</c:v>
                </c:pt>
                <c:pt idx="3776">
                  <c:v>1.9835559388810046E-2</c:v>
                </c:pt>
                <c:pt idx="3777">
                  <c:v>1.9810132659168485E-2</c:v>
                </c:pt>
                <c:pt idx="3778">
                  <c:v>1.9388791403039975E-2</c:v>
                </c:pt>
                <c:pt idx="3779">
                  <c:v>1.9148466248492587E-2</c:v>
                </c:pt>
                <c:pt idx="3780">
                  <c:v>1.9058600465906E-2</c:v>
                </c:pt>
                <c:pt idx="3781">
                  <c:v>1.8972989531513072E-2</c:v>
                </c:pt>
                <c:pt idx="3782">
                  <c:v>1.8957369175186811E-2</c:v>
                </c:pt>
                <c:pt idx="3783">
                  <c:v>1.8764765160517491E-2</c:v>
                </c:pt>
                <c:pt idx="3784">
                  <c:v>1.8683425829361666E-2</c:v>
                </c:pt>
                <c:pt idx="3785">
                  <c:v>1.8569976742284527E-2</c:v>
                </c:pt>
                <c:pt idx="3786">
                  <c:v>1.7898413039759132E-2</c:v>
                </c:pt>
                <c:pt idx="3787">
                  <c:v>1.7814952806489825E-2</c:v>
                </c:pt>
                <c:pt idx="3788">
                  <c:v>1.7766722606513723E-2</c:v>
                </c:pt>
                <c:pt idx="3789">
                  <c:v>1.7708300085108722E-2</c:v>
                </c:pt>
                <c:pt idx="3790">
                  <c:v>1.7676039264533365E-2</c:v>
                </c:pt>
                <c:pt idx="3791">
                  <c:v>1.7548470285673648E-2</c:v>
                </c:pt>
                <c:pt idx="3792">
                  <c:v>1.7494915482258115E-2</c:v>
                </c:pt>
                <c:pt idx="3793">
                  <c:v>1.7418590474408826E-2</c:v>
                </c:pt>
                <c:pt idx="3794">
                  <c:v>1.7360248096834802E-2</c:v>
                </c:pt>
                <c:pt idx="3795">
                  <c:v>1.7248703524431298E-2</c:v>
                </c:pt>
                <c:pt idx="3796">
                  <c:v>1.6714253228458729E-2</c:v>
                </c:pt>
                <c:pt idx="3797">
                  <c:v>1.6612583970295532E-2</c:v>
                </c:pt>
                <c:pt idx="3798">
                  <c:v>1.6430642260290687E-2</c:v>
                </c:pt>
                <c:pt idx="3799">
                  <c:v>1.6164490233099307E-2</c:v>
                </c:pt>
                <c:pt idx="3800">
                  <c:v>1.6103951134764968E-2</c:v>
                </c:pt>
                <c:pt idx="3801">
                  <c:v>1.6045428780988229E-2</c:v>
                </c:pt>
                <c:pt idx="3802">
                  <c:v>1.5936670804431296E-2</c:v>
                </c:pt>
                <c:pt idx="3803">
                  <c:v>1.5931880118372609E-2</c:v>
                </c:pt>
                <c:pt idx="3804">
                  <c:v>1.5904515462007159E-2</c:v>
                </c:pt>
                <c:pt idx="3805">
                  <c:v>1.5900569672114718E-2</c:v>
                </c:pt>
                <c:pt idx="3806">
                  <c:v>1.5663745958484215E-2</c:v>
                </c:pt>
                <c:pt idx="3807">
                  <c:v>1.565083828050981E-2</c:v>
                </c:pt>
                <c:pt idx="3808">
                  <c:v>1.5631467079038869E-2</c:v>
                </c:pt>
                <c:pt idx="3809">
                  <c:v>1.5051206528550007E-2</c:v>
                </c:pt>
                <c:pt idx="3810">
                  <c:v>1.4910172903987551E-2</c:v>
                </c:pt>
                <c:pt idx="3811">
                  <c:v>1.4887619002577183E-2</c:v>
                </c:pt>
                <c:pt idx="3812">
                  <c:v>1.4830615903390014E-2</c:v>
                </c:pt>
                <c:pt idx="3813">
                  <c:v>1.4708019189606431E-2</c:v>
                </c:pt>
                <c:pt idx="3814">
                  <c:v>1.4157341558720208E-2</c:v>
                </c:pt>
                <c:pt idx="3815">
                  <c:v>1.3986796098496136E-2</c:v>
                </c:pt>
                <c:pt idx="3816">
                  <c:v>1.3870733243442882E-2</c:v>
                </c:pt>
                <c:pt idx="3817">
                  <c:v>1.3597189770599261E-2</c:v>
                </c:pt>
                <c:pt idx="3818">
                  <c:v>1.3441604106544902E-2</c:v>
                </c:pt>
                <c:pt idx="3819">
                  <c:v>1.3423250326794573E-2</c:v>
                </c:pt>
                <c:pt idx="3820">
                  <c:v>1.3159288174059735E-2</c:v>
                </c:pt>
                <c:pt idx="3821">
                  <c:v>1.3113558233246631E-2</c:v>
                </c:pt>
                <c:pt idx="3822">
                  <c:v>1.3106657839144879E-2</c:v>
                </c:pt>
                <c:pt idx="3823">
                  <c:v>1.3003496547607204E-2</c:v>
                </c:pt>
                <c:pt idx="3824">
                  <c:v>1.2995807140034784E-2</c:v>
                </c:pt>
                <c:pt idx="3825">
                  <c:v>1.291183399697385E-2</c:v>
                </c:pt>
                <c:pt idx="3826">
                  <c:v>1.2728545238301298E-2</c:v>
                </c:pt>
                <c:pt idx="3827">
                  <c:v>1.2525580075721994E-2</c:v>
                </c:pt>
                <c:pt idx="3828">
                  <c:v>1.2450788313273375E-2</c:v>
                </c:pt>
                <c:pt idx="3829">
                  <c:v>1.2242317102062705E-2</c:v>
                </c:pt>
                <c:pt idx="3830">
                  <c:v>1.214317526092519E-2</c:v>
                </c:pt>
                <c:pt idx="3831">
                  <c:v>1.1615677360006205E-2</c:v>
                </c:pt>
                <c:pt idx="3832">
                  <c:v>1.1354684351630258E-2</c:v>
                </c:pt>
                <c:pt idx="3833">
                  <c:v>1.1134217833760136E-2</c:v>
                </c:pt>
                <c:pt idx="3834">
                  <c:v>1.112847496634314E-2</c:v>
                </c:pt>
                <c:pt idx="3835">
                  <c:v>1.1110338946100071E-2</c:v>
                </c:pt>
                <c:pt idx="3836">
                  <c:v>1.0932178245312797E-2</c:v>
                </c:pt>
                <c:pt idx="3837">
                  <c:v>1.0899088193385304E-2</c:v>
                </c:pt>
                <c:pt idx="3838">
                  <c:v>1.0814334934139866E-2</c:v>
                </c:pt>
                <c:pt idx="3839">
                  <c:v>1.0797981257869144E-2</c:v>
                </c:pt>
                <c:pt idx="3840">
                  <c:v>1.0744077076222268E-2</c:v>
                </c:pt>
                <c:pt idx="3841">
                  <c:v>1.0664550616687722E-2</c:v>
                </c:pt>
                <c:pt idx="3842">
                  <c:v>1.0548899268602564E-2</c:v>
                </c:pt>
                <c:pt idx="3843">
                  <c:v>1.0189812598711252E-2</c:v>
                </c:pt>
                <c:pt idx="3844">
                  <c:v>1.0163016374460807E-2</c:v>
                </c:pt>
                <c:pt idx="3845">
                  <c:v>1.0147447281290923E-2</c:v>
                </c:pt>
                <c:pt idx="3846">
                  <c:v>1.0113681869129693E-2</c:v>
                </c:pt>
                <c:pt idx="3847">
                  <c:v>9.8679017257161331E-3</c:v>
                </c:pt>
                <c:pt idx="3848">
                  <c:v>9.7840572431967011E-3</c:v>
                </c:pt>
                <c:pt idx="3849">
                  <c:v>9.5683251331069256E-3</c:v>
                </c:pt>
                <c:pt idx="3850">
                  <c:v>9.566419428755097E-3</c:v>
                </c:pt>
                <c:pt idx="3851">
                  <c:v>9.5637378641097986E-3</c:v>
                </c:pt>
                <c:pt idx="3852">
                  <c:v>9.5081135247873007E-3</c:v>
                </c:pt>
                <c:pt idx="3853">
                  <c:v>9.4828784513815902E-3</c:v>
                </c:pt>
                <c:pt idx="3854">
                  <c:v>9.2643597924662521E-3</c:v>
                </c:pt>
                <c:pt idx="3855">
                  <c:v>8.8973360236973102E-3</c:v>
                </c:pt>
                <c:pt idx="3856">
                  <c:v>8.6616465760247993E-3</c:v>
                </c:pt>
                <c:pt idx="3857">
                  <c:v>8.3047931699625748E-3</c:v>
                </c:pt>
                <c:pt idx="3858">
                  <c:v>8.2976309415842588E-3</c:v>
                </c:pt>
                <c:pt idx="3859">
                  <c:v>8.0475206366464238E-3</c:v>
                </c:pt>
                <c:pt idx="3860">
                  <c:v>7.7301317144080825E-3</c:v>
                </c:pt>
                <c:pt idx="3861">
                  <c:v>7.7230821764651377E-3</c:v>
                </c:pt>
                <c:pt idx="3862">
                  <c:v>7.6393917649959717E-3</c:v>
                </c:pt>
                <c:pt idx="3863">
                  <c:v>7.2813283969917833E-3</c:v>
                </c:pt>
                <c:pt idx="3864">
                  <c:v>7.0964449242436316E-3</c:v>
                </c:pt>
                <c:pt idx="3865">
                  <c:v>6.8899136701421641E-3</c:v>
                </c:pt>
                <c:pt idx="3866">
                  <c:v>6.7482590805850277E-3</c:v>
                </c:pt>
                <c:pt idx="3867">
                  <c:v>6.6490786313422754E-3</c:v>
                </c:pt>
                <c:pt idx="3868">
                  <c:v>6.4685610271545133E-3</c:v>
                </c:pt>
                <c:pt idx="3869">
                  <c:v>6.2529926345304722E-3</c:v>
                </c:pt>
                <c:pt idx="3870">
                  <c:v>6.2415702158752969E-3</c:v>
                </c:pt>
                <c:pt idx="3871">
                  <c:v>6.2303605942784258E-3</c:v>
                </c:pt>
                <c:pt idx="3872">
                  <c:v>6.1694451630910207E-3</c:v>
                </c:pt>
                <c:pt idx="3873">
                  <c:v>5.9923280740309679E-3</c:v>
                </c:pt>
                <c:pt idx="3874">
                  <c:v>5.8953152900801465E-3</c:v>
                </c:pt>
                <c:pt idx="3875">
                  <c:v>5.8610308404474544E-3</c:v>
                </c:pt>
                <c:pt idx="3876">
                  <c:v>5.3315613434475979E-3</c:v>
                </c:pt>
                <c:pt idx="3877">
                  <c:v>5.0987843753466915E-3</c:v>
                </c:pt>
                <c:pt idx="3878">
                  <c:v>4.9366350621963808E-3</c:v>
                </c:pt>
                <c:pt idx="3879">
                  <c:v>4.6974547479572259E-3</c:v>
                </c:pt>
                <c:pt idx="3880">
                  <c:v>4.6719884508138977E-3</c:v>
                </c:pt>
                <c:pt idx="3881">
                  <c:v>4.5317232299718138E-3</c:v>
                </c:pt>
                <c:pt idx="3882">
                  <c:v>3.8914920511006375E-3</c:v>
                </c:pt>
                <c:pt idx="3883">
                  <c:v>3.5643762076847888E-3</c:v>
                </c:pt>
                <c:pt idx="3884">
                  <c:v>3.206866246825495E-3</c:v>
                </c:pt>
                <c:pt idx="3885">
                  <c:v>3.1785118488554033E-3</c:v>
                </c:pt>
                <c:pt idx="3886">
                  <c:v>2.8393362083959811E-3</c:v>
                </c:pt>
                <c:pt idx="3887">
                  <c:v>2.8279146841041912E-3</c:v>
                </c:pt>
                <c:pt idx="3888">
                  <c:v>2.4958433043146748E-3</c:v>
                </c:pt>
                <c:pt idx="3889">
                  <c:v>2.4266746637198675E-3</c:v>
                </c:pt>
                <c:pt idx="3890">
                  <c:v>1.9326106283861465E-3</c:v>
                </c:pt>
                <c:pt idx="3891">
                  <c:v>1.5152601589096325E-3</c:v>
                </c:pt>
                <c:pt idx="3892">
                  <c:v>1.3896140553359313E-3</c:v>
                </c:pt>
                <c:pt idx="3893">
                  <c:v>1.0884116883219126E-3</c:v>
                </c:pt>
                <c:pt idx="3894">
                  <c:v>1.0772365380352985E-3</c:v>
                </c:pt>
                <c:pt idx="3895">
                  <c:v>1.0341579495897124E-3</c:v>
                </c:pt>
                <c:pt idx="3896">
                  <c:v>1.0146163943299236E-3</c:v>
                </c:pt>
                <c:pt idx="3897">
                  <c:v>5.3464780934484176E-4</c:v>
                </c:pt>
                <c:pt idx="3898">
                  <c:v>3.7126731706472321E-4</c:v>
                </c:pt>
                <c:pt idx="3899">
                  <c:v>2.2975508922422493E-4</c:v>
                </c:pt>
              </c:numCache>
            </c:numRef>
          </c:yVal>
          <c:smooth val="0"/>
          <c:extLst>
            <c:ext xmlns:c16="http://schemas.microsoft.com/office/drawing/2014/chart" uri="{C3380CC4-5D6E-409C-BE32-E72D297353CC}">
              <c16:uniqueId val="{00000000-6F0D-42A5-80B8-3D6C25A840C2}"/>
            </c:ext>
          </c:extLst>
        </c:ser>
        <c:ser>
          <c:idx val="1"/>
          <c:order val="1"/>
          <c:tx>
            <c:v>"Increased"</c:v>
          </c:tx>
          <c:spPr>
            <a:ln w="25400" cap="rnd">
              <a:noFill/>
              <a:round/>
            </a:ln>
            <a:effectLst>
              <a:outerShdw sx="1000" sy="1000" algn="ctr" rotWithShape="0">
                <a:schemeClr val="bg1"/>
              </a:outerShdw>
            </a:effectLst>
          </c:spPr>
          <c:marker>
            <c:symbol val="circle"/>
            <c:size val="5"/>
            <c:spPr>
              <a:solidFill>
                <a:srgbClr val="FF0000"/>
              </a:solidFill>
              <a:ln w="9525">
                <a:solidFill>
                  <a:srgbClr val="FF0000">
                    <a:alpha val="98000"/>
                  </a:srgbClr>
                </a:solidFill>
              </a:ln>
              <a:effectLst>
                <a:outerShdw sx="1000" sy="1000" algn="ctr" rotWithShape="0">
                  <a:schemeClr val="bg1"/>
                </a:outerShdw>
              </a:effectLst>
            </c:spPr>
          </c:marker>
          <c:xVal>
            <c:numRef>
              <c:f>'[Supplementary data S5.2.xlsx]Volcano plot '!$F$3:$F$207</c:f>
              <c:numCache>
                <c:formatCode>General</c:formatCode>
                <c:ptCount val="205"/>
                <c:pt idx="0">
                  <c:v>0.40682943970411101</c:v>
                </c:pt>
                <c:pt idx="1">
                  <c:v>0.47364143454167601</c:v>
                </c:pt>
                <c:pt idx="2">
                  <c:v>0.49762749130957901</c:v>
                </c:pt>
                <c:pt idx="3">
                  <c:v>0.50227078170691897</c:v>
                </c:pt>
                <c:pt idx="4">
                  <c:v>0.51171441872909496</c:v>
                </c:pt>
                <c:pt idx="5">
                  <c:v>0.51195430748283899</c:v>
                </c:pt>
                <c:pt idx="6">
                  <c:v>0.51728413113941896</c:v>
                </c:pt>
                <c:pt idx="7">
                  <c:v>0.52165485682562396</c:v>
                </c:pt>
                <c:pt idx="8">
                  <c:v>0.52806260319180598</c:v>
                </c:pt>
                <c:pt idx="9">
                  <c:v>0.53487872809736803</c:v>
                </c:pt>
                <c:pt idx="10">
                  <c:v>0.54145191338182397</c:v>
                </c:pt>
                <c:pt idx="11">
                  <c:v>0.54365526633834105</c:v>
                </c:pt>
                <c:pt idx="12">
                  <c:v>0.54493386005743705</c:v>
                </c:pt>
                <c:pt idx="13">
                  <c:v>0.54739833360217105</c:v>
                </c:pt>
                <c:pt idx="14">
                  <c:v>0.55117631039884796</c:v>
                </c:pt>
                <c:pt idx="15">
                  <c:v>0.55244165453828797</c:v>
                </c:pt>
                <c:pt idx="16">
                  <c:v>0.552839537825765</c:v>
                </c:pt>
                <c:pt idx="17">
                  <c:v>0.55734406572184603</c:v>
                </c:pt>
                <c:pt idx="18">
                  <c:v>0.56188615412607101</c:v>
                </c:pt>
                <c:pt idx="19">
                  <c:v>0.57144375637026801</c:v>
                </c:pt>
                <c:pt idx="20">
                  <c:v>0.57375238156063102</c:v>
                </c:pt>
                <c:pt idx="21">
                  <c:v>0.57391437737103201</c:v>
                </c:pt>
                <c:pt idx="22">
                  <c:v>0.57737279167905298</c:v>
                </c:pt>
                <c:pt idx="23">
                  <c:v>0.578846879583374</c:v>
                </c:pt>
                <c:pt idx="24">
                  <c:v>0.58116510740070004</c:v>
                </c:pt>
                <c:pt idx="25">
                  <c:v>0.58291224633952499</c:v>
                </c:pt>
                <c:pt idx="26">
                  <c:v>0.58632111445675505</c:v>
                </c:pt>
                <c:pt idx="27">
                  <c:v>0.58647319494474504</c:v>
                </c:pt>
                <c:pt idx="28">
                  <c:v>0.58972704617506699</c:v>
                </c:pt>
                <c:pt idx="29">
                  <c:v>0.59123173418669905</c:v>
                </c:pt>
                <c:pt idx="30">
                  <c:v>0.59163540239785195</c:v>
                </c:pt>
                <c:pt idx="31">
                  <c:v>0.59353152331776504</c:v>
                </c:pt>
                <c:pt idx="32">
                  <c:v>0.59953359294169695</c:v>
                </c:pt>
                <c:pt idx="33">
                  <c:v>0.60416442089741595</c:v>
                </c:pt>
                <c:pt idx="34">
                  <c:v>0.61082902700011499</c:v>
                </c:pt>
                <c:pt idx="35">
                  <c:v>0.61166271182300103</c:v>
                </c:pt>
                <c:pt idx="36">
                  <c:v>0.612114558337158</c:v>
                </c:pt>
                <c:pt idx="37">
                  <c:v>0.61404430791050402</c:v>
                </c:pt>
                <c:pt idx="38">
                  <c:v>0.61416725948266304</c:v>
                </c:pt>
                <c:pt idx="39">
                  <c:v>0.61589466520221203</c:v>
                </c:pt>
                <c:pt idx="40">
                  <c:v>0.61721974036971605</c:v>
                </c:pt>
                <c:pt idx="41">
                  <c:v>0.62403778796787202</c:v>
                </c:pt>
                <c:pt idx="42">
                  <c:v>0.62547578224943101</c:v>
                </c:pt>
                <c:pt idx="43">
                  <c:v>0.62860413734891896</c:v>
                </c:pt>
                <c:pt idx="44">
                  <c:v>0.63124921332669004</c:v>
                </c:pt>
                <c:pt idx="45">
                  <c:v>0.63166200719536303</c:v>
                </c:pt>
                <c:pt idx="46">
                  <c:v>0.63447130240084304</c:v>
                </c:pt>
                <c:pt idx="47">
                  <c:v>0.63589670109813001</c:v>
                </c:pt>
                <c:pt idx="48">
                  <c:v>0.637020825241983</c:v>
                </c:pt>
                <c:pt idx="49">
                  <c:v>0.63848607984471095</c:v>
                </c:pt>
                <c:pt idx="50">
                  <c:v>0.64246043644048401</c:v>
                </c:pt>
                <c:pt idx="51">
                  <c:v>0.65083327423105097</c:v>
                </c:pt>
                <c:pt idx="52">
                  <c:v>0.65684065597655905</c:v>
                </c:pt>
                <c:pt idx="53">
                  <c:v>0.65861023588084999</c:v>
                </c:pt>
                <c:pt idx="54">
                  <c:v>0.65937381415748297</c:v>
                </c:pt>
                <c:pt idx="55">
                  <c:v>0.66053331463050202</c:v>
                </c:pt>
                <c:pt idx="56">
                  <c:v>0.66161796405971196</c:v>
                </c:pt>
                <c:pt idx="57">
                  <c:v>0.66569941921635201</c:v>
                </c:pt>
                <c:pt idx="58">
                  <c:v>0.66597088626027201</c:v>
                </c:pt>
                <c:pt idx="59">
                  <c:v>0.66747116522679995</c:v>
                </c:pt>
                <c:pt idx="60">
                  <c:v>0.67366213967114796</c:v>
                </c:pt>
                <c:pt idx="61">
                  <c:v>0.67437118898203297</c:v>
                </c:pt>
                <c:pt idx="62">
                  <c:v>0.68337042648975599</c:v>
                </c:pt>
                <c:pt idx="63">
                  <c:v>0.68485212204760204</c:v>
                </c:pt>
                <c:pt idx="64">
                  <c:v>0.69109269609719703</c:v>
                </c:pt>
                <c:pt idx="65">
                  <c:v>0.69223323059599895</c:v>
                </c:pt>
                <c:pt idx="66">
                  <c:v>0.69398482236237402</c:v>
                </c:pt>
                <c:pt idx="67">
                  <c:v>0.696065085169145</c:v>
                </c:pt>
                <c:pt idx="68">
                  <c:v>0.697297735969308</c:v>
                </c:pt>
                <c:pt idx="69">
                  <c:v>0.69962910272957002</c:v>
                </c:pt>
                <c:pt idx="70">
                  <c:v>0.70173568498781702</c:v>
                </c:pt>
                <c:pt idx="71">
                  <c:v>0.70366401042695903</c:v>
                </c:pt>
                <c:pt idx="72">
                  <c:v>0.70550574328468896</c:v>
                </c:pt>
                <c:pt idx="73">
                  <c:v>0.70572824827929304</c:v>
                </c:pt>
                <c:pt idx="74">
                  <c:v>0.70891483982339698</c:v>
                </c:pt>
                <c:pt idx="75">
                  <c:v>0.70920378368144599</c:v>
                </c:pt>
                <c:pt idx="76">
                  <c:v>0.71017143291425799</c:v>
                </c:pt>
                <c:pt idx="77">
                  <c:v>0.71165764329702697</c:v>
                </c:pt>
                <c:pt idx="78">
                  <c:v>0.71425667827923101</c:v>
                </c:pt>
                <c:pt idx="79">
                  <c:v>0.71720250385470796</c:v>
                </c:pt>
                <c:pt idx="80">
                  <c:v>0.71949432412107595</c:v>
                </c:pt>
                <c:pt idx="81">
                  <c:v>0.73326048533231603</c:v>
                </c:pt>
                <c:pt idx="82">
                  <c:v>0.73762156186100802</c:v>
                </c:pt>
                <c:pt idx="83">
                  <c:v>0.74483158666777904</c:v>
                </c:pt>
                <c:pt idx="84">
                  <c:v>0.7461538423413</c:v>
                </c:pt>
                <c:pt idx="85">
                  <c:v>0.74897445579916799</c:v>
                </c:pt>
                <c:pt idx="86">
                  <c:v>0.757018885689689</c:v>
                </c:pt>
                <c:pt idx="87">
                  <c:v>0.758851294349842</c:v>
                </c:pt>
                <c:pt idx="88">
                  <c:v>0.76039066138217504</c:v>
                </c:pt>
                <c:pt idx="89">
                  <c:v>0.76460682008449499</c:v>
                </c:pt>
                <c:pt idx="90">
                  <c:v>0.76740624387357304</c:v>
                </c:pt>
                <c:pt idx="91">
                  <c:v>0.78137909966547903</c:v>
                </c:pt>
                <c:pt idx="92">
                  <c:v>0.78554263317781903</c:v>
                </c:pt>
                <c:pt idx="93">
                  <c:v>0.79038387078973604</c:v>
                </c:pt>
                <c:pt idx="94">
                  <c:v>0.79499797352162804</c:v>
                </c:pt>
                <c:pt idx="95">
                  <c:v>0.79892070526745196</c:v>
                </c:pt>
                <c:pt idx="96">
                  <c:v>0.80120018678323401</c:v>
                </c:pt>
                <c:pt idx="97">
                  <c:v>0.802094812842441</c:v>
                </c:pt>
                <c:pt idx="98">
                  <c:v>0.80876444173946305</c:v>
                </c:pt>
                <c:pt idx="99">
                  <c:v>0.81026807081032703</c:v>
                </c:pt>
                <c:pt idx="100">
                  <c:v>0.81907043107432997</c:v>
                </c:pt>
                <c:pt idx="101">
                  <c:v>0.82165625524961405</c:v>
                </c:pt>
                <c:pt idx="102">
                  <c:v>0.82218705084823496</c:v>
                </c:pt>
                <c:pt idx="103">
                  <c:v>0.83171194751472699</c:v>
                </c:pt>
                <c:pt idx="104">
                  <c:v>0.84417047329980499</c:v>
                </c:pt>
                <c:pt idx="105">
                  <c:v>0.86427804772102601</c:v>
                </c:pt>
                <c:pt idx="106">
                  <c:v>0.86431456778465698</c:v>
                </c:pt>
                <c:pt idx="107">
                  <c:v>0.86909099879138196</c:v>
                </c:pt>
                <c:pt idx="108">
                  <c:v>0.87309819880609396</c:v>
                </c:pt>
                <c:pt idx="109">
                  <c:v>0.88049273033624698</c:v>
                </c:pt>
                <c:pt idx="110">
                  <c:v>0.88689080352785499</c:v>
                </c:pt>
                <c:pt idx="111">
                  <c:v>0.88803403779538903</c:v>
                </c:pt>
                <c:pt idx="112">
                  <c:v>0.88898835285101496</c:v>
                </c:pt>
                <c:pt idx="113">
                  <c:v>0.89551275192549795</c:v>
                </c:pt>
                <c:pt idx="114">
                  <c:v>0.90406419232368795</c:v>
                </c:pt>
                <c:pt idx="115">
                  <c:v>0.90573545159855895</c:v>
                </c:pt>
                <c:pt idx="116">
                  <c:v>0.906512230408001</c:v>
                </c:pt>
                <c:pt idx="117">
                  <c:v>0.90879163831894505</c:v>
                </c:pt>
                <c:pt idx="118">
                  <c:v>0.91648371173982202</c:v>
                </c:pt>
                <c:pt idx="119">
                  <c:v>0.92943184731900896</c:v>
                </c:pt>
                <c:pt idx="120">
                  <c:v>0.94052489578552601</c:v>
                </c:pt>
                <c:pt idx="121">
                  <c:v>0.94631167315738196</c:v>
                </c:pt>
                <c:pt idx="122">
                  <c:v>0.94903407719765198</c:v>
                </c:pt>
                <c:pt idx="123">
                  <c:v>0.95445125765569805</c:v>
                </c:pt>
                <c:pt idx="124">
                  <c:v>0.95763546577149605</c:v>
                </c:pt>
                <c:pt idx="125">
                  <c:v>0.96389033096000498</c:v>
                </c:pt>
                <c:pt idx="126">
                  <c:v>0.96701093976722796</c:v>
                </c:pt>
                <c:pt idx="127">
                  <c:v>0.96754884096009197</c:v>
                </c:pt>
                <c:pt idx="128">
                  <c:v>0.97052133243957395</c:v>
                </c:pt>
                <c:pt idx="129">
                  <c:v>0.97274723627359105</c:v>
                </c:pt>
                <c:pt idx="130">
                  <c:v>0.97401496329264203</c:v>
                </c:pt>
                <c:pt idx="131">
                  <c:v>0.97477867600234103</c:v>
                </c:pt>
                <c:pt idx="132">
                  <c:v>0.98249331592990397</c:v>
                </c:pt>
                <c:pt idx="133">
                  <c:v>0.99279027847122203</c:v>
                </c:pt>
                <c:pt idx="134">
                  <c:v>0.99361256937648801</c:v>
                </c:pt>
                <c:pt idx="135">
                  <c:v>1.0025279777521601</c:v>
                </c:pt>
                <c:pt idx="136">
                  <c:v>1.00854389013177</c:v>
                </c:pt>
                <c:pt idx="137">
                  <c:v>1.0151512450950999</c:v>
                </c:pt>
                <c:pt idx="138">
                  <c:v>1.03244493524053</c:v>
                </c:pt>
                <c:pt idx="139">
                  <c:v>1.0491971754959399</c:v>
                </c:pt>
                <c:pt idx="140">
                  <c:v>1.0505016959267801</c:v>
                </c:pt>
                <c:pt idx="141">
                  <c:v>1.0525523218591699</c:v>
                </c:pt>
                <c:pt idx="142">
                  <c:v>1.05894128020643</c:v>
                </c:pt>
                <c:pt idx="143">
                  <c:v>1.06395137375044</c:v>
                </c:pt>
                <c:pt idx="144">
                  <c:v>1.0723225482432699</c:v>
                </c:pt>
                <c:pt idx="145">
                  <c:v>1.07409559076034</c:v>
                </c:pt>
                <c:pt idx="146">
                  <c:v>1.0793234024862399</c:v>
                </c:pt>
                <c:pt idx="147">
                  <c:v>1.0836103045696499</c:v>
                </c:pt>
                <c:pt idx="148">
                  <c:v>1.0968924926708801</c:v>
                </c:pt>
                <c:pt idx="149">
                  <c:v>1.09742858582572</c:v>
                </c:pt>
                <c:pt idx="150">
                  <c:v>1.12633334684258</c:v>
                </c:pt>
                <c:pt idx="151">
                  <c:v>1.12806234833204</c:v>
                </c:pt>
                <c:pt idx="152">
                  <c:v>1.1449322347186699</c:v>
                </c:pt>
                <c:pt idx="153">
                  <c:v>1.1499941549442201</c:v>
                </c:pt>
                <c:pt idx="154">
                  <c:v>1.18113297944455</c:v>
                </c:pt>
                <c:pt idx="155">
                  <c:v>1.18460948106563</c:v>
                </c:pt>
                <c:pt idx="156">
                  <c:v>1.19333566796722</c:v>
                </c:pt>
                <c:pt idx="157">
                  <c:v>1.20903566964444</c:v>
                </c:pt>
                <c:pt idx="158">
                  <c:v>1.2110137894766599</c:v>
                </c:pt>
                <c:pt idx="159">
                  <c:v>1.2218870041834999</c:v>
                </c:pt>
                <c:pt idx="160">
                  <c:v>1.23275141347775</c:v>
                </c:pt>
                <c:pt idx="161">
                  <c:v>1.2361358124100801</c:v>
                </c:pt>
                <c:pt idx="162">
                  <c:v>1.2420818931289199</c:v>
                </c:pt>
                <c:pt idx="163">
                  <c:v>1.2433367313427</c:v>
                </c:pt>
                <c:pt idx="164">
                  <c:v>1.24514205216839</c:v>
                </c:pt>
                <c:pt idx="165">
                  <c:v>1.25673112204707</c:v>
                </c:pt>
                <c:pt idx="166">
                  <c:v>1.2706149140546199</c:v>
                </c:pt>
                <c:pt idx="167">
                  <c:v>1.27880063685006</c:v>
                </c:pt>
                <c:pt idx="168">
                  <c:v>1.2840449768045801</c:v>
                </c:pt>
                <c:pt idx="169">
                  <c:v>1.3046698366466101</c:v>
                </c:pt>
                <c:pt idx="170">
                  <c:v>1.3106807749105001</c:v>
                </c:pt>
                <c:pt idx="171">
                  <c:v>1.3262941568119</c:v>
                </c:pt>
                <c:pt idx="172">
                  <c:v>1.3294261383333501</c:v>
                </c:pt>
                <c:pt idx="173">
                  <c:v>1.3327430572080801</c:v>
                </c:pt>
                <c:pt idx="174">
                  <c:v>1.35294836562071</c:v>
                </c:pt>
                <c:pt idx="175">
                  <c:v>1.35554954640448</c:v>
                </c:pt>
                <c:pt idx="176">
                  <c:v>1.3623032022223101</c:v>
                </c:pt>
                <c:pt idx="177">
                  <c:v>1.36876720144237</c:v>
                </c:pt>
                <c:pt idx="178">
                  <c:v>1.39156249772872</c:v>
                </c:pt>
                <c:pt idx="179">
                  <c:v>1.40446048698745</c:v>
                </c:pt>
                <c:pt idx="180">
                  <c:v>1.42844966495198</c:v>
                </c:pt>
                <c:pt idx="181">
                  <c:v>1.4359372944559301</c:v>
                </c:pt>
                <c:pt idx="182">
                  <c:v>1.4381510865245899</c:v>
                </c:pt>
                <c:pt idx="183">
                  <c:v>1.4599149888640599</c:v>
                </c:pt>
                <c:pt idx="184">
                  <c:v>1.47382545285737</c:v>
                </c:pt>
                <c:pt idx="185">
                  <c:v>1.4773846749548301</c:v>
                </c:pt>
                <c:pt idx="186">
                  <c:v>1.47847294026339</c:v>
                </c:pt>
                <c:pt idx="187">
                  <c:v>1.50863398991318</c:v>
                </c:pt>
                <c:pt idx="188">
                  <c:v>1.5427245872972499</c:v>
                </c:pt>
                <c:pt idx="189">
                  <c:v>1.57310254400664</c:v>
                </c:pt>
                <c:pt idx="190">
                  <c:v>1.59717456664964</c:v>
                </c:pt>
                <c:pt idx="191">
                  <c:v>1.6015399294285899</c:v>
                </c:pt>
                <c:pt idx="192">
                  <c:v>1.63282980214014</c:v>
                </c:pt>
                <c:pt idx="193">
                  <c:v>1.63765945281438</c:v>
                </c:pt>
                <c:pt idx="194">
                  <c:v>1.66862949138442</c:v>
                </c:pt>
                <c:pt idx="195">
                  <c:v>1.67147811475462</c:v>
                </c:pt>
                <c:pt idx="196">
                  <c:v>1.70226811316216</c:v>
                </c:pt>
                <c:pt idx="197">
                  <c:v>1.7365727055017499</c:v>
                </c:pt>
                <c:pt idx="198">
                  <c:v>1.76197371322688</c:v>
                </c:pt>
                <c:pt idx="199">
                  <c:v>1.7768593246109801</c:v>
                </c:pt>
                <c:pt idx="200">
                  <c:v>1.7773674289806201</c:v>
                </c:pt>
                <c:pt idx="201">
                  <c:v>1.82429920322892</c:v>
                </c:pt>
                <c:pt idx="202">
                  <c:v>1.86432474512284</c:v>
                </c:pt>
                <c:pt idx="203">
                  <c:v>2.2050272560368702</c:v>
                </c:pt>
                <c:pt idx="204">
                  <c:v>2.9060143330955102</c:v>
                </c:pt>
              </c:numCache>
            </c:numRef>
          </c:xVal>
          <c:yVal>
            <c:numRef>
              <c:f>'[Supplementary data S5.2.xlsx]Volcano plot '!$G$3:$G$207</c:f>
              <c:numCache>
                <c:formatCode>General</c:formatCode>
                <c:ptCount val="205"/>
                <c:pt idx="0">
                  <c:v>1.3056112571648122</c:v>
                </c:pt>
                <c:pt idx="1">
                  <c:v>1.4406467905315792</c:v>
                </c:pt>
                <c:pt idx="2">
                  <c:v>1.4307901688262477</c:v>
                </c:pt>
                <c:pt idx="3">
                  <c:v>1.5812963760650025</c:v>
                </c:pt>
                <c:pt idx="4">
                  <c:v>1.5633702025787108</c:v>
                </c:pt>
                <c:pt idx="5">
                  <c:v>1.4470831163327302</c:v>
                </c:pt>
                <c:pt idx="6">
                  <c:v>1.3094599304654979</c:v>
                </c:pt>
                <c:pt idx="7">
                  <c:v>1.5748160820539086</c:v>
                </c:pt>
                <c:pt idx="8">
                  <c:v>1.3914394089793474</c:v>
                </c:pt>
                <c:pt idx="9">
                  <c:v>1.6312428028880503</c:v>
                </c:pt>
                <c:pt idx="10">
                  <c:v>1.428700172359032</c:v>
                </c:pt>
                <c:pt idx="11">
                  <c:v>1.3207692068843759</c:v>
                </c:pt>
                <c:pt idx="12">
                  <c:v>1.5433894045341867</c:v>
                </c:pt>
                <c:pt idx="13">
                  <c:v>1.3025447159959413</c:v>
                </c:pt>
                <c:pt idx="14">
                  <c:v>1.3606301080864571</c:v>
                </c:pt>
                <c:pt idx="15">
                  <c:v>1.6856587467986739</c:v>
                </c:pt>
                <c:pt idx="16">
                  <c:v>1.4638330466031899</c:v>
                </c:pt>
                <c:pt idx="17">
                  <c:v>1.7727732858243697</c:v>
                </c:pt>
                <c:pt idx="18">
                  <c:v>1.6241733533109073</c:v>
                </c:pt>
                <c:pt idx="19">
                  <c:v>1.7783758514643093</c:v>
                </c:pt>
                <c:pt idx="20">
                  <c:v>1.4001793154126336</c:v>
                </c:pt>
                <c:pt idx="21">
                  <c:v>1.3751754831296346</c:v>
                </c:pt>
                <c:pt idx="22">
                  <c:v>1.7163046681170386</c:v>
                </c:pt>
                <c:pt idx="23">
                  <c:v>1.5437918774706474</c:v>
                </c:pt>
                <c:pt idx="24">
                  <c:v>1.6888208137709084</c:v>
                </c:pt>
                <c:pt idx="25">
                  <c:v>1.3459933320727637</c:v>
                </c:pt>
                <c:pt idx="26">
                  <c:v>1.3749615158401649</c:v>
                </c:pt>
                <c:pt idx="27">
                  <c:v>1.4231506754618695</c:v>
                </c:pt>
                <c:pt idx="28">
                  <c:v>1.662024185143351</c:v>
                </c:pt>
                <c:pt idx="29">
                  <c:v>1.6246904395298316</c:v>
                </c:pt>
                <c:pt idx="30">
                  <c:v>1.3917174912870882</c:v>
                </c:pt>
                <c:pt idx="31">
                  <c:v>2.1196553133445533</c:v>
                </c:pt>
                <c:pt idx="32">
                  <c:v>1.392912970600179</c:v>
                </c:pt>
                <c:pt idx="33">
                  <c:v>1.6295353046969054</c:v>
                </c:pt>
                <c:pt idx="34">
                  <c:v>1.4069506400079499</c:v>
                </c:pt>
                <c:pt idx="35">
                  <c:v>1.4660411793253494</c:v>
                </c:pt>
                <c:pt idx="36">
                  <c:v>1.8699634040008719</c:v>
                </c:pt>
                <c:pt idx="37">
                  <c:v>2.0472098602615421</c:v>
                </c:pt>
                <c:pt idx="38">
                  <c:v>1.4562014383022308</c:v>
                </c:pt>
                <c:pt idx="39">
                  <c:v>1.5202187703033583</c:v>
                </c:pt>
                <c:pt idx="40">
                  <c:v>1.8553655768770421</c:v>
                </c:pt>
                <c:pt idx="41">
                  <c:v>1.9727188488243572</c:v>
                </c:pt>
                <c:pt idx="42">
                  <c:v>1.8157737190122762</c:v>
                </c:pt>
                <c:pt idx="43">
                  <c:v>1.649730342410761</c:v>
                </c:pt>
                <c:pt idx="44">
                  <c:v>2.1401332244473612</c:v>
                </c:pt>
                <c:pt idx="45">
                  <c:v>1.3940676000181071</c:v>
                </c:pt>
                <c:pt idx="46">
                  <c:v>1.594531182274183</c:v>
                </c:pt>
                <c:pt idx="47">
                  <c:v>1.8116344398042656</c:v>
                </c:pt>
                <c:pt idx="48">
                  <c:v>1.502001192889713</c:v>
                </c:pt>
                <c:pt idx="49">
                  <c:v>1.3787624228232778</c:v>
                </c:pt>
                <c:pt idx="50">
                  <c:v>1.4323443896626185</c:v>
                </c:pt>
                <c:pt idx="51">
                  <c:v>1.7406349760886988</c:v>
                </c:pt>
                <c:pt idx="52">
                  <c:v>1.4835318247100657</c:v>
                </c:pt>
                <c:pt idx="53">
                  <c:v>1.4346655308620935</c:v>
                </c:pt>
                <c:pt idx="54">
                  <c:v>1.884457466073749</c:v>
                </c:pt>
                <c:pt idx="55">
                  <c:v>1.4561419701813032</c:v>
                </c:pt>
                <c:pt idx="56">
                  <c:v>1.8174734424228629</c:v>
                </c:pt>
                <c:pt idx="57">
                  <c:v>1.305012424698712</c:v>
                </c:pt>
                <c:pt idx="58">
                  <c:v>1.4502278252194465</c:v>
                </c:pt>
                <c:pt idx="59">
                  <c:v>1.3895170142314504</c:v>
                </c:pt>
                <c:pt idx="60">
                  <c:v>1.4744136090415589</c:v>
                </c:pt>
                <c:pt idx="61">
                  <c:v>1.5569182965790427</c:v>
                </c:pt>
                <c:pt idx="62">
                  <c:v>1.6360435302121301</c:v>
                </c:pt>
                <c:pt idx="63">
                  <c:v>1.3402948000957966</c:v>
                </c:pt>
                <c:pt idx="64">
                  <c:v>1.5145397211687066</c:v>
                </c:pt>
                <c:pt idx="65">
                  <c:v>1.7178632875099027</c:v>
                </c:pt>
                <c:pt idx="66">
                  <c:v>1.6512638035412903</c:v>
                </c:pt>
                <c:pt idx="67">
                  <c:v>1.3843978206210719</c:v>
                </c:pt>
                <c:pt idx="68">
                  <c:v>1.4770996327406658</c:v>
                </c:pt>
                <c:pt idx="69">
                  <c:v>1.7725568237733038</c:v>
                </c:pt>
                <c:pt idx="70">
                  <c:v>1.5731780549720416</c:v>
                </c:pt>
                <c:pt idx="71">
                  <c:v>1.3063212932429336</c:v>
                </c:pt>
                <c:pt idx="72">
                  <c:v>1.4029640132477526</c:v>
                </c:pt>
                <c:pt idx="73">
                  <c:v>1.7684030808185411</c:v>
                </c:pt>
                <c:pt idx="74">
                  <c:v>1.9863561519025756</c:v>
                </c:pt>
                <c:pt idx="75">
                  <c:v>1.9437094767619967</c:v>
                </c:pt>
                <c:pt idx="76">
                  <c:v>1.6933740463408498</c:v>
                </c:pt>
                <c:pt idx="77">
                  <c:v>1.971870016969975</c:v>
                </c:pt>
                <c:pt idx="78">
                  <c:v>1.3853892733310782</c:v>
                </c:pt>
                <c:pt idx="79">
                  <c:v>1.4084487093999571</c:v>
                </c:pt>
                <c:pt idx="80">
                  <c:v>2.0469599902336819</c:v>
                </c:pt>
                <c:pt idx="81">
                  <c:v>1.3451916441064102</c:v>
                </c:pt>
                <c:pt idx="82">
                  <c:v>1.6651341277861087</c:v>
                </c:pt>
                <c:pt idx="83">
                  <c:v>1.6751499399623557</c:v>
                </c:pt>
                <c:pt idx="84">
                  <c:v>2.3778620413224218</c:v>
                </c:pt>
                <c:pt idx="85">
                  <c:v>1.5335446009234417</c:v>
                </c:pt>
                <c:pt idx="86">
                  <c:v>1.6495590136232536</c:v>
                </c:pt>
                <c:pt idx="87">
                  <c:v>2.1562039239254815</c:v>
                </c:pt>
                <c:pt idx="88">
                  <c:v>1.4594741972762331</c:v>
                </c:pt>
                <c:pt idx="89">
                  <c:v>1.6809087214315028</c:v>
                </c:pt>
                <c:pt idx="90">
                  <c:v>1.9476851595252125</c:v>
                </c:pt>
                <c:pt idx="91">
                  <c:v>1.5912716018185693</c:v>
                </c:pt>
                <c:pt idx="92">
                  <c:v>1.4543789439427779</c:v>
                </c:pt>
                <c:pt idx="93">
                  <c:v>2.3632687394587388</c:v>
                </c:pt>
                <c:pt idx="94">
                  <c:v>1.6032699931959862</c:v>
                </c:pt>
                <c:pt idx="95">
                  <c:v>1.902080419985821</c:v>
                </c:pt>
                <c:pt idx="96">
                  <c:v>2.0393402840066801</c:v>
                </c:pt>
                <c:pt idx="97">
                  <c:v>1.3933216957857919</c:v>
                </c:pt>
                <c:pt idx="98">
                  <c:v>1.5894613529603294</c:v>
                </c:pt>
                <c:pt idx="99">
                  <c:v>1.8370140695412056</c:v>
                </c:pt>
                <c:pt idx="100">
                  <c:v>1.4893955239473564</c:v>
                </c:pt>
                <c:pt idx="101">
                  <c:v>1.6557218703552747</c:v>
                </c:pt>
                <c:pt idx="102">
                  <c:v>1.4007085832792765</c:v>
                </c:pt>
                <c:pt idx="103">
                  <c:v>2.4066829450868408</c:v>
                </c:pt>
                <c:pt idx="104">
                  <c:v>1.5007496189500116</c:v>
                </c:pt>
                <c:pt idx="105">
                  <c:v>2.4191253205603096</c:v>
                </c:pt>
                <c:pt idx="106">
                  <c:v>1.5586909580336008</c:v>
                </c:pt>
                <c:pt idx="107">
                  <c:v>1.4653206949921596</c:v>
                </c:pt>
                <c:pt idx="108">
                  <c:v>1.4957441234521216</c:v>
                </c:pt>
                <c:pt idx="109">
                  <c:v>1.970747124777666</c:v>
                </c:pt>
                <c:pt idx="110">
                  <c:v>2.0466407611914108</c:v>
                </c:pt>
                <c:pt idx="111">
                  <c:v>2.161192813657951</c:v>
                </c:pt>
                <c:pt idx="112">
                  <c:v>2.5538203037292417</c:v>
                </c:pt>
                <c:pt idx="113">
                  <c:v>1.551867348052169</c:v>
                </c:pt>
                <c:pt idx="114">
                  <c:v>2.0199138722031047</c:v>
                </c:pt>
                <c:pt idx="115">
                  <c:v>1.3076995864570442</c:v>
                </c:pt>
                <c:pt idx="116">
                  <c:v>1.4350629230767395</c:v>
                </c:pt>
                <c:pt idx="117">
                  <c:v>1.6274917557733477</c:v>
                </c:pt>
                <c:pt idx="118">
                  <c:v>1.6226979092583038</c:v>
                </c:pt>
                <c:pt idx="119">
                  <c:v>1.5444545984215408</c:v>
                </c:pt>
                <c:pt idx="120">
                  <c:v>1.5483813297411155</c:v>
                </c:pt>
                <c:pt idx="121">
                  <c:v>2.2080178744040251</c:v>
                </c:pt>
                <c:pt idx="122">
                  <c:v>1.4983867765507328</c:v>
                </c:pt>
                <c:pt idx="123">
                  <c:v>1.3190324307558712</c:v>
                </c:pt>
                <c:pt idx="124">
                  <c:v>1.9096706334628006</c:v>
                </c:pt>
                <c:pt idx="125">
                  <c:v>2.4739542579196656</c:v>
                </c:pt>
                <c:pt idx="126">
                  <c:v>1.7456969837012717</c:v>
                </c:pt>
                <c:pt idx="127">
                  <c:v>1.4964309848239206</c:v>
                </c:pt>
                <c:pt idx="128">
                  <c:v>2.0454803183513106</c:v>
                </c:pt>
                <c:pt idx="129">
                  <c:v>2.339231255836717</c:v>
                </c:pt>
                <c:pt idx="130">
                  <c:v>1.4290522654997764</c:v>
                </c:pt>
                <c:pt idx="131">
                  <c:v>1.9978369188205305</c:v>
                </c:pt>
                <c:pt idx="132">
                  <c:v>2.9231351551364511</c:v>
                </c:pt>
                <c:pt idx="133">
                  <c:v>1.5674313213539219</c:v>
                </c:pt>
                <c:pt idx="134">
                  <c:v>1.8217270756607848</c:v>
                </c:pt>
                <c:pt idx="135">
                  <c:v>2.8642907013959191</c:v>
                </c:pt>
                <c:pt idx="136">
                  <c:v>1.5516513344103366</c:v>
                </c:pt>
                <c:pt idx="137">
                  <c:v>2.392307431329511</c:v>
                </c:pt>
                <c:pt idx="138">
                  <c:v>2.1357248722364544</c:v>
                </c:pt>
                <c:pt idx="139">
                  <c:v>2.0208867330070168</c:v>
                </c:pt>
                <c:pt idx="140">
                  <c:v>2.6375274353720108</c:v>
                </c:pt>
                <c:pt idx="141">
                  <c:v>1.8782603034601772</c:v>
                </c:pt>
                <c:pt idx="142">
                  <c:v>3.065437809425045</c:v>
                </c:pt>
                <c:pt idx="143">
                  <c:v>2.1019353950331636</c:v>
                </c:pt>
                <c:pt idx="144">
                  <c:v>2.1940944075726536</c:v>
                </c:pt>
                <c:pt idx="145">
                  <c:v>1.4191579979053952</c:v>
                </c:pt>
                <c:pt idx="146">
                  <c:v>2.4456404846289699</c:v>
                </c:pt>
                <c:pt idx="147">
                  <c:v>1.8287882320558519</c:v>
                </c:pt>
                <c:pt idx="148">
                  <c:v>1.3526645940656008</c:v>
                </c:pt>
                <c:pt idx="149">
                  <c:v>2.098935059666768</c:v>
                </c:pt>
                <c:pt idx="150">
                  <c:v>2.222741691343789</c:v>
                </c:pt>
                <c:pt idx="151">
                  <c:v>1.53193900081003</c:v>
                </c:pt>
                <c:pt idx="152">
                  <c:v>1.3390753020619561</c:v>
                </c:pt>
                <c:pt idx="153">
                  <c:v>1.9283037921618795</c:v>
                </c:pt>
                <c:pt idx="154">
                  <c:v>1.6593444689472481</c:v>
                </c:pt>
                <c:pt idx="155">
                  <c:v>1.5720821230186561</c:v>
                </c:pt>
                <c:pt idx="156">
                  <c:v>2.8089008217536544</c:v>
                </c:pt>
                <c:pt idx="157">
                  <c:v>2.5516665729031409</c:v>
                </c:pt>
                <c:pt idx="158">
                  <c:v>1.5516651993566453</c:v>
                </c:pt>
                <c:pt idx="159">
                  <c:v>1.8993887965507579</c:v>
                </c:pt>
                <c:pt idx="160">
                  <c:v>1.8517587824618353</c:v>
                </c:pt>
                <c:pt idx="161">
                  <c:v>1.7271970537277153</c:v>
                </c:pt>
                <c:pt idx="162">
                  <c:v>2.0305847453146617</c:v>
                </c:pt>
                <c:pt idx="163">
                  <c:v>1.4557619327602751</c:v>
                </c:pt>
                <c:pt idx="164">
                  <c:v>1.4750685886511792</c:v>
                </c:pt>
                <c:pt idx="165">
                  <c:v>1.4627225615279911</c:v>
                </c:pt>
                <c:pt idx="166">
                  <c:v>1.4254402858619257</c:v>
                </c:pt>
                <c:pt idx="167">
                  <c:v>2.8801698803903268</c:v>
                </c:pt>
                <c:pt idx="168">
                  <c:v>2.3208181401291137</c:v>
                </c:pt>
                <c:pt idx="169">
                  <c:v>1.555152516068008</c:v>
                </c:pt>
                <c:pt idx="170">
                  <c:v>2.0333810537181845</c:v>
                </c:pt>
                <c:pt idx="171">
                  <c:v>1.8529249698098647</c:v>
                </c:pt>
                <c:pt idx="172">
                  <c:v>1.7526202117867899</c:v>
                </c:pt>
                <c:pt idx="173">
                  <c:v>1.5156874438469241</c:v>
                </c:pt>
                <c:pt idx="174">
                  <c:v>1.876678035171216</c:v>
                </c:pt>
                <c:pt idx="175">
                  <c:v>1.7743250185565294</c:v>
                </c:pt>
                <c:pt idx="176">
                  <c:v>3.0892994449586824</c:v>
                </c:pt>
                <c:pt idx="177">
                  <c:v>1.5155829128085296</c:v>
                </c:pt>
                <c:pt idx="178">
                  <c:v>4.0325567829654272</c:v>
                </c:pt>
                <c:pt idx="179">
                  <c:v>2.4323001052442823</c:v>
                </c:pt>
                <c:pt idx="180">
                  <c:v>1.6505446426273056</c:v>
                </c:pt>
                <c:pt idx="181">
                  <c:v>3.4660384635492498</c:v>
                </c:pt>
                <c:pt idx="182">
                  <c:v>1.4243272317008746</c:v>
                </c:pt>
                <c:pt idx="183">
                  <c:v>2.8647526703404784</c:v>
                </c:pt>
                <c:pt idx="184">
                  <c:v>2.2755815623034636</c:v>
                </c:pt>
                <c:pt idx="185">
                  <c:v>2.1070583505836717</c:v>
                </c:pt>
                <c:pt idx="186">
                  <c:v>1.4349968594723259</c:v>
                </c:pt>
                <c:pt idx="187">
                  <c:v>1.5899860426000769</c:v>
                </c:pt>
                <c:pt idx="188">
                  <c:v>2.1300491390877627</c:v>
                </c:pt>
                <c:pt idx="189">
                  <c:v>1.8543993854088201</c:v>
                </c:pt>
                <c:pt idx="190">
                  <c:v>1.852958023365362</c:v>
                </c:pt>
                <c:pt idx="191">
                  <c:v>2.2500536389727248</c:v>
                </c:pt>
                <c:pt idx="192">
                  <c:v>2.416787944059243</c:v>
                </c:pt>
                <c:pt idx="193">
                  <c:v>2.4999504739863241</c:v>
                </c:pt>
                <c:pt idx="194">
                  <c:v>2.4114608609980377</c:v>
                </c:pt>
                <c:pt idx="195">
                  <c:v>2.0776743911983018</c:v>
                </c:pt>
                <c:pt idx="196">
                  <c:v>3.5683759043786272</c:v>
                </c:pt>
                <c:pt idx="197">
                  <c:v>1.8518727865279219</c:v>
                </c:pt>
                <c:pt idx="198">
                  <c:v>2.5564249902659073</c:v>
                </c:pt>
                <c:pt idx="199">
                  <c:v>2.8963368379544185</c:v>
                </c:pt>
                <c:pt idx="200">
                  <c:v>2.7647634210347714</c:v>
                </c:pt>
                <c:pt idx="201">
                  <c:v>2.8209254970304887</c:v>
                </c:pt>
                <c:pt idx="202">
                  <c:v>2.3308137514114189</c:v>
                </c:pt>
                <c:pt idx="203">
                  <c:v>4.9132179024334848</c:v>
                </c:pt>
                <c:pt idx="204">
                  <c:v>1.3558187318509265</c:v>
                </c:pt>
              </c:numCache>
            </c:numRef>
          </c:yVal>
          <c:smooth val="0"/>
          <c:extLst>
            <c:ext xmlns:c16="http://schemas.microsoft.com/office/drawing/2014/chart" uri="{C3380CC4-5D6E-409C-BE32-E72D297353CC}">
              <c16:uniqueId val="{00000001-6F0D-42A5-80B8-3D6C25A840C2}"/>
            </c:ext>
          </c:extLst>
        </c:ser>
        <c:ser>
          <c:idx val="2"/>
          <c:order val="2"/>
          <c:tx>
            <c:v>"Decreased"</c:v>
          </c:tx>
          <c:spPr>
            <a:ln w="25400" cap="rnd">
              <a:noFill/>
              <a:round/>
            </a:ln>
            <a:effectLst/>
          </c:spPr>
          <c:marker>
            <c:symbol val="circle"/>
            <c:size val="5"/>
            <c:spPr>
              <a:solidFill>
                <a:srgbClr val="00B0F0"/>
              </a:solidFill>
              <a:ln w="9525">
                <a:solidFill>
                  <a:srgbClr val="00B0F0"/>
                </a:solidFill>
              </a:ln>
              <a:effectLst/>
            </c:spPr>
          </c:marker>
          <c:xVal>
            <c:numRef>
              <c:f>'[Supplementary data S5.2.xlsx]Volcano plot '!$J$3:$J$304</c:f>
              <c:numCache>
                <c:formatCode>General</c:formatCode>
                <c:ptCount val="302"/>
                <c:pt idx="0">
                  <c:v>-5.5592927061604298</c:v>
                </c:pt>
                <c:pt idx="1">
                  <c:v>-3.8044652433508999</c:v>
                </c:pt>
                <c:pt idx="2">
                  <c:v>-3.6193016250196899</c:v>
                </c:pt>
                <c:pt idx="3">
                  <c:v>-3.5850286900266002</c:v>
                </c:pt>
                <c:pt idx="4">
                  <c:v>-3.46678951353497</c:v>
                </c:pt>
                <c:pt idx="5">
                  <c:v>-3.3810313889780299</c:v>
                </c:pt>
                <c:pt idx="6">
                  <c:v>-3.3431431604533799</c:v>
                </c:pt>
                <c:pt idx="7">
                  <c:v>-3.2954158120463899</c:v>
                </c:pt>
                <c:pt idx="8">
                  <c:v>-2.7163776649125499</c:v>
                </c:pt>
                <c:pt idx="9">
                  <c:v>-2.6425169566870199</c:v>
                </c:pt>
                <c:pt idx="10">
                  <c:v>-2.5784959085947898</c:v>
                </c:pt>
                <c:pt idx="11">
                  <c:v>-2.5730441579589001</c:v>
                </c:pt>
                <c:pt idx="12">
                  <c:v>-2.5204147807975401</c:v>
                </c:pt>
                <c:pt idx="13">
                  <c:v>-2.4441897105822599</c:v>
                </c:pt>
                <c:pt idx="14">
                  <c:v>-2.4043157662347401</c:v>
                </c:pt>
                <c:pt idx="15">
                  <c:v>-2.3652953901440301</c:v>
                </c:pt>
                <c:pt idx="16">
                  <c:v>-2.35863864006323</c:v>
                </c:pt>
                <c:pt idx="17">
                  <c:v>-2.3162534590365298</c:v>
                </c:pt>
                <c:pt idx="18">
                  <c:v>-2.2735801012560399</c:v>
                </c:pt>
                <c:pt idx="19">
                  <c:v>-2.25967060731264</c:v>
                </c:pt>
                <c:pt idx="20">
                  <c:v>-2.2531331181476202</c:v>
                </c:pt>
                <c:pt idx="21">
                  <c:v>-2.24483750420573</c:v>
                </c:pt>
                <c:pt idx="22">
                  <c:v>-2.2199788957391</c:v>
                </c:pt>
                <c:pt idx="23">
                  <c:v>-2.2185793640489702</c:v>
                </c:pt>
                <c:pt idx="24">
                  <c:v>-2.1631326560730799</c:v>
                </c:pt>
                <c:pt idx="25">
                  <c:v>-2.1476347190794698</c:v>
                </c:pt>
                <c:pt idx="26">
                  <c:v>-2.1430578985834998</c:v>
                </c:pt>
                <c:pt idx="27">
                  <c:v>-2.1157220188862902</c:v>
                </c:pt>
                <c:pt idx="28">
                  <c:v>-2.0912719838157101</c:v>
                </c:pt>
                <c:pt idx="29">
                  <c:v>-2.04981213969503</c:v>
                </c:pt>
                <c:pt idx="30">
                  <c:v>-2.0439314884547599</c:v>
                </c:pt>
                <c:pt idx="31">
                  <c:v>-2.02923170008778</c:v>
                </c:pt>
                <c:pt idx="32">
                  <c:v>-2.0099888688964702</c:v>
                </c:pt>
                <c:pt idx="33">
                  <c:v>-1.9784748572048501</c:v>
                </c:pt>
                <c:pt idx="34">
                  <c:v>-1.95354583012516</c:v>
                </c:pt>
                <c:pt idx="35">
                  <c:v>-1.9222111183570301</c:v>
                </c:pt>
                <c:pt idx="36">
                  <c:v>-1.89381780486531</c:v>
                </c:pt>
                <c:pt idx="37">
                  <c:v>-1.8761316166927799</c:v>
                </c:pt>
                <c:pt idx="38">
                  <c:v>-1.8418259975108999</c:v>
                </c:pt>
                <c:pt idx="39">
                  <c:v>-1.8309375451511301</c:v>
                </c:pt>
                <c:pt idx="40">
                  <c:v>-1.80796135493247</c:v>
                </c:pt>
                <c:pt idx="41">
                  <c:v>-1.80739224858614</c:v>
                </c:pt>
                <c:pt idx="42">
                  <c:v>-1.78831076332103</c:v>
                </c:pt>
                <c:pt idx="43">
                  <c:v>-1.77545001817296</c:v>
                </c:pt>
                <c:pt idx="44">
                  <c:v>-1.7749139948221</c:v>
                </c:pt>
                <c:pt idx="45">
                  <c:v>-1.7087969043615101</c:v>
                </c:pt>
                <c:pt idx="46">
                  <c:v>-1.70221482035345</c:v>
                </c:pt>
                <c:pt idx="47">
                  <c:v>-1.7002847823191201</c:v>
                </c:pt>
                <c:pt idx="48">
                  <c:v>-1.6560774097547599</c:v>
                </c:pt>
                <c:pt idx="49">
                  <c:v>-1.6468010086739799</c:v>
                </c:pt>
                <c:pt idx="50">
                  <c:v>-1.61988211857983</c:v>
                </c:pt>
                <c:pt idx="51">
                  <c:v>-1.6066178760252301</c:v>
                </c:pt>
                <c:pt idx="52">
                  <c:v>-1.59660016965677</c:v>
                </c:pt>
                <c:pt idx="53">
                  <c:v>-1.5739280375659299</c:v>
                </c:pt>
                <c:pt idx="54">
                  <c:v>-1.5738301542773201</c:v>
                </c:pt>
                <c:pt idx="55">
                  <c:v>-1.56813867276492</c:v>
                </c:pt>
                <c:pt idx="56">
                  <c:v>-1.56481631710171</c:v>
                </c:pt>
                <c:pt idx="57">
                  <c:v>-1.55504625720039</c:v>
                </c:pt>
                <c:pt idx="58">
                  <c:v>-1.5213039690630701</c:v>
                </c:pt>
                <c:pt idx="59">
                  <c:v>-1.5185508556880101</c:v>
                </c:pt>
                <c:pt idx="60">
                  <c:v>-1.4863582977120799</c:v>
                </c:pt>
                <c:pt idx="61">
                  <c:v>-1.4796011117077099</c:v>
                </c:pt>
                <c:pt idx="62">
                  <c:v>-1.4766682857158999</c:v>
                </c:pt>
                <c:pt idx="63">
                  <c:v>-1.4520370931445701</c:v>
                </c:pt>
                <c:pt idx="64">
                  <c:v>-1.4513243849196</c:v>
                </c:pt>
                <c:pt idx="65">
                  <c:v>-1.44527105893944</c:v>
                </c:pt>
                <c:pt idx="66">
                  <c:v>-1.43029723699866</c:v>
                </c:pt>
                <c:pt idx="67">
                  <c:v>-1.4293042398844</c:v>
                </c:pt>
                <c:pt idx="68">
                  <c:v>-1.4287766805720199</c:v>
                </c:pt>
                <c:pt idx="69">
                  <c:v>-1.41807907847293</c:v>
                </c:pt>
                <c:pt idx="70">
                  <c:v>-1.4154920269090401</c:v>
                </c:pt>
                <c:pt idx="71">
                  <c:v>-1.41110797477859</c:v>
                </c:pt>
                <c:pt idx="72">
                  <c:v>-1.4060795478779899</c:v>
                </c:pt>
                <c:pt idx="73">
                  <c:v>-1.3817855570087301</c:v>
                </c:pt>
                <c:pt idx="74">
                  <c:v>-1.37635945664574</c:v>
                </c:pt>
                <c:pt idx="75">
                  <c:v>-1.37584270798909</c:v>
                </c:pt>
                <c:pt idx="76">
                  <c:v>-1.3599652981049399</c:v>
                </c:pt>
                <c:pt idx="77">
                  <c:v>-1.3134699735397199</c:v>
                </c:pt>
                <c:pt idx="78">
                  <c:v>-1.3090661199953399</c:v>
                </c:pt>
                <c:pt idx="79">
                  <c:v>-1.30751782180015</c:v>
                </c:pt>
                <c:pt idx="80">
                  <c:v>-1.3064494756710501</c:v>
                </c:pt>
                <c:pt idx="81">
                  <c:v>-1.3011109747982501</c:v>
                </c:pt>
                <c:pt idx="82">
                  <c:v>-1.3009777574094099</c:v>
                </c:pt>
                <c:pt idx="83">
                  <c:v>-1.29432740384314</c:v>
                </c:pt>
                <c:pt idx="84">
                  <c:v>-1.2937506867956401</c:v>
                </c:pt>
                <c:pt idx="85">
                  <c:v>-1.2771580231281301</c:v>
                </c:pt>
                <c:pt idx="86">
                  <c:v>-1.2725980476990599</c:v>
                </c:pt>
                <c:pt idx="87">
                  <c:v>-1.2713237823699499</c:v>
                </c:pt>
                <c:pt idx="88">
                  <c:v>-1.2674602003661</c:v>
                </c:pt>
                <c:pt idx="89">
                  <c:v>-1.2671677847251499</c:v>
                </c:pt>
                <c:pt idx="90">
                  <c:v>-1.2669865345537199</c:v>
                </c:pt>
                <c:pt idx="91">
                  <c:v>-1.26195122086373</c:v>
                </c:pt>
                <c:pt idx="92">
                  <c:v>-1.2563622010161599</c:v>
                </c:pt>
                <c:pt idx="93">
                  <c:v>-1.25225122455487</c:v>
                </c:pt>
                <c:pt idx="94">
                  <c:v>-1.2447086257705799</c:v>
                </c:pt>
                <c:pt idx="95">
                  <c:v>-1.2426392469205301</c:v>
                </c:pt>
                <c:pt idx="96">
                  <c:v>-1.2422851031664299</c:v>
                </c:pt>
                <c:pt idx="97">
                  <c:v>-1.2375639628731501</c:v>
                </c:pt>
                <c:pt idx="98">
                  <c:v>-1.23330158766026</c:v>
                </c:pt>
                <c:pt idx="99">
                  <c:v>-1.23106550459291</c:v>
                </c:pt>
                <c:pt idx="100">
                  <c:v>-1.2288872674286599</c:v>
                </c:pt>
                <c:pt idx="101">
                  <c:v>-1.2239484932082401</c:v>
                </c:pt>
                <c:pt idx="102">
                  <c:v>-1.2233513389805899</c:v>
                </c:pt>
                <c:pt idx="103">
                  <c:v>-1.2153049966556999</c:v>
                </c:pt>
                <c:pt idx="104">
                  <c:v>-1.21305228789794</c:v>
                </c:pt>
                <c:pt idx="105">
                  <c:v>-1.2070377301662301</c:v>
                </c:pt>
                <c:pt idx="106">
                  <c:v>-1.2061904675553501</c:v>
                </c:pt>
                <c:pt idx="107">
                  <c:v>-1.20536586872327</c:v>
                </c:pt>
                <c:pt idx="108">
                  <c:v>-1.20111889150773</c:v>
                </c:pt>
                <c:pt idx="109">
                  <c:v>-1.19473598827431</c:v>
                </c:pt>
                <c:pt idx="110">
                  <c:v>-1.1871389438111499</c:v>
                </c:pt>
                <c:pt idx="111">
                  <c:v>-1.18056535252436</c:v>
                </c:pt>
                <c:pt idx="112">
                  <c:v>-1.1776193806736099</c:v>
                </c:pt>
                <c:pt idx="113">
                  <c:v>-1.1755653465657201</c:v>
                </c:pt>
                <c:pt idx="114">
                  <c:v>-1.1725467702383801</c:v>
                </c:pt>
                <c:pt idx="115">
                  <c:v>-1.1718514394877499</c:v>
                </c:pt>
                <c:pt idx="116">
                  <c:v>-1.1673008164662699</c:v>
                </c:pt>
                <c:pt idx="117">
                  <c:v>-1.16564033000775</c:v>
                </c:pt>
                <c:pt idx="118">
                  <c:v>-1.16552671906702</c:v>
                </c:pt>
                <c:pt idx="119">
                  <c:v>-1.1654677198368899</c:v>
                </c:pt>
                <c:pt idx="120">
                  <c:v>-1.1622376886258501</c:v>
                </c:pt>
                <c:pt idx="121">
                  <c:v>-1.1605644042763299</c:v>
                </c:pt>
                <c:pt idx="122">
                  <c:v>-1.15356763271612</c:v>
                </c:pt>
                <c:pt idx="123">
                  <c:v>-1.1520397813568599</c:v>
                </c:pt>
                <c:pt idx="124">
                  <c:v>-1.1367154458095201</c:v>
                </c:pt>
                <c:pt idx="125">
                  <c:v>-1.1336305717784501</c:v>
                </c:pt>
                <c:pt idx="126">
                  <c:v>-1.1273269693674199</c:v>
                </c:pt>
                <c:pt idx="127">
                  <c:v>-1.12674098347247</c:v>
                </c:pt>
                <c:pt idx="128">
                  <c:v>-1.1266419909881999</c:v>
                </c:pt>
                <c:pt idx="129">
                  <c:v>-1.1208496715060501</c:v>
                </c:pt>
                <c:pt idx="130">
                  <c:v>-1.1196830209664299</c:v>
                </c:pt>
                <c:pt idx="131">
                  <c:v>-1.11942487474358</c:v>
                </c:pt>
                <c:pt idx="132">
                  <c:v>-1.1191811514922001</c:v>
                </c:pt>
                <c:pt idx="133">
                  <c:v>-1.1055298087919301</c:v>
                </c:pt>
                <c:pt idx="134">
                  <c:v>-1.0997688265736401</c:v>
                </c:pt>
                <c:pt idx="135">
                  <c:v>-1.09254170154646</c:v>
                </c:pt>
                <c:pt idx="136">
                  <c:v>-1.0916712331649601</c:v>
                </c:pt>
                <c:pt idx="137">
                  <c:v>-1.08790358302706</c:v>
                </c:pt>
                <c:pt idx="138">
                  <c:v>-1.0862390567414999</c:v>
                </c:pt>
                <c:pt idx="139">
                  <c:v>-1.0797144083227499</c:v>
                </c:pt>
                <c:pt idx="140">
                  <c:v>-1.0721843664942701</c:v>
                </c:pt>
                <c:pt idx="141">
                  <c:v>-1.0720479026657601</c:v>
                </c:pt>
                <c:pt idx="142">
                  <c:v>-1.06080356452809</c:v>
                </c:pt>
                <c:pt idx="143">
                  <c:v>-1.05798697702961</c:v>
                </c:pt>
                <c:pt idx="144">
                  <c:v>-1.0533342451379799</c:v>
                </c:pt>
                <c:pt idx="145">
                  <c:v>-1.0307624687958299</c:v>
                </c:pt>
                <c:pt idx="146">
                  <c:v>-1.0193290862370299</c:v>
                </c:pt>
                <c:pt idx="147">
                  <c:v>-1.0158309559968699</c:v>
                </c:pt>
                <c:pt idx="148">
                  <c:v>-1.0132600774084199</c:v>
                </c:pt>
                <c:pt idx="149">
                  <c:v>-1.0121704076878799</c:v>
                </c:pt>
                <c:pt idx="150">
                  <c:v>-1.0042101390862399</c:v>
                </c:pt>
                <c:pt idx="151">
                  <c:v>-1.00015995307586</c:v>
                </c:pt>
                <c:pt idx="152">
                  <c:v>-0.99505523258606798</c:v>
                </c:pt>
                <c:pt idx="153">
                  <c:v>-0.98884911767371997</c:v>
                </c:pt>
                <c:pt idx="154">
                  <c:v>-0.97926506747749198</c:v>
                </c:pt>
                <c:pt idx="155">
                  <c:v>-0.97916054569318001</c:v>
                </c:pt>
                <c:pt idx="156">
                  <c:v>-0.97906107824988797</c:v>
                </c:pt>
                <c:pt idx="157">
                  <c:v>-0.97712964171553596</c:v>
                </c:pt>
                <c:pt idx="158">
                  <c:v>-0.97663256031120904</c:v>
                </c:pt>
                <c:pt idx="159">
                  <c:v>-0.97005349771379201</c:v>
                </c:pt>
                <c:pt idx="160">
                  <c:v>-0.96479547271815802</c:v>
                </c:pt>
                <c:pt idx="161">
                  <c:v>-0.96403187426748405</c:v>
                </c:pt>
                <c:pt idx="162">
                  <c:v>-0.96225139123506098</c:v>
                </c:pt>
                <c:pt idx="163">
                  <c:v>-0.95865542898548695</c:v>
                </c:pt>
                <c:pt idx="164">
                  <c:v>-0.95306875384075296</c:v>
                </c:pt>
                <c:pt idx="165">
                  <c:v>-0.95084852464516301</c:v>
                </c:pt>
                <c:pt idx="166">
                  <c:v>-0.94980023819604797</c:v>
                </c:pt>
                <c:pt idx="167">
                  <c:v>-0.94903137921080805</c:v>
                </c:pt>
                <c:pt idx="168">
                  <c:v>-0.944105929933304</c:v>
                </c:pt>
                <c:pt idx="169">
                  <c:v>-0.94166408241801502</c:v>
                </c:pt>
                <c:pt idx="170">
                  <c:v>-0.94157760626095999</c:v>
                </c:pt>
                <c:pt idx="171">
                  <c:v>-0.94101819867720204</c:v>
                </c:pt>
                <c:pt idx="172">
                  <c:v>-0.93816994369724005</c:v>
                </c:pt>
                <c:pt idx="173">
                  <c:v>-0.936082552424921</c:v>
                </c:pt>
                <c:pt idx="174">
                  <c:v>-0.93343792666497905</c:v>
                </c:pt>
                <c:pt idx="175">
                  <c:v>-0.92542846428143799</c:v>
                </c:pt>
                <c:pt idx="176">
                  <c:v>-0.92387076961264103</c:v>
                </c:pt>
                <c:pt idx="177">
                  <c:v>-0.92304708998228002</c:v>
                </c:pt>
                <c:pt idx="178">
                  <c:v>-0.92182920478182195</c:v>
                </c:pt>
                <c:pt idx="179">
                  <c:v>-0.91948500130216704</c:v>
                </c:pt>
                <c:pt idx="180">
                  <c:v>-0.91870829489018002</c:v>
                </c:pt>
                <c:pt idx="181">
                  <c:v>-0.91788372986243205</c:v>
                </c:pt>
                <c:pt idx="182">
                  <c:v>-0.90865948954851194</c:v>
                </c:pt>
                <c:pt idx="183">
                  <c:v>-0.90743562487475404</c:v>
                </c:pt>
                <c:pt idx="184">
                  <c:v>-0.89587452842270898</c:v>
                </c:pt>
                <c:pt idx="185">
                  <c:v>-0.89478750498841497</c:v>
                </c:pt>
                <c:pt idx="186">
                  <c:v>-0.88836255467216996</c:v>
                </c:pt>
                <c:pt idx="187">
                  <c:v>-0.88794851874344605</c:v>
                </c:pt>
                <c:pt idx="188">
                  <c:v>-0.879858598079437</c:v>
                </c:pt>
                <c:pt idx="189">
                  <c:v>-0.87530115390199703</c:v>
                </c:pt>
                <c:pt idx="190">
                  <c:v>-0.86903655039368399</c:v>
                </c:pt>
                <c:pt idx="191">
                  <c:v>-0.86700664109132897</c:v>
                </c:pt>
                <c:pt idx="192">
                  <c:v>-0.86318107873831795</c:v>
                </c:pt>
                <c:pt idx="193">
                  <c:v>-0.86162438430391897</c:v>
                </c:pt>
                <c:pt idx="194">
                  <c:v>-0.86022905209909295</c:v>
                </c:pt>
                <c:pt idx="195">
                  <c:v>-0.85451341675679504</c:v>
                </c:pt>
                <c:pt idx="196">
                  <c:v>-0.85272479145146796</c:v>
                </c:pt>
                <c:pt idx="197">
                  <c:v>-0.84956645293798505</c:v>
                </c:pt>
                <c:pt idx="198">
                  <c:v>-0.84794201314766904</c:v>
                </c:pt>
                <c:pt idx="199">
                  <c:v>-0.84778654958590804</c:v>
                </c:pt>
                <c:pt idx="200">
                  <c:v>-0.84747957591119805</c:v>
                </c:pt>
                <c:pt idx="201">
                  <c:v>-0.84095159018906096</c:v>
                </c:pt>
                <c:pt idx="202">
                  <c:v>-0.83350766812355603</c:v>
                </c:pt>
                <c:pt idx="203">
                  <c:v>-0.83098390366762898</c:v>
                </c:pt>
                <c:pt idx="204">
                  <c:v>-0.83089795029248104</c:v>
                </c:pt>
                <c:pt idx="205">
                  <c:v>-0.81912462179651502</c:v>
                </c:pt>
                <c:pt idx="206">
                  <c:v>-0.81835071412804405</c:v>
                </c:pt>
                <c:pt idx="207">
                  <c:v>-0.81397012311448302</c:v>
                </c:pt>
                <c:pt idx="208">
                  <c:v>-0.80652650362755196</c:v>
                </c:pt>
                <c:pt idx="209">
                  <c:v>-0.80637064948378201</c:v>
                </c:pt>
                <c:pt idx="210">
                  <c:v>-0.80594006129955498</c:v>
                </c:pt>
                <c:pt idx="211">
                  <c:v>-0.80527982278252397</c:v>
                </c:pt>
                <c:pt idx="212">
                  <c:v>-0.799879889590979</c:v>
                </c:pt>
                <c:pt idx="213">
                  <c:v>-0.79657930787036002</c:v>
                </c:pt>
                <c:pt idx="214">
                  <c:v>-0.79300672902952796</c:v>
                </c:pt>
                <c:pt idx="215">
                  <c:v>-0.78650362305570098</c:v>
                </c:pt>
                <c:pt idx="216">
                  <c:v>-0.78617297676340303</c:v>
                </c:pt>
                <c:pt idx="217">
                  <c:v>-0.78390637674202401</c:v>
                </c:pt>
                <c:pt idx="218">
                  <c:v>-0.77966905306299605</c:v>
                </c:pt>
                <c:pt idx="219">
                  <c:v>-0.77834776414421802</c:v>
                </c:pt>
                <c:pt idx="220">
                  <c:v>-0.77602992094977497</c:v>
                </c:pt>
                <c:pt idx="221">
                  <c:v>-0.77545578589696995</c:v>
                </c:pt>
                <c:pt idx="222">
                  <c:v>-0.77022156610436099</c:v>
                </c:pt>
                <c:pt idx="223">
                  <c:v>-0.75590703160668204</c:v>
                </c:pt>
                <c:pt idx="224">
                  <c:v>-0.73894895089129198</c:v>
                </c:pt>
                <c:pt idx="225">
                  <c:v>-0.73563410882057301</c:v>
                </c:pt>
                <c:pt idx="226">
                  <c:v>-0.73008562889290096</c:v>
                </c:pt>
                <c:pt idx="227">
                  <c:v>-0.72711350287630006</c:v>
                </c:pt>
                <c:pt idx="228">
                  <c:v>-0.72531974397337295</c:v>
                </c:pt>
                <c:pt idx="229">
                  <c:v>-0.72472461638776098</c:v>
                </c:pt>
                <c:pt idx="230">
                  <c:v>-0.72433573068697399</c:v>
                </c:pt>
                <c:pt idx="231">
                  <c:v>-0.71724160458919395</c:v>
                </c:pt>
                <c:pt idx="232">
                  <c:v>-0.71453337824305796</c:v>
                </c:pt>
                <c:pt idx="233">
                  <c:v>-0.70944411566351195</c:v>
                </c:pt>
                <c:pt idx="234">
                  <c:v>-0.69942192399134095</c:v>
                </c:pt>
                <c:pt idx="235">
                  <c:v>-0.69402052004404502</c:v>
                </c:pt>
                <c:pt idx="236">
                  <c:v>-0.68824610434302602</c:v>
                </c:pt>
                <c:pt idx="237">
                  <c:v>-0.68277006961534803</c:v>
                </c:pt>
                <c:pt idx="238">
                  <c:v>-0.671143665025419</c:v>
                </c:pt>
                <c:pt idx="239">
                  <c:v>-0.66989773443232903</c:v>
                </c:pt>
                <c:pt idx="240">
                  <c:v>-0.66373389155471996</c:v>
                </c:pt>
                <c:pt idx="241">
                  <c:v>-0.66261718144637205</c:v>
                </c:pt>
                <c:pt idx="242">
                  <c:v>-0.66215052115172301</c:v>
                </c:pt>
                <c:pt idx="243">
                  <c:v>-0.66011686637151701</c:v>
                </c:pt>
                <c:pt idx="244">
                  <c:v>-0.65501733720991995</c:v>
                </c:pt>
                <c:pt idx="245">
                  <c:v>-0.64741830716349802</c:v>
                </c:pt>
                <c:pt idx="246">
                  <c:v>-0.64608519348437798</c:v>
                </c:pt>
                <c:pt idx="247">
                  <c:v>-0.64007660404114797</c:v>
                </c:pt>
                <c:pt idx="248">
                  <c:v>-0.63883459984261703</c:v>
                </c:pt>
                <c:pt idx="249">
                  <c:v>-0.63369739563276495</c:v>
                </c:pt>
                <c:pt idx="250">
                  <c:v>-0.63367703518419904</c:v>
                </c:pt>
                <c:pt idx="251">
                  <c:v>-0.62777034239700003</c:v>
                </c:pt>
                <c:pt idx="252">
                  <c:v>-0.62609092383097198</c:v>
                </c:pt>
                <c:pt idx="253">
                  <c:v>-0.62338583875867204</c:v>
                </c:pt>
                <c:pt idx="254">
                  <c:v>-0.62247451176693103</c:v>
                </c:pt>
                <c:pt idx="255">
                  <c:v>-0.62145688969925295</c:v>
                </c:pt>
                <c:pt idx="256">
                  <c:v>-0.61941718076822705</c:v>
                </c:pt>
                <c:pt idx="257">
                  <c:v>-0.61918596214945198</c:v>
                </c:pt>
                <c:pt idx="258">
                  <c:v>-0.61534666179637998</c:v>
                </c:pt>
                <c:pt idx="259">
                  <c:v>-0.61419952887985096</c:v>
                </c:pt>
                <c:pt idx="260">
                  <c:v>-0.61059794142572299</c:v>
                </c:pt>
                <c:pt idx="261">
                  <c:v>-0.61059501341436495</c:v>
                </c:pt>
                <c:pt idx="262">
                  <c:v>-0.61058910954643197</c:v>
                </c:pt>
                <c:pt idx="263">
                  <c:v>-0.60440339576424396</c:v>
                </c:pt>
                <c:pt idx="264">
                  <c:v>-0.60305887015220705</c:v>
                </c:pt>
                <c:pt idx="265">
                  <c:v>-0.59882511756816803</c:v>
                </c:pt>
                <c:pt idx="266">
                  <c:v>-0.598044084677674</c:v>
                </c:pt>
                <c:pt idx="267">
                  <c:v>-0.59392939601433903</c:v>
                </c:pt>
                <c:pt idx="268">
                  <c:v>-0.58878509255380995</c:v>
                </c:pt>
                <c:pt idx="269">
                  <c:v>-0.58675615480187604</c:v>
                </c:pt>
                <c:pt idx="270">
                  <c:v>-0.58465531479890798</c:v>
                </c:pt>
                <c:pt idx="271">
                  <c:v>-0.57989307760009001</c:v>
                </c:pt>
                <c:pt idx="272">
                  <c:v>-0.57214997387070798</c:v>
                </c:pt>
                <c:pt idx="273">
                  <c:v>-0.57090603155887698</c:v>
                </c:pt>
                <c:pt idx="274">
                  <c:v>-0.57068522765746699</c:v>
                </c:pt>
                <c:pt idx="275">
                  <c:v>-0.56910831775782</c:v>
                </c:pt>
                <c:pt idx="276">
                  <c:v>-0.56583792385669796</c:v>
                </c:pt>
                <c:pt idx="277">
                  <c:v>-0.56469967376764196</c:v>
                </c:pt>
                <c:pt idx="278">
                  <c:v>-0.55934491434849998</c:v>
                </c:pt>
                <c:pt idx="279">
                  <c:v>-0.551566429714619</c:v>
                </c:pt>
                <c:pt idx="280">
                  <c:v>-0.54694000993640701</c:v>
                </c:pt>
                <c:pt idx="281">
                  <c:v>-0.54207158909625996</c:v>
                </c:pt>
                <c:pt idx="282">
                  <c:v>-0.53724576335304897</c:v>
                </c:pt>
                <c:pt idx="283">
                  <c:v>-0.53655195003434397</c:v>
                </c:pt>
                <c:pt idx="284">
                  <c:v>-0.531874159165035</c:v>
                </c:pt>
                <c:pt idx="285">
                  <c:v>-0.52916432766309596</c:v>
                </c:pt>
                <c:pt idx="286">
                  <c:v>-0.52652378076374595</c:v>
                </c:pt>
                <c:pt idx="287">
                  <c:v>-0.52337037205335701</c:v>
                </c:pt>
                <c:pt idx="288">
                  <c:v>-0.52139213755428704</c:v>
                </c:pt>
                <c:pt idx="289">
                  <c:v>-0.51964388931363503</c:v>
                </c:pt>
                <c:pt idx="290">
                  <c:v>-0.51839277667012995</c:v>
                </c:pt>
                <c:pt idx="291">
                  <c:v>-0.51480907067918502</c:v>
                </c:pt>
                <c:pt idx="292">
                  <c:v>-0.50917043434984099</c:v>
                </c:pt>
                <c:pt idx="293">
                  <c:v>-0.50662956917930302</c:v>
                </c:pt>
                <c:pt idx="294">
                  <c:v>-0.49862244424518598</c:v>
                </c:pt>
                <c:pt idx="295">
                  <c:v>-0.494274168074394</c:v>
                </c:pt>
                <c:pt idx="296">
                  <c:v>-0.49256551350306299</c:v>
                </c:pt>
                <c:pt idx="297">
                  <c:v>-0.47689200599503301</c:v>
                </c:pt>
                <c:pt idx="298">
                  <c:v>-0.465397738249195</c:v>
                </c:pt>
                <c:pt idx="299">
                  <c:v>-0.45597706728305099</c:v>
                </c:pt>
                <c:pt idx="300">
                  <c:v>-0.45314456648416301</c:v>
                </c:pt>
                <c:pt idx="301">
                  <c:v>-0.45026774843680101</c:v>
                </c:pt>
              </c:numCache>
            </c:numRef>
          </c:xVal>
          <c:yVal>
            <c:numRef>
              <c:f>'[Supplementary data S5.2.xlsx]Volcano plot '!$K$3:$K$304</c:f>
              <c:numCache>
                <c:formatCode>General</c:formatCode>
                <c:ptCount val="302"/>
                <c:pt idx="0">
                  <c:v>3.0441832799545048</c:v>
                </c:pt>
                <c:pt idx="1">
                  <c:v>1.6511574344237128</c:v>
                </c:pt>
                <c:pt idx="2">
                  <c:v>2.7698985804352034</c:v>
                </c:pt>
                <c:pt idx="3">
                  <c:v>1.935261504432912</c:v>
                </c:pt>
                <c:pt idx="4">
                  <c:v>2.327386970550406</c:v>
                </c:pt>
                <c:pt idx="5">
                  <c:v>1.6327521368196452</c:v>
                </c:pt>
                <c:pt idx="6">
                  <c:v>2.8855388202696575</c:v>
                </c:pt>
                <c:pt idx="7">
                  <c:v>3.0222469180764384</c:v>
                </c:pt>
                <c:pt idx="8">
                  <c:v>2.4064065769068996</c:v>
                </c:pt>
                <c:pt idx="9">
                  <c:v>4.3806201250643229</c:v>
                </c:pt>
                <c:pt idx="10">
                  <c:v>2.4758121393489718</c:v>
                </c:pt>
                <c:pt idx="11">
                  <c:v>3.0226046497902352</c:v>
                </c:pt>
                <c:pt idx="12">
                  <c:v>3.4061878400419041</c:v>
                </c:pt>
                <c:pt idx="13">
                  <c:v>2.3677307101557559</c:v>
                </c:pt>
                <c:pt idx="14">
                  <c:v>2.3771733285534276</c:v>
                </c:pt>
                <c:pt idx="15">
                  <c:v>2.2212354860485775</c:v>
                </c:pt>
                <c:pt idx="16">
                  <c:v>2.8645763032064036</c:v>
                </c:pt>
                <c:pt idx="17">
                  <c:v>1.6779052523461708</c:v>
                </c:pt>
                <c:pt idx="18">
                  <c:v>2.230663763635258</c:v>
                </c:pt>
                <c:pt idx="19">
                  <c:v>2.6146433961998063</c:v>
                </c:pt>
                <c:pt idx="20">
                  <c:v>2.4323348275773884</c:v>
                </c:pt>
                <c:pt idx="21">
                  <c:v>1.7711866680775481</c:v>
                </c:pt>
                <c:pt idx="22">
                  <c:v>1.306723441072053</c:v>
                </c:pt>
                <c:pt idx="23">
                  <c:v>2.0857539438648658</c:v>
                </c:pt>
                <c:pt idx="24">
                  <c:v>2.0613086793641751</c:v>
                </c:pt>
                <c:pt idx="25">
                  <c:v>2.1917745068338084</c:v>
                </c:pt>
                <c:pt idx="26">
                  <c:v>1.4846663605206332</c:v>
                </c:pt>
                <c:pt idx="27">
                  <c:v>3.4165249954574413</c:v>
                </c:pt>
                <c:pt idx="28">
                  <c:v>2.6516362965922542</c:v>
                </c:pt>
                <c:pt idx="29">
                  <c:v>3.2148295925960895</c:v>
                </c:pt>
                <c:pt idx="30">
                  <c:v>2.4118161736727122</c:v>
                </c:pt>
                <c:pt idx="31">
                  <c:v>2.2636060984665458</c:v>
                </c:pt>
                <c:pt idx="32">
                  <c:v>1.4365139300648182</c:v>
                </c:pt>
                <c:pt idx="33">
                  <c:v>2.2860574672576366</c:v>
                </c:pt>
                <c:pt idx="34">
                  <c:v>2.9246532322125027</c:v>
                </c:pt>
                <c:pt idx="35">
                  <c:v>2.7836031399446397</c:v>
                </c:pt>
                <c:pt idx="36">
                  <c:v>4.1659245723646325</c:v>
                </c:pt>
                <c:pt idx="37">
                  <c:v>3.0371700696105091</c:v>
                </c:pt>
                <c:pt idx="38">
                  <c:v>1.7659961816613559</c:v>
                </c:pt>
                <c:pt idx="39">
                  <c:v>2.8004003648411468</c:v>
                </c:pt>
                <c:pt idx="40">
                  <c:v>2.1807673978161599</c:v>
                </c:pt>
                <c:pt idx="41">
                  <c:v>2.3740377441504901</c:v>
                </c:pt>
                <c:pt idx="42">
                  <c:v>2.33942914551498</c:v>
                </c:pt>
                <c:pt idx="43">
                  <c:v>2.2277382392229286</c:v>
                </c:pt>
                <c:pt idx="44">
                  <c:v>2.5047843365887617</c:v>
                </c:pt>
                <c:pt idx="45">
                  <c:v>2.2374556009509461</c:v>
                </c:pt>
                <c:pt idx="46">
                  <c:v>2.4790918559423623</c:v>
                </c:pt>
                <c:pt idx="47">
                  <c:v>1.5986795025117915</c:v>
                </c:pt>
                <c:pt idx="48">
                  <c:v>2.1514569928778098</c:v>
                </c:pt>
                <c:pt idx="49">
                  <c:v>2.4174171380370173</c:v>
                </c:pt>
                <c:pt idx="50">
                  <c:v>1.5825548198793549</c:v>
                </c:pt>
                <c:pt idx="51">
                  <c:v>2.4558584568910065</c:v>
                </c:pt>
                <c:pt idx="52">
                  <c:v>2.0363470452072061</c:v>
                </c:pt>
                <c:pt idx="53">
                  <c:v>1.3029921678188996</c:v>
                </c:pt>
                <c:pt idx="54">
                  <c:v>2.4217343560052842</c:v>
                </c:pt>
                <c:pt idx="55">
                  <c:v>2.6821216535918579</c:v>
                </c:pt>
                <c:pt idx="56">
                  <c:v>1.6285324423008098</c:v>
                </c:pt>
                <c:pt idx="57">
                  <c:v>1.5905815179389078</c:v>
                </c:pt>
                <c:pt idx="58">
                  <c:v>1.3142044101829464</c:v>
                </c:pt>
                <c:pt idx="59">
                  <c:v>1.6550263335602267</c:v>
                </c:pt>
                <c:pt idx="60">
                  <c:v>2.4358558304366364</c:v>
                </c:pt>
                <c:pt idx="61">
                  <c:v>1.9355143162108734</c:v>
                </c:pt>
                <c:pt idx="62">
                  <c:v>1.3803316818569558</c:v>
                </c:pt>
                <c:pt idx="63">
                  <c:v>1.3030577312098248</c:v>
                </c:pt>
                <c:pt idx="64">
                  <c:v>2.9022880962213158</c:v>
                </c:pt>
                <c:pt idx="65">
                  <c:v>2.1964720108509894</c:v>
                </c:pt>
                <c:pt idx="66">
                  <c:v>2.0869420011032549</c:v>
                </c:pt>
                <c:pt idx="67">
                  <c:v>2.3571348406657542</c:v>
                </c:pt>
                <c:pt idx="68">
                  <c:v>3.2850477661696598</c:v>
                </c:pt>
                <c:pt idx="69">
                  <c:v>3.0877127963333733</c:v>
                </c:pt>
                <c:pt idx="70">
                  <c:v>2.6233381042753638</c:v>
                </c:pt>
                <c:pt idx="71">
                  <c:v>1.8213237305553216</c:v>
                </c:pt>
                <c:pt idx="72">
                  <c:v>1.3811643458865968</c:v>
                </c:pt>
                <c:pt idx="73">
                  <c:v>2.957227212864022</c:v>
                </c:pt>
                <c:pt idx="74">
                  <c:v>2.0662576890061923</c:v>
                </c:pt>
                <c:pt idx="75">
                  <c:v>1.5145765384521477</c:v>
                </c:pt>
                <c:pt idx="76">
                  <c:v>2.7987035928017483</c:v>
                </c:pt>
                <c:pt idx="77">
                  <c:v>1.6065788576925484</c:v>
                </c:pt>
                <c:pt idx="78">
                  <c:v>1.7632276071653752</c:v>
                </c:pt>
                <c:pt idx="79">
                  <c:v>1.406367324227551</c:v>
                </c:pt>
                <c:pt idx="80">
                  <c:v>3.0732076892503208</c:v>
                </c:pt>
                <c:pt idx="81">
                  <c:v>2.2492856554172835</c:v>
                </c:pt>
                <c:pt idx="82">
                  <c:v>1.5944950229324009</c:v>
                </c:pt>
                <c:pt idx="83">
                  <c:v>3.1081421045712054</c:v>
                </c:pt>
                <c:pt idx="84">
                  <c:v>2.733987780852972</c:v>
                </c:pt>
                <c:pt idx="85">
                  <c:v>2.4765589369068866</c:v>
                </c:pt>
                <c:pt idx="86">
                  <c:v>1.7065725326317076</c:v>
                </c:pt>
                <c:pt idx="87">
                  <c:v>2.1150108651694399</c:v>
                </c:pt>
                <c:pt idx="88">
                  <c:v>3.5305809117543481</c:v>
                </c:pt>
                <c:pt idx="89">
                  <c:v>1.4521359577563191</c:v>
                </c:pt>
                <c:pt idx="90">
                  <c:v>1.867759168323732</c:v>
                </c:pt>
                <c:pt idx="91">
                  <c:v>1.648724776167624</c:v>
                </c:pt>
                <c:pt idx="92">
                  <c:v>2.7803266509776154</c:v>
                </c:pt>
                <c:pt idx="93">
                  <c:v>1.9299679560292717</c:v>
                </c:pt>
                <c:pt idx="94">
                  <c:v>2.0735995682458634</c:v>
                </c:pt>
                <c:pt idx="95">
                  <c:v>3.0448326717779679</c:v>
                </c:pt>
                <c:pt idx="96">
                  <c:v>1.6375759351146668</c:v>
                </c:pt>
                <c:pt idx="97">
                  <c:v>1.4446616532925052</c:v>
                </c:pt>
                <c:pt idx="98">
                  <c:v>2.0257272428495949</c:v>
                </c:pt>
                <c:pt idx="99">
                  <c:v>2.1101547473925204</c:v>
                </c:pt>
                <c:pt idx="100">
                  <c:v>1.8429377699907736</c:v>
                </c:pt>
                <c:pt idx="101">
                  <c:v>1.6098504081014389</c:v>
                </c:pt>
                <c:pt idx="102">
                  <c:v>2.2410551177482803</c:v>
                </c:pt>
                <c:pt idx="103">
                  <c:v>2.1115161765286437</c:v>
                </c:pt>
                <c:pt idx="104">
                  <c:v>1.3524013627712994</c:v>
                </c:pt>
                <c:pt idx="105">
                  <c:v>1.8888021823958432</c:v>
                </c:pt>
                <c:pt idx="106">
                  <c:v>2.2944308346960485</c:v>
                </c:pt>
                <c:pt idx="107">
                  <c:v>1.7769750477041935</c:v>
                </c:pt>
                <c:pt idx="108">
                  <c:v>1.8171920159358976</c:v>
                </c:pt>
                <c:pt idx="109">
                  <c:v>1.9891665167539925</c:v>
                </c:pt>
                <c:pt idx="110">
                  <c:v>2.7866180056736849</c:v>
                </c:pt>
                <c:pt idx="111">
                  <c:v>2.3588463467046767</c:v>
                </c:pt>
                <c:pt idx="112">
                  <c:v>1.7972669379442578</c:v>
                </c:pt>
                <c:pt idx="113">
                  <c:v>2.0178543064802468</c:v>
                </c:pt>
                <c:pt idx="114">
                  <c:v>1.6574257959902559</c:v>
                </c:pt>
                <c:pt idx="115">
                  <c:v>1.4232961458687232</c:v>
                </c:pt>
                <c:pt idx="116">
                  <c:v>3.3812505310397243</c:v>
                </c:pt>
                <c:pt idx="117">
                  <c:v>1.492710936436725</c:v>
                </c:pt>
                <c:pt idx="118">
                  <c:v>2.1949075655810826</c:v>
                </c:pt>
                <c:pt idx="119">
                  <c:v>1.6830016914248334</c:v>
                </c:pt>
                <c:pt idx="120">
                  <c:v>1.886264513687824</c:v>
                </c:pt>
                <c:pt idx="121">
                  <c:v>2.1241332629835186</c:v>
                </c:pt>
                <c:pt idx="122">
                  <c:v>1.4650965366627151</c:v>
                </c:pt>
                <c:pt idx="123">
                  <c:v>2.3285915589108899</c:v>
                </c:pt>
                <c:pt idx="124">
                  <c:v>1.8866525656696171</c:v>
                </c:pt>
                <c:pt idx="125">
                  <c:v>2.5044492888508385</c:v>
                </c:pt>
                <c:pt idx="126">
                  <c:v>1.9734920854864102</c:v>
                </c:pt>
                <c:pt idx="127">
                  <c:v>2.8561592066245525</c:v>
                </c:pt>
                <c:pt idx="128">
                  <c:v>2.301439707792071</c:v>
                </c:pt>
                <c:pt idx="129">
                  <c:v>1.970345493387476</c:v>
                </c:pt>
                <c:pt idx="130">
                  <c:v>2.8100945859787014</c:v>
                </c:pt>
                <c:pt idx="131">
                  <c:v>2.7895300534584955</c:v>
                </c:pt>
                <c:pt idx="132">
                  <c:v>1.8699797366030786</c:v>
                </c:pt>
                <c:pt idx="133">
                  <c:v>1.5645718977991026</c:v>
                </c:pt>
                <c:pt idx="134">
                  <c:v>2.1751541422827811</c:v>
                </c:pt>
                <c:pt idx="135">
                  <c:v>1.9114306540408514</c:v>
                </c:pt>
                <c:pt idx="136">
                  <c:v>1.4186854050515592</c:v>
                </c:pt>
                <c:pt idx="137">
                  <c:v>1.9009784935609508</c:v>
                </c:pt>
                <c:pt idx="138">
                  <c:v>1.5905073049688088</c:v>
                </c:pt>
                <c:pt idx="139">
                  <c:v>1.5719255300910733</c:v>
                </c:pt>
                <c:pt idx="140">
                  <c:v>2.0308481611289082</c:v>
                </c:pt>
                <c:pt idx="141">
                  <c:v>2.2730436203541173</c:v>
                </c:pt>
                <c:pt idx="142">
                  <c:v>2.6461661951881958</c:v>
                </c:pt>
                <c:pt idx="143">
                  <c:v>1.4110501479221951</c:v>
                </c:pt>
                <c:pt idx="144">
                  <c:v>2.0968815220533936</c:v>
                </c:pt>
                <c:pt idx="145">
                  <c:v>1.991241132403756</c:v>
                </c:pt>
                <c:pt idx="146">
                  <c:v>1.9040069709703398</c:v>
                </c:pt>
                <c:pt idx="147">
                  <c:v>1.622870479812486</c:v>
                </c:pt>
                <c:pt idx="148">
                  <c:v>2.7989798538043593</c:v>
                </c:pt>
                <c:pt idx="149">
                  <c:v>1.4478990811964763</c:v>
                </c:pt>
                <c:pt idx="150">
                  <c:v>1.3225646522423757</c:v>
                </c:pt>
                <c:pt idx="151">
                  <c:v>2.0960703228215238</c:v>
                </c:pt>
                <c:pt idx="152">
                  <c:v>1.5532771488599819</c:v>
                </c:pt>
                <c:pt idx="153">
                  <c:v>1.3730192651622071</c:v>
                </c:pt>
                <c:pt idx="154">
                  <c:v>1.7524233416479875</c:v>
                </c:pt>
                <c:pt idx="155">
                  <c:v>1.8251832673618078</c:v>
                </c:pt>
                <c:pt idx="156">
                  <c:v>1.3519849617097917</c:v>
                </c:pt>
                <c:pt idx="157">
                  <c:v>1.9172845715259776</c:v>
                </c:pt>
                <c:pt idx="158">
                  <c:v>1.7475543649657657</c:v>
                </c:pt>
                <c:pt idx="159">
                  <c:v>1.5691428589243861</c:v>
                </c:pt>
                <c:pt idx="160">
                  <c:v>2.0917253129348437</c:v>
                </c:pt>
                <c:pt idx="161">
                  <c:v>1.3777059782752281</c:v>
                </c:pt>
                <c:pt idx="162">
                  <c:v>3.0989113047704531</c:v>
                </c:pt>
                <c:pt idx="163">
                  <c:v>1.5053161700593525</c:v>
                </c:pt>
                <c:pt idx="164">
                  <c:v>1.7599018923377607</c:v>
                </c:pt>
                <c:pt idx="165">
                  <c:v>1.3655733371538319</c:v>
                </c:pt>
                <c:pt idx="166">
                  <c:v>1.3921799495508818</c:v>
                </c:pt>
                <c:pt idx="167">
                  <c:v>1.8883729554693194</c:v>
                </c:pt>
                <c:pt idx="168">
                  <c:v>2.3311076144990706</c:v>
                </c:pt>
                <c:pt idx="169">
                  <c:v>1.6287848956249849</c:v>
                </c:pt>
                <c:pt idx="170">
                  <c:v>1.3785939282373278</c:v>
                </c:pt>
                <c:pt idx="171">
                  <c:v>1.3158632927057423</c:v>
                </c:pt>
                <c:pt idx="172">
                  <c:v>1.3177938484633915</c:v>
                </c:pt>
                <c:pt idx="173">
                  <c:v>2.2520735861122394</c:v>
                </c:pt>
                <c:pt idx="174">
                  <c:v>1.8023986002652184</c:v>
                </c:pt>
                <c:pt idx="175">
                  <c:v>1.6954249438504507</c:v>
                </c:pt>
                <c:pt idx="176">
                  <c:v>2.2653426422965786</c:v>
                </c:pt>
                <c:pt idx="177">
                  <c:v>2.1175020880238749</c:v>
                </c:pt>
                <c:pt idx="178">
                  <c:v>1.5111102487334009</c:v>
                </c:pt>
                <c:pt idx="179">
                  <c:v>1.4139777800993332</c:v>
                </c:pt>
                <c:pt idx="180">
                  <c:v>1.3974052653539646</c:v>
                </c:pt>
                <c:pt idx="181">
                  <c:v>1.5733276981027118</c:v>
                </c:pt>
                <c:pt idx="182">
                  <c:v>1.4441221043868917</c:v>
                </c:pt>
                <c:pt idx="183">
                  <c:v>2.2990767802730465</c:v>
                </c:pt>
                <c:pt idx="184">
                  <c:v>1.3269126800504008</c:v>
                </c:pt>
                <c:pt idx="185">
                  <c:v>1.6837044301663651</c:v>
                </c:pt>
                <c:pt idx="186">
                  <c:v>1.3343147079644566</c:v>
                </c:pt>
                <c:pt idx="187">
                  <c:v>2.0203509757939475</c:v>
                </c:pt>
                <c:pt idx="188">
                  <c:v>1.9660724678234369</c:v>
                </c:pt>
                <c:pt idx="189">
                  <c:v>1.4297088755080671</c:v>
                </c:pt>
                <c:pt idx="190">
                  <c:v>2.3309185061652662</c:v>
                </c:pt>
                <c:pt idx="191">
                  <c:v>1.4991066149373569</c:v>
                </c:pt>
                <c:pt idx="192">
                  <c:v>1.3391786717071252</c:v>
                </c:pt>
                <c:pt idx="193">
                  <c:v>1.3699875550468747</c:v>
                </c:pt>
                <c:pt idx="194">
                  <c:v>1.6231433959980586</c:v>
                </c:pt>
                <c:pt idx="195">
                  <c:v>1.3042593253274606</c:v>
                </c:pt>
                <c:pt idx="196">
                  <c:v>2.1213790250361826</c:v>
                </c:pt>
                <c:pt idx="197">
                  <c:v>1.4921042810523832</c:v>
                </c:pt>
                <c:pt idx="198">
                  <c:v>1.4798425069399186</c:v>
                </c:pt>
                <c:pt idx="199">
                  <c:v>1.5352273388962228</c:v>
                </c:pt>
                <c:pt idx="200">
                  <c:v>1.5803886382813337</c:v>
                </c:pt>
                <c:pt idx="201">
                  <c:v>1.6484805967849911</c:v>
                </c:pt>
                <c:pt idx="202">
                  <c:v>1.5448436196113302</c:v>
                </c:pt>
                <c:pt idx="203">
                  <c:v>1.3220479007424517</c:v>
                </c:pt>
                <c:pt idx="204">
                  <c:v>1.3509358228754051</c:v>
                </c:pt>
                <c:pt idx="205">
                  <c:v>1.5796426554879128</c:v>
                </c:pt>
                <c:pt idx="206">
                  <c:v>1.4580489777537067</c:v>
                </c:pt>
                <c:pt idx="207">
                  <c:v>1.347429553294418</c:v>
                </c:pt>
                <c:pt idx="208">
                  <c:v>1.4274933423644114</c:v>
                </c:pt>
                <c:pt idx="209">
                  <c:v>1.7047662985427963</c:v>
                </c:pt>
                <c:pt idx="210">
                  <c:v>1.639179573345255</c:v>
                </c:pt>
                <c:pt idx="211">
                  <c:v>1.3749689913087082</c:v>
                </c:pt>
                <c:pt idx="212">
                  <c:v>1.9233160212454048</c:v>
                </c:pt>
                <c:pt idx="213">
                  <c:v>1.3369413239376453</c:v>
                </c:pt>
                <c:pt idx="214">
                  <c:v>1.3644646225988255</c:v>
                </c:pt>
                <c:pt idx="215">
                  <c:v>1.4333198330026757</c:v>
                </c:pt>
                <c:pt idx="216">
                  <c:v>1.3104469845758064</c:v>
                </c:pt>
                <c:pt idx="217">
                  <c:v>2.1939565537214674</c:v>
                </c:pt>
                <c:pt idx="218">
                  <c:v>1.3314889809574038</c:v>
                </c:pt>
                <c:pt idx="219">
                  <c:v>1.3425490412482046</c:v>
                </c:pt>
                <c:pt idx="220">
                  <c:v>1.8537803341179773</c:v>
                </c:pt>
                <c:pt idx="221">
                  <c:v>1.4619252667030465</c:v>
                </c:pt>
                <c:pt idx="222">
                  <c:v>1.6888543692600926</c:v>
                </c:pt>
                <c:pt idx="223">
                  <c:v>1.6202833929560332</c:v>
                </c:pt>
                <c:pt idx="224">
                  <c:v>1.7383636740659647</c:v>
                </c:pt>
                <c:pt idx="225">
                  <c:v>1.3127039213991851</c:v>
                </c:pt>
                <c:pt idx="226">
                  <c:v>1.778854136300247</c:v>
                </c:pt>
                <c:pt idx="227">
                  <c:v>1.8686079825461912</c:v>
                </c:pt>
                <c:pt idx="228">
                  <c:v>2.0562445472868385</c:v>
                </c:pt>
                <c:pt idx="229">
                  <c:v>1.4138775324571993</c:v>
                </c:pt>
                <c:pt idx="230">
                  <c:v>2.3600370994845741</c:v>
                </c:pt>
                <c:pt idx="231">
                  <c:v>1.6336760642396648</c:v>
                </c:pt>
                <c:pt idx="232">
                  <c:v>1.3064178928898891</c:v>
                </c:pt>
                <c:pt idx="233">
                  <c:v>1.6271354550446639</c:v>
                </c:pt>
                <c:pt idx="234">
                  <c:v>1.4405963269432454</c:v>
                </c:pt>
                <c:pt idx="235">
                  <c:v>1.5190300485294181</c:v>
                </c:pt>
                <c:pt idx="236">
                  <c:v>1.8267707974454368</c:v>
                </c:pt>
                <c:pt idx="237">
                  <c:v>1.3062830960394531</c:v>
                </c:pt>
                <c:pt idx="238">
                  <c:v>1.5848535254891774</c:v>
                </c:pt>
                <c:pt idx="239">
                  <c:v>1.5972222929720583</c:v>
                </c:pt>
                <c:pt idx="240">
                  <c:v>1.302800972791673</c:v>
                </c:pt>
                <c:pt idx="241">
                  <c:v>1.5950384251681626</c:v>
                </c:pt>
                <c:pt idx="242">
                  <c:v>2.1839657465710758</c:v>
                </c:pt>
                <c:pt idx="243">
                  <c:v>1.6076158861716177</c:v>
                </c:pt>
                <c:pt idx="244">
                  <c:v>1.8822667246121247</c:v>
                </c:pt>
                <c:pt idx="245">
                  <c:v>1.4463450557487527</c:v>
                </c:pt>
                <c:pt idx="246">
                  <c:v>1.5917708373244073</c:v>
                </c:pt>
                <c:pt idx="247">
                  <c:v>2.0309755173543222</c:v>
                </c:pt>
                <c:pt idx="248">
                  <c:v>1.566752337401677</c:v>
                </c:pt>
                <c:pt idx="249">
                  <c:v>1.7010565144893079</c:v>
                </c:pt>
                <c:pt idx="250">
                  <c:v>1.8247476351502183</c:v>
                </c:pt>
                <c:pt idx="251">
                  <c:v>1.3661090061613081</c:v>
                </c:pt>
                <c:pt idx="252">
                  <c:v>1.9116685784212184</c:v>
                </c:pt>
                <c:pt idx="253">
                  <c:v>1.3936043812400676</c:v>
                </c:pt>
                <c:pt idx="254">
                  <c:v>1.3764628751919399</c:v>
                </c:pt>
                <c:pt idx="255">
                  <c:v>1.4432551372496714</c:v>
                </c:pt>
                <c:pt idx="256">
                  <c:v>1.7702026154348605</c:v>
                </c:pt>
                <c:pt idx="257">
                  <c:v>1.539529650810826</c:v>
                </c:pt>
                <c:pt idx="258">
                  <c:v>1.6725557529913553</c:v>
                </c:pt>
                <c:pt idx="259">
                  <c:v>1.4619135921617996</c:v>
                </c:pt>
                <c:pt idx="260">
                  <c:v>1.3249110265986805</c:v>
                </c:pt>
                <c:pt idx="261">
                  <c:v>1.7686554912697985</c:v>
                </c:pt>
                <c:pt idx="262">
                  <c:v>1.3220451864058622</c:v>
                </c:pt>
                <c:pt idx="263">
                  <c:v>1.4309469019629675</c:v>
                </c:pt>
                <c:pt idx="264">
                  <c:v>1.5707822894225969</c:v>
                </c:pt>
                <c:pt idx="265">
                  <c:v>1.3908562153194752</c:v>
                </c:pt>
                <c:pt idx="266">
                  <c:v>1.7734975799606367</c:v>
                </c:pt>
                <c:pt idx="267">
                  <c:v>1.8214050926360508</c:v>
                </c:pt>
                <c:pt idx="268">
                  <c:v>1.6239269015636255</c:v>
                </c:pt>
                <c:pt idx="269">
                  <c:v>1.4886447541810328</c:v>
                </c:pt>
                <c:pt idx="270">
                  <c:v>1.7160732549325501</c:v>
                </c:pt>
                <c:pt idx="271">
                  <c:v>1.3864395772249403</c:v>
                </c:pt>
                <c:pt idx="272">
                  <c:v>1.332943072904375</c:v>
                </c:pt>
                <c:pt idx="273">
                  <c:v>1.5829280221298063</c:v>
                </c:pt>
                <c:pt idx="274">
                  <c:v>1.5683086952574306</c:v>
                </c:pt>
                <c:pt idx="275">
                  <c:v>1.649665950986456</c:v>
                </c:pt>
                <c:pt idx="276">
                  <c:v>1.54261428772834</c:v>
                </c:pt>
                <c:pt idx="277">
                  <c:v>1.4974785895151415</c:v>
                </c:pt>
                <c:pt idx="278">
                  <c:v>1.3085394874758256</c:v>
                </c:pt>
                <c:pt idx="279">
                  <c:v>1.4475964171597577</c:v>
                </c:pt>
                <c:pt idx="280">
                  <c:v>1.6300034559149974</c:v>
                </c:pt>
                <c:pt idx="281">
                  <c:v>1.5160387059380085</c:v>
                </c:pt>
                <c:pt idx="282">
                  <c:v>1.5155147582111781</c:v>
                </c:pt>
                <c:pt idx="283">
                  <c:v>1.6552148516061753</c:v>
                </c:pt>
                <c:pt idx="284">
                  <c:v>1.375381147238278</c:v>
                </c:pt>
                <c:pt idx="285">
                  <c:v>1.3263434736235509</c:v>
                </c:pt>
                <c:pt idx="286">
                  <c:v>1.6338400265207569</c:v>
                </c:pt>
                <c:pt idx="287">
                  <c:v>1.3428944225257802</c:v>
                </c:pt>
                <c:pt idx="288">
                  <c:v>1.526994405373467</c:v>
                </c:pt>
                <c:pt idx="289">
                  <c:v>1.7762203774856753</c:v>
                </c:pt>
                <c:pt idx="290">
                  <c:v>1.7290065335936284</c:v>
                </c:pt>
                <c:pt idx="291">
                  <c:v>1.3355382259753332</c:v>
                </c:pt>
                <c:pt idx="292">
                  <c:v>1.3937908993838022</c:v>
                </c:pt>
                <c:pt idx="293">
                  <c:v>1.4218088697777034</c:v>
                </c:pt>
                <c:pt idx="294">
                  <c:v>1.651900762590307</c:v>
                </c:pt>
                <c:pt idx="295">
                  <c:v>1.3646720123938705</c:v>
                </c:pt>
                <c:pt idx="296">
                  <c:v>1.4869472350833628</c:v>
                </c:pt>
                <c:pt idx="297">
                  <c:v>1.3048486269268151</c:v>
                </c:pt>
                <c:pt idx="298">
                  <c:v>1.3304740972857594</c:v>
                </c:pt>
                <c:pt idx="299">
                  <c:v>1.5300471045588235</c:v>
                </c:pt>
                <c:pt idx="300">
                  <c:v>1.4647247398735312</c:v>
                </c:pt>
                <c:pt idx="301">
                  <c:v>1.3673753542769598</c:v>
                </c:pt>
              </c:numCache>
            </c:numRef>
          </c:yVal>
          <c:smooth val="0"/>
          <c:extLst>
            <c:ext xmlns:c16="http://schemas.microsoft.com/office/drawing/2014/chart" uri="{C3380CC4-5D6E-409C-BE32-E72D297353CC}">
              <c16:uniqueId val="{00000002-6F0D-42A5-80B8-3D6C25A840C2}"/>
            </c:ext>
          </c:extLst>
        </c:ser>
        <c:dLbls>
          <c:showLegendKey val="0"/>
          <c:showVal val="0"/>
          <c:showCatName val="0"/>
          <c:showSerName val="0"/>
          <c:showPercent val="0"/>
          <c:showBubbleSize val="0"/>
        </c:dLbls>
        <c:axId val="1048627840"/>
        <c:axId val="1048629760"/>
      </c:scatterChart>
      <c:valAx>
        <c:axId val="1048627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Log 2</a:t>
                </a:r>
                <a:r>
                  <a:rPr lang="en-AU" sz="1000" baseline="0">
                    <a:solidFill>
                      <a:schemeClr val="tx1"/>
                    </a:solidFill>
                    <a:latin typeface="Arial" panose="020B0604020202020204" pitchFamily="34" charset="0"/>
                    <a:cs typeface="Arial" panose="020B0604020202020204" pitchFamily="34" charset="0"/>
                  </a:rPr>
                  <a:t> Fold-change</a:t>
                </a:r>
                <a:endParaRPr lang="en-AU" sz="1000">
                  <a:solidFill>
                    <a:schemeClr val="tx1"/>
                  </a:solidFill>
                  <a:latin typeface="Arial" panose="020B0604020202020204" pitchFamily="34" charset="0"/>
                  <a:cs typeface="Arial" panose="020B0604020202020204" pitchFamily="34" charset="0"/>
                </a:endParaRPr>
              </a:p>
            </c:rich>
          </c:tx>
          <c:layout>
            <c:manualLayout>
              <c:xMode val="edge"/>
              <c:yMode val="edge"/>
              <c:x val="0.43119731364519559"/>
              <c:y val="0.917141953641336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8629760"/>
        <c:crossesAt val="0"/>
        <c:crossBetween val="midCat"/>
        <c:majorUnit val="0.5"/>
      </c:valAx>
      <c:valAx>
        <c:axId val="104862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Log</a:t>
                </a:r>
                <a:r>
                  <a:rPr lang="en-AU" sz="1000" baseline="0">
                    <a:solidFill>
                      <a:schemeClr val="tx1"/>
                    </a:solidFill>
                    <a:latin typeface="Arial" panose="020B0604020202020204" pitchFamily="34" charset="0"/>
                    <a:cs typeface="Arial" panose="020B0604020202020204" pitchFamily="34" charset="0"/>
                  </a:rPr>
                  <a:t> 10 P-value </a:t>
                </a:r>
                <a:endParaRPr lang="en-AU" sz="1000">
                  <a:solidFill>
                    <a:schemeClr val="tx1"/>
                  </a:solidFill>
                  <a:latin typeface="Arial" panose="020B0604020202020204" pitchFamily="34" charset="0"/>
                  <a:cs typeface="Arial" panose="020B0604020202020204" pitchFamily="34" charset="0"/>
                </a:endParaRPr>
              </a:p>
            </c:rich>
          </c:tx>
          <c:layout>
            <c:manualLayout>
              <c:xMode val="edge"/>
              <c:yMode val="edge"/>
              <c:x val="2.5250812931659997E-2"/>
              <c:y val="0.270981316816538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8627840"/>
        <c:crossesAt val="-6.5"/>
        <c:crossBetween val="midCat"/>
      </c:valAx>
      <c:spPr>
        <a:noFill/>
        <a:ln>
          <a:noFill/>
        </a:ln>
        <a:effectLst/>
      </c:spPr>
    </c:plotArea>
    <c:legend>
      <c:legendPos val="r"/>
      <c:layout>
        <c:manualLayout>
          <c:xMode val="edge"/>
          <c:yMode val="edge"/>
          <c:x val="0.76690376501572111"/>
          <c:y val="5.301521044809159E-3"/>
          <c:w val="0.23110026605036141"/>
          <c:h val="0.231121813686871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r>
              <a:rPr lang="en-AU" sz="1000">
                <a:solidFill>
                  <a:schemeClr val="tx1"/>
                </a:solidFill>
              </a:rPr>
              <a:t>B vs A (Liver)</a:t>
            </a:r>
          </a:p>
        </c:rich>
      </c:tx>
      <c:layout>
        <c:manualLayout>
          <c:xMode val="edge"/>
          <c:yMode val="edge"/>
          <c:x val="0.44186773883422314"/>
          <c:y val="3.142212499333033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AU"/>
        </a:p>
      </c:txPr>
    </c:title>
    <c:autoTitleDeleted val="0"/>
    <c:plotArea>
      <c:layout>
        <c:manualLayout>
          <c:layoutTarget val="inner"/>
          <c:xMode val="edge"/>
          <c:yMode val="edge"/>
          <c:x val="0.14127287385009552"/>
          <c:y val="8.7056353249961416E-2"/>
          <c:w val="0.74286282237160728"/>
          <c:h val="0.72155627605372863"/>
        </c:manualLayout>
      </c:layout>
      <c:scatterChart>
        <c:scatterStyle val="lineMarker"/>
        <c:varyColors val="0"/>
        <c:ser>
          <c:idx val="0"/>
          <c:order val="0"/>
          <c:tx>
            <c:v>"Not changed"</c:v>
          </c:tx>
          <c:spPr>
            <a:ln w="25400" cap="rnd">
              <a:noFill/>
              <a:round/>
            </a:ln>
            <a:effectLst/>
          </c:spPr>
          <c:marker>
            <c:symbol val="circle"/>
            <c:size val="5"/>
            <c:spPr>
              <a:solidFill>
                <a:schemeClr val="tx1"/>
              </a:solidFill>
              <a:ln w="9525">
                <a:solidFill>
                  <a:schemeClr val="tx1"/>
                </a:solidFill>
              </a:ln>
              <a:effectLst/>
            </c:spPr>
          </c:marker>
          <c:xVal>
            <c:numRef>
              <c:f>'Volcano plot '!$C$3:$C$3662</c:f>
              <c:numCache>
                <c:formatCode>General</c:formatCode>
                <c:ptCount val="3660"/>
                <c:pt idx="0">
                  <c:v>1.9618568038508699</c:v>
                </c:pt>
                <c:pt idx="1">
                  <c:v>-1.29681938515734</c:v>
                </c:pt>
                <c:pt idx="2">
                  <c:v>-1.5629779280893601</c:v>
                </c:pt>
                <c:pt idx="3">
                  <c:v>-2.5093556510600701</c:v>
                </c:pt>
                <c:pt idx="4">
                  <c:v>1.0418736581571699</c:v>
                </c:pt>
                <c:pt idx="5">
                  <c:v>-1.3974497693674699</c:v>
                </c:pt>
                <c:pt idx="6">
                  <c:v>-1.43941489925524</c:v>
                </c:pt>
                <c:pt idx="7">
                  <c:v>-1.51839359287931</c:v>
                </c:pt>
                <c:pt idx="8">
                  <c:v>0.93469264383775696</c:v>
                </c:pt>
                <c:pt idx="9">
                  <c:v>-1.95524347878273</c:v>
                </c:pt>
                <c:pt idx="10">
                  <c:v>-1.2011490331242201</c:v>
                </c:pt>
                <c:pt idx="11">
                  <c:v>-1.1570554901694201</c:v>
                </c:pt>
                <c:pt idx="12">
                  <c:v>-1.96519329960181</c:v>
                </c:pt>
                <c:pt idx="13">
                  <c:v>1.52621774636969</c:v>
                </c:pt>
                <c:pt idx="14">
                  <c:v>-0.84466535021508404</c:v>
                </c:pt>
                <c:pt idx="15">
                  <c:v>-1.0904634636071899</c:v>
                </c:pt>
                <c:pt idx="16">
                  <c:v>-1.4269560579884499</c:v>
                </c:pt>
                <c:pt idx="17">
                  <c:v>-1.25355348561234</c:v>
                </c:pt>
                <c:pt idx="18">
                  <c:v>-1.74774876938249</c:v>
                </c:pt>
                <c:pt idx="19">
                  <c:v>-1.18187745786746</c:v>
                </c:pt>
                <c:pt idx="20">
                  <c:v>0.87180696751559605</c:v>
                </c:pt>
                <c:pt idx="21">
                  <c:v>0.77118786442044795</c:v>
                </c:pt>
                <c:pt idx="22">
                  <c:v>-1.0770882657612799</c:v>
                </c:pt>
                <c:pt idx="23">
                  <c:v>1.4356033865034701</c:v>
                </c:pt>
                <c:pt idx="24">
                  <c:v>1.0165348942175101</c:v>
                </c:pt>
                <c:pt idx="25">
                  <c:v>-1.3302611681707099</c:v>
                </c:pt>
                <c:pt idx="26">
                  <c:v>-0.90263681795018502</c:v>
                </c:pt>
                <c:pt idx="27">
                  <c:v>0.726806685863153</c:v>
                </c:pt>
                <c:pt idx="28">
                  <c:v>-1.4744578364082701</c:v>
                </c:pt>
                <c:pt idx="29">
                  <c:v>0.86862623180842702</c:v>
                </c:pt>
                <c:pt idx="30">
                  <c:v>-0.93882783429729999</c:v>
                </c:pt>
                <c:pt idx="31">
                  <c:v>1.25660305061594</c:v>
                </c:pt>
                <c:pt idx="32">
                  <c:v>-1.73426890227335</c:v>
                </c:pt>
                <c:pt idx="33">
                  <c:v>2.2832733670252701</c:v>
                </c:pt>
                <c:pt idx="34">
                  <c:v>-2.7310165483823301</c:v>
                </c:pt>
                <c:pt idx="35">
                  <c:v>-2.0994351830580702</c:v>
                </c:pt>
                <c:pt idx="36">
                  <c:v>1.6363422827947101</c:v>
                </c:pt>
                <c:pt idx="37">
                  <c:v>-1.3573539530638801</c:v>
                </c:pt>
                <c:pt idx="38">
                  <c:v>-0.84867495794834003</c:v>
                </c:pt>
                <c:pt idx="39">
                  <c:v>-1.52678053544384</c:v>
                </c:pt>
                <c:pt idx="40">
                  <c:v>-0.86072215765023696</c:v>
                </c:pt>
                <c:pt idx="41">
                  <c:v>-2.5260594929931601</c:v>
                </c:pt>
                <c:pt idx="42">
                  <c:v>0.76713876797433</c:v>
                </c:pt>
                <c:pt idx="43">
                  <c:v>-1.91415693817484</c:v>
                </c:pt>
                <c:pt idx="44">
                  <c:v>-0.84886924680779396</c:v>
                </c:pt>
                <c:pt idx="45">
                  <c:v>-0.74268729123339505</c:v>
                </c:pt>
                <c:pt idx="46">
                  <c:v>1.6813557693779899</c:v>
                </c:pt>
                <c:pt idx="47">
                  <c:v>-0.72794037954228197</c:v>
                </c:pt>
                <c:pt idx="48">
                  <c:v>-0.94007762704453102</c:v>
                </c:pt>
                <c:pt idx="49">
                  <c:v>1.3429767732737701</c:v>
                </c:pt>
                <c:pt idx="50">
                  <c:v>1.2123707416444001</c:v>
                </c:pt>
                <c:pt idx="51">
                  <c:v>-0.83845923883194795</c:v>
                </c:pt>
                <c:pt idx="52">
                  <c:v>1.55780089503994</c:v>
                </c:pt>
                <c:pt idx="53">
                  <c:v>-1.3064525512095599</c:v>
                </c:pt>
                <c:pt idx="54">
                  <c:v>0.98131934599599502</c:v>
                </c:pt>
                <c:pt idx="55">
                  <c:v>1.2582368832379101</c:v>
                </c:pt>
                <c:pt idx="56">
                  <c:v>-1.72510606225955</c:v>
                </c:pt>
                <c:pt idx="57">
                  <c:v>1.1155114461626401</c:v>
                </c:pt>
                <c:pt idx="58">
                  <c:v>-1.4557718818012499</c:v>
                </c:pt>
                <c:pt idx="59">
                  <c:v>-1.20578381002391</c:v>
                </c:pt>
                <c:pt idx="60">
                  <c:v>0.85091018829520904</c:v>
                </c:pt>
                <c:pt idx="61">
                  <c:v>-0.83508906816906103</c:v>
                </c:pt>
                <c:pt idx="62">
                  <c:v>-1.4227338080505101</c:v>
                </c:pt>
                <c:pt idx="63">
                  <c:v>-1.17720750463297</c:v>
                </c:pt>
                <c:pt idx="64">
                  <c:v>-1.3850502108260201</c:v>
                </c:pt>
                <c:pt idx="65">
                  <c:v>1.0902399383500001</c:v>
                </c:pt>
                <c:pt idx="66">
                  <c:v>-0.58172652883569498</c:v>
                </c:pt>
                <c:pt idx="67">
                  <c:v>-0.69306950016453295</c:v>
                </c:pt>
                <c:pt idx="68">
                  <c:v>1.9318618284307101</c:v>
                </c:pt>
                <c:pt idx="69">
                  <c:v>-1.08709519674188</c:v>
                </c:pt>
                <c:pt idx="70">
                  <c:v>0.77962749270428899</c:v>
                </c:pt>
                <c:pt idx="71">
                  <c:v>-0.98424145004389596</c:v>
                </c:pt>
                <c:pt idx="72">
                  <c:v>-1.0202351801159699</c:v>
                </c:pt>
                <c:pt idx="73">
                  <c:v>1.5872167070272001</c:v>
                </c:pt>
                <c:pt idx="74">
                  <c:v>-0.95384388513061003</c:v>
                </c:pt>
                <c:pt idx="75">
                  <c:v>-0.6004694667064</c:v>
                </c:pt>
                <c:pt idx="76">
                  <c:v>1.2021348033193999</c:v>
                </c:pt>
                <c:pt idx="77">
                  <c:v>1.25169802007764</c:v>
                </c:pt>
                <c:pt idx="78">
                  <c:v>-1.0484002635588501</c:v>
                </c:pt>
                <c:pt idx="79">
                  <c:v>0.72055492470238702</c:v>
                </c:pt>
                <c:pt idx="80">
                  <c:v>-0.86980546963819105</c:v>
                </c:pt>
                <c:pt idx="81">
                  <c:v>-1.0890331399350699</c:v>
                </c:pt>
                <c:pt idx="82">
                  <c:v>-0.99272271384630895</c:v>
                </c:pt>
                <c:pt idx="83">
                  <c:v>-1.45597511064005</c:v>
                </c:pt>
                <c:pt idx="84">
                  <c:v>1.0937675806175899</c:v>
                </c:pt>
                <c:pt idx="85">
                  <c:v>1.29986279976955</c:v>
                </c:pt>
                <c:pt idx="86">
                  <c:v>-0.81512354628444705</c:v>
                </c:pt>
                <c:pt idx="87">
                  <c:v>1.5448842616241301</c:v>
                </c:pt>
                <c:pt idx="88">
                  <c:v>-1.0915451360438799</c:v>
                </c:pt>
                <c:pt idx="89">
                  <c:v>-1.0084557639701901</c:v>
                </c:pt>
                <c:pt idx="90">
                  <c:v>-0.68018654273452805</c:v>
                </c:pt>
                <c:pt idx="91">
                  <c:v>0.83169033665457104</c:v>
                </c:pt>
                <c:pt idx="92">
                  <c:v>-1.03952932321337</c:v>
                </c:pt>
                <c:pt idx="93">
                  <c:v>0.66835759947950601</c:v>
                </c:pt>
                <c:pt idx="94">
                  <c:v>0.63664563227588999</c:v>
                </c:pt>
                <c:pt idx="95">
                  <c:v>-1.26615413952054</c:v>
                </c:pt>
                <c:pt idx="96">
                  <c:v>0.94046864176757305</c:v>
                </c:pt>
                <c:pt idx="97">
                  <c:v>-1.0966923450392301</c:v>
                </c:pt>
                <c:pt idx="98">
                  <c:v>-1.49737483133458</c:v>
                </c:pt>
                <c:pt idx="99">
                  <c:v>1.1485349735733299</c:v>
                </c:pt>
                <c:pt idx="100">
                  <c:v>-0.86380467400002903</c:v>
                </c:pt>
                <c:pt idx="101">
                  <c:v>-1.2637317141314399</c:v>
                </c:pt>
                <c:pt idx="102">
                  <c:v>-1.0815204641190701</c:v>
                </c:pt>
                <c:pt idx="103">
                  <c:v>-2.2128413714883899</c:v>
                </c:pt>
                <c:pt idx="104">
                  <c:v>0.75148467192296697</c:v>
                </c:pt>
                <c:pt idx="105">
                  <c:v>-0.68861419344436203</c:v>
                </c:pt>
                <c:pt idx="106">
                  <c:v>-0.87369485490326704</c:v>
                </c:pt>
                <c:pt idx="107">
                  <c:v>0.67234759696025004</c:v>
                </c:pt>
                <c:pt idx="108">
                  <c:v>-0.648040734585273</c:v>
                </c:pt>
                <c:pt idx="109">
                  <c:v>1.1725778343903499</c:v>
                </c:pt>
                <c:pt idx="110">
                  <c:v>-0.69401734250927705</c:v>
                </c:pt>
                <c:pt idx="111">
                  <c:v>-1.0808714816173599</c:v>
                </c:pt>
                <c:pt idx="112">
                  <c:v>0.86069141312545505</c:v>
                </c:pt>
                <c:pt idx="113">
                  <c:v>-1.4519904498596401</c:v>
                </c:pt>
                <c:pt idx="114">
                  <c:v>0.657161534546994</c:v>
                </c:pt>
                <c:pt idx="115">
                  <c:v>0.70295463830497296</c:v>
                </c:pt>
                <c:pt idx="116">
                  <c:v>0.72795257010403003</c:v>
                </c:pt>
                <c:pt idx="117">
                  <c:v>-1.8766188035286899</c:v>
                </c:pt>
                <c:pt idx="118">
                  <c:v>0.76465003535821596</c:v>
                </c:pt>
                <c:pt idx="119">
                  <c:v>0.73084600565356395</c:v>
                </c:pt>
                <c:pt idx="120">
                  <c:v>0.89048327391955695</c:v>
                </c:pt>
                <c:pt idx="121">
                  <c:v>-1.3204593146011301</c:v>
                </c:pt>
                <c:pt idx="122">
                  <c:v>0.83148138065743604</c:v>
                </c:pt>
                <c:pt idx="123">
                  <c:v>-1.17153833322167</c:v>
                </c:pt>
                <c:pt idx="124">
                  <c:v>0.660435818311782</c:v>
                </c:pt>
                <c:pt idx="125">
                  <c:v>-1.55606519827087</c:v>
                </c:pt>
                <c:pt idx="126">
                  <c:v>-1.78726634049717</c:v>
                </c:pt>
                <c:pt idx="127">
                  <c:v>-0.859607419961257</c:v>
                </c:pt>
                <c:pt idx="128">
                  <c:v>-0.55967757800656404</c:v>
                </c:pt>
                <c:pt idx="129">
                  <c:v>1.8337873182442099</c:v>
                </c:pt>
                <c:pt idx="130">
                  <c:v>0.90457512945771201</c:v>
                </c:pt>
                <c:pt idx="131">
                  <c:v>0.82263248631321095</c:v>
                </c:pt>
                <c:pt idx="132">
                  <c:v>-0.68903364821170898</c:v>
                </c:pt>
                <c:pt idx="133">
                  <c:v>-0.77064878525382996</c:v>
                </c:pt>
                <c:pt idx="134">
                  <c:v>0.78075967124549805</c:v>
                </c:pt>
                <c:pt idx="135">
                  <c:v>1.63305374077122</c:v>
                </c:pt>
                <c:pt idx="136">
                  <c:v>0.79734973173546597</c:v>
                </c:pt>
                <c:pt idx="137">
                  <c:v>-0.72592851085259003</c:v>
                </c:pt>
                <c:pt idx="138">
                  <c:v>0.786141009523181</c:v>
                </c:pt>
                <c:pt idx="139">
                  <c:v>1.1814478119705001</c:v>
                </c:pt>
                <c:pt idx="140">
                  <c:v>0.87176314122587995</c:v>
                </c:pt>
                <c:pt idx="141">
                  <c:v>1.46911791655488</c:v>
                </c:pt>
                <c:pt idx="142">
                  <c:v>-0.66071414228018799</c:v>
                </c:pt>
                <c:pt idx="143">
                  <c:v>0.98525910161175601</c:v>
                </c:pt>
                <c:pt idx="144">
                  <c:v>-1.11817598720318</c:v>
                </c:pt>
                <c:pt idx="145">
                  <c:v>-0.733169522674466</c:v>
                </c:pt>
                <c:pt idx="146">
                  <c:v>0.74277138698841605</c:v>
                </c:pt>
                <c:pt idx="147">
                  <c:v>-0.76033532461142495</c:v>
                </c:pt>
                <c:pt idx="148">
                  <c:v>-1.25079731464688</c:v>
                </c:pt>
                <c:pt idx="149">
                  <c:v>0.96594331633883401</c:v>
                </c:pt>
                <c:pt idx="150">
                  <c:v>-0.73366078182802097</c:v>
                </c:pt>
                <c:pt idx="151">
                  <c:v>1.5446348590885399</c:v>
                </c:pt>
                <c:pt idx="152">
                  <c:v>-2.3683002064853702</c:v>
                </c:pt>
                <c:pt idx="153">
                  <c:v>0.89292783673485598</c:v>
                </c:pt>
                <c:pt idx="154">
                  <c:v>-0.67971142311981603</c:v>
                </c:pt>
                <c:pt idx="155">
                  <c:v>1.1092435236004199</c:v>
                </c:pt>
                <c:pt idx="156">
                  <c:v>-0.91159492679879195</c:v>
                </c:pt>
                <c:pt idx="157">
                  <c:v>1.61511553308415</c:v>
                </c:pt>
                <c:pt idx="158">
                  <c:v>0.58142585895471699</c:v>
                </c:pt>
                <c:pt idx="159">
                  <c:v>-0.94521063456185705</c:v>
                </c:pt>
                <c:pt idx="160">
                  <c:v>-0.71033923872795401</c:v>
                </c:pt>
                <c:pt idx="161">
                  <c:v>0.62134804860305304</c:v>
                </c:pt>
                <c:pt idx="162">
                  <c:v>1.25989299476823</c:v>
                </c:pt>
                <c:pt idx="163">
                  <c:v>-0.76448354562260301</c:v>
                </c:pt>
                <c:pt idx="164">
                  <c:v>0.67547800427777804</c:v>
                </c:pt>
                <c:pt idx="165">
                  <c:v>-1.55871857604446</c:v>
                </c:pt>
                <c:pt idx="166">
                  <c:v>1.2128014539824601</c:v>
                </c:pt>
                <c:pt idx="167">
                  <c:v>1.0404570581394801</c:v>
                </c:pt>
                <c:pt idx="168">
                  <c:v>-0.86183860476680596</c:v>
                </c:pt>
                <c:pt idx="169">
                  <c:v>1.05536872256406</c:v>
                </c:pt>
                <c:pt idx="170">
                  <c:v>1.3171918071375599</c:v>
                </c:pt>
                <c:pt idx="171">
                  <c:v>1.1451452656491199</c:v>
                </c:pt>
                <c:pt idx="172">
                  <c:v>1.1785996571136901</c:v>
                </c:pt>
                <c:pt idx="173">
                  <c:v>0.93964870571630499</c:v>
                </c:pt>
                <c:pt idx="174">
                  <c:v>0.899520686432005</c:v>
                </c:pt>
                <c:pt idx="175">
                  <c:v>-0.59379417865237005</c:v>
                </c:pt>
                <c:pt idx="176">
                  <c:v>1.14416544052488</c:v>
                </c:pt>
                <c:pt idx="177">
                  <c:v>1.5962303190906899</c:v>
                </c:pt>
                <c:pt idx="178">
                  <c:v>0.92934645873350896</c:v>
                </c:pt>
                <c:pt idx="179">
                  <c:v>-0.87302773290361202</c:v>
                </c:pt>
                <c:pt idx="180">
                  <c:v>-1.5508287631639499</c:v>
                </c:pt>
                <c:pt idx="181">
                  <c:v>1.3176997717761301</c:v>
                </c:pt>
                <c:pt idx="182">
                  <c:v>1.1906032505770601</c:v>
                </c:pt>
                <c:pt idx="183">
                  <c:v>-0.77026458085446903</c:v>
                </c:pt>
                <c:pt idx="184">
                  <c:v>-0.66423297307191798</c:v>
                </c:pt>
                <c:pt idx="185">
                  <c:v>0.87464491217665596</c:v>
                </c:pt>
                <c:pt idx="186">
                  <c:v>-0.79240464759805096</c:v>
                </c:pt>
                <c:pt idx="187">
                  <c:v>1.2715880752466799</c:v>
                </c:pt>
                <c:pt idx="188">
                  <c:v>-0.90873744184363403</c:v>
                </c:pt>
                <c:pt idx="189">
                  <c:v>-1.2695245271061499</c:v>
                </c:pt>
                <c:pt idx="190">
                  <c:v>-1.53875153439969</c:v>
                </c:pt>
                <c:pt idx="191">
                  <c:v>1.14967409073649</c:v>
                </c:pt>
                <c:pt idx="192">
                  <c:v>-0.61391405766205798</c:v>
                </c:pt>
                <c:pt idx="193">
                  <c:v>0.75852591924944301</c:v>
                </c:pt>
                <c:pt idx="194">
                  <c:v>-0.64223511814877199</c:v>
                </c:pt>
                <c:pt idx="195">
                  <c:v>0.757601428124687</c:v>
                </c:pt>
                <c:pt idx="196">
                  <c:v>-1.3690826748909899</c:v>
                </c:pt>
                <c:pt idx="197">
                  <c:v>-0.678524462439555</c:v>
                </c:pt>
                <c:pt idx="198">
                  <c:v>1.76963009114083</c:v>
                </c:pt>
                <c:pt idx="199">
                  <c:v>-0.66952696003402301</c:v>
                </c:pt>
                <c:pt idx="200">
                  <c:v>0.70503412983525804</c:v>
                </c:pt>
                <c:pt idx="201">
                  <c:v>1.4586327422379299</c:v>
                </c:pt>
                <c:pt idx="202">
                  <c:v>-0.88642181526187303</c:v>
                </c:pt>
                <c:pt idx="203">
                  <c:v>0.88852551948407998</c:v>
                </c:pt>
                <c:pt idx="204">
                  <c:v>-1.19891713506266</c:v>
                </c:pt>
                <c:pt idx="205">
                  <c:v>-0.56360803000682602</c:v>
                </c:pt>
                <c:pt idx="206">
                  <c:v>-0.69767021146466801</c:v>
                </c:pt>
                <c:pt idx="207">
                  <c:v>1.11725544805955</c:v>
                </c:pt>
                <c:pt idx="208">
                  <c:v>-0.864532145446962</c:v>
                </c:pt>
                <c:pt idx="209">
                  <c:v>0.60145919657793501</c:v>
                </c:pt>
                <c:pt idx="210">
                  <c:v>0.88507371234647902</c:v>
                </c:pt>
                <c:pt idx="211">
                  <c:v>-0.85455872020102996</c:v>
                </c:pt>
                <c:pt idx="212">
                  <c:v>-0.74838806592297802</c:v>
                </c:pt>
                <c:pt idx="213">
                  <c:v>0.86167830741722196</c:v>
                </c:pt>
                <c:pt idx="214">
                  <c:v>-1.50928564643631</c:v>
                </c:pt>
                <c:pt idx="215">
                  <c:v>0.68741747529828201</c:v>
                </c:pt>
                <c:pt idx="216">
                  <c:v>1.1590230402361299</c:v>
                </c:pt>
                <c:pt idx="217">
                  <c:v>-1.29252142311805</c:v>
                </c:pt>
                <c:pt idx="218">
                  <c:v>0.75621681984100797</c:v>
                </c:pt>
                <c:pt idx="219">
                  <c:v>0.69577440036952998</c:v>
                </c:pt>
                <c:pt idx="220">
                  <c:v>0.78655632450130497</c:v>
                </c:pt>
                <c:pt idx="221">
                  <c:v>-0.59124095435156199</c:v>
                </c:pt>
                <c:pt idx="222">
                  <c:v>-1.0991601055350499</c:v>
                </c:pt>
                <c:pt idx="223">
                  <c:v>-0.50455904937921003</c:v>
                </c:pt>
                <c:pt idx="224">
                  <c:v>0.71460802878950602</c:v>
                </c:pt>
                <c:pt idx="225">
                  <c:v>-0.79802446345302502</c:v>
                </c:pt>
                <c:pt idx="226">
                  <c:v>-0.61623135804590801</c:v>
                </c:pt>
                <c:pt idx="227">
                  <c:v>0.79774509147707895</c:v>
                </c:pt>
                <c:pt idx="228">
                  <c:v>-1.7997341779623599</c:v>
                </c:pt>
                <c:pt idx="229">
                  <c:v>1.6570193667206501</c:v>
                </c:pt>
                <c:pt idx="230">
                  <c:v>-0.73359694488547</c:v>
                </c:pt>
                <c:pt idx="231">
                  <c:v>-0.47685778036530402</c:v>
                </c:pt>
                <c:pt idx="232">
                  <c:v>1.86447193606661</c:v>
                </c:pt>
                <c:pt idx="233">
                  <c:v>-0.71139702909915703</c:v>
                </c:pt>
                <c:pt idx="234">
                  <c:v>-1.2823219524573899</c:v>
                </c:pt>
                <c:pt idx="235">
                  <c:v>-0.80473325927462702</c:v>
                </c:pt>
                <c:pt idx="236">
                  <c:v>0.76911819674981496</c:v>
                </c:pt>
                <c:pt idx="237">
                  <c:v>1.45810620043171</c:v>
                </c:pt>
                <c:pt idx="238">
                  <c:v>-0.80529618024344896</c:v>
                </c:pt>
                <c:pt idx="239">
                  <c:v>-1.06538352241492</c:v>
                </c:pt>
                <c:pt idx="240">
                  <c:v>-1.1076690406410601</c:v>
                </c:pt>
                <c:pt idx="241">
                  <c:v>0.80983041350505403</c:v>
                </c:pt>
                <c:pt idx="242">
                  <c:v>0.67641445018588797</c:v>
                </c:pt>
                <c:pt idx="243">
                  <c:v>0.65389701331390504</c:v>
                </c:pt>
                <c:pt idx="244">
                  <c:v>1.1304519338982399</c:v>
                </c:pt>
                <c:pt idx="245">
                  <c:v>0.47861420923111098</c:v>
                </c:pt>
                <c:pt idx="246">
                  <c:v>-1.32498302283911</c:v>
                </c:pt>
                <c:pt idx="247">
                  <c:v>1.0032406958753799</c:v>
                </c:pt>
                <c:pt idx="248">
                  <c:v>-0.91823735871605205</c:v>
                </c:pt>
                <c:pt idx="249">
                  <c:v>-0.92628312795118695</c:v>
                </c:pt>
                <c:pt idx="250">
                  <c:v>-0.99264289362373104</c:v>
                </c:pt>
                <c:pt idx="251">
                  <c:v>-0.77249980712160105</c:v>
                </c:pt>
                <c:pt idx="252">
                  <c:v>1.0030601104952599</c:v>
                </c:pt>
                <c:pt idx="253">
                  <c:v>1.6049474957605501</c:v>
                </c:pt>
                <c:pt idx="254">
                  <c:v>-1.4753320829019401</c:v>
                </c:pt>
                <c:pt idx="255">
                  <c:v>0.86491155161614197</c:v>
                </c:pt>
                <c:pt idx="256">
                  <c:v>-0.88880164009212603</c:v>
                </c:pt>
                <c:pt idx="257">
                  <c:v>0.91002848461441499</c:v>
                </c:pt>
                <c:pt idx="258">
                  <c:v>0.92996127799696604</c:v>
                </c:pt>
                <c:pt idx="259">
                  <c:v>1.3781813849258</c:v>
                </c:pt>
                <c:pt idx="260">
                  <c:v>-0.52222200562153598</c:v>
                </c:pt>
                <c:pt idx="261">
                  <c:v>2.3386931783040299</c:v>
                </c:pt>
                <c:pt idx="262">
                  <c:v>0.85815647738113998</c:v>
                </c:pt>
                <c:pt idx="263">
                  <c:v>0.69120588269651495</c:v>
                </c:pt>
                <c:pt idx="264">
                  <c:v>-0.632733633143999</c:v>
                </c:pt>
                <c:pt idx="265">
                  <c:v>0.98130120966518997</c:v>
                </c:pt>
                <c:pt idx="266">
                  <c:v>-0.57081839508312604</c:v>
                </c:pt>
                <c:pt idx="267">
                  <c:v>0.72491284630585495</c:v>
                </c:pt>
                <c:pt idx="268">
                  <c:v>-1.55423855501027</c:v>
                </c:pt>
                <c:pt idx="269">
                  <c:v>1.3439287155223301</c:v>
                </c:pt>
                <c:pt idx="270">
                  <c:v>0.61163947639891003</c:v>
                </c:pt>
                <c:pt idx="271">
                  <c:v>-1.11925462383114</c:v>
                </c:pt>
                <c:pt idx="272">
                  <c:v>0.62154071527743004</c:v>
                </c:pt>
                <c:pt idx="273">
                  <c:v>1.3667918704019499</c:v>
                </c:pt>
                <c:pt idx="274">
                  <c:v>-1.1702835144302299</c:v>
                </c:pt>
                <c:pt idx="275">
                  <c:v>-0.57326410582037102</c:v>
                </c:pt>
                <c:pt idx="276">
                  <c:v>-0.53933634590461599</c:v>
                </c:pt>
                <c:pt idx="277">
                  <c:v>0.60134555497848996</c:v>
                </c:pt>
                <c:pt idx="278">
                  <c:v>-0.56029964515673902</c:v>
                </c:pt>
                <c:pt idx="279">
                  <c:v>0.96871189358962395</c:v>
                </c:pt>
                <c:pt idx="280">
                  <c:v>1.0182716331663999</c:v>
                </c:pt>
                <c:pt idx="281">
                  <c:v>0.46716776667403098</c:v>
                </c:pt>
                <c:pt idx="282">
                  <c:v>1.2200388462117999</c:v>
                </c:pt>
                <c:pt idx="283">
                  <c:v>-1.27260661516439</c:v>
                </c:pt>
                <c:pt idx="284">
                  <c:v>-0.79991339522938198</c:v>
                </c:pt>
                <c:pt idx="285">
                  <c:v>0.53813768317534305</c:v>
                </c:pt>
                <c:pt idx="286">
                  <c:v>0.87358749678119496</c:v>
                </c:pt>
                <c:pt idx="287">
                  <c:v>1.10849676544697</c:v>
                </c:pt>
                <c:pt idx="288">
                  <c:v>-0.68135837527287202</c:v>
                </c:pt>
                <c:pt idx="289">
                  <c:v>0.70523446244992605</c:v>
                </c:pt>
                <c:pt idx="290">
                  <c:v>0.77197422507936198</c:v>
                </c:pt>
                <c:pt idx="291">
                  <c:v>0.81132549171437796</c:v>
                </c:pt>
                <c:pt idx="292">
                  <c:v>-0.55812208079016301</c:v>
                </c:pt>
                <c:pt idx="293">
                  <c:v>0.69080217994098803</c:v>
                </c:pt>
                <c:pt idx="294">
                  <c:v>0.783667770164442</c:v>
                </c:pt>
                <c:pt idx="295">
                  <c:v>0.93736378573624901</c:v>
                </c:pt>
                <c:pt idx="296">
                  <c:v>1.4626106381260799</c:v>
                </c:pt>
                <c:pt idx="297">
                  <c:v>-0.746059404742621</c:v>
                </c:pt>
                <c:pt idx="298">
                  <c:v>-0.81956476495030695</c:v>
                </c:pt>
                <c:pt idx="299">
                  <c:v>-0.49395978663239898</c:v>
                </c:pt>
                <c:pt idx="300">
                  <c:v>-0.90634852819706102</c:v>
                </c:pt>
                <c:pt idx="301">
                  <c:v>0.65594470984179098</c:v>
                </c:pt>
                <c:pt idx="302">
                  <c:v>0.92354608194529697</c:v>
                </c:pt>
                <c:pt idx="303">
                  <c:v>-1.1090790451152399</c:v>
                </c:pt>
                <c:pt idx="304">
                  <c:v>1.6241347006326501</c:v>
                </c:pt>
                <c:pt idx="305">
                  <c:v>0.58013801687463096</c:v>
                </c:pt>
                <c:pt idx="306">
                  <c:v>1.01505249328027</c:v>
                </c:pt>
                <c:pt idx="307">
                  <c:v>-0.51651012420127496</c:v>
                </c:pt>
                <c:pt idx="308">
                  <c:v>-0.70153117149730804</c:v>
                </c:pt>
                <c:pt idx="309">
                  <c:v>0.76131615338895697</c:v>
                </c:pt>
                <c:pt idx="310">
                  <c:v>0.92334308106801199</c:v>
                </c:pt>
                <c:pt idx="311">
                  <c:v>0.44877239448811002</c:v>
                </c:pt>
                <c:pt idx="312">
                  <c:v>0.77673157474793397</c:v>
                </c:pt>
                <c:pt idx="313">
                  <c:v>0.89935108096830896</c:v>
                </c:pt>
                <c:pt idx="314">
                  <c:v>0.67596617578361096</c:v>
                </c:pt>
                <c:pt idx="315">
                  <c:v>0.57640119012447899</c:v>
                </c:pt>
                <c:pt idx="316">
                  <c:v>-1.12192314605011</c:v>
                </c:pt>
                <c:pt idx="317">
                  <c:v>-0.42376826932199302</c:v>
                </c:pt>
                <c:pt idx="318">
                  <c:v>0.60728070062193096</c:v>
                </c:pt>
                <c:pt idx="319">
                  <c:v>-0.78894645354467496</c:v>
                </c:pt>
                <c:pt idx="320">
                  <c:v>-0.76972685797510099</c:v>
                </c:pt>
                <c:pt idx="321">
                  <c:v>-0.68610394237236605</c:v>
                </c:pt>
                <c:pt idx="322">
                  <c:v>0.84848720137269895</c:v>
                </c:pt>
                <c:pt idx="323">
                  <c:v>0.92411634788771502</c:v>
                </c:pt>
                <c:pt idx="324">
                  <c:v>1.6462425515047201</c:v>
                </c:pt>
                <c:pt idx="325">
                  <c:v>1.5139181763843199</c:v>
                </c:pt>
                <c:pt idx="326">
                  <c:v>-0.44607794068486201</c:v>
                </c:pt>
                <c:pt idx="327">
                  <c:v>0.69061187004911795</c:v>
                </c:pt>
                <c:pt idx="328">
                  <c:v>0.69871209667806899</c:v>
                </c:pt>
                <c:pt idx="329">
                  <c:v>-0.73342097302690901</c:v>
                </c:pt>
                <c:pt idx="330">
                  <c:v>-1.13145601941697</c:v>
                </c:pt>
                <c:pt idx="331">
                  <c:v>-0.64451866521123302</c:v>
                </c:pt>
                <c:pt idx="332">
                  <c:v>-0.477397936373464</c:v>
                </c:pt>
                <c:pt idx="333">
                  <c:v>0.87545965127576497</c:v>
                </c:pt>
                <c:pt idx="334">
                  <c:v>-0.825458536154141</c:v>
                </c:pt>
                <c:pt idx="335">
                  <c:v>0.69555494248661298</c:v>
                </c:pt>
                <c:pt idx="336">
                  <c:v>-1.46297561331033</c:v>
                </c:pt>
                <c:pt idx="337">
                  <c:v>0.60436217693196104</c:v>
                </c:pt>
                <c:pt idx="338">
                  <c:v>-0.75628069029879097</c:v>
                </c:pt>
                <c:pt idx="339">
                  <c:v>-0.82034618381189595</c:v>
                </c:pt>
                <c:pt idx="340">
                  <c:v>-0.59125777706712102</c:v>
                </c:pt>
                <c:pt idx="341">
                  <c:v>0.67786296628348797</c:v>
                </c:pt>
                <c:pt idx="342">
                  <c:v>1.34377756213934</c:v>
                </c:pt>
                <c:pt idx="343">
                  <c:v>-0.66788921122734002</c:v>
                </c:pt>
                <c:pt idx="344">
                  <c:v>1.9699207168436801</c:v>
                </c:pt>
                <c:pt idx="345">
                  <c:v>-0.69655579138962098</c:v>
                </c:pt>
                <c:pt idx="346">
                  <c:v>0.39402383556363302</c:v>
                </c:pt>
                <c:pt idx="347">
                  <c:v>-1.4846798009934801</c:v>
                </c:pt>
                <c:pt idx="348">
                  <c:v>1.07010629371292</c:v>
                </c:pt>
                <c:pt idx="349">
                  <c:v>1.7163514076370101</c:v>
                </c:pt>
                <c:pt idx="350">
                  <c:v>0.65215058705690498</c:v>
                </c:pt>
                <c:pt idx="351">
                  <c:v>-1.8349871064248</c:v>
                </c:pt>
                <c:pt idx="352">
                  <c:v>-0.76581608706582605</c:v>
                </c:pt>
                <c:pt idx="353">
                  <c:v>0.808671224137541</c:v>
                </c:pt>
                <c:pt idx="354">
                  <c:v>0.59747544744539705</c:v>
                </c:pt>
                <c:pt idx="355">
                  <c:v>-0.83574740262704195</c:v>
                </c:pt>
                <c:pt idx="356">
                  <c:v>-0.56590076750818197</c:v>
                </c:pt>
                <c:pt idx="357">
                  <c:v>0.63424901648283005</c:v>
                </c:pt>
                <c:pt idx="358">
                  <c:v>0.65551105580422597</c:v>
                </c:pt>
                <c:pt idx="359">
                  <c:v>-0.63774387650052899</c:v>
                </c:pt>
                <c:pt idx="360">
                  <c:v>-1.2342905953299299</c:v>
                </c:pt>
                <c:pt idx="361">
                  <c:v>-0.579226458721951</c:v>
                </c:pt>
                <c:pt idx="362">
                  <c:v>0.83702410520096004</c:v>
                </c:pt>
                <c:pt idx="363">
                  <c:v>0.86409430400531695</c:v>
                </c:pt>
                <c:pt idx="364">
                  <c:v>0.90510745618877297</c:v>
                </c:pt>
                <c:pt idx="365">
                  <c:v>0.41425269994567798</c:v>
                </c:pt>
                <c:pt idx="366">
                  <c:v>0.71974592717661801</c:v>
                </c:pt>
                <c:pt idx="367">
                  <c:v>1.19021686346987</c:v>
                </c:pt>
                <c:pt idx="368">
                  <c:v>1.1303340929122101</c:v>
                </c:pt>
                <c:pt idx="369">
                  <c:v>0.60132682352262601</c:v>
                </c:pt>
                <c:pt idx="370">
                  <c:v>0.44898012961645201</c:v>
                </c:pt>
                <c:pt idx="371">
                  <c:v>0.54357187034267096</c:v>
                </c:pt>
                <c:pt idx="372">
                  <c:v>1.0192997569481499</c:v>
                </c:pt>
                <c:pt idx="373">
                  <c:v>0.65530965209542602</c:v>
                </c:pt>
                <c:pt idx="374">
                  <c:v>0.80565279221661301</c:v>
                </c:pt>
                <c:pt idx="375">
                  <c:v>0.59135059760029995</c:v>
                </c:pt>
                <c:pt idx="376">
                  <c:v>2.8340330747890099</c:v>
                </c:pt>
                <c:pt idx="377">
                  <c:v>-1.37676710123496</c:v>
                </c:pt>
                <c:pt idx="378">
                  <c:v>-0.57550192276021805</c:v>
                </c:pt>
                <c:pt idx="379">
                  <c:v>1.2284146001912</c:v>
                </c:pt>
                <c:pt idx="380">
                  <c:v>2.8058768148154898</c:v>
                </c:pt>
                <c:pt idx="381">
                  <c:v>0.46289696690026699</c:v>
                </c:pt>
                <c:pt idx="382">
                  <c:v>-0.65677014220366603</c:v>
                </c:pt>
                <c:pt idx="383">
                  <c:v>-0.96997706007422102</c:v>
                </c:pt>
                <c:pt idx="384">
                  <c:v>-0.62382069180280197</c:v>
                </c:pt>
                <c:pt idx="385">
                  <c:v>-0.865715582313896</c:v>
                </c:pt>
                <c:pt idx="386">
                  <c:v>0.50793205985164702</c:v>
                </c:pt>
                <c:pt idx="387">
                  <c:v>1.0405612459504201</c:v>
                </c:pt>
                <c:pt idx="388">
                  <c:v>1.0925373334366</c:v>
                </c:pt>
                <c:pt idx="389">
                  <c:v>-0.52879994404577202</c:v>
                </c:pt>
                <c:pt idx="390">
                  <c:v>0.93464256870074502</c:v>
                </c:pt>
                <c:pt idx="391">
                  <c:v>1.22415537162632</c:v>
                </c:pt>
                <c:pt idx="392">
                  <c:v>-0.81462642608124403</c:v>
                </c:pt>
                <c:pt idx="393">
                  <c:v>-0.66890599849075705</c:v>
                </c:pt>
                <c:pt idx="394">
                  <c:v>-0.88473650732936804</c:v>
                </c:pt>
                <c:pt idx="395">
                  <c:v>0.39815311788522201</c:v>
                </c:pt>
                <c:pt idx="396">
                  <c:v>0.84662219995543397</c:v>
                </c:pt>
                <c:pt idx="397">
                  <c:v>0.52171741853485898</c:v>
                </c:pt>
                <c:pt idx="398">
                  <c:v>-0.84583376622635198</c:v>
                </c:pt>
                <c:pt idx="399">
                  <c:v>0.62837816836148996</c:v>
                </c:pt>
                <c:pt idx="400">
                  <c:v>-0.58905167354172105</c:v>
                </c:pt>
                <c:pt idx="401">
                  <c:v>-0.54441873174048505</c:v>
                </c:pt>
                <c:pt idx="402">
                  <c:v>-0.833300088022636</c:v>
                </c:pt>
                <c:pt idx="403">
                  <c:v>0.56443637992542195</c:v>
                </c:pt>
                <c:pt idx="404">
                  <c:v>0.85990247909086603</c:v>
                </c:pt>
                <c:pt idx="405">
                  <c:v>0.71635955406526397</c:v>
                </c:pt>
                <c:pt idx="406">
                  <c:v>0.68853012683923998</c:v>
                </c:pt>
                <c:pt idx="407">
                  <c:v>-0.89090006647298703</c:v>
                </c:pt>
                <c:pt idx="408">
                  <c:v>-0.443714092785918</c:v>
                </c:pt>
                <c:pt idx="409">
                  <c:v>-0.77599288438237601</c:v>
                </c:pt>
                <c:pt idx="410">
                  <c:v>0.84797834160174201</c:v>
                </c:pt>
                <c:pt idx="411">
                  <c:v>-0.59973779341685696</c:v>
                </c:pt>
                <c:pt idx="412">
                  <c:v>1.2921931980771599</c:v>
                </c:pt>
                <c:pt idx="413">
                  <c:v>0.46218613488256099</c:v>
                </c:pt>
                <c:pt idx="414">
                  <c:v>-0.89300517920758404</c:v>
                </c:pt>
                <c:pt idx="415">
                  <c:v>0.44654351669266701</c:v>
                </c:pt>
                <c:pt idx="416">
                  <c:v>1.11661589602627</c:v>
                </c:pt>
                <c:pt idx="417">
                  <c:v>0.43524222259998502</c:v>
                </c:pt>
                <c:pt idx="418">
                  <c:v>-0.52482134524176904</c:v>
                </c:pt>
                <c:pt idx="419">
                  <c:v>0.81579204698836705</c:v>
                </c:pt>
                <c:pt idx="420">
                  <c:v>0.833081528034878</c:v>
                </c:pt>
                <c:pt idx="421">
                  <c:v>0.99698768994656795</c:v>
                </c:pt>
                <c:pt idx="422">
                  <c:v>0.61685088496935203</c:v>
                </c:pt>
                <c:pt idx="423">
                  <c:v>1.1608216653058001</c:v>
                </c:pt>
                <c:pt idx="424">
                  <c:v>0.98192741467259004</c:v>
                </c:pt>
                <c:pt idx="425">
                  <c:v>0.60239948234841401</c:v>
                </c:pt>
                <c:pt idx="426">
                  <c:v>-0.93908079767608399</c:v>
                </c:pt>
                <c:pt idx="427">
                  <c:v>1.12880760293119</c:v>
                </c:pt>
                <c:pt idx="428">
                  <c:v>1.1359940087471401</c:v>
                </c:pt>
                <c:pt idx="429">
                  <c:v>-0.63834874182198198</c:v>
                </c:pt>
                <c:pt idx="430">
                  <c:v>2.8173536947943298</c:v>
                </c:pt>
                <c:pt idx="431">
                  <c:v>0.73528264707509505</c:v>
                </c:pt>
                <c:pt idx="432">
                  <c:v>0.84736806519056196</c:v>
                </c:pt>
                <c:pt idx="433">
                  <c:v>-0.42454012308028399</c:v>
                </c:pt>
                <c:pt idx="434">
                  <c:v>-1.10755023961006</c:v>
                </c:pt>
                <c:pt idx="435">
                  <c:v>0.47966318140693398</c:v>
                </c:pt>
                <c:pt idx="436">
                  <c:v>-0.87564238165808195</c:v>
                </c:pt>
                <c:pt idx="437">
                  <c:v>-0.67036881330419695</c:v>
                </c:pt>
                <c:pt idx="438">
                  <c:v>0.54210506147370596</c:v>
                </c:pt>
                <c:pt idx="439">
                  <c:v>-1.05370063475024</c:v>
                </c:pt>
                <c:pt idx="440">
                  <c:v>-0.39175150674900999</c:v>
                </c:pt>
                <c:pt idx="441">
                  <c:v>-0.67786350224502101</c:v>
                </c:pt>
                <c:pt idx="442">
                  <c:v>0.48666515944338301</c:v>
                </c:pt>
                <c:pt idx="443">
                  <c:v>-1.20872662113145</c:v>
                </c:pt>
                <c:pt idx="444">
                  <c:v>-0.74105300449269196</c:v>
                </c:pt>
                <c:pt idx="445">
                  <c:v>-0.78360287462976397</c:v>
                </c:pt>
                <c:pt idx="446">
                  <c:v>0.429556200932659</c:v>
                </c:pt>
                <c:pt idx="447">
                  <c:v>-0.63205144228239996</c:v>
                </c:pt>
                <c:pt idx="448">
                  <c:v>-0.70527835161068397</c:v>
                </c:pt>
                <c:pt idx="449">
                  <c:v>-1.0938079088889801</c:v>
                </c:pt>
                <c:pt idx="450">
                  <c:v>0.518520325748835</c:v>
                </c:pt>
                <c:pt idx="451">
                  <c:v>-0.81622781976219705</c:v>
                </c:pt>
                <c:pt idx="452">
                  <c:v>-0.65088159753293695</c:v>
                </c:pt>
                <c:pt idx="453">
                  <c:v>-1.1550143739688801</c:v>
                </c:pt>
                <c:pt idx="454">
                  <c:v>-0.84653243964543301</c:v>
                </c:pt>
                <c:pt idx="455">
                  <c:v>-0.75624373800687605</c:v>
                </c:pt>
                <c:pt idx="456">
                  <c:v>-0.81340431348142805</c:v>
                </c:pt>
                <c:pt idx="457">
                  <c:v>-0.60017288270493596</c:v>
                </c:pt>
                <c:pt idx="458">
                  <c:v>0.51327569254527095</c:v>
                </c:pt>
                <c:pt idx="459">
                  <c:v>-0.91935273105899296</c:v>
                </c:pt>
                <c:pt idx="460">
                  <c:v>-0.93190835837194197</c:v>
                </c:pt>
                <c:pt idx="461">
                  <c:v>0.705245454761666</c:v>
                </c:pt>
                <c:pt idx="462">
                  <c:v>0.42187210979661299</c:v>
                </c:pt>
                <c:pt idx="463">
                  <c:v>0.82310126868768996</c:v>
                </c:pt>
                <c:pt idx="464">
                  <c:v>2.2455507722267098</c:v>
                </c:pt>
                <c:pt idx="465">
                  <c:v>-0.56776523831774695</c:v>
                </c:pt>
                <c:pt idx="466">
                  <c:v>-0.76932743886462496</c:v>
                </c:pt>
                <c:pt idx="467">
                  <c:v>0.57353456220718302</c:v>
                </c:pt>
                <c:pt idx="468">
                  <c:v>1.20170933567654</c:v>
                </c:pt>
                <c:pt idx="469">
                  <c:v>0.71449209094939203</c:v>
                </c:pt>
                <c:pt idx="470">
                  <c:v>0.64603723384769995</c:v>
                </c:pt>
                <c:pt idx="471">
                  <c:v>0.62528661752750703</c:v>
                </c:pt>
                <c:pt idx="472">
                  <c:v>0.62933864391525096</c:v>
                </c:pt>
                <c:pt idx="473">
                  <c:v>0.84273850486276602</c:v>
                </c:pt>
                <c:pt idx="474">
                  <c:v>-1.6061453520064299</c:v>
                </c:pt>
                <c:pt idx="475">
                  <c:v>0.76737797263260499</c:v>
                </c:pt>
                <c:pt idx="476">
                  <c:v>0.56411584946911097</c:v>
                </c:pt>
                <c:pt idx="477">
                  <c:v>-0.41312288484986198</c:v>
                </c:pt>
                <c:pt idx="478">
                  <c:v>0.95956074591555296</c:v>
                </c:pt>
                <c:pt idx="479">
                  <c:v>0.79440299097976197</c:v>
                </c:pt>
                <c:pt idx="480">
                  <c:v>-0.83988211088434594</c:v>
                </c:pt>
                <c:pt idx="481">
                  <c:v>0.38645435299317998</c:v>
                </c:pt>
                <c:pt idx="482">
                  <c:v>0.77125930472162496</c:v>
                </c:pt>
                <c:pt idx="483">
                  <c:v>0.69095925816014903</c:v>
                </c:pt>
                <c:pt idx="484">
                  <c:v>1.1803898696521899</c:v>
                </c:pt>
                <c:pt idx="485">
                  <c:v>0.49830186922806502</c:v>
                </c:pt>
                <c:pt idx="486">
                  <c:v>-0.65405850537316501</c:v>
                </c:pt>
                <c:pt idx="487">
                  <c:v>0.65116326976196204</c:v>
                </c:pt>
                <c:pt idx="488">
                  <c:v>-0.42199609366278401</c:v>
                </c:pt>
                <c:pt idx="489">
                  <c:v>0.548251959208365</c:v>
                </c:pt>
                <c:pt idx="490">
                  <c:v>0.70125549085448602</c:v>
                </c:pt>
                <c:pt idx="491">
                  <c:v>0.49650945647414302</c:v>
                </c:pt>
                <c:pt idx="492">
                  <c:v>-0.65629933647437999</c:v>
                </c:pt>
                <c:pt idx="493">
                  <c:v>-1.46634876225277</c:v>
                </c:pt>
                <c:pt idx="494">
                  <c:v>0.98486448313987995</c:v>
                </c:pt>
                <c:pt idx="495">
                  <c:v>-1.62898932998061</c:v>
                </c:pt>
                <c:pt idx="496">
                  <c:v>0.75027444677502697</c:v>
                </c:pt>
                <c:pt idx="497">
                  <c:v>0.65667023673329805</c:v>
                </c:pt>
                <c:pt idx="498">
                  <c:v>-0.44249071322042999</c:v>
                </c:pt>
                <c:pt idx="499">
                  <c:v>2.3562277184721299</c:v>
                </c:pt>
                <c:pt idx="500">
                  <c:v>-0.412406717729418</c:v>
                </c:pt>
                <c:pt idx="501">
                  <c:v>-0.67481912834158198</c:v>
                </c:pt>
                <c:pt idx="502">
                  <c:v>0.80035140032951801</c:v>
                </c:pt>
                <c:pt idx="503">
                  <c:v>-0.44372320302148099</c:v>
                </c:pt>
                <c:pt idx="504">
                  <c:v>0.51125499674429198</c:v>
                </c:pt>
                <c:pt idx="505">
                  <c:v>0.63312977535331405</c:v>
                </c:pt>
                <c:pt idx="506">
                  <c:v>0.40568553027957299</c:v>
                </c:pt>
                <c:pt idx="507">
                  <c:v>0.50615852479158696</c:v>
                </c:pt>
                <c:pt idx="508">
                  <c:v>-0.51060088426213901</c:v>
                </c:pt>
                <c:pt idx="509">
                  <c:v>-0.58537194880428001</c:v>
                </c:pt>
                <c:pt idx="510">
                  <c:v>0.87776926723068305</c:v>
                </c:pt>
                <c:pt idx="511">
                  <c:v>0.50369540120568601</c:v>
                </c:pt>
                <c:pt idx="512">
                  <c:v>0.36949386404902301</c:v>
                </c:pt>
                <c:pt idx="513">
                  <c:v>-0.83193460501073302</c:v>
                </c:pt>
                <c:pt idx="514">
                  <c:v>0.78344492961415602</c:v>
                </c:pt>
                <c:pt idx="515">
                  <c:v>2.92700240831127</c:v>
                </c:pt>
                <c:pt idx="516">
                  <c:v>0.54906088393465802</c:v>
                </c:pt>
                <c:pt idx="517">
                  <c:v>0.56550940640651204</c:v>
                </c:pt>
                <c:pt idx="518">
                  <c:v>-0.43977212843187602</c:v>
                </c:pt>
                <c:pt idx="519">
                  <c:v>0.61913479443381203</c:v>
                </c:pt>
                <c:pt idx="520">
                  <c:v>-0.494676167458941</c:v>
                </c:pt>
                <c:pt idx="521">
                  <c:v>0.76389707772002402</c:v>
                </c:pt>
                <c:pt idx="522">
                  <c:v>0.49668707020979103</c:v>
                </c:pt>
                <c:pt idx="523">
                  <c:v>-1.01128767679985</c:v>
                </c:pt>
                <c:pt idx="524">
                  <c:v>-0.77645207981326803</c:v>
                </c:pt>
                <c:pt idx="525">
                  <c:v>0.69803769260255799</c:v>
                </c:pt>
                <c:pt idx="526">
                  <c:v>0.53566076197675705</c:v>
                </c:pt>
                <c:pt idx="527">
                  <c:v>-0.91774491572927597</c:v>
                </c:pt>
                <c:pt idx="528">
                  <c:v>-0.64605435720066495</c:v>
                </c:pt>
                <c:pt idx="529">
                  <c:v>0.66549072752890504</c:v>
                </c:pt>
                <c:pt idx="530">
                  <c:v>-0.55277974539931296</c:v>
                </c:pt>
                <c:pt idx="531">
                  <c:v>0.51042837975002397</c:v>
                </c:pt>
                <c:pt idx="532">
                  <c:v>-0.53949766364165397</c:v>
                </c:pt>
                <c:pt idx="533">
                  <c:v>0.74453657513198801</c:v>
                </c:pt>
                <c:pt idx="534">
                  <c:v>-0.65910788322495495</c:v>
                </c:pt>
                <c:pt idx="535">
                  <c:v>0.40172191207027902</c:v>
                </c:pt>
                <c:pt idx="536">
                  <c:v>2.1573668590666601</c:v>
                </c:pt>
                <c:pt idx="537">
                  <c:v>1.02041496109299</c:v>
                </c:pt>
                <c:pt idx="538">
                  <c:v>0.85663482085743703</c:v>
                </c:pt>
                <c:pt idx="539">
                  <c:v>-0.45266560494400898</c:v>
                </c:pt>
                <c:pt idx="540">
                  <c:v>0.74655394039476497</c:v>
                </c:pt>
                <c:pt idx="541">
                  <c:v>0.53539298930384005</c:v>
                </c:pt>
                <c:pt idx="542">
                  <c:v>0.62570336929585602</c:v>
                </c:pt>
                <c:pt idx="543">
                  <c:v>-0.43145944367036998</c:v>
                </c:pt>
                <c:pt idx="544">
                  <c:v>0.72459067325913695</c:v>
                </c:pt>
                <c:pt idx="545">
                  <c:v>-0.654322470179444</c:v>
                </c:pt>
                <c:pt idx="546">
                  <c:v>-0.39569272449805498</c:v>
                </c:pt>
                <c:pt idx="547">
                  <c:v>-0.56930469361797997</c:v>
                </c:pt>
                <c:pt idx="548">
                  <c:v>0.64454830575386501</c:v>
                </c:pt>
                <c:pt idx="549">
                  <c:v>0.55316618644258497</c:v>
                </c:pt>
                <c:pt idx="550">
                  <c:v>0.64414172746422305</c:v>
                </c:pt>
                <c:pt idx="551">
                  <c:v>1.0868263430168199</c:v>
                </c:pt>
                <c:pt idx="552">
                  <c:v>-0.78965985328296595</c:v>
                </c:pt>
                <c:pt idx="553">
                  <c:v>-0.70624761792401003</c:v>
                </c:pt>
                <c:pt idx="554">
                  <c:v>1.20018277739812</c:v>
                </c:pt>
                <c:pt idx="555">
                  <c:v>0.48778069438270699</c:v>
                </c:pt>
                <c:pt idx="556">
                  <c:v>0.59516585694472501</c:v>
                </c:pt>
                <c:pt idx="557">
                  <c:v>0.68456021088085395</c:v>
                </c:pt>
                <c:pt idx="558">
                  <c:v>-0.38267126763281201</c:v>
                </c:pt>
                <c:pt idx="559">
                  <c:v>-0.53717487703137201</c:v>
                </c:pt>
                <c:pt idx="560">
                  <c:v>-1.8973098260443699</c:v>
                </c:pt>
                <c:pt idx="561">
                  <c:v>0.50652670394207899</c:v>
                </c:pt>
                <c:pt idx="562">
                  <c:v>-0.34475518202580002</c:v>
                </c:pt>
                <c:pt idx="563">
                  <c:v>-0.41106382487186</c:v>
                </c:pt>
                <c:pt idx="564">
                  <c:v>0.53256252743499</c:v>
                </c:pt>
                <c:pt idx="565">
                  <c:v>-0.60133989185884595</c:v>
                </c:pt>
                <c:pt idx="566">
                  <c:v>1.15200560755056</c:v>
                </c:pt>
                <c:pt idx="567">
                  <c:v>0.55247025543081196</c:v>
                </c:pt>
                <c:pt idx="568">
                  <c:v>-0.72774948770983605</c:v>
                </c:pt>
                <c:pt idx="569">
                  <c:v>0.69595289960424001</c:v>
                </c:pt>
                <c:pt idx="570">
                  <c:v>2.5875023607810101</c:v>
                </c:pt>
                <c:pt idx="571">
                  <c:v>-0.56606409979607297</c:v>
                </c:pt>
                <c:pt idx="572">
                  <c:v>0.50001538773696597</c:v>
                </c:pt>
                <c:pt idx="573">
                  <c:v>-0.36761289829478</c:v>
                </c:pt>
                <c:pt idx="574">
                  <c:v>0.84345692413015905</c:v>
                </c:pt>
                <c:pt idx="575">
                  <c:v>-0.38595028321168801</c:v>
                </c:pt>
                <c:pt idx="576">
                  <c:v>-0.53146974081397902</c:v>
                </c:pt>
                <c:pt idx="577">
                  <c:v>-0.57708945018470803</c:v>
                </c:pt>
                <c:pt idx="578">
                  <c:v>-0.49489811745864298</c:v>
                </c:pt>
                <c:pt idx="579">
                  <c:v>0.61326522685060103</c:v>
                </c:pt>
                <c:pt idx="580">
                  <c:v>1.03944785683699</c:v>
                </c:pt>
                <c:pt idx="581">
                  <c:v>-0.82657990770604794</c:v>
                </c:pt>
                <c:pt idx="582">
                  <c:v>1.10273115163029</c:v>
                </c:pt>
                <c:pt idx="583">
                  <c:v>-0.44200694934506402</c:v>
                </c:pt>
                <c:pt idx="584">
                  <c:v>-0.84417695482410005</c:v>
                </c:pt>
                <c:pt idx="585">
                  <c:v>0.61061447132832203</c:v>
                </c:pt>
                <c:pt idx="586">
                  <c:v>-0.77482627222032396</c:v>
                </c:pt>
                <c:pt idx="587">
                  <c:v>0.75210909607955001</c:v>
                </c:pt>
                <c:pt idx="588">
                  <c:v>1.7904778227165501</c:v>
                </c:pt>
                <c:pt idx="589">
                  <c:v>-0.95118053781624601</c:v>
                </c:pt>
                <c:pt idx="590">
                  <c:v>-0.48975067240185399</c:v>
                </c:pt>
                <c:pt idx="591">
                  <c:v>0.41943368333223702</c:v>
                </c:pt>
                <c:pt idx="592">
                  <c:v>0.880697980054158</c:v>
                </c:pt>
                <c:pt idx="593">
                  <c:v>-1.2814596242210099</c:v>
                </c:pt>
                <c:pt idx="594">
                  <c:v>-0.99339647559052902</c:v>
                </c:pt>
                <c:pt idx="595">
                  <c:v>0.46165150857083098</c:v>
                </c:pt>
                <c:pt idx="596">
                  <c:v>-0.75979278149170404</c:v>
                </c:pt>
                <c:pt idx="597">
                  <c:v>-0.81094352718688301</c:v>
                </c:pt>
                <c:pt idx="598">
                  <c:v>-0.37678554599961001</c:v>
                </c:pt>
                <c:pt idx="599">
                  <c:v>-0.45179213302344601</c:v>
                </c:pt>
                <c:pt idx="600">
                  <c:v>-0.54526463973176198</c:v>
                </c:pt>
                <c:pt idx="601">
                  <c:v>0.77673270026507502</c:v>
                </c:pt>
                <c:pt idx="602">
                  <c:v>-0.42736469267108002</c:v>
                </c:pt>
                <c:pt idx="603">
                  <c:v>0.77430563024545795</c:v>
                </c:pt>
                <c:pt idx="604">
                  <c:v>1.0106625745776701</c:v>
                </c:pt>
                <c:pt idx="605">
                  <c:v>-0.46820802505029502</c:v>
                </c:pt>
                <c:pt idx="606">
                  <c:v>0.67399417912088599</c:v>
                </c:pt>
                <c:pt idx="607">
                  <c:v>0.89150199205428704</c:v>
                </c:pt>
                <c:pt idx="608">
                  <c:v>0.643421701243167</c:v>
                </c:pt>
                <c:pt idx="609">
                  <c:v>-0.91423929528408399</c:v>
                </c:pt>
                <c:pt idx="610">
                  <c:v>-1.0453079339344999</c:v>
                </c:pt>
                <c:pt idx="611">
                  <c:v>-1.00631269998762</c:v>
                </c:pt>
                <c:pt idx="612">
                  <c:v>0.64195418331307896</c:v>
                </c:pt>
                <c:pt idx="613">
                  <c:v>0.66580379403896806</c:v>
                </c:pt>
                <c:pt idx="614">
                  <c:v>-0.81038805687562399</c:v>
                </c:pt>
                <c:pt idx="615">
                  <c:v>0.38231493000856198</c:v>
                </c:pt>
                <c:pt idx="616">
                  <c:v>-1.00091438558162</c:v>
                </c:pt>
                <c:pt idx="617">
                  <c:v>-1.45300955405764</c:v>
                </c:pt>
                <c:pt idx="618">
                  <c:v>0.74527778541867895</c:v>
                </c:pt>
                <c:pt idx="619">
                  <c:v>-0.61026200612877401</c:v>
                </c:pt>
                <c:pt idx="620">
                  <c:v>-0.51540382585677902</c:v>
                </c:pt>
                <c:pt idx="621">
                  <c:v>0.91654449800603599</c:v>
                </c:pt>
                <c:pt idx="622">
                  <c:v>-0.40007186325141603</c:v>
                </c:pt>
                <c:pt idx="623">
                  <c:v>-0.68155127428302698</c:v>
                </c:pt>
                <c:pt idx="624">
                  <c:v>0.65898897356867503</c:v>
                </c:pt>
                <c:pt idx="625">
                  <c:v>0.51212547763260496</c:v>
                </c:pt>
                <c:pt idx="626">
                  <c:v>0.40787441150783399</c:v>
                </c:pt>
                <c:pt idx="627">
                  <c:v>0.36555786010358898</c:v>
                </c:pt>
                <c:pt idx="628">
                  <c:v>1.9383907627961099</c:v>
                </c:pt>
                <c:pt idx="629">
                  <c:v>1.1171422923169001</c:v>
                </c:pt>
                <c:pt idx="630">
                  <c:v>-0.477858010011882</c:v>
                </c:pt>
                <c:pt idx="631">
                  <c:v>-0.581113381159714</c:v>
                </c:pt>
                <c:pt idx="632">
                  <c:v>0.80327616038056604</c:v>
                </c:pt>
                <c:pt idx="633">
                  <c:v>0.50134894115721795</c:v>
                </c:pt>
                <c:pt idx="634">
                  <c:v>-0.45863429920478899</c:v>
                </c:pt>
                <c:pt idx="635">
                  <c:v>-0.319999497339026</c:v>
                </c:pt>
                <c:pt idx="636">
                  <c:v>-0.77088362051986803</c:v>
                </c:pt>
                <c:pt idx="637">
                  <c:v>0.515718471940946</c:v>
                </c:pt>
                <c:pt idx="638">
                  <c:v>0.43984105187703199</c:v>
                </c:pt>
                <c:pt idx="639">
                  <c:v>0.54544410577306501</c:v>
                </c:pt>
                <c:pt idx="640">
                  <c:v>-0.46958822573437697</c:v>
                </c:pt>
                <c:pt idx="641">
                  <c:v>-1.0481434882269201</c:v>
                </c:pt>
                <c:pt idx="642">
                  <c:v>-0.49389293620132702</c:v>
                </c:pt>
                <c:pt idx="643">
                  <c:v>-0.81146343058013004</c:v>
                </c:pt>
                <c:pt idx="644">
                  <c:v>0.50014875235148504</c:v>
                </c:pt>
                <c:pt idx="645">
                  <c:v>0.544387232765569</c:v>
                </c:pt>
                <c:pt idx="646">
                  <c:v>-0.85774771659153604</c:v>
                </c:pt>
                <c:pt idx="647">
                  <c:v>-0.72487213952941698</c:v>
                </c:pt>
                <c:pt idx="648">
                  <c:v>-0.51061228061791697</c:v>
                </c:pt>
                <c:pt idx="649">
                  <c:v>-0.55815211368661699</c:v>
                </c:pt>
                <c:pt idx="650">
                  <c:v>-0.79214263013383901</c:v>
                </c:pt>
                <c:pt idx="651">
                  <c:v>-0.77050720509034698</c:v>
                </c:pt>
                <c:pt idx="652">
                  <c:v>-0.33002038138415901</c:v>
                </c:pt>
                <c:pt idx="653">
                  <c:v>0.92868789344659697</c:v>
                </c:pt>
                <c:pt idx="654">
                  <c:v>-0.62835629384848701</c:v>
                </c:pt>
                <c:pt idx="655">
                  <c:v>0.88109737517265097</c:v>
                </c:pt>
                <c:pt idx="656">
                  <c:v>-0.43955842567737602</c:v>
                </c:pt>
                <c:pt idx="657">
                  <c:v>0.41705244133731201</c:v>
                </c:pt>
                <c:pt idx="658">
                  <c:v>-0.70322554973573403</c:v>
                </c:pt>
                <c:pt idx="659">
                  <c:v>-0.56450721135021498</c:v>
                </c:pt>
                <c:pt idx="660">
                  <c:v>-0.47550364570079001</c:v>
                </c:pt>
                <c:pt idx="661">
                  <c:v>0.56155840360949605</c:v>
                </c:pt>
                <c:pt idx="662">
                  <c:v>0.693885125598111</c:v>
                </c:pt>
                <c:pt idx="663">
                  <c:v>0.78402928510469005</c:v>
                </c:pt>
                <c:pt idx="664">
                  <c:v>0.80886071397563297</c:v>
                </c:pt>
                <c:pt idx="665">
                  <c:v>0.59344077499293102</c:v>
                </c:pt>
                <c:pt idx="666">
                  <c:v>-0.69487431631989005</c:v>
                </c:pt>
                <c:pt idx="667">
                  <c:v>0.69628839942214404</c:v>
                </c:pt>
                <c:pt idx="668">
                  <c:v>0.70598853353155999</c:v>
                </c:pt>
                <c:pt idx="669">
                  <c:v>0.42210053547017901</c:v>
                </c:pt>
                <c:pt idx="670">
                  <c:v>-0.67627611807727905</c:v>
                </c:pt>
                <c:pt idx="671">
                  <c:v>0.45617291665124399</c:v>
                </c:pt>
                <c:pt idx="672">
                  <c:v>-1.18343316457592</c:v>
                </c:pt>
                <c:pt idx="673">
                  <c:v>0.372345600689023</c:v>
                </c:pt>
                <c:pt idx="674">
                  <c:v>-0.52828131225434305</c:v>
                </c:pt>
                <c:pt idx="675">
                  <c:v>-0.327801135963323</c:v>
                </c:pt>
                <c:pt idx="676">
                  <c:v>0.98424112506777195</c:v>
                </c:pt>
                <c:pt idx="677">
                  <c:v>0.50912462038796102</c:v>
                </c:pt>
                <c:pt idx="678">
                  <c:v>-0.773840747229116</c:v>
                </c:pt>
                <c:pt idx="679">
                  <c:v>0.533054182137079</c:v>
                </c:pt>
                <c:pt idx="680">
                  <c:v>-0.85688624522997603</c:v>
                </c:pt>
                <c:pt idx="681">
                  <c:v>-0.52958298994240105</c:v>
                </c:pt>
                <c:pt idx="682">
                  <c:v>0.38616022807974898</c:v>
                </c:pt>
                <c:pt idx="683">
                  <c:v>0.60530965579110296</c:v>
                </c:pt>
                <c:pt idx="684">
                  <c:v>0.57827225478540001</c:v>
                </c:pt>
                <c:pt idx="685">
                  <c:v>0.38668817050417198</c:v>
                </c:pt>
                <c:pt idx="686">
                  <c:v>0.62219908490193598</c:v>
                </c:pt>
                <c:pt idx="687">
                  <c:v>0.49868722156909601</c:v>
                </c:pt>
                <c:pt idx="688">
                  <c:v>-0.80290472657989298</c:v>
                </c:pt>
                <c:pt idx="689">
                  <c:v>0.82466871191385804</c:v>
                </c:pt>
                <c:pt idx="690">
                  <c:v>-0.47969733978875001</c:v>
                </c:pt>
                <c:pt idx="691">
                  <c:v>0.42253529358543301</c:v>
                </c:pt>
                <c:pt idx="692">
                  <c:v>0.73076827135591005</c:v>
                </c:pt>
                <c:pt idx="693">
                  <c:v>1.0850362107109499</c:v>
                </c:pt>
                <c:pt idx="694">
                  <c:v>-0.79895745907753102</c:v>
                </c:pt>
                <c:pt idx="695">
                  <c:v>-0.37824708843163501</c:v>
                </c:pt>
                <c:pt idx="696">
                  <c:v>0.43166162603034802</c:v>
                </c:pt>
                <c:pt idx="697">
                  <c:v>-0.38398058316926498</c:v>
                </c:pt>
                <c:pt idx="698">
                  <c:v>2.07972720941402</c:v>
                </c:pt>
                <c:pt idx="699">
                  <c:v>2.7887291184956098</c:v>
                </c:pt>
                <c:pt idx="700">
                  <c:v>0.99733968778606996</c:v>
                </c:pt>
                <c:pt idx="701">
                  <c:v>1.2548962348550099</c:v>
                </c:pt>
                <c:pt idx="702">
                  <c:v>-0.72689107285955101</c:v>
                </c:pt>
                <c:pt idx="703">
                  <c:v>-0.47421548458981999</c:v>
                </c:pt>
                <c:pt idx="704">
                  <c:v>-0.65707909728874403</c:v>
                </c:pt>
                <c:pt idx="705">
                  <c:v>0.328503003568549</c:v>
                </c:pt>
                <c:pt idx="706">
                  <c:v>0.85972151467369395</c:v>
                </c:pt>
                <c:pt idx="707">
                  <c:v>0.390029379072793</c:v>
                </c:pt>
                <c:pt idx="708">
                  <c:v>0.56950852218313497</c:v>
                </c:pt>
                <c:pt idx="709">
                  <c:v>0.47163725210753799</c:v>
                </c:pt>
                <c:pt idx="710">
                  <c:v>0.72418133866671797</c:v>
                </c:pt>
                <c:pt idx="711">
                  <c:v>-0.319949389516545</c:v>
                </c:pt>
                <c:pt idx="712">
                  <c:v>-0.40151433882680698</c:v>
                </c:pt>
                <c:pt idx="713">
                  <c:v>-0.642726077402337</c:v>
                </c:pt>
                <c:pt idx="714">
                  <c:v>-0.86638739822879496</c:v>
                </c:pt>
                <c:pt idx="715">
                  <c:v>0.71023145256362596</c:v>
                </c:pt>
                <c:pt idx="716">
                  <c:v>0.74224841224514604</c:v>
                </c:pt>
                <c:pt idx="717">
                  <c:v>0.54028423869601705</c:v>
                </c:pt>
                <c:pt idx="718">
                  <c:v>-1.1644633867993399</c:v>
                </c:pt>
                <c:pt idx="719">
                  <c:v>1.1632523996755999</c:v>
                </c:pt>
                <c:pt idx="720">
                  <c:v>-0.66801338904025398</c:v>
                </c:pt>
                <c:pt idx="721">
                  <c:v>-0.38494685873266099</c:v>
                </c:pt>
                <c:pt idx="722">
                  <c:v>1.1790434671821599</c:v>
                </c:pt>
                <c:pt idx="723">
                  <c:v>0.57838809594063501</c:v>
                </c:pt>
                <c:pt idx="724">
                  <c:v>0.54000083627590101</c:v>
                </c:pt>
                <c:pt idx="725">
                  <c:v>-0.57844404487514101</c:v>
                </c:pt>
                <c:pt idx="726">
                  <c:v>-0.43539684243209498</c:v>
                </c:pt>
                <c:pt idx="727">
                  <c:v>0.71121277461356402</c:v>
                </c:pt>
                <c:pt idx="728">
                  <c:v>-0.44674549802153901</c:v>
                </c:pt>
                <c:pt idx="729">
                  <c:v>0.62655450345354802</c:v>
                </c:pt>
                <c:pt idx="730">
                  <c:v>0.78350182220852804</c:v>
                </c:pt>
                <c:pt idx="731">
                  <c:v>-0.51512566569468599</c:v>
                </c:pt>
                <c:pt idx="732">
                  <c:v>0.33508454811948202</c:v>
                </c:pt>
                <c:pt idx="733">
                  <c:v>-0.58188695792275202</c:v>
                </c:pt>
                <c:pt idx="734">
                  <c:v>0.44860651747185498</c:v>
                </c:pt>
                <c:pt idx="735">
                  <c:v>-0.56799009237502696</c:v>
                </c:pt>
                <c:pt idx="736">
                  <c:v>0.63648401832429302</c:v>
                </c:pt>
                <c:pt idx="737">
                  <c:v>-0.52623993959775806</c:v>
                </c:pt>
                <c:pt idx="738">
                  <c:v>-0.79897432002104196</c:v>
                </c:pt>
                <c:pt idx="739">
                  <c:v>-1.05344560306239</c:v>
                </c:pt>
                <c:pt idx="740">
                  <c:v>0.60596259377130901</c:v>
                </c:pt>
                <c:pt idx="741">
                  <c:v>-0.39519861272507101</c:v>
                </c:pt>
                <c:pt idx="742">
                  <c:v>0.52767670853207704</c:v>
                </c:pt>
                <c:pt idx="743">
                  <c:v>-0.63986139965273003</c:v>
                </c:pt>
                <c:pt idx="744">
                  <c:v>-0.68366011598871901</c:v>
                </c:pt>
                <c:pt idx="745">
                  <c:v>-0.44696201625946902</c:v>
                </c:pt>
                <c:pt idx="746">
                  <c:v>-0.43558573030139403</c:v>
                </c:pt>
                <c:pt idx="747">
                  <c:v>0.66330252987465199</c:v>
                </c:pt>
                <c:pt idx="748">
                  <c:v>-0.71080507851698704</c:v>
                </c:pt>
                <c:pt idx="749">
                  <c:v>-0.53039628093190005</c:v>
                </c:pt>
                <c:pt idx="750">
                  <c:v>0.51559383183570895</c:v>
                </c:pt>
                <c:pt idx="751">
                  <c:v>2.4807959408924498</c:v>
                </c:pt>
                <c:pt idx="752">
                  <c:v>-0.78020453213626695</c:v>
                </c:pt>
                <c:pt idx="753">
                  <c:v>-0.57143640140777696</c:v>
                </c:pt>
                <c:pt idx="754">
                  <c:v>-1.1118579986227599</c:v>
                </c:pt>
                <c:pt idx="755">
                  <c:v>-1.53736770938828</c:v>
                </c:pt>
                <c:pt idx="756">
                  <c:v>-0.57655097023199897</c:v>
                </c:pt>
                <c:pt idx="757">
                  <c:v>0.51203083469883004</c:v>
                </c:pt>
                <c:pt idx="758">
                  <c:v>-0.99106467492018202</c:v>
                </c:pt>
                <c:pt idx="759">
                  <c:v>-0.64918862530520405</c:v>
                </c:pt>
                <c:pt idx="760">
                  <c:v>0.37522058753753701</c:v>
                </c:pt>
                <c:pt idx="761">
                  <c:v>0.76579546846555502</c:v>
                </c:pt>
                <c:pt idx="762">
                  <c:v>-1.13340264623798</c:v>
                </c:pt>
                <c:pt idx="763">
                  <c:v>-0.36024300577945201</c:v>
                </c:pt>
                <c:pt idx="764">
                  <c:v>1.4909463797037501</c:v>
                </c:pt>
                <c:pt idx="765">
                  <c:v>-0.45889823914769301</c:v>
                </c:pt>
                <c:pt idx="766">
                  <c:v>0.45530997276386398</c:v>
                </c:pt>
                <c:pt idx="767">
                  <c:v>-0.47271230935497499</c:v>
                </c:pt>
                <c:pt idx="768">
                  <c:v>0.521800000188133</c:v>
                </c:pt>
                <c:pt idx="769">
                  <c:v>0.76439916543978403</c:v>
                </c:pt>
                <c:pt idx="770">
                  <c:v>0.87230975035535996</c:v>
                </c:pt>
                <c:pt idx="771">
                  <c:v>0.60898862250029895</c:v>
                </c:pt>
                <c:pt idx="772">
                  <c:v>-0.33406687550789399</c:v>
                </c:pt>
                <c:pt idx="773">
                  <c:v>0.625549754853576</c:v>
                </c:pt>
                <c:pt idx="774">
                  <c:v>-0.91235220152801599</c:v>
                </c:pt>
                <c:pt idx="775">
                  <c:v>-0.35000473300728202</c:v>
                </c:pt>
                <c:pt idx="776">
                  <c:v>0.70081049124558303</c:v>
                </c:pt>
                <c:pt idx="777">
                  <c:v>0.73649746323746301</c:v>
                </c:pt>
                <c:pt idx="778">
                  <c:v>-0.83192251967685504</c:v>
                </c:pt>
                <c:pt idx="779">
                  <c:v>-0.78047463720476895</c:v>
                </c:pt>
                <c:pt idx="780">
                  <c:v>0.87920724373544301</c:v>
                </c:pt>
                <c:pt idx="781">
                  <c:v>-0.44853776063532502</c:v>
                </c:pt>
                <c:pt idx="782">
                  <c:v>-0.39546300725560402</c:v>
                </c:pt>
                <c:pt idx="783">
                  <c:v>-0.85648927305577904</c:v>
                </c:pt>
                <c:pt idx="784">
                  <c:v>0.49771707325043102</c:v>
                </c:pt>
                <c:pt idx="785">
                  <c:v>-0.83580862737531803</c:v>
                </c:pt>
                <c:pt idx="786">
                  <c:v>-0.546233209380802</c:v>
                </c:pt>
                <c:pt idx="787">
                  <c:v>-0.85382783492621095</c:v>
                </c:pt>
                <c:pt idx="788">
                  <c:v>0.61714502126104498</c:v>
                </c:pt>
                <c:pt idx="789">
                  <c:v>-0.96598036546819799</c:v>
                </c:pt>
                <c:pt idx="790">
                  <c:v>0.48086668317410303</c:v>
                </c:pt>
                <c:pt idx="791">
                  <c:v>-1.0487673377336999</c:v>
                </c:pt>
                <c:pt idx="792">
                  <c:v>0.70762139256469703</c:v>
                </c:pt>
                <c:pt idx="793">
                  <c:v>0.38470225062895502</c:v>
                </c:pt>
                <c:pt idx="794">
                  <c:v>0.64564352929266999</c:v>
                </c:pt>
                <c:pt idx="795">
                  <c:v>0.33909641945489699</c:v>
                </c:pt>
                <c:pt idx="796">
                  <c:v>0.66489405248543298</c:v>
                </c:pt>
                <c:pt idx="797">
                  <c:v>-0.34674368327606703</c:v>
                </c:pt>
                <c:pt idx="798">
                  <c:v>0.83627368648322098</c:v>
                </c:pt>
                <c:pt idx="799">
                  <c:v>0.92978028089500198</c:v>
                </c:pt>
                <c:pt idx="800">
                  <c:v>0.38081436474806901</c:v>
                </c:pt>
                <c:pt idx="801">
                  <c:v>0.60688067574413296</c:v>
                </c:pt>
                <c:pt idx="802">
                  <c:v>0.56824943792078397</c:v>
                </c:pt>
                <c:pt idx="803">
                  <c:v>-0.70830417860602801</c:v>
                </c:pt>
                <c:pt idx="804">
                  <c:v>0.39704856158282498</c:v>
                </c:pt>
                <c:pt idx="805">
                  <c:v>-0.341761657969407</c:v>
                </c:pt>
                <c:pt idx="806">
                  <c:v>-0.60697069265400205</c:v>
                </c:pt>
                <c:pt idx="807">
                  <c:v>0.33593528016061602</c:v>
                </c:pt>
                <c:pt idx="808">
                  <c:v>0.61131731149563995</c:v>
                </c:pt>
                <c:pt idx="809">
                  <c:v>-0.49542627104610698</c:v>
                </c:pt>
                <c:pt idx="810">
                  <c:v>-0.61027864778172602</c:v>
                </c:pt>
                <c:pt idx="811">
                  <c:v>-0.32241644722596202</c:v>
                </c:pt>
                <c:pt idx="812">
                  <c:v>0.83506220373086404</c:v>
                </c:pt>
                <c:pt idx="813">
                  <c:v>0.51616461876304998</c:v>
                </c:pt>
                <c:pt idx="814">
                  <c:v>-0.77884587075010703</c:v>
                </c:pt>
                <c:pt idx="815">
                  <c:v>0.63895364712837799</c:v>
                </c:pt>
                <c:pt idx="816">
                  <c:v>-0.65423075299682798</c:v>
                </c:pt>
                <c:pt idx="817">
                  <c:v>-0.35074866430658602</c:v>
                </c:pt>
                <c:pt idx="818">
                  <c:v>-0.65974346194334998</c:v>
                </c:pt>
                <c:pt idx="819">
                  <c:v>0.85502805421247496</c:v>
                </c:pt>
                <c:pt idx="820">
                  <c:v>-1.01457109678931</c:v>
                </c:pt>
                <c:pt idx="821">
                  <c:v>-0.77923370812469295</c:v>
                </c:pt>
                <c:pt idx="822">
                  <c:v>0.54893886490709298</c:v>
                </c:pt>
                <c:pt idx="823">
                  <c:v>0.41137855482929497</c:v>
                </c:pt>
                <c:pt idx="824">
                  <c:v>0.62209341009997099</c:v>
                </c:pt>
                <c:pt idx="825">
                  <c:v>-0.41658105499255899</c:v>
                </c:pt>
                <c:pt idx="826">
                  <c:v>-0.86594964252477502</c:v>
                </c:pt>
                <c:pt idx="827">
                  <c:v>-0.42530087337174599</c:v>
                </c:pt>
                <c:pt idx="828">
                  <c:v>0.86139587751191005</c:v>
                </c:pt>
                <c:pt idx="829">
                  <c:v>1.2929727764283701</c:v>
                </c:pt>
                <c:pt idx="830">
                  <c:v>-0.59730222907389297</c:v>
                </c:pt>
                <c:pt idx="831">
                  <c:v>0.66305577764872203</c:v>
                </c:pt>
                <c:pt idx="832">
                  <c:v>-0.37268018622594901</c:v>
                </c:pt>
                <c:pt idx="833">
                  <c:v>-0.29882258484322199</c:v>
                </c:pt>
                <c:pt idx="834">
                  <c:v>0.68032440881907896</c:v>
                </c:pt>
                <c:pt idx="835">
                  <c:v>-0.30463717722348299</c:v>
                </c:pt>
                <c:pt idx="836">
                  <c:v>-0.78983321453069899</c:v>
                </c:pt>
                <c:pt idx="837">
                  <c:v>-0.70279920012347197</c:v>
                </c:pt>
                <c:pt idx="838">
                  <c:v>0.70090200116339896</c:v>
                </c:pt>
                <c:pt idx="839">
                  <c:v>-0.90049865101509097</c:v>
                </c:pt>
                <c:pt idx="840">
                  <c:v>0.37213389282847198</c:v>
                </c:pt>
                <c:pt idx="841">
                  <c:v>-0.79985084748804203</c:v>
                </c:pt>
                <c:pt idx="842">
                  <c:v>0.42740242701167103</c:v>
                </c:pt>
                <c:pt idx="843">
                  <c:v>0.789126973424089</c:v>
                </c:pt>
                <c:pt idx="844">
                  <c:v>0.90722021937129005</c:v>
                </c:pt>
                <c:pt idx="845">
                  <c:v>0.52611794396678502</c:v>
                </c:pt>
                <c:pt idx="846">
                  <c:v>0.47075518558339302</c:v>
                </c:pt>
                <c:pt idx="847">
                  <c:v>-0.42200303472733203</c:v>
                </c:pt>
                <c:pt idx="848">
                  <c:v>0.34658178871405498</c:v>
                </c:pt>
                <c:pt idx="849">
                  <c:v>-0.35537848822303197</c:v>
                </c:pt>
                <c:pt idx="850">
                  <c:v>-0.53643664388476298</c:v>
                </c:pt>
                <c:pt idx="851">
                  <c:v>-1.1123109760916901</c:v>
                </c:pt>
                <c:pt idx="852">
                  <c:v>-0.461623664402453</c:v>
                </c:pt>
                <c:pt idx="853">
                  <c:v>-0.61300920356895405</c:v>
                </c:pt>
                <c:pt idx="854">
                  <c:v>0.45448830752347602</c:v>
                </c:pt>
                <c:pt idx="855">
                  <c:v>-0.51418651089771905</c:v>
                </c:pt>
                <c:pt idx="856">
                  <c:v>-0.59265839408389098</c:v>
                </c:pt>
                <c:pt idx="857">
                  <c:v>-0.72510378027562805</c:v>
                </c:pt>
                <c:pt idx="858">
                  <c:v>0.522393882431608</c:v>
                </c:pt>
                <c:pt idx="859">
                  <c:v>0.58994535306908302</c:v>
                </c:pt>
                <c:pt idx="860">
                  <c:v>-0.73934409711272397</c:v>
                </c:pt>
                <c:pt idx="861">
                  <c:v>0.79879135556890901</c:v>
                </c:pt>
                <c:pt idx="862">
                  <c:v>0.43814201207014802</c:v>
                </c:pt>
                <c:pt idx="863">
                  <c:v>-0.59981779319904405</c:v>
                </c:pt>
                <c:pt idx="864">
                  <c:v>0.43093998980148401</c:v>
                </c:pt>
                <c:pt idx="865">
                  <c:v>-0.391869357802278</c:v>
                </c:pt>
                <c:pt idx="866">
                  <c:v>-0.34221641456782897</c:v>
                </c:pt>
                <c:pt idx="867">
                  <c:v>-0.82051134228622402</c:v>
                </c:pt>
                <c:pt idx="868">
                  <c:v>-0.42727492601926897</c:v>
                </c:pt>
                <c:pt idx="869">
                  <c:v>-0.38572622716521798</c:v>
                </c:pt>
                <c:pt idx="870">
                  <c:v>0.53724763344776605</c:v>
                </c:pt>
                <c:pt idx="871">
                  <c:v>-0.44229951107912102</c:v>
                </c:pt>
                <c:pt idx="872">
                  <c:v>0.55152626345486799</c:v>
                </c:pt>
                <c:pt idx="873">
                  <c:v>0.72635685459194099</c:v>
                </c:pt>
                <c:pt idx="874">
                  <c:v>-0.61902997519984404</c:v>
                </c:pt>
                <c:pt idx="875">
                  <c:v>0.44361107429046598</c:v>
                </c:pt>
                <c:pt idx="876">
                  <c:v>0.38493062011370999</c:v>
                </c:pt>
                <c:pt idx="877">
                  <c:v>-0.71988801543828596</c:v>
                </c:pt>
                <c:pt idx="878">
                  <c:v>0.58907736998903504</c:v>
                </c:pt>
                <c:pt idx="879">
                  <c:v>0.36166642712185698</c:v>
                </c:pt>
                <c:pt idx="880">
                  <c:v>-0.72329700901323302</c:v>
                </c:pt>
                <c:pt idx="881">
                  <c:v>-0.39101120655169203</c:v>
                </c:pt>
                <c:pt idx="882">
                  <c:v>0.92691659134195004</c:v>
                </c:pt>
                <c:pt idx="883">
                  <c:v>0.35005587032899399</c:v>
                </c:pt>
                <c:pt idx="884">
                  <c:v>-0.48601292711087402</c:v>
                </c:pt>
                <c:pt idx="885">
                  <c:v>-0.52366654745585395</c:v>
                </c:pt>
                <c:pt idx="886">
                  <c:v>0.61639729856492997</c:v>
                </c:pt>
                <c:pt idx="887">
                  <c:v>-0.75555903808178804</c:v>
                </c:pt>
                <c:pt idx="888">
                  <c:v>-0.49098983227922199</c:v>
                </c:pt>
                <c:pt idx="889">
                  <c:v>0.47475084300514703</c:v>
                </c:pt>
                <c:pt idx="890">
                  <c:v>0.862065945147933</c:v>
                </c:pt>
                <c:pt idx="891">
                  <c:v>-0.67617988456606803</c:v>
                </c:pt>
                <c:pt idx="892">
                  <c:v>-0.59923520364375105</c:v>
                </c:pt>
                <c:pt idx="893">
                  <c:v>0.62945971821972102</c:v>
                </c:pt>
                <c:pt idx="894">
                  <c:v>0.35362385728127799</c:v>
                </c:pt>
                <c:pt idx="895">
                  <c:v>-0.33279695709567397</c:v>
                </c:pt>
                <c:pt idx="896">
                  <c:v>1.6621945727538301</c:v>
                </c:pt>
                <c:pt idx="897">
                  <c:v>0.39973978435281099</c:v>
                </c:pt>
                <c:pt idx="898">
                  <c:v>0.32960498920824899</c:v>
                </c:pt>
                <c:pt idx="899">
                  <c:v>0.53445083887061196</c:v>
                </c:pt>
                <c:pt idx="900">
                  <c:v>1.1842168891287099</c:v>
                </c:pt>
                <c:pt idx="901">
                  <c:v>-0.73352877855624099</c:v>
                </c:pt>
                <c:pt idx="902">
                  <c:v>0.59271803387584399</c:v>
                </c:pt>
                <c:pt idx="903">
                  <c:v>-0.64206165777233404</c:v>
                </c:pt>
                <c:pt idx="904">
                  <c:v>1.7434168401240699</c:v>
                </c:pt>
                <c:pt idx="905">
                  <c:v>0.61564202251211997</c:v>
                </c:pt>
                <c:pt idx="906">
                  <c:v>0.404535628249448</c:v>
                </c:pt>
                <c:pt idx="907">
                  <c:v>-0.60067045907162597</c:v>
                </c:pt>
                <c:pt idx="908">
                  <c:v>-0.56504404921795304</c:v>
                </c:pt>
                <c:pt idx="909">
                  <c:v>-0.30492979444022</c:v>
                </c:pt>
                <c:pt idx="910">
                  <c:v>-0.32974125262172299</c:v>
                </c:pt>
                <c:pt idx="911">
                  <c:v>-0.73643935605928201</c:v>
                </c:pt>
                <c:pt idx="912">
                  <c:v>0.74434046555541</c:v>
                </c:pt>
                <c:pt idx="913">
                  <c:v>0.48209213390633798</c:v>
                </c:pt>
                <c:pt idx="914">
                  <c:v>0.41176503148131599</c:v>
                </c:pt>
                <c:pt idx="915">
                  <c:v>0.53299964362824803</c:v>
                </c:pt>
                <c:pt idx="916">
                  <c:v>0.30961576654425499</c:v>
                </c:pt>
                <c:pt idx="917">
                  <c:v>0.53887039863581498</c:v>
                </c:pt>
                <c:pt idx="918">
                  <c:v>0.40775500310971302</c:v>
                </c:pt>
                <c:pt idx="919">
                  <c:v>0.63203556627282997</c:v>
                </c:pt>
                <c:pt idx="920">
                  <c:v>-0.33061943257842302</c:v>
                </c:pt>
                <c:pt idx="921">
                  <c:v>-0.34611602844935901</c:v>
                </c:pt>
                <c:pt idx="922">
                  <c:v>-0.74251474738457202</c:v>
                </c:pt>
                <c:pt idx="923">
                  <c:v>1.7482410683013201</c:v>
                </c:pt>
                <c:pt idx="924">
                  <c:v>-0.36775025116118298</c:v>
                </c:pt>
                <c:pt idx="925">
                  <c:v>-0.84961707804513498</c:v>
                </c:pt>
                <c:pt idx="926">
                  <c:v>-0.34277932523063698</c:v>
                </c:pt>
                <c:pt idx="927">
                  <c:v>-0.57018673312413903</c:v>
                </c:pt>
                <c:pt idx="928">
                  <c:v>0.62053801082038995</c:v>
                </c:pt>
                <c:pt idx="929">
                  <c:v>-0.49841974675935702</c:v>
                </c:pt>
                <c:pt idx="930">
                  <c:v>0.50320195299512305</c:v>
                </c:pt>
                <c:pt idx="931">
                  <c:v>-0.48687311481368301</c:v>
                </c:pt>
                <c:pt idx="932">
                  <c:v>-0.30376055248225597</c:v>
                </c:pt>
                <c:pt idx="933">
                  <c:v>0.33112563368279502</c:v>
                </c:pt>
                <c:pt idx="934">
                  <c:v>0.35715778677330001</c:v>
                </c:pt>
                <c:pt idx="935">
                  <c:v>-0.39402841260208299</c:v>
                </c:pt>
                <c:pt idx="936">
                  <c:v>-0.670205143522971</c:v>
                </c:pt>
                <c:pt idx="937">
                  <c:v>1.121559898696</c:v>
                </c:pt>
                <c:pt idx="938">
                  <c:v>0.95382977526887602</c:v>
                </c:pt>
                <c:pt idx="939">
                  <c:v>0.77033921456486398</c:v>
                </c:pt>
                <c:pt idx="940">
                  <c:v>-0.53966854497736705</c:v>
                </c:pt>
                <c:pt idx="941">
                  <c:v>-0.46943925976432199</c:v>
                </c:pt>
                <c:pt idx="942">
                  <c:v>0.46922668269623502</c:v>
                </c:pt>
                <c:pt idx="943">
                  <c:v>-0.527701607626749</c:v>
                </c:pt>
                <c:pt idx="944">
                  <c:v>0.29499532906229597</c:v>
                </c:pt>
                <c:pt idx="945">
                  <c:v>0.67579329726957105</c:v>
                </c:pt>
                <c:pt idx="946">
                  <c:v>-0.535883403838746</c:v>
                </c:pt>
                <c:pt idx="947">
                  <c:v>-0.34870017995830699</c:v>
                </c:pt>
                <c:pt idx="948">
                  <c:v>-0.64084235076847995</c:v>
                </c:pt>
                <c:pt idx="949">
                  <c:v>-0.348028872816599</c:v>
                </c:pt>
                <c:pt idx="950">
                  <c:v>-0.42862176739033597</c:v>
                </c:pt>
                <c:pt idx="951">
                  <c:v>-0.74411040673512097</c:v>
                </c:pt>
                <c:pt idx="952">
                  <c:v>-0.77568345514730197</c:v>
                </c:pt>
                <c:pt idx="953">
                  <c:v>0.71536679344288201</c:v>
                </c:pt>
                <c:pt idx="954">
                  <c:v>-0.76522959701077997</c:v>
                </c:pt>
                <c:pt idx="955">
                  <c:v>0.530655514679648</c:v>
                </c:pt>
                <c:pt idx="956">
                  <c:v>-0.41855169888765098</c:v>
                </c:pt>
                <c:pt idx="957">
                  <c:v>-0.51427588337296004</c:v>
                </c:pt>
                <c:pt idx="958">
                  <c:v>0.59802922082877397</c:v>
                </c:pt>
                <c:pt idx="959">
                  <c:v>-0.53358128242089398</c:v>
                </c:pt>
                <c:pt idx="960">
                  <c:v>1.0737171818804401</c:v>
                </c:pt>
                <c:pt idx="961">
                  <c:v>1.4274356339874299</c:v>
                </c:pt>
                <c:pt idx="962">
                  <c:v>-1.0846541161465699</c:v>
                </c:pt>
                <c:pt idx="963">
                  <c:v>0.396595310733247</c:v>
                </c:pt>
                <c:pt idx="964">
                  <c:v>-0.33484156138015903</c:v>
                </c:pt>
                <c:pt idx="965">
                  <c:v>-0.74469881555695105</c:v>
                </c:pt>
                <c:pt idx="966">
                  <c:v>0.38693750220380002</c:v>
                </c:pt>
                <c:pt idx="967">
                  <c:v>-0.48989847226697902</c:v>
                </c:pt>
                <c:pt idx="968">
                  <c:v>-0.43737441723152098</c:v>
                </c:pt>
                <c:pt idx="969">
                  <c:v>0.580999643898931</c:v>
                </c:pt>
                <c:pt idx="970">
                  <c:v>-0.46478208999582898</c:v>
                </c:pt>
                <c:pt idx="971">
                  <c:v>0.35323581793172898</c:v>
                </c:pt>
                <c:pt idx="972">
                  <c:v>0.28885910120304098</c:v>
                </c:pt>
                <c:pt idx="973">
                  <c:v>-0.82339331750363698</c:v>
                </c:pt>
                <c:pt idx="974">
                  <c:v>0.78660954400782801</c:v>
                </c:pt>
                <c:pt idx="975">
                  <c:v>0.42299876016286903</c:v>
                </c:pt>
                <c:pt idx="976">
                  <c:v>-0.880492510307327</c:v>
                </c:pt>
                <c:pt idx="977">
                  <c:v>-1.0240455510339701</c:v>
                </c:pt>
                <c:pt idx="978">
                  <c:v>-0.52385032403107001</c:v>
                </c:pt>
                <c:pt idx="979">
                  <c:v>-0.443464480810494</c:v>
                </c:pt>
                <c:pt idx="980">
                  <c:v>0.48210636359068798</c:v>
                </c:pt>
                <c:pt idx="981">
                  <c:v>0.44294799472232099</c:v>
                </c:pt>
                <c:pt idx="982">
                  <c:v>-0.45960616683962402</c:v>
                </c:pt>
                <c:pt idx="983">
                  <c:v>0.50593698103340001</c:v>
                </c:pt>
                <c:pt idx="984">
                  <c:v>0.41453416483956201</c:v>
                </c:pt>
                <c:pt idx="985">
                  <c:v>-0.86360156819701195</c:v>
                </c:pt>
                <c:pt idx="986">
                  <c:v>-0.313491958326722</c:v>
                </c:pt>
                <c:pt idx="987">
                  <c:v>0.81892554040710097</c:v>
                </c:pt>
                <c:pt idx="988">
                  <c:v>-0.37000705500454201</c:v>
                </c:pt>
                <c:pt idx="989">
                  <c:v>-0.64683984491038504</c:v>
                </c:pt>
                <c:pt idx="990">
                  <c:v>0.28651085208770199</c:v>
                </c:pt>
                <c:pt idx="991">
                  <c:v>1.0515273754557199</c:v>
                </c:pt>
                <c:pt idx="992">
                  <c:v>0.41739626707181499</c:v>
                </c:pt>
                <c:pt idx="993">
                  <c:v>0.34978959694115003</c:v>
                </c:pt>
                <c:pt idx="994">
                  <c:v>0.53962813868110604</c:v>
                </c:pt>
                <c:pt idx="995">
                  <c:v>-0.39850691720748399</c:v>
                </c:pt>
                <c:pt idx="996">
                  <c:v>0.52504187746331299</c:v>
                </c:pt>
                <c:pt idx="997">
                  <c:v>-0.43512579188700701</c:v>
                </c:pt>
                <c:pt idx="998">
                  <c:v>0.897449367998153</c:v>
                </c:pt>
                <c:pt idx="999">
                  <c:v>0.54968899793659898</c:v>
                </c:pt>
                <c:pt idx="1000">
                  <c:v>-1.06141569702296</c:v>
                </c:pt>
                <c:pt idx="1001">
                  <c:v>0.45380088682702502</c:v>
                </c:pt>
                <c:pt idx="1002">
                  <c:v>-0.35307547190182798</c:v>
                </c:pt>
                <c:pt idx="1003">
                  <c:v>0.55737600718061797</c:v>
                </c:pt>
                <c:pt idx="1004">
                  <c:v>0.49092729076458902</c:v>
                </c:pt>
                <c:pt idx="1005">
                  <c:v>-0.31155273716086301</c:v>
                </c:pt>
                <c:pt idx="1006">
                  <c:v>0.92449638832935899</c:v>
                </c:pt>
                <c:pt idx="1007">
                  <c:v>-0.73266526620491101</c:v>
                </c:pt>
                <c:pt idx="1008">
                  <c:v>0.53311391496480098</c:v>
                </c:pt>
                <c:pt idx="1009">
                  <c:v>-0.57679112863948501</c:v>
                </c:pt>
                <c:pt idx="1010">
                  <c:v>-0.53010384022846702</c:v>
                </c:pt>
                <c:pt idx="1011">
                  <c:v>-0.43625900640045501</c:v>
                </c:pt>
                <c:pt idx="1012">
                  <c:v>0.77424816688323295</c:v>
                </c:pt>
                <c:pt idx="1013">
                  <c:v>0.35571451311371</c:v>
                </c:pt>
                <c:pt idx="1014">
                  <c:v>0.61722898501202605</c:v>
                </c:pt>
                <c:pt idx="1015">
                  <c:v>-0.31612668407338901</c:v>
                </c:pt>
                <c:pt idx="1016">
                  <c:v>-0.65949629655995101</c:v>
                </c:pt>
                <c:pt idx="1017">
                  <c:v>0.40338524153814598</c:v>
                </c:pt>
                <c:pt idx="1018">
                  <c:v>0.40225828809201403</c:v>
                </c:pt>
                <c:pt idx="1019">
                  <c:v>-0.27410605387793702</c:v>
                </c:pt>
                <c:pt idx="1020">
                  <c:v>-0.59694708082443504</c:v>
                </c:pt>
                <c:pt idx="1021">
                  <c:v>0.76504203058889397</c:v>
                </c:pt>
                <c:pt idx="1022">
                  <c:v>-0.46526964444761998</c:v>
                </c:pt>
                <c:pt idx="1023">
                  <c:v>-1.07694454095449</c:v>
                </c:pt>
                <c:pt idx="1024">
                  <c:v>-1.23587679185999</c:v>
                </c:pt>
                <c:pt idx="1025">
                  <c:v>-0.59273942534130297</c:v>
                </c:pt>
                <c:pt idx="1026">
                  <c:v>0.300964317233955</c:v>
                </c:pt>
                <c:pt idx="1027">
                  <c:v>0.62608532616120605</c:v>
                </c:pt>
                <c:pt idx="1028">
                  <c:v>-0.55793247437997495</c:v>
                </c:pt>
                <c:pt idx="1029">
                  <c:v>1.70109567857445</c:v>
                </c:pt>
                <c:pt idx="1030">
                  <c:v>0.35488229370749702</c:v>
                </c:pt>
                <c:pt idx="1031">
                  <c:v>-0.343503969405131</c:v>
                </c:pt>
                <c:pt idx="1032">
                  <c:v>0.81913748039678702</c:v>
                </c:pt>
                <c:pt idx="1033">
                  <c:v>-0.39203892630263198</c:v>
                </c:pt>
                <c:pt idx="1034">
                  <c:v>-0.35318547712516601</c:v>
                </c:pt>
                <c:pt idx="1035">
                  <c:v>0.83942078996204805</c:v>
                </c:pt>
                <c:pt idx="1036">
                  <c:v>-0.55054849432378505</c:v>
                </c:pt>
                <c:pt idx="1037">
                  <c:v>0.28756167003175598</c:v>
                </c:pt>
                <c:pt idx="1038">
                  <c:v>0.41410859167665098</c:v>
                </c:pt>
                <c:pt idx="1039">
                  <c:v>-0.63796490279357299</c:v>
                </c:pt>
                <c:pt idx="1040">
                  <c:v>0.26787581560566698</c:v>
                </c:pt>
                <c:pt idx="1041">
                  <c:v>-0.37228088077869598</c:v>
                </c:pt>
                <c:pt idx="1042">
                  <c:v>-0.26614121890907999</c:v>
                </c:pt>
                <c:pt idx="1043">
                  <c:v>0.286782403202203</c:v>
                </c:pt>
                <c:pt idx="1044">
                  <c:v>-0.95422725158228505</c:v>
                </c:pt>
                <c:pt idx="1045">
                  <c:v>-0.30576917252869501</c:v>
                </c:pt>
                <c:pt idx="1046">
                  <c:v>0.96343648205454402</c:v>
                </c:pt>
                <c:pt idx="1047">
                  <c:v>-0.55512818512277196</c:v>
                </c:pt>
                <c:pt idx="1048">
                  <c:v>-0.46448773376605601</c:v>
                </c:pt>
                <c:pt idx="1049">
                  <c:v>-0.33536389289692897</c:v>
                </c:pt>
                <c:pt idx="1050">
                  <c:v>-0.524593117802301</c:v>
                </c:pt>
                <c:pt idx="1051">
                  <c:v>-0.52157427756471397</c:v>
                </c:pt>
                <c:pt idx="1052">
                  <c:v>0.40467645670302199</c:v>
                </c:pt>
                <c:pt idx="1053">
                  <c:v>-0.87091054909837595</c:v>
                </c:pt>
                <c:pt idx="1054">
                  <c:v>-0.413886872311231</c:v>
                </c:pt>
                <c:pt idx="1055">
                  <c:v>-0.470191930836794</c:v>
                </c:pt>
                <c:pt idx="1056">
                  <c:v>0.37266649952049802</c:v>
                </c:pt>
                <c:pt idx="1057">
                  <c:v>0.53645129754883003</c:v>
                </c:pt>
                <c:pt idx="1058">
                  <c:v>-0.83495436140542301</c:v>
                </c:pt>
                <c:pt idx="1059">
                  <c:v>0.54871812798793196</c:v>
                </c:pt>
                <c:pt idx="1060">
                  <c:v>-0.31101736530192903</c:v>
                </c:pt>
                <c:pt idx="1061">
                  <c:v>-0.39901041331009102</c:v>
                </c:pt>
                <c:pt idx="1062">
                  <c:v>-0.29978278067984798</c:v>
                </c:pt>
                <c:pt idx="1063">
                  <c:v>-0.35488978918499098</c:v>
                </c:pt>
                <c:pt idx="1064">
                  <c:v>-0.64425056370961897</c:v>
                </c:pt>
                <c:pt idx="1065">
                  <c:v>0.64478104564620897</c:v>
                </c:pt>
                <c:pt idx="1066">
                  <c:v>0.46908006614445003</c:v>
                </c:pt>
                <c:pt idx="1067">
                  <c:v>0.53945716760252405</c:v>
                </c:pt>
                <c:pt idx="1068">
                  <c:v>0.52190948296491502</c:v>
                </c:pt>
                <c:pt idx="1069">
                  <c:v>0.72928712393665795</c:v>
                </c:pt>
                <c:pt idx="1070">
                  <c:v>0.29475621011464498</c:v>
                </c:pt>
                <c:pt idx="1071">
                  <c:v>0.51192490968728099</c:v>
                </c:pt>
                <c:pt idx="1072">
                  <c:v>-0.37948008251336801</c:v>
                </c:pt>
                <c:pt idx="1073">
                  <c:v>-0.38949688223662399</c:v>
                </c:pt>
                <c:pt idx="1074">
                  <c:v>0.47419960012107198</c:v>
                </c:pt>
                <c:pt idx="1075">
                  <c:v>-0.64126917346380496</c:v>
                </c:pt>
                <c:pt idx="1076">
                  <c:v>0.63690227707269598</c:v>
                </c:pt>
                <c:pt idx="1077">
                  <c:v>0.47807731275159798</c:v>
                </c:pt>
                <c:pt idx="1078">
                  <c:v>-0.580071221769352</c:v>
                </c:pt>
                <c:pt idx="1079">
                  <c:v>0.96236844007037403</c:v>
                </c:pt>
                <c:pt idx="1080">
                  <c:v>0.42471384218843899</c:v>
                </c:pt>
                <c:pt idx="1081">
                  <c:v>0.37226214421575299</c:v>
                </c:pt>
                <c:pt idx="1082">
                  <c:v>-0.418699774037947</c:v>
                </c:pt>
                <c:pt idx="1083">
                  <c:v>0.64230740080875703</c:v>
                </c:pt>
                <c:pt idx="1084">
                  <c:v>0.48584762340290799</c:v>
                </c:pt>
                <c:pt idx="1085">
                  <c:v>0.53581281896345001</c:v>
                </c:pt>
                <c:pt idx="1086">
                  <c:v>0.387206605652828</c:v>
                </c:pt>
                <c:pt idx="1087">
                  <c:v>0.98775942140884998</c:v>
                </c:pt>
                <c:pt idx="1088">
                  <c:v>-0.614221405639093</c:v>
                </c:pt>
                <c:pt idx="1089">
                  <c:v>-0.62217149486809498</c:v>
                </c:pt>
                <c:pt idx="1090">
                  <c:v>0.62586408603349897</c:v>
                </c:pt>
                <c:pt idx="1091">
                  <c:v>0.65716590872891301</c:v>
                </c:pt>
                <c:pt idx="1092">
                  <c:v>0.608321776166587</c:v>
                </c:pt>
                <c:pt idx="1093">
                  <c:v>-0.40577850718410202</c:v>
                </c:pt>
                <c:pt idx="1094">
                  <c:v>0.57937932689217997</c:v>
                </c:pt>
                <c:pt idx="1095">
                  <c:v>0.77284310267955203</c:v>
                </c:pt>
                <c:pt idx="1096">
                  <c:v>-0.51210781343814604</c:v>
                </c:pt>
                <c:pt idx="1097">
                  <c:v>0.32281694194834598</c:v>
                </c:pt>
                <c:pt idx="1098">
                  <c:v>-0.39905107319542998</c:v>
                </c:pt>
                <c:pt idx="1099">
                  <c:v>0.81520678117954803</c:v>
                </c:pt>
                <c:pt idx="1100">
                  <c:v>-0.60036124841492</c:v>
                </c:pt>
                <c:pt idx="1101">
                  <c:v>0.71462662824396295</c:v>
                </c:pt>
                <c:pt idx="1102">
                  <c:v>0.65827065073644397</c:v>
                </c:pt>
                <c:pt idx="1103">
                  <c:v>-0.48287008417234401</c:v>
                </c:pt>
                <c:pt idx="1104">
                  <c:v>-0.32962719091368697</c:v>
                </c:pt>
                <c:pt idx="1105">
                  <c:v>0.37384348487075098</c:v>
                </c:pt>
                <c:pt idx="1106">
                  <c:v>-0.27465790751847402</c:v>
                </c:pt>
                <c:pt idx="1107">
                  <c:v>-0.26176457340846299</c:v>
                </c:pt>
                <c:pt idx="1108">
                  <c:v>0.30590680628016298</c:v>
                </c:pt>
                <c:pt idx="1109">
                  <c:v>0.41401544317203998</c:v>
                </c:pt>
                <c:pt idx="1110">
                  <c:v>-0.40174841186163202</c:v>
                </c:pt>
                <c:pt idx="1111">
                  <c:v>0.40196196088820502</c:v>
                </c:pt>
                <c:pt idx="1112">
                  <c:v>0.333300331275172</c:v>
                </c:pt>
                <c:pt idx="1113">
                  <c:v>0.36548073341680598</c:v>
                </c:pt>
                <c:pt idx="1114">
                  <c:v>0.59952491014930898</c:v>
                </c:pt>
                <c:pt idx="1115">
                  <c:v>0.39805277143909401</c:v>
                </c:pt>
                <c:pt idx="1116">
                  <c:v>0.36343803660581397</c:v>
                </c:pt>
                <c:pt idx="1117">
                  <c:v>0.35209560688193497</c:v>
                </c:pt>
                <c:pt idx="1118">
                  <c:v>-0.37595016773276801</c:v>
                </c:pt>
                <c:pt idx="1119">
                  <c:v>-0.38055801776654602</c:v>
                </c:pt>
                <c:pt idx="1120">
                  <c:v>0.95609358987037796</c:v>
                </c:pt>
                <c:pt idx="1121">
                  <c:v>-0.57694746996166701</c:v>
                </c:pt>
                <c:pt idx="1122">
                  <c:v>-0.71803939252443905</c:v>
                </c:pt>
                <c:pt idx="1123">
                  <c:v>-0.25483974297001299</c:v>
                </c:pt>
                <c:pt idx="1124">
                  <c:v>0.60142106946126705</c:v>
                </c:pt>
                <c:pt idx="1125">
                  <c:v>0.56831101822163899</c:v>
                </c:pt>
                <c:pt idx="1126">
                  <c:v>-0.639106501607969</c:v>
                </c:pt>
                <c:pt idx="1127">
                  <c:v>-0.38499451535687301</c:v>
                </c:pt>
                <c:pt idx="1128">
                  <c:v>0.35651638885210002</c:v>
                </c:pt>
                <c:pt idx="1129">
                  <c:v>0.71037469773037998</c:v>
                </c:pt>
                <c:pt idx="1130">
                  <c:v>0.58291586018860997</c:v>
                </c:pt>
                <c:pt idx="1131">
                  <c:v>0.517443466387846</c:v>
                </c:pt>
                <c:pt idx="1132">
                  <c:v>0.92411807936755597</c:v>
                </c:pt>
                <c:pt idx="1133">
                  <c:v>-0.26733939265749002</c:v>
                </c:pt>
                <c:pt idx="1134">
                  <c:v>0.35094952305899302</c:v>
                </c:pt>
                <c:pt idx="1135">
                  <c:v>-0.38379792401886798</c:v>
                </c:pt>
                <c:pt idx="1136">
                  <c:v>-0.36318562091024398</c:v>
                </c:pt>
                <c:pt idx="1137">
                  <c:v>0.39333509110415898</c:v>
                </c:pt>
                <c:pt idx="1138">
                  <c:v>-0.262641888600051</c:v>
                </c:pt>
                <c:pt idx="1139">
                  <c:v>0.40534089946812202</c:v>
                </c:pt>
                <c:pt idx="1140">
                  <c:v>-0.66261343287444396</c:v>
                </c:pt>
                <c:pt idx="1141">
                  <c:v>0.41978985341297198</c:v>
                </c:pt>
                <c:pt idx="1142">
                  <c:v>0.68495333756072097</c:v>
                </c:pt>
                <c:pt idx="1143">
                  <c:v>0.54747981077066399</c:v>
                </c:pt>
                <c:pt idx="1144">
                  <c:v>0.72769776243853801</c:v>
                </c:pt>
                <c:pt idx="1145">
                  <c:v>-0.33023880714472797</c:v>
                </c:pt>
                <c:pt idx="1146">
                  <c:v>0.316853261545607</c:v>
                </c:pt>
                <c:pt idx="1147">
                  <c:v>-0.50606761888301599</c:v>
                </c:pt>
                <c:pt idx="1148">
                  <c:v>-0.65521359763743403</c:v>
                </c:pt>
                <c:pt idx="1149">
                  <c:v>-0.41819998293174598</c:v>
                </c:pt>
                <c:pt idx="1150">
                  <c:v>0.71763473822321799</c:v>
                </c:pt>
                <c:pt idx="1151">
                  <c:v>-0.42882873611966599</c:v>
                </c:pt>
                <c:pt idx="1152">
                  <c:v>-0.47189352018551001</c:v>
                </c:pt>
                <c:pt idx="1153">
                  <c:v>-0.37148668379947097</c:v>
                </c:pt>
                <c:pt idx="1154">
                  <c:v>-0.673611885151296</c:v>
                </c:pt>
                <c:pt idx="1155">
                  <c:v>-0.78853424388708504</c:v>
                </c:pt>
                <c:pt idx="1156">
                  <c:v>0.34933274828320598</c:v>
                </c:pt>
                <c:pt idx="1157">
                  <c:v>-0.49764008058498999</c:v>
                </c:pt>
                <c:pt idx="1158">
                  <c:v>-0.45886606072830499</c:v>
                </c:pt>
                <c:pt idx="1159">
                  <c:v>0.74937972749468396</c:v>
                </c:pt>
                <c:pt idx="1160">
                  <c:v>0.671668709264715</c:v>
                </c:pt>
                <c:pt idx="1161">
                  <c:v>-0.35648689114092802</c:v>
                </c:pt>
                <c:pt idx="1162">
                  <c:v>0.75941638747729501</c:v>
                </c:pt>
                <c:pt idx="1163">
                  <c:v>-0.51917550758606301</c:v>
                </c:pt>
                <c:pt idx="1164">
                  <c:v>0.44862752356923602</c:v>
                </c:pt>
                <c:pt idx="1165">
                  <c:v>0.60941745750923804</c:v>
                </c:pt>
                <c:pt idx="1166">
                  <c:v>-0.85790125685060703</c:v>
                </c:pt>
                <c:pt idx="1167">
                  <c:v>-0.334621981643416</c:v>
                </c:pt>
                <c:pt idx="1168">
                  <c:v>-0.65320244817497997</c:v>
                </c:pt>
                <c:pt idx="1169">
                  <c:v>0.49493364552240798</c:v>
                </c:pt>
                <c:pt idx="1170">
                  <c:v>-0.48273139485407801</c:v>
                </c:pt>
                <c:pt idx="1171">
                  <c:v>-0.28981008515515</c:v>
                </c:pt>
                <c:pt idx="1172">
                  <c:v>0.79120408296117595</c:v>
                </c:pt>
                <c:pt idx="1173">
                  <c:v>0.28628029067881</c:v>
                </c:pt>
                <c:pt idx="1174">
                  <c:v>0.26675530350141202</c:v>
                </c:pt>
                <c:pt idx="1175">
                  <c:v>-0.87597419620530603</c:v>
                </c:pt>
                <c:pt idx="1176">
                  <c:v>-0.65437423717225196</c:v>
                </c:pt>
                <c:pt idx="1177">
                  <c:v>-0.47109839610049398</c:v>
                </c:pt>
                <c:pt idx="1178">
                  <c:v>0.64038032794201205</c:v>
                </c:pt>
                <c:pt idx="1179">
                  <c:v>0.65684513905150499</c:v>
                </c:pt>
                <c:pt idx="1180">
                  <c:v>-0.342795403222944</c:v>
                </c:pt>
                <c:pt idx="1181">
                  <c:v>0.50477978370016496</c:v>
                </c:pt>
                <c:pt idx="1182">
                  <c:v>-1.27417475331866</c:v>
                </c:pt>
                <c:pt idx="1183">
                  <c:v>0.35315755168326401</c:v>
                </c:pt>
                <c:pt idx="1184">
                  <c:v>0.38242414616565401</c:v>
                </c:pt>
                <c:pt idx="1185">
                  <c:v>-0.61898934305495601</c:v>
                </c:pt>
                <c:pt idx="1186">
                  <c:v>-0.637849175652764</c:v>
                </c:pt>
                <c:pt idx="1187">
                  <c:v>0.70927377000830205</c:v>
                </c:pt>
                <c:pt idx="1188">
                  <c:v>0.79558111056763903</c:v>
                </c:pt>
                <c:pt idx="1189">
                  <c:v>1.00668195137393</c:v>
                </c:pt>
                <c:pt idx="1190">
                  <c:v>-0.35031242899106702</c:v>
                </c:pt>
                <c:pt idx="1191">
                  <c:v>-0.31296401500153298</c:v>
                </c:pt>
                <c:pt idx="1192">
                  <c:v>-0.54285410327695205</c:v>
                </c:pt>
                <c:pt idx="1193">
                  <c:v>-0.24075006523617401</c:v>
                </c:pt>
                <c:pt idx="1194">
                  <c:v>-0.72790975042726602</c:v>
                </c:pt>
                <c:pt idx="1195">
                  <c:v>-0.86556343861654705</c:v>
                </c:pt>
                <c:pt idx="1196">
                  <c:v>0.50177695453348303</c:v>
                </c:pt>
                <c:pt idx="1197">
                  <c:v>0.320207454400258</c:v>
                </c:pt>
                <c:pt idx="1198">
                  <c:v>0.45066008133037999</c:v>
                </c:pt>
                <c:pt idx="1199">
                  <c:v>-0.53642748933941298</c:v>
                </c:pt>
                <c:pt idx="1200">
                  <c:v>0.59993418188496195</c:v>
                </c:pt>
                <c:pt idx="1201">
                  <c:v>-0.34750065520392998</c:v>
                </c:pt>
                <c:pt idx="1202">
                  <c:v>0.26372841448468498</c:v>
                </c:pt>
                <c:pt idx="1203">
                  <c:v>0.49871912844138</c:v>
                </c:pt>
                <c:pt idx="1204">
                  <c:v>1.58216090965223</c:v>
                </c:pt>
                <c:pt idx="1205">
                  <c:v>-0.41306926050939902</c:v>
                </c:pt>
                <c:pt idx="1206">
                  <c:v>0.61092716869825403</c:v>
                </c:pt>
                <c:pt idx="1207">
                  <c:v>0.47035960935360799</c:v>
                </c:pt>
                <c:pt idx="1208">
                  <c:v>-0.61357529958296597</c:v>
                </c:pt>
                <c:pt idx="1209">
                  <c:v>0.44171739665790699</c:v>
                </c:pt>
                <c:pt idx="1210">
                  <c:v>0.55651611381758703</c:v>
                </c:pt>
                <c:pt idx="1211">
                  <c:v>-0.45433123714395102</c:v>
                </c:pt>
                <c:pt idx="1212">
                  <c:v>-0.78952501833634203</c:v>
                </c:pt>
                <c:pt idx="1213">
                  <c:v>0.36990236989088698</c:v>
                </c:pt>
                <c:pt idx="1214">
                  <c:v>0.75525194795956496</c:v>
                </c:pt>
                <c:pt idx="1215">
                  <c:v>-0.49757260976418399</c:v>
                </c:pt>
                <c:pt idx="1216">
                  <c:v>-0.63458180163384603</c:v>
                </c:pt>
                <c:pt idx="1217">
                  <c:v>-0.35420488656229299</c:v>
                </c:pt>
                <c:pt idx="1218">
                  <c:v>-0.70663620241384695</c:v>
                </c:pt>
                <c:pt idx="1219">
                  <c:v>0.31980459937747302</c:v>
                </c:pt>
                <c:pt idx="1220">
                  <c:v>0.43800142235497902</c:v>
                </c:pt>
                <c:pt idx="1221">
                  <c:v>0.32825584597874202</c:v>
                </c:pt>
                <c:pt idx="1222">
                  <c:v>0.26493483890414299</c:v>
                </c:pt>
                <c:pt idx="1223">
                  <c:v>0.60628758687602202</c:v>
                </c:pt>
                <c:pt idx="1224">
                  <c:v>-0.85548658257572896</c:v>
                </c:pt>
                <c:pt idx="1225">
                  <c:v>0.76974406697443198</c:v>
                </c:pt>
                <c:pt idx="1226">
                  <c:v>0.45049722398054798</c:v>
                </c:pt>
                <c:pt idx="1227">
                  <c:v>0.59942403149974399</c:v>
                </c:pt>
                <c:pt idx="1228">
                  <c:v>-0.39774723825538399</c:v>
                </c:pt>
                <c:pt idx="1229">
                  <c:v>0.47868109969745398</c:v>
                </c:pt>
                <c:pt idx="1230">
                  <c:v>0.47947706346144497</c:v>
                </c:pt>
                <c:pt idx="1231">
                  <c:v>-0.54905611737250803</c:v>
                </c:pt>
                <c:pt idx="1232">
                  <c:v>0.59439282930319604</c:v>
                </c:pt>
                <c:pt idx="1233">
                  <c:v>-0.33043053244869802</c:v>
                </c:pt>
                <c:pt idx="1234">
                  <c:v>-0.84265597858334795</c:v>
                </c:pt>
                <c:pt idx="1235">
                  <c:v>0.57310842869076595</c:v>
                </c:pt>
                <c:pt idx="1236">
                  <c:v>0.30236693351037403</c:v>
                </c:pt>
                <c:pt idx="1237">
                  <c:v>0.39055995261666299</c:v>
                </c:pt>
                <c:pt idx="1238">
                  <c:v>-0.58543088840146495</c:v>
                </c:pt>
                <c:pt idx="1239">
                  <c:v>0.56098620875757998</c:v>
                </c:pt>
                <c:pt idx="1240">
                  <c:v>0.37318393038016101</c:v>
                </c:pt>
                <c:pt idx="1241">
                  <c:v>0.43258812344773601</c:v>
                </c:pt>
                <c:pt idx="1242">
                  <c:v>0.45955621120493001</c:v>
                </c:pt>
                <c:pt idx="1243">
                  <c:v>-0.31480900757470898</c:v>
                </c:pt>
                <c:pt idx="1244">
                  <c:v>0.30985047585819098</c:v>
                </c:pt>
                <c:pt idx="1245">
                  <c:v>0.322979628221926</c:v>
                </c:pt>
                <c:pt idx="1246">
                  <c:v>-0.74212175169685302</c:v>
                </c:pt>
                <c:pt idx="1247">
                  <c:v>0.45477612488646502</c:v>
                </c:pt>
                <c:pt idx="1248">
                  <c:v>-0.31808358016927601</c:v>
                </c:pt>
                <c:pt idx="1249">
                  <c:v>-0.50173938096557402</c:v>
                </c:pt>
                <c:pt idx="1250">
                  <c:v>-0.25288120353740601</c:v>
                </c:pt>
                <c:pt idx="1251">
                  <c:v>0.58861603034923604</c:v>
                </c:pt>
                <c:pt idx="1252">
                  <c:v>-0.58208505155986501</c:v>
                </c:pt>
                <c:pt idx="1253">
                  <c:v>-0.37939757540757701</c:v>
                </c:pt>
                <c:pt idx="1254">
                  <c:v>-0.40438880010478301</c:v>
                </c:pt>
                <c:pt idx="1255">
                  <c:v>-0.39054962269600701</c:v>
                </c:pt>
                <c:pt idx="1256">
                  <c:v>-0.49921211067173499</c:v>
                </c:pt>
                <c:pt idx="1257">
                  <c:v>0.35753951025271402</c:v>
                </c:pt>
                <c:pt idx="1258">
                  <c:v>0.53719576228080301</c:v>
                </c:pt>
                <c:pt idx="1259">
                  <c:v>0.32602425921582101</c:v>
                </c:pt>
                <c:pt idx="1260">
                  <c:v>-0.42733116266828802</c:v>
                </c:pt>
                <c:pt idx="1261">
                  <c:v>-1.21374804320011</c:v>
                </c:pt>
                <c:pt idx="1262">
                  <c:v>-1.0506224154905199</c:v>
                </c:pt>
                <c:pt idx="1263">
                  <c:v>0.38158565283782803</c:v>
                </c:pt>
                <c:pt idx="1264">
                  <c:v>-0.82657058869782696</c:v>
                </c:pt>
                <c:pt idx="1265">
                  <c:v>0.34231938113510602</c:v>
                </c:pt>
                <c:pt idx="1266">
                  <c:v>-0.25224572631754</c:v>
                </c:pt>
                <c:pt idx="1267">
                  <c:v>-0.43257848871611798</c:v>
                </c:pt>
                <c:pt idx="1268">
                  <c:v>0.27313480421320002</c:v>
                </c:pt>
                <c:pt idx="1269">
                  <c:v>0.51177112095403698</c:v>
                </c:pt>
                <c:pt idx="1270">
                  <c:v>-0.61166376503271602</c:v>
                </c:pt>
                <c:pt idx="1271">
                  <c:v>0.28542167586580203</c:v>
                </c:pt>
                <c:pt idx="1272">
                  <c:v>0.344059470006158</c:v>
                </c:pt>
                <c:pt idx="1273">
                  <c:v>0.398377214469889</c:v>
                </c:pt>
                <c:pt idx="1274">
                  <c:v>0.38318709001137202</c:v>
                </c:pt>
                <c:pt idx="1275">
                  <c:v>0.37492894298235802</c:v>
                </c:pt>
                <c:pt idx="1276">
                  <c:v>0.35278541599062402</c:v>
                </c:pt>
                <c:pt idx="1277">
                  <c:v>-0.305617427642353</c:v>
                </c:pt>
                <c:pt idx="1278">
                  <c:v>-0.31305824352621803</c:v>
                </c:pt>
                <c:pt idx="1279">
                  <c:v>-0.471869385230761</c:v>
                </c:pt>
                <c:pt idx="1280">
                  <c:v>-1.16969196317498</c:v>
                </c:pt>
                <c:pt idx="1281">
                  <c:v>-0.35018713254362799</c:v>
                </c:pt>
                <c:pt idx="1282">
                  <c:v>0.27275374041585798</c:v>
                </c:pt>
                <c:pt idx="1283">
                  <c:v>0.54958698539091699</c:v>
                </c:pt>
                <c:pt idx="1284">
                  <c:v>-0.41876787453535202</c:v>
                </c:pt>
                <c:pt idx="1285">
                  <c:v>-0.26645166593639802</c:v>
                </c:pt>
                <c:pt idx="1286">
                  <c:v>0.51426750549114797</c:v>
                </c:pt>
                <c:pt idx="1287">
                  <c:v>0.437985981599819</c:v>
                </c:pt>
                <c:pt idx="1288">
                  <c:v>0.39140504743789301</c:v>
                </c:pt>
                <c:pt idx="1289">
                  <c:v>-0.85020689486743395</c:v>
                </c:pt>
                <c:pt idx="1290">
                  <c:v>0.80994282004246898</c:v>
                </c:pt>
                <c:pt idx="1291">
                  <c:v>-0.23207568096834999</c:v>
                </c:pt>
                <c:pt idx="1292">
                  <c:v>0.25115998947183399</c:v>
                </c:pt>
                <c:pt idx="1293">
                  <c:v>0.79691823505380899</c:v>
                </c:pt>
                <c:pt idx="1294">
                  <c:v>-0.32221108368312601</c:v>
                </c:pt>
                <c:pt idx="1295">
                  <c:v>-0.75572015183200103</c:v>
                </c:pt>
                <c:pt idx="1296">
                  <c:v>-0.44602292086831202</c:v>
                </c:pt>
                <c:pt idx="1297">
                  <c:v>-0.53097514670879098</c:v>
                </c:pt>
                <c:pt idx="1298">
                  <c:v>1.5371260309611701</c:v>
                </c:pt>
                <c:pt idx="1299">
                  <c:v>-0.50583459375446405</c:v>
                </c:pt>
                <c:pt idx="1300">
                  <c:v>0.384626848932339</c:v>
                </c:pt>
                <c:pt idx="1301">
                  <c:v>-0.40167803780910899</c:v>
                </c:pt>
                <c:pt idx="1302">
                  <c:v>-0.46151186847948</c:v>
                </c:pt>
                <c:pt idx="1303">
                  <c:v>-0.23603740224012201</c:v>
                </c:pt>
                <c:pt idx="1304">
                  <c:v>-0.538355089056061</c:v>
                </c:pt>
                <c:pt idx="1305">
                  <c:v>-0.55437323026947605</c:v>
                </c:pt>
                <c:pt idx="1306">
                  <c:v>-0.46653808040338202</c:v>
                </c:pt>
                <c:pt idx="1307">
                  <c:v>-0.33685137700887702</c:v>
                </c:pt>
                <c:pt idx="1308">
                  <c:v>0.40968115292920998</c:v>
                </c:pt>
                <c:pt idx="1309">
                  <c:v>-0.50582106075669098</c:v>
                </c:pt>
                <c:pt idx="1310">
                  <c:v>-0.44500784804496601</c:v>
                </c:pt>
                <c:pt idx="1311">
                  <c:v>0.51679948763702999</c:v>
                </c:pt>
                <c:pt idx="1312">
                  <c:v>0.249407542541736</c:v>
                </c:pt>
                <c:pt idx="1313">
                  <c:v>-0.291537966255216</c:v>
                </c:pt>
                <c:pt idx="1314">
                  <c:v>0.27929220589207998</c:v>
                </c:pt>
                <c:pt idx="1315">
                  <c:v>-0.75200271066006497</c:v>
                </c:pt>
                <c:pt idx="1316">
                  <c:v>-0.38764243603306497</c:v>
                </c:pt>
                <c:pt idx="1317">
                  <c:v>-0.68425918921402795</c:v>
                </c:pt>
                <c:pt idx="1318">
                  <c:v>-0.28622695523281999</c:v>
                </c:pt>
                <c:pt idx="1319">
                  <c:v>0.399997267508233</c:v>
                </c:pt>
                <c:pt idx="1320">
                  <c:v>-0.22913261979102401</c:v>
                </c:pt>
                <c:pt idx="1321">
                  <c:v>0.55213675683010199</c:v>
                </c:pt>
                <c:pt idx="1322">
                  <c:v>-0.24953009929011899</c:v>
                </c:pt>
                <c:pt idx="1323">
                  <c:v>-0.23517867628037301</c:v>
                </c:pt>
                <c:pt idx="1324">
                  <c:v>-0.44960454869594502</c:v>
                </c:pt>
                <c:pt idx="1325">
                  <c:v>0.65503401701889497</c:v>
                </c:pt>
                <c:pt idx="1326">
                  <c:v>-0.29140431623486801</c:v>
                </c:pt>
                <c:pt idx="1327">
                  <c:v>0.36515359556411697</c:v>
                </c:pt>
                <c:pt idx="1328">
                  <c:v>0.82761049771427497</c:v>
                </c:pt>
                <c:pt idx="1329">
                  <c:v>-0.93125259352771295</c:v>
                </c:pt>
                <c:pt idx="1330">
                  <c:v>-0.34265261717502699</c:v>
                </c:pt>
                <c:pt idx="1331">
                  <c:v>0.32245738670416602</c:v>
                </c:pt>
                <c:pt idx="1332">
                  <c:v>-0.496384811757697</c:v>
                </c:pt>
                <c:pt idx="1333">
                  <c:v>-0.49635832058927698</c:v>
                </c:pt>
                <c:pt idx="1334">
                  <c:v>0.38832526276736701</c:v>
                </c:pt>
                <c:pt idx="1335">
                  <c:v>-0.492309473278912</c:v>
                </c:pt>
                <c:pt idx="1336">
                  <c:v>1.46960074712904</c:v>
                </c:pt>
                <c:pt idx="1337">
                  <c:v>0.51654784532082898</c:v>
                </c:pt>
                <c:pt idx="1338">
                  <c:v>-0.266104493526718</c:v>
                </c:pt>
                <c:pt idx="1339">
                  <c:v>1.0108490309551399</c:v>
                </c:pt>
                <c:pt idx="1340">
                  <c:v>0.47254399831600602</c:v>
                </c:pt>
                <c:pt idx="1341">
                  <c:v>-0.48220525640857298</c:v>
                </c:pt>
                <c:pt idx="1342">
                  <c:v>-0.24665820970636099</c:v>
                </c:pt>
                <c:pt idx="1343">
                  <c:v>0.48599087093429499</c:v>
                </c:pt>
                <c:pt idx="1344">
                  <c:v>-0.31216369148044298</c:v>
                </c:pt>
                <c:pt idx="1345">
                  <c:v>0.34241154805215501</c:v>
                </c:pt>
                <c:pt idx="1346">
                  <c:v>0.35922654435765</c:v>
                </c:pt>
                <c:pt idx="1347">
                  <c:v>-0.47381080058303099</c:v>
                </c:pt>
                <c:pt idx="1348">
                  <c:v>-0.22932359694492299</c:v>
                </c:pt>
                <c:pt idx="1349">
                  <c:v>0.46870872280273101</c:v>
                </c:pt>
                <c:pt idx="1350">
                  <c:v>0.268802307209349</c:v>
                </c:pt>
                <c:pt idx="1351">
                  <c:v>-0.59832758634097905</c:v>
                </c:pt>
                <c:pt idx="1352">
                  <c:v>0.37701583098346297</c:v>
                </c:pt>
                <c:pt idx="1353">
                  <c:v>-0.32834525657985097</c:v>
                </c:pt>
                <c:pt idx="1354">
                  <c:v>-0.34636539853231002</c:v>
                </c:pt>
                <c:pt idx="1355">
                  <c:v>0.40025678316698099</c:v>
                </c:pt>
                <c:pt idx="1356">
                  <c:v>-0.25352424399712697</c:v>
                </c:pt>
                <c:pt idx="1357">
                  <c:v>0.51778673150080201</c:v>
                </c:pt>
                <c:pt idx="1358">
                  <c:v>-0.29320852523753499</c:v>
                </c:pt>
                <c:pt idx="1359">
                  <c:v>-0.46892570610679102</c:v>
                </c:pt>
                <c:pt idx="1360">
                  <c:v>0.37114176981776098</c:v>
                </c:pt>
                <c:pt idx="1361">
                  <c:v>-0.28747586429122801</c:v>
                </c:pt>
                <c:pt idx="1362">
                  <c:v>-0.40466671451465402</c:v>
                </c:pt>
                <c:pt idx="1363">
                  <c:v>0.52876351416395895</c:v>
                </c:pt>
                <c:pt idx="1364">
                  <c:v>-0.64394988907765005</c:v>
                </c:pt>
                <c:pt idx="1365">
                  <c:v>-0.43504685806342602</c:v>
                </c:pt>
                <c:pt idx="1366">
                  <c:v>-1.19745125286622</c:v>
                </c:pt>
                <c:pt idx="1367">
                  <c:v>0.31099513617431301</c:v>
                </c:pt>
                <c:pt idx="1368">
                  <c:v>0.44791152303840698</c:v>
                </c:pt>
                <c:pt idx="1369">
                  <c:v>0.53921136639010603</c:v>
                </c:pt>
                <c:pt idx="1370">
                  <c:v>-0.792173425776873</c:v>
                </c:pt>
                <c:pt idx="1371">
                  <c:v>-0.54414436711988401</c:v>
                </c:pt>
                <c:pt idx="1372">
                  <c:v>-0.455232390974253</c:v>
                </c:pt>
                <c:pt idx="1373">
                  <c:v>0.45642299670523601</c:v>
                </c:pt>
                <c:pt idx="1374">
                  <c:v>-0.41695506064516502</c:v>
                </c:pt>
                <c:pt idx="1375">
                  <c:v>-0.37976334685805602</c:v>
                </c:pt>
                <c:pt idx="1376">
                  <c:v>-0.24208553578467501</c:v>
                </c:pt>
                <c:pt idx="1377">
                  <c:v>0.36510198182036602</c:v>
                </c:pt>
                <c:pt idx="1378">
                  <c:v>0.280710702170616</c:v>
                </c:pt>
                <c:pt idx="1379">
                  <c:v>-0.54861474445203495</c:v>
                </c:pt>
                <c:pt idx="1380">
                  <c:v>0.32962198590279002</c:v>
                </c:pt>
                <c:pt idx="1381">
                  <c:v>-0.555066160056366</c:v>
                </c:pt>
                <c:pt idx="1382">
                  <c:v>0.31996198426460898</c:v>
                </c:pt>
                <c:pt idx="1383">
                  <c:v>-0.35572061308200598</c:v>
                </c:pt>
                <c:pt idx="1384">
                  <c:v>0.52613472678161699</c:v>
                </c:pt>
                <c:pt idx="1385">
                  <c:v>-0.56144362187273</c:v>
                </c:pt>
                <c:pt idx="1386">
                  <c:v>0.43390611509036597</c:v>
                </c:pt>
                <c:pt idx="1387">
                  <c:v>-0.52184146433443201</c:v>
                </c:pt>
                <c:pt idx="1388">
                  <c:v>0.50372051148877295</c:v>
                </c:pt>
                <c:pt idx="1389">
                  <c:v>0.48408938671548901</c:v>
                </c:pt>
                <c:pt idx="1390">
                  <c:v>0.51072480860080904</c:v>
                </c:pt>
                <c:pt idx="1391">
                  <c:v>-0.61158096619888602</c:v>
                </c:pt>
                <c:pt idx="1392">
                  <c:v>0.54254806495575603</c:v>
                </c:pt>
                <c:pt idx="1393">
                  <c:v>0.331607474953589</c:v>
                </c:pt>
                <c:pt idx="1394">
                  <c:v>0.71272381854308298</c:v>
                </c:pt>
                <c:pt idx="1395">
                  <c:v>0.45866561737181399</c:v>
                </c:pt>
                <c:pt idx="1396">
                  <c:v>-0.48449575186701599</c:v>
                </c:pt>
                <c:pt idx="1397">
                  <c:v>-0.28989105374346702</c:v>
                </c:pt>
                <c:pt idx="1398">
                  <c:v>0.473392981477744</c:v>
                </c:pt>
                <c:pt idx="1399">
                  <c:v>0.77639455389531897</c:v>
                </c:pt>
                <c:pt idx="1400">
                  <c:v>0.29731032961734599</c:v>
                </c:pt>
                <c:pt idx="1401">
                  <c:v>0.45646657605786001</c:v>
                </c:pt>
                <c:pt idx="1402">
                  <c:v>-0.41732845887007403</c:v>
                </c:pt>
                <c:pt idx="1403">
                  <c:v>0.31573451160632598</c:v>
                </c:pt>
                <c:pt idx="1404">
                  <c:v>0.37818241932102797</c:v>
                </c:pt>
                <c:pt idx="1405">
                  <c:v>0.488528989592869</c:v>
                </c:pt>
                <c:pt idx="1406">
                  <c:v>0.57779112984685799</c:v>
                </c:pt>
                <c:pt idx="1407">
                  <c:v>0.59503143948285198</c:v>
                </c:pt>
                <c:pt idx="1408">
                  <c:v>0.46408094521021998</c:v>
                </c:pt>
                <c:pt idx="1409">
                  <c:v>0.52717123178658898</c:v>
                </c:pt>
                <c:pt idx="1410">
                  <c:v>-0.28801058173354099</c:v>
                </c:pt>
                <c:pt idx="1411">
                  <c:v>0.41174566844725302</c:v>
                </c:pt>
                <c:pt idx="1412">
                  <c:v>-0.22753082156525301</c:v>
                </c:pt>
                <c:pt idx="1413">
                  <c:v>-0.59540579028764995</c:v>
                </c:pt>
                <c:pt idx="1414">
                  <c:v>-0.22713412645887099</c:v>
                </c:pt>
                <c:pt idx="1415">
                  <c:v>0.77561797748406403</c:v>
                </c:pt>
                <c:pt idx="1416">
                  <c:v>0.39887731315862901</c:v>
                </c:pt>
                <c:pt idx="1417">
                  <c:v>-0.28046499310914902</c:v>
                </c:pt>
                <c:pt idx="1418">
                  <c:v>-0.321402459364869</c:v>
                </c:pt>
                <c:pt idx="1419">
                  <c:v>0.59677592031419402</c:v>
                </c:pt>
                <c:pt idx="1420">
                  <c:v>0.45242679470924702</c:v>
                </c:pt>
                <c:pt idx="1421">
                  <c:v>0.31633499682066801</c:v>
                </c:pt>
                <c:pt idx="1422">
                  <c:v>0.26344972127592198</c:v>
                </c:pt>
                <c:pt idx="1423">
                  <c:v>-0.44287598337131601</c:v>
                </c:pt>
                <c:pt idx="1424">
                  <c:v>1.0286339661017201</c:v>
                </c:pt>
                <c:pt idx="1425">
                  <c:v>0.412288811719353</c:v>
                </c:pt>
                <c:pt idx="1426">
                  <c:v>-0.36951234688290702</c:v>
                </c:pt>
                <c:pt idx="1427">
                  <c:v>-0.45368552728855599</c:v>
                </c:pt>
                <c:pt idx="1428">
                  <c:v>0.34695823750160298</c:v>
                </c:pt>
                <c:pt idx="1429">
                  <c:v>-0.43781777618200801</c:v>
                </c:pt>
                <c:pt idx="1430">
                  <c:v>-0.25139851924475598</c:v>
                </c:pt>
                <c:pt idx="1431">
                  <c:v>0.41049921724010102</c:v>
                </c:pt>
                <c:pt idx="1432">
                  <c:v>0.29511145957707202</c:v>
                </c:pt>
                <c:pt idx="1433">
                  <c:v>-0.541896621959289</c:v>
                </c:pt>
                <c:pt idx="1434">
                  <c:v>-0.97788049971000401</c:v>
                </c:pt>
                <c:pt idx="1435">
                  <c:v>-0.27989734523611898</c:v>
                </c:pt>
                <c:pt idx="1436">
                  <c:v>-0.38724754654425603</c:v>
                </c:pt>
                <c:pt idx="1437">
                  <c:v>0.29817239570974502</c:v>
                </c:pt>
                <c:pt idx="1438">
                  <c:v>0.60246162322141605</c:v>
                </c:pt>
                <c:pt idx="1439">
                  <c:v>0.60371193074141205</c:v>
                </c:pt>
                <c:pt idx="1440">
                  <c:v>-0.560371411041935</c:v>
                </c:pt>
                <c:pt idx="1441">
                  <c:v>-0.70540400263213199</c:v>
                </c:pt>
                <c:pt idx="1442">
                  <c:v>0.400775177538023</c:v>
                </c:pt>
                <c:pt idx="1443">
                  <c:v>0.512474386370524</c:v>
                </c:pt>
                <c:pt idx="1444">
                  <c:v>0.308880104303206</c:v>
                </c:pt>
                <c:pt idx="1445">
                  <c:v>-1.4846343960141299</c:v>
                </c:pt>
                <c:pt idx="1446">
                  <c:v>-0.33625904812471302</c:v>
                </c:pt>
                <c:pt idx="1447">
                  <c:v>0.29687254795804902</c:v>
                </c:pt>
                <c:pt idx="1448">
                  <c:v>0.43926832740766403</c:v>
                </c:pt>
                <c:pt idx="1449">
                  <c:v>-0.27598017042495798</c:v>
                </c:pt>
                <c:pt idx="1450">
                  <c:v>-1.22209769204139</c:v>
                </c:pt>
                <c:pt idx="1451">
                  <c:v>-0.30907013528683802</c:v>
                </c:pt>
                <c:pt idx="1452">
                  <c:v>-0.23359558575501899</c:v>
                </c:pt>
                <c:pt idx="1453">
                  <c:v>-0.23836353003046901</c:v>
                </c:pt>
                <c:pt idx="1454">
                  <c:v>-0.57952879279958602</c:v>
                </c:pt>
                <c:pt idx="1455">
                  <c:v>-0.44867216962578699</c:v>
                </c:pt>
                <c:pt idx="1456">
                  <c:v>-0.64994642589181195</c:v>
                </c:pt>
                <c:pt idx="1457">
                  <c:v>-1.1087321474180001</c:v>
                </c:pt>
                <c:pt idx="1458">
                  <c:v>-0.299637883618459</c:v>
                </c:pt>
                <c:pt idx="1459">
                  <c:v>-0.72991021746003104</c:v>
                </c:pt>
                <c:pt idx="1460">
                  <c:v>2.2590231795104398</c:v>
                </c:pt>
                <c:pt idx="1461">
                  <c:v>0.34816129907217402</c:v>
                </c:pt>
                <c:pt idx="1462">
                  <c:v>-0.28722042548472598</c:v>
                </c:pt>
                <c:pt idx="1463">
                  <c:v>-0.43619963130161199</c:v>
                </c:pt>
                <c:pt idx="1464">
                  <c:v>0.259793113318533</c:v>
                </c:pt>
                <c:pt idx="1465">
                  <c:v>0.29252771638304498</c:v>
                </c:pt>
                <c:pt idx="1466">
                  <c:v>-0.342791916584886</c:v>
                </c:pt>
                <c:pt idx="1467">
                  <c:v>0.46713623509278102</c:v>
                </c:pt>
                <c:pt idx="1468">
                  <c:v>-0.48147276927081301</c:v>
                </c:pt>
                <c:pt idx="1469">
                  <c:v>0.41451515045099202</c:v>
                </c:pt>
                <c:pt idx="1470">
                  <c:v>0.34736897607387401</c:v>
                </c:pt>
                <c:pt idx="1471">
                  <c:v>-0.23293364406980599</c:v>
                </c:pt>
                <c:pt idx="1472">
                  <c:v>-0.25374317929627199</c:v>
                </c:pt>
                <c:pt idx="1473">
                  <c:v>-0.51069164214489104</c:v>
                </c:pt>
                <c:pt idx="1474">
                  <c:v>0.29132468848997201</c:v>
                </c:pt>
                <c:pt idx="1475">
                  <c:v>0.66806174571119603</c:v>
                </c:pt>
                <c:pt idx="1476">
                  <c:v>-0.27879194126849399</c:v>
                </c:pt>
                <c:pt idx="1477">
                  <c:v>0.49486467881449803</c:v>
                </c:pt>
                <c:pt idx="1478">
                  <c:v>0.61985730886728196</c:v>
                </c:pt>
                <c:pt idx="1479">
                  <c:v>0.34966764015783602</c:v>
                </c:pt>
                <c:pt idx="1480">
                  <c:v>0.44448029670429501</c:v>
                </c:pt>
                <c:pt idx="1481">
                  <c:v>-0.25391139003820101</c:v>
                </c:pt>
                <c:pt idx="1482">
                  <c:v>-0.48656684127230698</c:v>
                </c:pt>
                <c:pt idx="1483">
                  <c:v>0.93448582706268701</c:v>
                </c:pt>
                <c:pt idx="1484">
                  <c:v>0.38949126849890803</c:v>
                </c:pt>
                <c:pt idx="1485">
                  <c:v>-0.50374633858095297</c:v>
                </c:pt>
                <c:pt idx="1486">
                  <c:v>-0.51400563814441802</c:v>
                </c:pt>
                <c:pt idx="1487">
                  <c:v>-0.42805984112907702</c:v>
                </c:pt>
                <c:pt idx="1488">
                  <c:v>0.279580704940599</c:v>
                </c:pt>
                <c:pt idx="1489">
                  <c:v>-0.29017430507567699</c:v>
                </c:pt>
                <c:pt idx="1490">
                  <c:v>0.53248848009094396</c:v>
                </c:pt>
                <c:pt idx="1491">
                  <c:v>-0.75661238844380596</c:v>
                </c:pt>
                <c:pt idx="1492">
                  <c:v>-0.40255687942523399</c:v>
                </c:pt>
                <c:pt idx="1493">
                  <c:v>0.97761942486403797</c:v>
                </c:pt>
                <c:pt idx="1494">
                  <c:v>-0.230985202533319</c:v>
                </c:pt>
                <c:pt idx="1495">
                  <c:v>0.33263234764935101</c:v>
                </c:pt>
                <c:pt idx="1496">
                  <c:v>0.45944043811537899</c:v>
                </c:pt>
                <c:pt idx="1497">
                  <c:v>0.56161228053876</c:v>
                </c:pt>
                <c:pt idx="1498">
                  <c:v>-0.38429007425492401</c:v>
                </c:pt>
                <c:pt idx="1499">
                  <c:v>0.443527616791144</c:v>
                </c:pt>
                <c:pt idx="1500">
                  <c:v>0.241805032457343</c:v>
                </c:pt>
                <c:pt idx="1501">
                  <c:v>-0.32419218036734099</c:v>
                </c:pt>
                <c:pt idx="1502">
                  <c:v>0.22278158066671899</c:v>
                </c:pt>
                <c:pt idx="1503">
                  <c:v>0.38208091748447298</c:v>
                </c:pt>
                <c:pt idx="1504">
                  <c:v>-0.413539085951179</c:v>
                </c:pt>
                <c:pt idx="1505">
                  <c:v>1.0132216094889099</c:v>
                </c:pt>
                <c:pt idx="1506">
                  <c:v>-0.329180406583301</c:v>
                </c:pt>
                <c:pt idx="1507">
                  <c:v>0.71505330415411805</c:v>
                </c:pt>
                <c:pt idx="1508">
                  <c:v>-0.396992821055484</c:v>
                </c:pt>
                <c:pt idx="1509">
                  <c:v>0.28246381216709798</c:v>
                </c:pt>
                <c:pt idx="1510">
                  <c:v>-0.20597563777332101</c:v>
                </c:pt>
                <c:pt idx="1511">
                  <c:v>-0.58452581201187204</c:v>
                </c:pt>
                <c:pt idx="1512">
                  <c:v>-0.229538515252738</c:v>
                </c:pt>
                <c:pt idx="1513">
                  <c:v>-0.42024419020892301</c:v>
                </c:pt>
                <c:pt idx="1514">
                  <c:v>-0.24358953447881901</c:v>
                </c:pt>
                <c:pt idx="1515">
                  <c:v>0.91160008018552596</c:v>
                </c:pt>
                <c:pt idx="1516">
                  <c:v>-0.22651012093463399</c:v>
                </c:pt>
                <c:pt idx="1517">
                  <c:v>0.45955194923568499</c:v>
                </c:pt>
                <c:pt idx="1518">
                  <c:v>0.46125043077476102</c:v>
                </c:pt>
                <c:pt idx="1519">
                  <c:v>0.45549320758378498</c:v>
                </c:pt>
                <c:pt idx="1520">
                  <c:v>0.532816678099026</c:v>
                </c:pt>
                <c:pt idx="1521">
                  <c:v>0.55840608249059498</c:v>
                </c:pt>
                <c:pt idx="1522">
                  <c:v>0.22415506537628399</c:v>
                </c:pt>
                <c:pt idx="1523">
                  <c:v>0.41525428254065799</c:v>
                </c:pt>
                <c:pt idx="1524">
                  <c:v>-0.292670841198792</c:v>
                </c:pt>
                <c:pt idx="1525">
                  <c:v>-0.22135495013568701</c:v>
                </c:pt>
                <c:pt idx="1526">
                  <c:v>0.35651694795330602</c:v>
                </c:pt>
                <c:pt idx="1527">
                  <c:v>-0.656149381218192</c:v>
                </c:pt>
                <c:pt idx="1528">
                  <c:v>-0.43275279472820599</c:v>
                </c:pt>
                <c:pt idx="1529">
                  <c:v>-0.37001260063409802</c:v>
                </c:pt>
                <c:pt idx="1530">
                  <c:v>0.27822577456926101</c:v>
                </c:pt>
                <c:pt idx="1531">
                  <c:v>0.221075075065748</c:v>
                </c:pt>
                <c:pt idx="1532">
                  <c:v>0.47444249818554601</c:v>
                </c:pt>
                <c:pt idx="1533">
                  <c:v>0.471757842915078</c:v>
                </c:pt>
                <c:pt idx="1534">
                  <c:v>0.39605328839777298</c:v>
                </c:pt>
                <c:pt idx="1535">
                  <c:v>-0.274681823181329</c:v>
                </c:pt>
                <c:pt idx="1536">
                  <c:v>-0.570485601822462</c:v>
                </c:pt>
                <c:pt idx="1537">
                  <c:v>0.52712035422054304</c:v>
                </c:pt>
                <c:pt idx="1538">
                  <c:v>-0.39390146244894803</c:v>
                </c:pt>
                <c:pt idx="1539">
                  <c:v>-0.27942838258275399</c:v>
                </c:pt>
                <c:pt idx="1540">
                  <c:v>0.70467643904219601</c:v>
                </c:pt>
                <c:pt idx="1541">
                  <c:v>0.26731062670074102</c:v>
                </c:pt>
                <c:pt idx="1542">
                  <c:v>-0.273835927970147</c:v>
                </c:pt>
                <c:pt idx="1543">
                  <c:v>0.61559676035616895</c:v>
                </c:pt>
                <c:pt idx="1544">
                  <c:v>-0.50858594392730805</c:v>
                </c:pt>
                <c:pt idx="1545">
                  <c:v>-0.51499545679359204</c:v>
                </c:pt>
                <c:pt idx="1546">
                  <c:v>0.65938928699434396</c:v>
                </c:pt>
                <c:pt idx="1547">
                  <c:v>0.50856618357600802</c:v>
                </c:pt>
                <c:pt idx="1548">
                  <c:v>0.41637699696208602</c:v>
                </c:pt>
                <c:pt idx="1549">
                  <c:v>-0.53511062635225004</c:v>
                </c:pt>
                <c:pt idx="1550">
                  <c:v>0.49046202556899499</c:v>
                </c:pt>
                <c:pt idx="1551">
                  <c:v>-0.377976044603272</c:v>
                </c:pt>
                <c:pt idx="1552">
                  <c:v>0.29633944584814398</c:v>
                </c:pt>
                <c:pt idx="1553">
                  <c:v>-0.319900252905995</c:v>
                </c:pt>
                <c:pt idx="1554">
                  <c:v>0.35660445885563502</c:v>
                </c:pt>
                <c:pt idx="1555">
                  <c:v>-0.54870395490217705</c:v>
                </c:pt>
                <c:pt idx="1556">
                  <c:v>-0.35102261793657902</c:v>
                </c:pt>
                <c:pt idx="1557">
                  <c:v>0.32613408920671499</c:v>
                </c:pt>
                <c:pt idx="1558">
                  <c:v>-0.33838107956903901</c:v>
                </c:pt>
                <c:pt idx="1559">
                  <c:v>0.47971826342465801</c:v>
                </c:pt>
                <c:pt idx="1560">
                  <c:v>-0.33045497275760699</c:v>
                </c:pt>
                <c:pt idx="1561">
                  <c:v>-0.58915134698247196</c:v>
                </c:pt>
                <c:pt idx="1562">
                  <c:v>-0.31226805310622302</c:v>
                </c:pt>
                <c:pt idx="1563">
                  <c:v>-0.24593812564215201</c:v>
                </c:pt>
                <c:pt idx="1564">
                  <c:v>0.47059700091726198</c:v>
                </c:pt>
                <c:pt idx="1565">
                  <c:v>0.31831174632818499</c:v>
                </c:pt>
                <c:pt idx="1566">
                  <c:v>-0.58478774921139698</c:v>
                </c:pt>
                <c:pt idx="1567">
                  <c:v>0.58557869202537605</c:v>
                </c:pt>
                <c:pt idx="1568">
                  <c:v>0.43703576171561298</c:v>
                </c:pt>
                <c:pt idx="1569">
                  <c:v>-0.24475666755966299</c:v>
                </c:pt>
                <c:pt idx="1570">
                  <c:v>0.51877276212293899</c:v>
                </c:pt>
                <c:pt idx="1571">
                  <c:v>0.374038770874979</c:v>
                </c:pt>
                <c:pt idx="1572">
                  <c:v>0.26807630538712601</c:v>
                </c:pt>
                <c:pt idx="1573">
                  <c:v>-0.254126976615005</c:v>
                </c:pt>
                <c:pt idx="1574">
                  <c:v>0.244028341210171</c:v>
                </c:pt>
                <c:pt idx="1575">
                  <c:v>-0.44319072274850801</c:v>
                </c:pt>
                <c:pt idx="1576">
                  <c:v>-0.43078099388041802</c:v>
                </c:pt>
                <c:pt idx="1577">
                  <c:v>-0.57648676372532004</c:v>
                </c:pt>
                <c:pt idx="1578">
                  <c:v>-0.39943968911404698</c:v>
                </c:pt>
                <c:pt idx="1579">
                  <c:v>-0.43103020431949102</c:v>
                </c:pt>
                <c:pt idx="1580">
                  <c:v>0.393829356173725</c:v>
                </c:pt>
                <c:pt idx="1581">
                  <c:v>-0.28998456555889301</c:v>
                </c:pt>
                <c:pt idx="1582">
                  <c:v>-0.24871019150844001</c:v>
                </c:pt>
                <c:pt idx="1583">
                  <c:v>-0.27068342900959402</c:v>
                </c:pt>
                <c:pt idx="1584">
                  <c:v>-0.24451868833818199</c:v>
                </c:pt>
                <c:pt idx="1585">
                  <c:v>-0.26407852632571899</c:v>
                </c:pt>
                <c:pt idx="1586">
                  <c:v>-0.46405567578811702</c:v>
                </c:pt>
                <c:pt idx="1587">
                  <c:v>0.35254709497852899</c:v>
                </c:pt>
                <c:pt idx="1588">
                  <c:v>0.66866324423808299</c:v>
                </c:pt>
                <c:pt idx="1589">
                  <c:v>-0.282453071836201</c:v>
                </c:pt>
                <c:pt idx="1590">
                  <c:v>-0.98517506098089302</c:v>
                </c:pt>
                <c:pt idx="1591">
                  <c:v>-0.222937675474807</c:v>
                </c:pt>
                <c:pt idx="1592">
                  <c:v>0.300920377390135</c:v>
                </c:pt>
                <c:pt idx="1593">
                  <c:v>0.31501233011776703</c:v>
                </c:pt>
                <c:pt idx="1594">
                  <c:v>-0.455932430868764</c:v>
                </c:pt>
                <c:pt idx="1595">
                  <c:v>-0.27447275183032399</c:v>
                </c:pt>
                <c:pt idx="1596">
                  <c:v>0.27489747839694401</c:v>
                </c:pt>
                <c:pt idx="1597">
                  <c:v>-0.23159672139353699</c:v>
                </c:pt>
                <c:pt idx="1598">
                  <c:v>-0.32093638353033799</c:v>
                </c:pt>
                <c:pt idx="1599">
                  <c:v>-0.23575971011306199</c:v>
                </c:pt>
                <c:pt idx="1600">
                  <c:v>0.29280462991977901</c:v>
                </c:pt>
                <c:pt idx="1601">
                  <c:v>-0.52280275679349197</c:v>
                </c:pt>
                <c:pt idx="1602">
                  <c:v>0.483785100984228</c:v>
                </c:pt>
                <c:pt idx="1603">
                  <c:v>-0.217905279312369</c:v>
                </c:pt>
                <c:pt idx="1604">
                  <c:v>0.242482340218281</c:v>
                </c:pt>
                <c:pt idx="1605">
                  <c:v>0.33803608497294801</c:v>
                </c:pt>
                <c:pt idx="1606">
                  <c:v>0.40935066494323602</c:v>
                </c:pt>
                <c:pt idx="1607">
                  <c:v>-0.20669825332807101</c:v>
                </c:pt>
                <c:pt idx="1608">
                  <c:v>0.429797193230744</c:v>
                </c:pt>
                <c:pt idx="1609">
                  <c:v>0.75666393569215296</c:v>
                </c:pt>
                <c:pt idx="1610">
                  <c:v>-0.433348939257787</c:v>
                </c:pt>
                <c:pt idx="1611">
                  <c:v>-0.36208916058017898</c:v>
                </c:pt>
                <c:pt idx="1612">
                  <c:v>-0.26913759148382599</c:v>
                </c:pt>
                <c:pt idx="1613">
                  <c:v>-0.42654988669948002</c:v>
                </c:pt>
                <c:pt idx="1614">
                  <c:v>-0.54376897229683896</c:v>
                </c:pt>
                <c:pt idx="1615">
                  <c:v>-0.27449388314634898</c:v>
                </c:pt>
                <c:pt idx="1616">
                  <c:v>-0.57807039587786602</c:v>
                </c:pt>
                <c:pt idx="1617">
                  <c:v>0.27040949360304001</c:v>
                </c:pt>
                <c:pt idx="1618">
                  <c:v>0.58253976563483401</c:v>
                </c:pt>
                <c:pt idx="1619">
                  <c:v>0.371692125925978</c:v>
                </c:pt>
                <c:pt idx="1620">
                  <c:v>-0.371784964248498</c:v>
                </c:pt>
                <c:pt idx="1621">
                  <c:v>-0.50767837792486903</c:v>
                </c:pt>
                <c:pt idx="1622">
                  <c:v>-0.36086836418097301</c:v>
                </c:pt>
                <c:pt idx="1623">
                  <c:v>-0.210192879074004</c:v>
                </c:pt>
                <c:pt idx="1624">
                  <c:v>0.42550864395865801</c:v>
                </c:pt>
                <c:pt idx="1625">
                  <c:v>-0.413811603775745</c:v>
                </c:pt>
                <c:pt idx="1626">
                  <c:v>0.38101779284124099</c:v>
                </c:pt>
                <c:pt idx="1627">
                  <c:v>-0.61072601428386297</c:v>
                </c:pt>
                <c:pt idx="1628">
                  <c:v>-0.23709846602353599</c:v>
                </c:pt>
                <c:pt idx="1629">
                  <c:v>0.457243040310718</c:v>
                </c:pt>
                <c:pt idx="1630">
                  <c:v>0.33196578100356799</c:v>
                </c:pt>
                <c:pt idx="1631">
                  <c:v>-0.56859180894004202</c:v>
                </c:pt>
                <c:pt idx="1632">
                  <c:v>0.47341735212859198</c:v>
                </c:pt>
                <c:pt idx="1633">
                  <c:v>-0.53442093983446204</c:v>
                </c:pt>
                <c:pt idx="1634">
                  <c:v>-0.31974613925569501</c:v>
                </c:pt>
                <c:pt idx="1635">
                  <c:v>0.29555952557881998</c:v>
                </c:pt>
                <c:pt idx="1636">
                  <c:v>-0.43579361983738701</c:v>
                </c:pt>
                <c:pt idx="1637">
                  <c:v>-0.23988651511277201</c:v>
                </c:pt>
                <c:pt idx="1638">
                  <c:v>0.23706535879672699</c:v>
                </c:pt>
                <c:pt idx="1639">
                  <c:v>0.53664748229442305</c:v>
                </c:pt>
                <c:pt idx="1640">
                  <c:v>0.22999268406109499</c:v>
                </c:pt>
                <c:pt idx="1641">
                  <c:v>0.220029962149869</c:v>
                </c:pt>
                <c:pt idx="1642">
                  <c:v>0.49751008683524101</c:v>
                </c:pt>
                <c:pt idx="1643">
                  <c:v>-0.38725483629778501</c:v>
                </c:pt>
                <c:pt idx="1644">
                  <c:v>0.49110661854631499</c:v>
                </c:pt>
                <c:pt idx="1645">
                  <c:v>0.79053241678682096</c:v>
                </c:pt>
                <c:pt idx="1646">
                  <c:v>-0.25422614070956601</c:v>
                </c:pt>
                <c:pt idx="1647">
                  <c:v>-0.20769683758644</c:v>
                </c:pt>
                <c:pt idx="1648">
                  <c:v>-0.44567764561519901</c:v>
                </c:pt>
                <c:pt idx="1649">
                  <c:v>0.255554498231714</c:v>
                </c:pt>
                <c:pt idx="1650">
                  <c:v>0.42475013992578098</c:v>
                </c:pt>
                <c:pt idx="1651">
                  <c:v>-0.28938987274336397</c:v>
                </c:pt>
                <c:pt idx="1652">
                  <c:v>-0.35273974123096302</c:v>
                </c:pt>
                <c:pt idx="1653">
                  <c:v>0.27892365393681801</c:v>
                </c:pt>
                <c:pt idx="1654">
                  <c:v>0.24190491426641</c:v>
                </c:pt>
                <c:pt idx="1655">
                  <c:v>0.71418092859649096</c:v>
                </c:pt>
                <c:pt idx="1656">
                  <c:v>0.262549754399444</c:v>
                </c:pt>
                <c:pt idx="1657">
                  <c:v>-0.21848776459712799</c:v>
                </c:pt>
                <c:pt idx="1658">
                  <c:v>-0.29766262199269999</c:v>
                </c:pt>
                <c:pt idx="1659">
                  <c:v>-0.53712025785992201</c:v>
                </c:pt>
                <c:pt idx="1660">
                  <c:v>0.39799323322193197</c:v>
                </c:pt>
                <c:pt idx="1661">
                  <c:v>-0.257700813499874</c:v>
                </c:pt>
                <c:pt idx="1662">
                  <c:v>0.39751318324416102</c:v>
                </c:pt>
                <c:pt idx="1663">
                  <c:v>0.41393954728704302</c:v>
                </c:pt>
                <c:pt idx="1664">
                  <c:v>-0.33702597922969701</c:v>
                </c:pt>
                <c:pt idx="1665">
                  <c:v>-0.41565825361444902</c:v>
                </c:pt>
                <c:pt idx="1666">
                  <c:v>-0.26382163884373</c:v>
                </c:pt>
                <c:pt idx="1667">
                  <c:v>0.43826376908126002</c:v>
                </c:pt>
                <c:pt idx="1668">
                  <c:v>-0.37145597873484298</c:v>
                </c:pt>
                <c:pt idx="1669">
                  <c:v>-0.221045858809472</c:v>
                </c:pt>
                <c:pt idx="1670">
                  <c:v>-0.357251080907378</c:v>
                </c:pt>
                <c:pt idx="1671">
                  <c:v>0.24642991071210901</c:v>
                </c:pt>
                <c:pt idx="1672">
                  <c:v>0.55154425952783404</c:v>
                </c:pt>
                <c:pt idx="1673">
                  <c:v>-0.41301838912368199</c:v>
                </c:pt>
                <c:pt idx="1674">
                  <c:v>0.40684081710610098</c:v>
                </c:pt>
                <c:pt idx="1675">
                  <c:v>0.373337956165674</c:v>
                </c:pt>
                <c:pt idx="1676">
                  <c:v>0.37072694682274199</c:v>
                </c:pt>
                <c:pt idx="1677">
                  <c:v>0.62694797350576403</c:v>
                </c:pt>
                <c:pt idx="1678">
                  <c:v>0.31578078019486699</c:v>
                </c:pt>
                <c:pt idx="1679">
                  <c:v>0.30651626044109298</c:v>
                </c:pt>
                <c:pt idx="1680">
                  <c:v>0.38300610062667301</c:v>
                </c:pt>
                <c:pt idx="1681">
                  <c:v>-0.324789535839201</c:v>
                </c:pt>
                <c:pt idx="1682">
                  <c:v>0.26168715687364902</c:v>
                </c:pt>
                <c:pt idx="1683">
                  <c:v>-0.249372869184604</c:v>
                </c:pt>
                <c:pt idx="1684">
                  <c:v>-0.193759573722453</c:v>
                </c:pt>
                <c:pt idx="1685">
                  <c:v>-1.45930823250879</c:v>
                </c:pt>
                <c:pt idx="1686">
                  <c:v>0.44430146482371002</c:v>
                </c:pt>
                <c:pt idx="1687">
                  <c:v>0.73830906949694597</c:v>
                </c:pt>
                <c:pt idx="1688">
                  <c:v>-0.50964349479881599</c:v>
                </c:pt>
                <c:pt idx="1689">
                  <c:v>0.51428117764398695</c:v>
                </c:pt>
                <c:pt idx="1690">
                  <c:v>0.25251119411294098</c:v>
                </c:pt>
                <c:pt idx="1691">
                  <c:v>0.32362716641575401</c:v>
                </c:pt>
                <c:pt idx="1692">
                  <c:v>-0.26806452525739399</c:v>
                </c:pt>
                <c:pt idx="1693">
                  <c:v>0.26176197400794998</c:v>
                </c:pt>
                <c:pt idx="1694">
                  <c:v>0.21812244752128199</c:v>
                </c:pt>
                <c:pt idx="1695">
                  <c:v>-0.37633152622593302</c:v>
                </c:pt>
                <c:pt idx="1696">
                  <c:v>0.18650104745054799</c:v>
                </c:pt>
                <c:pt idx="1697">
                  <c:v>0.35406856065426201</c:v>
                </c:pt>
                <c:pt idx="1698">
                  <c:v>-0.41979335074650198</c:v>
                </c:pt>
                <c:pt idx="1699">
                  <c:v>-0.25966699492252898</c:v>
                </c:pt>
                <c:pt idx="1700">
                  <c:v>0.39627519958592899</c:v>
                </c:pt>
                <c:pt idx="1701">
                  <c:v>0.46493253362724801</c:v>
                </c:pt>
                <c:pt idx="1702">
                  <c:v>-0.26852538959351302</c:v>
                </c:pt>
                <c:pt idx="1703">
                  <c:v>-0.310761408566325</c:v>
                </c:pt>
                <c:pt idx="1704">
                  <c:v>-0.26378061163637401</c:v>
                </c:pt>
                <c:pt idx="1705">
                  <c:v>-0.38247946977007902</c:v>
                </c:pt>
                <c:pt idx="1706">
                  <c:v>0.184194343732834</c:v>
                </c:pt>
                <c:pt idx="1707">
                  <c:v>0.70664947276829104</c:v>
                </c:pt>
                <c:pt idx="1708">
                  <c:v>-0.25448623542862198</c:v>
                </c:pt>
                <c:pt idx="1709">
                  <c:v>-0.36031483672207498</c:v>
                </c:pt>
                <c:pt idx="1710">
                  <c:v>0.28448875029641801</c:v>
                </c:pt>
                <c:pt idx="1711">
                  <c:v>0.31946600798343999</c:v>
                </c:pt>
                <c:pt idx="1712">
                  <c:v>0.22597446829581699</c:v>
                </c:pt>
                <c:pt idx="1713">
                  <c:v>0.24812266404514099</c:v>
                </c:pt>
                <c:pt idx="1714">
                  <c:v>-0.28698052461015799</c:v>
                </c:pt>
                <c:pt idx="1715">
                  <c:v>-0.28609524815268</c:v>
                </c:pt>
                <c:pt idx="1716">
                  <c:v>0.59267339276154396</c:v>
                </c:pt>
                <c:pt idx="1717">
                  <c:v>0.30947210572206202</c:v>
                </c:pt>
                <c:pt idx="1718">
                  <c:v>-0.23005816080147701</c:v>
                </c:pt>
                <c:pt idx="1719">
                  <c:v>-0.32300285459362899</c:v>
                </c:pt>
                <c:pt idx="1720">
                  <c:v>0.387644630081315</c:v>
                </c:pt>
                <c:pt idx="1721">
                  <c:v>-0.638188654673286</c:v>
                </c:pt>
                <c:pt idx="1722">
                  <c:v>-0.26967027187139803</c:v>
                </c:pt>
                <c:pt idx="1723">
                  <c:v>0.56879864519027001</c:v>
                </c:pt>
                <c:pt idx="1724">
                  <c:v>-0.27918510023945198</c:v>
                </c:pt>
                <c:pt idx="1725">
                  <c:v>0.465069298435139</c:v>
                </c:pt>
                <c:pt idx="1726">
                  <c:v>-0.27711436865379102</c:v>
                </c:pt>
                <c:pt idx="1727">
                  <c:v>0.35820036855350401</c:v>
                </c:pt>
                <c:pt idx="1728">
                  <c:v>0.193166581039112</c:v>
                </c:pt>
                <c:pt idx="1729">
                  <c:v>-0.356434398687689</c:v>
                </c:pt>
                <c:pt idx="1730">
                  <c:v>0.28742857761807999</c:v>
                </c:pt>
                <c:pt idx="1731">
                  <c:v>0.666805548781642</c:v>
                </c:pt>
                <c:pt idx="1732">
                  <c:v>-0.49224654678549801</c:v>
                </c:pt>
                <c:pt idx="1733">
                  <c:v>0.23087594908352599</c:v>
                </c:pt>
                <c:pt idx="1734">
                  <c:v>-0.489152611744476</c:v>
                </c:pt>
                <c:pt idx="1735">
                  <c:v>0.284244026794717</c:v>
                </c:pt>
                <c:pt idx="1736">
                  <c:v>-0.53395457758783804</c:v>
                </c:pt>
                <c:pt idx="1737">
                  <c:v>-0.33206956983839597</c:v>
                </c:pt>
                <c:pt idx="1738">
                  <c:v>0.37747149351620402</c:v>
                </c:pt>
                <c:pt idx="1739">
                  <c:v>-0.408849894603662</c:v>
                </c:pt>
                <c:pt idx="1740">
                  <c:v>-0.52002342298672499</c:v>
                </c:pt>
                <c:pt idx="1741">
                  <c:v>0.55206859150884202</c:v>
                </c:pt>
                <c:pt idx="1742">
                  <c:v>-0.34961006912849202</c:v>
                </c:pt>
                <c:pt idx="1743">
                  <c:v>0.29333659055610201</c:v>
                </c:pt>
                <c:pt idx="1744">
                  <c:v>-0.613314690436631</c:v>
                </c:pt>
                <c:pt idx="1745">
                  <c:v>0.387185782458417</c:v>
                </c:pt>
                <c:pt idx="1746">
                  <c:v>0.337904649308857</c:v>
                </c:pt>
                <c:pt idx="1747">
                  <c:v>-0.35346957870099199</c:v>
                </c:pt>
                <c:pt idx="1748">
                  <c:v>-0.56067598040030797</c:v>
                </c:pt>
                <c:pt idx="1749">
                  <c:v>0.30911559824984602</c:v>
                </c:pt>
                <c:pt idx="1750">
                  <c:v>-0.29296607304130601</c:v>
                </c:pt>
                <c:pt idx="1751">
                  <c:v>0.32854808849824801</c:v>
                </c:pt>
                <c:pt idx="1752">
                  <c:v>-0.38452605509245102</c:v>
                </c:pt>
                <c:pt idx="1753">
                  <c:v>-0.30234340908077001</c:v>
                </c:pt>
                <c:pt idx="1754">
                  <c:v>0.59087610095262399</c:v>
                </c:pt>
                <c:pt idx="1755">
                  <c:v>-0.37993836447357798</c:v>
                </c:pt>
                <c:pt idx="1756">
                  <c:v>-0.61059466266842599</c:v>
                </c:pt>
                <c:pt idx="1757">
                  <c:v>0.825605965783339</c:v>
                </c:pt>
                <c:pt idx="1758">
                  <c:v>0.209264541079069</c:v>
                </c:pt>
                <c:pt idx="1759">
                  <c:v>0.55942074403980202</c:v>
                </c:pt>
                <c:pt idx="1760">
                  <c:v>1.2005437187399199</c:v>
                </c:pt>
                <c:pt idx="1761">
                  <c:v>0.25225740642712302</c:v>
                </c:pt>
                <c:pt idx="1762">
                  <c:v>0.26210722208566001</c:v>
                </c:pt>
                <c:pt idx="1763">
                  <c:v>-0.29330828446220297</c:v>
                </c:pt>
                <c:pt idx="1764">
                  <c:v>0.50697339535946595</c:v>
                </c:pt>
                <c:pt idx="1765">
                  <c:v>-0.348992224410619</c:v>
                </c:pt>
                <c:pt idx="1766">
                  <c:v>0.32065861144055702</c:v>
                </c:pt>
                <c:pt idx="1767">
                  <c:v>0.245230203311436</c:v>
                </c:pt>
                <c:pt idx="1768">
                  <c:v>0.25901889964624703</c:v>
                </c:pt>
                <c:pt idx="1769">
                  <c:v>-0.29640612554863199</c:v>
                </c:pt>
                <c:pt idx="1770">
                  <c:v>0.19184447181263301</c:v>
                </c:pt>
                <c:pt idx="1771">
                  <c:v>0.30299377471351402</c:v>
                </c:pt>
                <c:pt idx="1772">
                  <c:v>-0.360316572313298</c:v>
                </c:pt>
                <c:pt idx="1773">
                  <c:v>-0.35061787291201102</c:v>
                </c:pt>
                <c:pt idx="1774">
                  <c:v>-0.206770764487437</c:v>
                </c:pt>
                <c:pt idx="1775">
                  <c:v>0.367592330608222</c:v>
                </c:pt>
                <c:pt idx="1776">
                  <c:v>-0.174053382322086</c:v>
                </c:pt>
                <c:pt idx="1777">
                  <c:v>0.18818053414521799</c:v>
                </c:pt>
                <c:pt idx="1778">
                  <c:v>0.35676698277714203</c:v>
                </c:pt>
                <c:pt idx="1779">
                  <c:v>0.212510933734741</c:v>
                </c:pt>
                <c:pt idx="1780">
                  <c:v>0.49342669741428602</c:v>
                </c:pt>
                <c:pt idx="1781">
                  <c:v>0.31107049910546902</c:v>
                </c:pt>
                <c:pt idx="1782">
                  <c:v>-0.31591669262261501</c:v>
                </c:pt>
                <c:pt idx="1783">
                  <c:v>0.33672248770499302</c:v>
                </c:pt>
                <c:pt idx="1784">
                  <c:v>-0.24958576896517601</c:v>
                </c:pt>
                <c:pt idx="1785">
                  <c:v>0.2352234745223</c:v>
                </c:pt>
                <c:pt idx="1786">
                  <c:v>0.37367325430368598</c:v>
                </c:pt>
                <c:pt idx="1787">
                  <c:v>0.29655820124494198</c:v>
                </c:pt>
                <c:pt idx="1788">
                  <c:v>0.23903488139764301</c:v>
                </c:pt>
                <c:pt idx="1789">
                  <c:v>0.19684520234993</c:v>
                </c:pt>
                <c:pt idx="1790">
                  <c:v>0.49826109155734599</c:v>
                </c:pt>
                <c:pt idx="1791">
                  <c:v>0.255578609583544</c:v>
                </c:pt>
                <c:pt idx="1792">
                  <c:v>0.36571999749491002</c:v>
                </c:pt>
                <c:pt idx="1793">
                  <c:v>-0.49645291441613898</c:v>
                </c:pt>
                <c:pt idx="1794">
                  <c:v>-0.389824206373028</c:v>
                </c:pt>
                <c:pt idx="1795">
                  <c:v>0.335417011426976</c:v>
                </c:pt>
                <c:pt idx="1796">
                  <c:v>0.19013709172791199</c:v>
                </c:pt>
                <c:pt idx="1797">
                  <c:v>0.24523919488457599</c:v>
                </c:pt>
                <c:pt idx="1798">
                  <c:v>-0.217922276116184</c:v>
                </c:pt>
                <c:pt idx="1799">
                  <c:v>-0.25980654241572798</c:v>
                </c:pt>
                <c:pt idx="1800">
                  <c:v>0.18173440203712199</c:v>
                </c:pt>
                <c:pt idx="1801">
                  <c:v>0.24780877869627499</c:v>
                </c:pt>
                <c:pt idx="1802">
                  <c:v>0.199858333710907</c:v>
                </c:pt>
                <c:pt idx="1803">
                  <c:v>0.43197478341071999</c:v>
                </c:pt>
                <c:pt idx="1804">
                  <c:v>-0.36861248901260502</c:v>
                </c:pt>
                <c:pt idx="1805">
                  <c:v>0.364267966295518</c:v>
                </c:pt>
                <c:pt idx="1806">
                  <c:v>-0.66845189156868301</c:v>
                </c:pt>
                <c:pt idx="1807">
                  <c:v>0.68893015320085704</c:v>
                </c:pt>
                <c:pt idx="1808">
                  <c:v>-0.31954903783030603</c:v>
                </c:pt>
                <c:pt idx="1809">
                  <c:v>-0.40952595143043202</c:v>
                </c:pt>
                <c:pt idx="1810">
                  <c:v>0.43979423801643203</c:v>
                </c:pt>
                <c:pt idx="1811">
                  <c:v>-0.34566268061846001</c:v>
                </c:pt>
                <c:pt idx="1812">
                  <c:v>-0.37905443418976498</c:v>
                </c:pt>
                <c:pt idx="1813">
                  <c:v>-0.19811823237413501</c:v>
                </c:pt>
                <c:pt idx="1814">
                  <c:v>0.48347114782656297</c:v>
                </c:pt>
                <c:pt idx="1815">
                  <c:v>0.27901006302860398</c:v>
                </c:pt>
                <c:pt idx="1816">
                  <c:v>0.22366998138835101</c:v>
                </c:pt>
                <c:pt idx="1817">
                  <c:v>0.80453390423819104</c:v>
                </c:pt>
                <c:pt idx="1818">
                  <c:v>-0.40806050529009502</c:v>
                </c:pt>
                <c:pt idx="1819">
                  <c:v>0.50977915746267799</c:v>
                </c:pt>
                <c:pt idx="1820">
                  <c:v>-0.19515712312848901</c:v>
                </c:pt>
                <c:pt idx="1821">
                  <c:v>0.25461062504679399</c:v>
                </c:pt>
                <c:pt idx="1822">
                  <c:v>-0.29577010245883201</c:v>
                </c:pt>
                <c:pt idx="1823">
                  <c:v>-0.189421809755661</c:v>
                </c:pt>
                <c:pt idx="1824">
                  <c:v>-0.26750862323056901</c:v>
                </c:pt>
                <c:pt idx="1825">
                  <c:v>-0.25075773026270898</c:v>
                </c:pt>
                <c:pt idx="1826">
                  <c:v>-0.38237291942471102</c:v>
                </c:pt>
                <c:pt idx="1827">
                  <c:v>-0.197557922636697</c:v>
                </c:pt>
                <c:pt idx="1828">
                  <c:v>0.29879540203791399</c:v>
                </c:pt>
                <c:pt idx="1829">
                  <c:v>-0.47944986908606801</c:v>
                </c:pt>
                <c:pt idx="1830">
                  <c:v>-0.31829340394841998</c:v>
                </c:pt>
                <c:pt idx="1831">
                  <c:v>-0.38659135622401303</c:v>
                </c:pt>
                <c:pt idx="1832">
                  <c:v>0.188595770499628</c:v>
                </c:pt>
                <c:pt idx="1833">
                  <c:v>0.209683976216791</c:v>
                </c:pt>
                <c:pt idx="1834">
                  <c:v>-0.491853356645851</c:v>
                </c:pt>
                <c:pt idx="1835">
                  <c:v>-0.18354304788530801</c:v>
                </c:pt>
                <c:pt idx="1836">
                  <c:v>0.418200367714611</c:v>
                </c:pt>
                <c:pt idx="1837">
                  <c:v>0.209335370074822</c:v>
                </c:pt>
                <c:pt idx="1838">
                  <c:v>0.53619327327025001</c:v>
                </c:pt>
                <c:pt idx="1839">
                  <c:v>-0.42836671470577797</c:v>
                </c:pt>
                <c:pt idx="1840">
                  <c:v>-0.29057723239071698</c:v>
                </c:pt>
                <c:pt idx="1841">
                  <c:v>0.35073474784362402</c:v>
                </c:pt>
                <c:pt idx="1842">
                  <c:v>-0.32687415429998301</c:v>
                </c:pt>
                <c:pt idx="1843">
                  <c:v>0.45631039361770598</c:v>
                </c:pt>
                <c:pt idx="1844">
                  <c:v>0.57942846673841997</c:v>
                </c:pt>
                <c:pt idx="1845">
                  <c:v>0.32281390878760502</c:v>
                </c:pt>
                <c:pt idx="1846">
                  <c:v>0.39126425598194098</c:v>
                </c:pt>
                <c:pt idx="1847">
                  <c:v>0.50915478743114995</c:v>
                </c:pt>
                <c:pt idx="1848">
                  <c:v>0.23925245665726899</c:v>
                </c:pt>
                <c:pt idx="1849">
                  <c:v>-0.253799070748844</c:v>
                </c:pt>
                <c:pt idx="1850">
                  <c:v>0.30845336026891002</c:v>
                </c:pt>
                <c:pt idx="1851">
                  <c:v>-0.183531590199603</c:v>
                </c:pt>
                <c:pt idx="1852">
                  <c:v>0.232783544153182</c:v>
                </c:pt>
                <c:pt idx="1853">
                  <c:v>-0.19469927447330099</c:v>
                </c:pt>
                <c:pt idx="1854">
                  <c:v>-0.17870538728017499</c:v>
                </c:pt>
                <c:pt idx="1855">
                  <c:v>-0.24813410043008899</c:v>
                </c:pt>
                <c:pt idx="1856">
                  <c:v>-0.38962644698812499</c:v>
                </c:pt>
                <c:pt idx="1857">
                  <c:v>0.31723567565048999</c:v>
                </c:pt>
                <c:pt idx="1858">
                  <c:v>0.241329871119731</c:v>
                </c:pt>
                <c:pt idx="1859">
                  <c:v>-0.52383999634322398</c:v>
                </c:pt>
                <c:pt idx="1860">
                  <c:v>0.192836839051964</c:v>
                </c:pt>
                <c:pt idx="1861">
                  <c:v>0.34741236987871799</c:v>
                </c:pt>
                <c:pt idx="1862">
                  <c:v>-0.34610145466212899</c:v>
                </c:pt>
                <c:pt idx="1863">
                  <c:v>-0.342305348519581</c:v>
                </c:pt>
                <c:pt idx="1864">
                  <c:v>0.24778335095102799</c:v>
                </c:pt>
                <c:pt idx="1865">
                  <c:v>0.34832949846688499</c:v>
                </c:pt>
                <c:pt idx="1866">
                  <c:v>0.18810118150189201</c:v>
                </c:pt>
                <c:pt idx="1867">
                  <c:v>-0.18558564000050401</c:v>
                </c:pt>
                <c:pt idx="1868">
                  <c:v>-0.32810065820078899</c:v>
                </c:pt>
                <c:pt idx="1869">
                  <c:v>0.29939385644606997</c:v>
                </c:pt>
                <c:pt idx="1870">
                  <c:v>0.34368011671369902</c:v>
                </c:pt>
                <c:pt idx="1871">
                  <c:v>-0.25445675479496499</c:v>
                </c:pt>
                <c:pt idx="1872">
                  <c:v>0.38497554498412301</c:v>
                </c:pt>
                <c:pt idx="1873">
                  <c:v>0.25461430414966202</c:v>
                </c:pt>
                <c:pt idx="1874">
                  <c:v>-0.27537166248320899</c:v>
                </c:pt>
                <c:pt idx="1875">
                  <c:v>-0.39493342453253899</c:v>
                </c:pt>
                <c:pt idx="1876">
                  <c:v>0.17995111703561401</c:v>
                </c:pt>
                <c:pt idx="1877">
                  <c:v>-0.161852376802429</c:v>
                </c:pt>
                <c:pt idx="1878">
                  <c:v>-0.459498421148201</c:v>
                </c:pt>
                <c:pt idx="1879">
                  <c:v>-0.253991123232645</c:v>
                </c:pt>
                <c:pt idx="1880">
                  <c:v>-0.23920103534857501</c:v>
                </c:pt>
                <c:pt idx="1881">
                  <c:v>-0.51906720782199001</c:v>
                </c:pt>
                <c:pt idx="1882">
                  <c:v>-0.268513159522698</c:v>
                </c:pt>
                <c:pt idx="1883">
                  <c:v>0.20654869364384601</c:v>
                </c:pt>
                <c:pt idx="1884">
                  <c:v>0.493481369564094</c:v>
                </c:pt>
                <c:pt idx="1885">
                  <c:v>-0.195843331478464</c:v>
                </c:pt>
                <c:pt idx="1886">
                  <c:v>-0.20390072275329599</c:v>
                </c:pt>
                <c:pt idx="1887">
                  <c:v>0.32192371975912998</c:v>
                </c:pt>
                <c:pt idx="1888">
                  <c:v>0.25530269054240401</c:v>
                </c:pt>
                <c:pt idx="1889">
                  <c:v>0.40167332995718802</c:v>
                </c:pt>
                <c:pt idx="1890">
                  <c:v>0.21666711255394899</c:v>
                </c:pt>
                <c:pt idx="1891">
                  <c:v>-0.38359158899866902</c:v>
                </c:pt>
                <c:pt idx="1892">
                  <c:v>-0.35610600354823801</c:v>
                </c:pt>
                <c:pt idx="1893">
                  <c:v>0.28323579036573698</c:v>
                </c:pt>
                <c:pt idx="1894">
                  <c:v>-0.27147051690081597</c:v>
                </c:pt>
                <c:pt idx="1895">
                  <c:v>-0.27302303982778398</c:v>
                </c:pt>
                <c:pt idx="1896">
                  <c:v>0.163154580910813</c:v>
                </c:pt>
                <c:pt idx="1897">
                  <c:v>-0.29446504386626798</c:v>
                </c:pt>
                <c:pt idx="1898">
                  <c:v>-0.22177320748637899</c:v>
                </c:pt>
                <c:pt idx="1899">
                  <c:v>0.26992716049731103</c:v>
                </c:pt>
                <c:pt idx="1900">
                  <c:v>0.33440527100815798</c:v>
                </c:pt>
                <c:pt idx="1901">
                  <c:v>-0.72694290977729603</c:v>
                </c:pt>
                <c:pt idx="1902">
                  <c:v>0.22250644920572399</c:v>
                </c:pt>
                <c:pt idx="1903">
                  <c:v>0.24694209809828699</c:v>
                </c:pt>
                <c:pt idx="1904">
                  <c:v>0.201521097852005</c:v>
                </c:pt>
                <c:pt idx="1905">
                  <c:v>0.42499438332629302</c:v>
                </c:pt>
                <c:pt idx="1906">
                  <c:v>0.43992872762772001</c:v>
                </c:pt>
                <c:pt idx="1907">
                  <c:v>-0.253652338133733</c:v>
                </c:pt>
                <c:pt idx="1908">
                  <c:v>0.48170908690296699</c:v>
                </c:pt>
                <c:pt idx="1909">
                  <c:v>0.29609748430618799</c:v>
                </c:pt>
                <c:pt idx="1910">
                  <c:v>-0.483629657842084</c:v>
                </c:pt>
                <c:pt idx="1911">
                  <c:v>-0.166225485924681</c:v>
                </c:pt>
                <c:pt idx="1912">
                  <c:v>-0.34117460391690102</c:v>
                </c:pt>
                <c:pt idx="1913">
                  <c:v>-0.26875328754127298</c:v>
                </c:pt>
                <c:pt idx="1914">
                  <c:v>-0.19291611071397299</c:v>
                </c:pt>
                <c:pt idx="1915">
                  <c:v>0.43821874993626497</c:v>
                </c:pt>
                <c:pt idx="1916">
                  <c:v>0.18835293102046399</c:v>
                </c:pt>
                <c:pt idx="1917">
                  <c:v>0.23357804784017899</c:v>
                </c:pt>
                <c:pt idx="1918">
                  <c:v>-0.201651078049458</c:v>
                </c:pt>
                <c:pt idx="1919">
                  <c:v>0.20970411443890999</c:v>
                </c:pt>
                <c:pt idx="1920">
                  <c:v>-0.21032801824380701</c:v>
                </c:pt>
                <c:pt idx="1921">
                  <c:v>0.30371438791569699</c:v>
                </c:pt>
                <c:pt idx="1922">
                  <c:v>-0.955761237024088</c:v>
                </c:pt>
                <c:pt idx="1923">
                  <c:v>-0.21802334747336299</c:v>
                </c:pt>
                <c:pt idx="1924">
                  <c:v>-0.20526327887578</c:v>
                </c:pt>
                <c:pt idx="1925">
                  <c:v>-0.373284252134088</c:v>
                </c:pt>
                <c:pt idx="1926">
                  <c:v>-0.20450396335024501</c:v>
                </c:pt>
                <c:pt idx="1927">
                  <c:v>0.33404344669698499</c:v>
                </c:pt>
                <c:pt idx="1928">
                  <c:v>0.35012519705957601</c:v>
                </c:pt>
                <c:pt idx="1929">
                  <c:v>0.186782063288675</c:v>
                </c:pt>
                <c:pt idx="1930">
                  <c:v>0.25050582699565599</c:v>
                </c:pt>
                <c:pt idx="1931">
                  <c:v>0.21814208962606699</c:v>
                </c:pt>
                <c:pt idx="1932">
                  <c:v>0.22563085170838401</c:v>
                </c:pt>
                <c:pt idx="1933">
                  <c:v>-0.15892197608434699</c:v>
                </c:pt>
                <c:pt idx="1934">
                  <c:v>0.174849984904906</c:v>
                </c:pt>
                <c:pt idx="1935">
                  <c:v>0.45113444787961798</c:v>
                </c:pt>
                <c:pt idx="1936">
                  <c:v>0.27992541311546798</c:v>
                </c:pt>
                <c:pt idx="1937">
                  <c:v>-0.43368271293901001</c:v>
                </c:pt>
                <c:pt idx="1938">
                  <c:v>0.40858563247476098</c:v>
                </c:pt>
                <c:pt idx="1939">
                  <c:v>0.21504001841199699</c:v>
                </c:pt>
                <c:pt idx="1940">
                  <c:v>-0.22728914635835201</c:v>
                </c:pt>
                <c:pt idx="1941">
                  <c:v>0.19019341003527801</c:v>
                </c:pt>
                <c:pt idx="1942">
                  <c:v>-0.262336825537417</c:v>
                </c:pt>
                <c:pt idx="1943">
                  <c:v>-0.36139009873076899</c:v>
                </c:pt>
                <c:pt idx="1944">
                  <c:v>0.25822139977422498</c:v>
                </c:pt>
                <c:pt idx="1945">
                  <c:v>0.458944232063278</c:v>
                </c:pt>
                <c:pt idx="1946">
                  <c:v>0.39130763837358601</c:v>
                </c:pt>
                <c:pt idx="1947">
                  <c:v>0.26681510452986101</c:v>
                </c:pt>
                <c:pt idx="1948">
                  <c:v>-0.34154268108625602</c:v>
                </c:pt>
                <c:pt idx="1949">
                  <c:v>-0.23729089460786701</c:v>
                </c:pt>
                <c:pt idx="1950">
                  <c:v>0.433214239157657</c:v>
                </c:pt>
                <c:pt idx="1951">
                  <c:v>0.28816955603213401</c:v>
                </c:pt>
                <c:pt idx="1952">
                  <c:v>-0.26659578859373001</c:v>
                </c:pt>
                <c:pt idx="1953">
                  <c:v>-0.413956258741631</c:v>
                </c:pt>
                <c:pt idx="1954">
                  <c:v>-0.48796232877996498</c:v>
                </c:pt>
                <c:pt idx="1955">
                  <c:v>0.39112372172286303</c:v>
                </c:pt>
                <c:pt idx="1956">
                  <c:v>-0.73752848771738</c:v>
                </c:pt>
                <c:pt idx="1957">
                  <c:v>0.180920234043707</c:v>
                </c:pt>
                <c:pt idx="1958">
                  <c:v>0.35483478735868301</c:v>
                </c:pt>
                <c:pt idx="1959">
                  <c:v>-0.236635478843922</c:v>
                </c:pt>
                <c:pt idx="1960">
                  <c:v>0.25021751676320397</c:v>
                </c:pt>
                <c:pt idx="1961">
                  <c:v>0.368895856545013</c:v>
                </c:pt>
                <c:pt idx="1962">
                  <c:v>0.18115625324398399</c:v>
                </c:pt>
                <c:pt idx="1963">
                  <c:v>-0.29652711670530602</c:v>
                </c:pt>
                <c:pt idx="1964">
                  <c:v>-0.29764338560632098</c:v>
                </c:pt>
                <c:pt idx="1965">
                  <c:v>0.51539910005533296</c:v>
                </c:pt>
                <c:pt idx="1966">
                  <c:v>0.26584978782542001</c:v>
                </c:pt>
                <c:pt idx="1967">
                  <c:v>-0.286631350450129</c:v>
                </c:pt>
                <c:pt idx="1968">
                  <c:v>0.19199889403537901</c:v>
                </c:pt>
                <c:pt idx="1969">
                  <c:v>-0.52578067424692099</c:v>
                </c:pt>
                <c:pt idx="1970">
                  <c:v>-0.17210397632990701</c:v>
                </c:pt>
                <c:pt idx="1971">
                  <c:v>-0.18436521415156201</c:v>
                </c:pt>
                <c:pt idx="1972">
                  <c:v>0.38847422314117702</c:v>
                </c:pt>
                <c:pt idx="1973">
                  <c:v>-0.26983237760568801</c:v>
                </c:pt>
                <c:pt idx="1974">
                  <c:v>-0.30993126168143398</c:v>
                </c:pt>
                <c:pt idx="1975">
                  <c:v>-0.33089502824482903</c:v>
                </c:pt>
                <c:pt idx="1976">
                  <c:v>-0.34829292422468699</c:v>
                </c:pt>
                <c:pt idx="1977">
                  <c:v>0.35318256204946902</c:v>
                </c:pt>
                <c:pt idx="1978">
                  <c:v>0.34730489557329097</c:v>
                </c:pt>
                <c:pt idx="1979">
                  <c:v>0.247665423863317</c:v>
                </c:pt>
                <c:pt idx="1980">
                  <c:v>-0.20085905460991399</c:v>
                </c:pt>
                <c:pt idx="1981">
                  <c:v>-0.32537324617937502</c:v>
                </c:pt>
                <c:pt idx="1982">
                  <c:v>0.23184880695135099</c:v>
                </c:pt>
                <c:pt idx="1983">
                  <c:v>-0.36500860643314298</c:v>
                </c:pt>
                <c:pt idx="1984">
                  <c:v>0.18251133542757</c:v>
                </c:pt>
                <c:pt idx="1985">
                  <c:v>-0.55725478112446702</c:v>
                </c:pt>
                <c:pt idx="1986">
                  <c:v>0.26392954690998499</c:v>
                </c:pt>
                <c:pt idx="1987">
                  <c:v>0.17300183627334301</c:v>
                </c:pt>
                <c:pt idx="1988">
                  <c:v>0.307126940900257</c:v>
                </c:pt>
                <c:pt idx="1989">
                  <c:v>0.182783177222127</c:v>
                </c:pt>
                <c:pt idx="1990">
                  <c:v>-0.18588720069783099</c:v>
                </c:pt>
                <c:pt idx="1991">
                  <c:v>0.27331698755248701</c:v>
                </c:pt>
                <c:pt idx="1992">
                  <c:v>-0.25009488895940302</c:v>
                </c:pt>
                <c:pt idx="1993">
                  <c:v>-0.29902969634327498</c:v>
                </c:pt>
                <c:pt idx="1994">
                  <c:v>0.342654956221288</c:v>
                </c:pt>
                <c:pt idx="1995">
                  <c:v>0.21723822850423599</c:v>
                </c:pt>
                <c:pt idx="1996">
                  <c:v>0.56185164576479696</c:v>
                </c:pt>
                <c:pt idx="1997">
                  <c:v>-0.32946014097445397</c:v>
                </c:pt>
                <c:pt idx="1998">
                  <c:v>0.35522767813629103</c:v>
                </c:pt>
                <c:pt idx="1999">
                  <c:v>0.36228909538174697</c:v>
                </c:pt>
                <c:pt idx="2000">
                  <c:v>0.45103679363006299</c:v>
                </c:pt>
                <c:pt idx="2001">
                  <c:v>-0.22655937380802299</c:v>
                </c:pt>
                <c:pt idx="2002">
                  <c:v>-0.39958278926811602</c:v>
                </c:pt>
                <c:pt idx="2003">
                  <c:v>0.25689876812035101</c:v>
                </c:pt>
                <c:pt idx="2004">
                  <c:v>-0.16101572097755901</c:v>
                </c:pt>
                <c:pt idx="2005">
                  <c:v>0.220791201443713</c:v>
                </c:pt>
                <c:pt idx="2006">
                  <c:v>-0.32065266082718602</c:v>
                </c:pt>
                <c:pt idx="2007">
                  <c:v>0.172233783148251</c:v>
                </c:pt>
                <c:pt idx="2008">
                  <c:v>-0.15915330112276699</c:v>
                </c:pt>
                <c:pt idx="2009">
                  <c:v>-0.162955404676904</c:v>
                </c:pt>
                <c:pt idx="2010">
                  <c:v>-0.42674760525290301</c:v>
                </c:pt>
                <c:pt idx="2011">
                  <c:v>-0.32691500851674998</c:v>
                </c:pt>
                <c:pt idx="2012">
                  <c:v>-0.22148393447321299</c:v>
                </c:pt>
                <c:pt idx="2013">
                  <c:v>-0.157057217264466</c:v>
                </c:pt>
                <c:pt idx="2014">
                  <c:v>0.194450528456379</c:v>
                </c:pt>
                <c:pt idx="2015">
                  <c:v>-0.20926901708152801</c:v>
                </c:pt>
                <c:pt idx="2016">
                  <c:v>-0.28728143016781599</c:v>
                </c:pt>
                <c:pt idx="2017">
                  <c:v>0.59471551667291001</c:v>
                </c:pt>
                <c:pt idx="2018">
                  <c:v>-0.397238160092314</c:v>
                </c:pt>
                <c:pt idx="2019">
                  <c:v>0.299527764313407</c:v>
                </c:pt>
                <c:pt idx="2020">
                  <c:v>-0.243373028806356</c:v>
                </c:pt>
                <c:pt idx="2021">
                  <c:v>-0.186590668974738</c:v>
                </c:pt>
                <c:pt idx="2022">
                  <c:v>0.43327568362379398</c:v>
                </c:pt>
                <c:pt idx="2023">
                  <c:v>-0.29915238061003502</c:v>
                </c:pt>
                <c:pt idx="2024">
                  <c:v>-0.179240062650663</c:v>
                </c:pt>
                <c:pt idx="2025">
                  <c:v>0.43725389742951698</c:v>
                </c:pt>
                <c:pt idx="2026">
                  <c:v>-0.34807703393109102</c:v>
                </c:pt>
                <c:pt idx="2027">
                  <c:v>-0.192891517571358</c:v>
                </c:pt>
                <c:pt idx="2028">
                  <c:v>-0.24942091604324901</c:v>
                </c:pt>
                <c:pt idx="2029">
                  <c:v>-0.28881544655264701</c:v>
                </c:pt>
                <c:pt idx="2030">
                  <c:v>-0.40938773355537</c:v>
                </c:pt>
                <c:pt idx="2031">
                  <c:v>-0.334433237234318</c:v>
                </c:pt>
                <c:pt idx="2032">
                  <c:v>0.44784494396998298</c:v>
                </c:pt>
                <c:pt idx="2033">
                  <c:v>0.215209574719715</c:v>
                </c:pt>
                <c:pt idx="2034">
                  <c:v>-0.27027760823606101</c:v>
                </c:pt>
                <c:pt idx="2035">
                  <c:v>-0.16975076061236599</c:v>
                </c:pt>
                <c:pt idx="2036">
                  <c:v>-0.17610775999571601</c:v>
                </c:pt>
                <c:pt idx="2037">
                  <c:v>0.433220806702174</c:v>
                </c:pt>
                <c:pt idx="2038">
                  <c:v>-0.20169128489591201</c:v>
                </c:pt>
                <c:pt idx="2039">
                  <c:v>-0.499993144624305</c:v>
                </c:pt>
                <c:pt idx="2040">
                  <c:v>-0.19832984462741299</c:v>
                </c:pt>
                <c:pt idx="2041">
                  <c:v>-0.33097504547363599</c:v>
                </c:pt>
                <c:pt idx="2042">
                  <c:v>0.27179886058967601</c:v>
                </c:pt>
                <c:pt idx="2043">
                  <c:v>-0.16538741372156501</c:v>
                </c:pt>
                <c:pt idx="2044">
                  <c:v>-0.43809628205587697</c:v>
                </c:pt>
                <c:pt idx="2045">
                  <c:v>0.36903363904722403</c:v>
                </c:pt>
                <c:pt idx="2046">
                  <c:v>-0.17562068896004501</c:v>
                </c:pt>
                <c:pt idx="2047">
                  <c:v>-0.50589716112537197</c:v>
                </c:pt>
                <c:pt idx="2048">
                  <c:v>0.157517257603384</c:v>
                </c:pt>
                <c:pt idx="2049">
                  <c:v>-0.27953497540060801</c:v>
                </c:pt>
                <c:pt idx="2050">
                  <c:v>-0.17002175464660099</c:v>
                </c:pt>
                <c:pt idx="2051">
                  <c:v>-0.26296310438026199</c:v>
                </c:pt>
                <c:pt idx="2052">
                  <c:v>-0.32231505254140902</c:v>
                </c:pt>
                <c:pt idx="2053">
                  <c:v>-0.222771349406095</c:v>
                </c:pt>
                <c:pt idx="2054">
                  <c:v>-0.34091415259575097</c:v>
                </c:pt>
                <c:pt idx="2055">
                  <c:v>-0.32941450039858799</c:v>
                </c:pt>
                <c:pt idx="2056">
                  <c:v>-0.32712520726040101</c:v>
                </c:pt>
                <c:pt idx="2057">
                  <c:v>0.15963602669679799</c:v>
                </c:pt>
                <c:pt idx="2058">
                  <c:v>-0.232520739377748</c:v>
                </c:pt>
                <c:pt idx="2059">
                  <c:v>-0.29306034825036098</c:v>
                </c:pt>
                <c:pt idx="2060">
                  <c:v>0.27527923645267499</c:v>
                </c:pt>
                <c:pt idx="2061">
                  <c:v>-0.30226593783232403</c:v>
                </c:pt>
                <c:pt idx="2062">
                  <c:v>-0.209573264064808</c:v>
                </c:pt>
                <c:pt idx="2063">
                  <c:v>0.30771448263789097</c:v>
                </c:pt>
                <c:pt idx="2064">
                  <c:v>-0.186715104605959</c:v>
                </c:pt>
                <c:pt idx="2065">
                  <c:v>0.21584282150276499</c:v>
                </c:pt>
                <c:pt idx="2066">
                  <c:v>-0.25182052234061603</c:v>
                </c:pt>
                <c:pt idx="2067">
                  <c:v>0.243559727084634</c:v>
                </c:pt>
                <c:pt idx="2068">
                  <c:v>-0.19056219889053599</c:v>
                </c:pt>
                <c:pt idx="2069">
                  <c:v>-0.17455625718168799</c:v>
                </c:pt>
                <c:pt idx="2070">
                  <c:v>-0.17604257516805399</c:v>
                </c:pt>
                <c:pt idx="2071">
                  <c:v>0.203931927376203</c:v>
                </c:pt>
                <c:pt idx="2072">
                  <c:v>-0.15037184049396399</c:v>
                </c:pt>
                <c:pt idx="2073">
                  <c:v>0.15535966887453501</c:v>
                </c:pt>
                <c:pt idx="2074">
                  <c:v>-0.165148449331951</c:v>
                </c:pt>
                <c:pt idx="2075">
                  <c:v>-0.16072838678186899</c:v>
                </c:pt>
                <c:pt idx="2076">
                  <c:v>0.38719451357166801</c:v>
                </c:pt>
                <c:pt idx="2077">
                  <c:v>0.281945797998301</c:v>
                </c:pt>
                <c:pt idx="2078">
                  <c:v>0.47137089032393897</c:v>
                </c:pt>
                <c:pt idx="2079">
                  <c:v>-0.35621998465798999</c:v>
                </c:pt>
                <c:pt idx="2080">
                  <c:v>-0.161447930212201</c:v>
                </c:pt>
                <c:pt idx="2081">
                  <c:v>0.16081633840922299</c:v>
                </c:pt>
                <c:pt idx="2082">
                  <c:v>0.26157740225752601</c:v>
                </c:pt>
                <c:pt idx="2083">
                  <c:v>-0.23777595141473601</c:v>
                </c:pt>
                <c:pt idx="2084">
                  <c:v>0.25525234676671699</c:v>
                </c:pt>
                <c:pt idx="2085">
                  <c:v>0.39298902247921702</c:v>
                </c:pt>
                <c:pt idx="2086">
                  <c:v>0.42447428360074502</c:v>
                </c:pt>
                <c:pt idx="2087">
                  <c:v>-0.20980188783193701</c:v>
                </c:pt>
                <c:pt idx="2088">
                  <c:v>0.27310137919201299</c:v>
                </c:pt>
                <c:pt idx="2089">
                  <c:v>0.38895010587983597</c:v>
                </c:pt>
                <c:pt idx="2090">
                  <c:v>0.16431452148333001</c:v>
                </c:pt>
                <c:pt idx="2091">
                  <c:v>0.237528435220241</c:v>
                </c:pt>
                <c:pt idx="2092">
                  <c:v>0.23251965425082599</c:v>
                </c:pt>
                <c:pt idx="2093">
                  <c:v>-0.23286454188019001</c:v>
                </c:pt>
                <c:pt idx="2094">
                  <c:v>0.69878616869896604</c:v>
                </c:pt>
                <c:pt idx="2095">
                  <c:v>0.209093767748492</c:v>
                </c:pt>
                <c:pt idx="2096">
                  <c:v>-0.42273407453506101</c:v>
                </c:pt>
                <c:pt idx="2097">
                  <c:v>-0.35981879915422998</c:v>
                </c:pt>
                <c:pt idx="2098">
                  <c:v>0.156368932601954</c:v>
                </c:pt>
                <c:pt idx="2099">
                  <c:v>-0.147073726535631</c:v>
                </c:pt>
                <c:pt idx="2100">
                  <c:v>-0.158580792542548</c:v>
                </c:pt>
                <c:pt idx="2101">
                  <c:v>0.189788925195881</c:v>
                </c:pt>
                <c:pt idx="2102">
                  <c:v>-0.162400197100737</c:v>
                </c:pt>
                <c:pt idx="2103">
                  <c:v>0.23653204490156199</c:v>
                </c:pt>
                <c:pt idx="2104">
                  <c:v>-0.20382538045066001</c:v>
                </c:pt>
                <c:pt idx="2105">
                  <c:v>0.17492136365498501</c:v>
                </c:pt>
                <c:pt idx="2106">
                  <c:v>0.36984295144569401</c:v>
                </c:pt>
                <c:pt idx="2107">
                  <c:v>0.42024549016866403</c:v>
                </c:pt>
                <c:pt idx="2108">
                  <c:v>0.32493512181408601</c:v>
                </c:pt>
                <c:pt idx="2109">
                  <c:v>-0.22704481240420901</c:v>
                </c:pt>
                <c:pt idx="2110">
                  <c:v>-0.18798002460239999</c:v>
                </c:pt>
                <c:pt idx="2111">
                  <c:v>0.34133520916473298</c:v>
                </c:pt>
                <c:pt idx="2112">
                  <c:v>0.272237664895641</c:v>
                </c:pt>
                <c:pt idx="2113">
                  <c:v>0.373315522058697</c:v>
                </c:pt>
                <c:pt idx="2114">
                  <c:v>0.76847928228219298</c:v>
                </c:pt>
                <c:pt idx="2115">
                  <c:v>0.333484157491931</c:v>
                </c:pt>
                <c:pt idx="2116">
                  <c:v>0.21148417728591401</c:v>
                </c:pt>
                <c:pt idx="2117">
                  <c:v>0.14327682081774301</c:v>
                </c:pt>
                <c:pt idx="2118">
                  <c:v>0.62634637207880295</c:v>
                </c:pt>
                <c:pt idx="2119">
                  <c:v>-0.18824085153141801</c:v>
                </c:pt>
                <c:pt idx="2120">
                  <c:v>-0.29000405258406697</c:v>
                </c:pt>
                <c:pt idx="2121">
                  <c:v>-0.42925276417625502</c:v>
                </c:pt>
                <c:pt idx="2122">
                  <c:v>0.28667239978774001</c:v>
                </c:pt>
                <c:pt idx="2123">
                  <c:v>0.184225300841803</c:v>
                </c:pt>
                <c:pt idx="2124">
                  <c:v>-0.20735946331565799</c:v>
                </c:pt>
                <c:pt idx="2125">
                  <c:v>-0.26474026885102803</c:v>
                </c:pt>
                <c:pt idx="2126">
                  <c:v>0.214143571275066</c:v>
                </c:pt>
                <c:pt idx="2127">
                  <c:v>-0.17754381989086501</c:v>
                </c:pt>
                <c:pt idx="2128">
                  <c:v>-0.59265652890006804</c:v>
                </c:pt>
                <c:pt idx="2129">
                  <c:v>0.193414678491624</c:v>
                </c:pt>
                <c:pt idx="2130">
                  <c:v>0.40271380199747903</c:v>
                </c:pt>
                <c:pt idx="2131">
                  <c:v>-0.15835460147431801</c:v>
                </c:pt>
                <c:pt idx="2132">
                  <c:v>0.24484513528306501</c:v>
                </c:pt>
                <c:pt idx="2133">
                  <c:v>-0.203266855229423</c:v>
                </c:pt>
                <c:pt idx="2134">
                  <c:v>-0.23756337824012499</c:v>
                </c:pt>
                <c:pt idx="2135">
                  <c:v>-0.14480381645085</c:v>
                </c:pt>
                <c:pt idx="2136">
                  <c:v>0.15762644395122599</c:v>
                </c:pt>
                <c:pt idx="2137">
                  <c:v>-0.208588556717547</c:v>
                </c:pt>
                <c:pt idx="2138">
                  <c:v>-0.376943470581665</c:v>
                </c:pt>
                <c:pt idx="2139">
                  <c:v>-0.25645213453089299</c:v>
                </c:pt>
                <c:pt idx="2140">
                  <c:v>-0.15544620860427499</c:v>
                </c:pt>
                <c:pt idx="2141">
                  <c:v>-0.34945311078067898</c:v>
                </c:pt>
                <c:pt idx="2142">
                  <c:v>0.39614863860349597</c:v>
                </c:pt>
                <c:pt idx="2143">
                  <c:v>0.37346738517101802</c:v>
                </c:pt>
                <c:pt idx="2144">
                  <c:v>0.68148081233625402</c:v>
                </c:pt>
                <c:pt idx="2145">
                  <c:v>-0.23444212792063401</c:v>
                </c:pt>
                <c:pt idx="2146">
                  <c:v>0.135111576394355</c:v>
                </c:pt>
                <c:pt idx="2147">
                  <c:v>-0.30615752324069201</c:v>
                </c:pt>
                <c:pt idx="2148">
                  <c:v>-0.38928817204286797</c:v>
                </c:pt>
                <c:pt idx="2149">
                  <c:v>0.32897935236574899</c:v>
                </c:pt>
                <c:pt idx="2150">
                  <c:v>0.30100454063878601</c:v>
                </c:pt>
                <c:pt idx="2151">
                  <c:v>0.33898907234646503</c:v>
                </c:pt>
                <c:pt idx="2152">
                  <c:v>-0.20569325599367999</c:v>
                </c:pt>
                <c:pt idx="2153">
                  <c:v>-0.17238753696047501</c:v>
                </c:pt>
                <c:pt idx="2154">
                  <c:v>-0.31296655986983901</c:v>
                </c:pt>
                <c:pt idx="2155">
                  <c:v>0.17253565477490401</c:v>
                </c:pt>
                <c:pt idx="2156">
                  <c:v>0.18287572635160701</c:v>
                </c:pt>
                <c:pt idx="2157">
                  <c:v>-0.17190866502397001</c:v>
                </c:pt>
                <c:pt idx="2158">
                  <c:v>0.20907341893252299</c:v>
                </c:pt>
                <c:pt idx="2159">
                  <c:v>-0.26018318367037102</c:v>
                </c:pt>
                <c:pt idx="2160">
                  <c:v>0.22573386071479001</c:v>
                </c:pt>
                <c:pt idx="2161">
                  <c:v>0.45223229509552398</c:v>
                </c:pt>
                <c:pt idx="2162">
                  <c:v>0.15497059288187401</c:v>
                </c:pt>
                <c:pt idx="2163">
                  <c:v>-0.165332695101711</c:v>
                </c:pt>
                <c:pt idx="2164">
                  <c:v>0.26163426046634802</c:v>
                </c:pt>
                <c:pt idx="2165">
                  <c:v>-0.140242768760444</c:v>
                </c:pt>
                <c:pt idx="2166">
                  <c:v>0.19364994655248</c:v>
                </c:pt>
                <c:pt idx="2167">
                  <c:v>-0.296023299067876</c:v>
                </c:pt>
                <c:pt idx="2168">
                  <c:v>-0.19676637120840501</c:v>
                </c:pt>
                <c:pt idx="2169">
                  <c:v>0.70704500233813405</c:v>
                </c:pt>
                <c:pt idx="2170">
                  <c:v>0.34387511575596003</c:v>
                </c:pt>
                <c:pt idx="2171">
                  <c:v>-0.29559994094745101</c:v>
                </c:pt>
                <c:pt idx="2172">
                  <c:v>-0.23829339314304601</c:v>
                </c:pt>
                <c:pt idx="2173">
                  <c:v>-0.30701807935492897</c:v>
                </c:pt>
                <c:pt idx="2174">
                  <c:v>-0.13917425607498399</c:v>
                </c:pt>
                <c:pt idx="2175">
                  <c:v>0.187003365409666</c:v>
                </c:pt>
                <c:pt idx="2176">
                  <c:v>0.44138061481309199</c:v>
                </c:pt>
                <c:pt idx="2177">
                  <c:v>-0.18902805405742401</c:v>
                </c:pt>
                <c:pt idx="2178">
                  <c:v>-0.27914346638057802</c:v>
                </c:pt>
                <c:pt idx="2179">
                  <c:v>-0.176211890132635</c:v>
                </c:pt>
                <c:pt idx="2180">
                  <c:v>-0.16467775257542899</c:v>
                </c:pt>
                <c:pt idx="2181">
                  <c:v>-0.28202625834852002</c:v>
                </c:pt>
                <c:pt idx="2182">
                  <c:v>-0.178197774574606</c:v>
                </c:pt>
                <c:pt idx="2183">
                  <c:v>0.28995408015373397</c:v>
                </c:pt>
                <c:pt idx="2184">
                  <c:v>-0.38372924361736299</c:v>
                </c:pt>
                <c:pt idx="2185">
                  <c:v>0.156910076387419</c:v>
                </c:pt>
                <c:pt idx="2186">
                  <c:v>-0.24245497743648101</c:v>
                </c:pt>
                <c:pt idx="2187">
                  <c:v>0.32292326838054902</c:v>
                </c:pt>
                <c:pt idx="2188">
                  <c:v>-0.17126236986693799</c:v>
                </c:pt>
                <c:pt idx="2189">
                  <c:v>-0.160623632269047</c:v>
                </c:pt>
                <c:pt idx="2190">
                  <c:v>-0.31555801865512501</c:v>
                </c:pt>
                <c:pt idx="2191">
                  <c:v>0.13918176774811999</c:v>
                </c:pt>
                <c:pt idx="2192">
                  <c:v>0.45080454720448399</c:v>
                </c:pt>
                <c:pt idx="2193">
                  <c:v>0.32724575575291598</c:v>
                </c:pt>
                <c:pt idx="2194">
                  <c:v>-0.57408454801637299</c:v>
                </c:pt>
                <c:pt idx="2195">
                  <c:v>0.20017954979361</c:v>
                </c:pt>
                <c:pt idx="2196">
                  <c:v>-0.195627699591292</c:v>
                </c:pt>
                <c:pt idx="2197">
                  <c:v>-0.145042827693558</c:v>
                </c:pt>
                <c:pt idx="2198">
                  <c:v>-0.197974983436879</c:v>
                </c:pt>
                <c:pt idx="2199">
                  <c:v>-0.15882365748685201</c:v>
                </c:pt>
                <c:pt idx="2200">
                  <c:v>-0.249594428925938</c:v>
                </c:pt>
                <c:pt idx="2201">
                  <c:v>-0.21544958081283699</c:v>
                </c:pt>
                <c:pt idx="2202">
                  <c:v>0.34518050725381499</c:v>
                </c:pt>
                <c:pt idx="2203">
                  <c:v>-0.178090304791507</c:v>
                </c:pt>
                <c:pt idx="2204">
                  <c:v>0.28850749822507599</c:v>
                </c:pt>
                <c:pt idx="2205">
                  <c:v>-0.27381797302027899</c:v>
                </c:pt>
                <c:pt idx="2206">
                  <c:v>1.1705404479341499</c:v>
                </c:pt>
                <c:pt idx="2207">
                  <c:v>0.32886130050375301</c:v>
                </c:pt>
                <c:pt idx="2208">
                  <c:v>0.26111332157491102</c:v>
                </c:pt>
                <c:pt idx="2209">
                  <c:v>0.220884926149509</c:v>
                </c:pt>
                <c:pt idx="2210">
                  <c:v>-0.23640050335784199</c:v>
                </c:pt>
                <c:pt idx="2211">
                  <c:v>-0.12779424640141099</c:v>
                </c:pt>
                <c:pt idx="2212">
                  <c:v>-0.29856778516914101</c:v>
                </c:pt>
                <c:pt idx="2213">
                  <c:v>-0.15237175394154401</c:v>
                </c:pt>
                <c:pt idx="2214">
                  <c:v>-0.27319024326897101</c:v>
                </c:pt>
                <c:pt idx="2215">
                  <c:v>0.14979955179156701</c:v>
                </c:pt>
                <c:pt idx="2216">
                  <c:v>0.12528425454943801</c:v>
                </c:pt>
                <c:pt idx="2217">
                  <c:v>-0.21811246983598001</c:v>
                </c:pt>
                <c:pt idx="2218">
                  <c:v>0.13966929486438701</c:v>
                </c:pt>
                <c:pt idx="2219">
                  <c:v>-0.31821537583682902</c:v>
                </c:pt>
                <c:pt idx="2220">
                  <c:v>-0.161497587486753</c:v>
                </c:pt>
                <c:pt idx="2221">
                  <c:v>-0.19171289457447599</c:v>
                </c:pt>
                <c:pt idx="2222">
                  <c:v>0.15775194110153401</c:v>
                </c:pt>
                <c:pt idx="2223">
                  <c:v>0.220445343437177</c:v>
                </c:pt>
                <c:pt idx="2224">
                  <c:v>0.168887354512961</c:v>
                </c:pt>
                <c:pt idx="2225">
                  <c:v>0.27172280036055002</c:v>
                </c:pt>
                <c:pt idx="2226">
                  <c:v>0.19977658387157499</c:v>
                </c:pt>
                <c:pt idx="2227">
                  <c:v>0.220625445075047</c:v>
                </c:pt>
                <c:pt idx="2228">
                  <c:v>-0.20727212836886399</c:v>
                </c:pt>
                <c:pt idx="2229">
                  <c:v>-0.215179201512253</c:v>
                </c:pt>
                <c:pt idx="2230">
                  <c:v>-0.203467212188116</c:v>
                </c:pt>
                <c:pt idx="2231">
                  <c:v>0.46319337763260299</c:v>
                </c:pt>
                <c:pt idx="2232">
                  <c:v>0.18638171839266701</c:v>
                </c:pt>
                <c:pt idx="2233">
                  <c:v>0.34430352403412101</c:v>
                </c:pt>
                <c:pt idx="2234">
                  <c:v>-0.14684115976422199</c:v>
                </c:pt>
                <c:pt idx="2235">
                  <c:v>-0.36919187656070901</c:v>
                </c:pt>
                <c:pt idx="2236">
                  <c:v>0.42510055294771798</c:v>
                </c:pt>
                <c:pt idx="2237">
                  <c:v>-0.135651010114962</c:v>
                </c:pt>
                <c:pt idx="2238">
                  <c:v>-0.67729209685230196</c:v>
                </c:pt>
                <c:pt idx="2239">
                  <c:v>0.18517862030495599</c:v>
                </c:pt>
                <c:pt idx="2240">
                  <c:v>0.25612967438008699</c:v>
                </c:pt>
                <c:pt idx="2241">
                  <c:v>-0.13201786593709</c:v>
                </c:pt>
                <c:pt idx="2242">
                  <c:v>-0.23129661607685401</c:v>
                </c:pt>
                <c:pt idx="2243">
                  <c:v>-0.17760144681093201</c:v>
                </c:pt>
                <c:pt idx="2244">
                  <c:v>-0.17174910148043701</c:v>
                </c:pt>
                <c:pt idx="2245">
                  <c:v>-0.20536026803940599</c:v>
                </c:pt>
                <c:pt idx="2246">
                  <c:v>-0.17542446459505701</c:v>
                </c:pt>
                <c:pt idx="2247">
                  <c:v>0.137164382335317</c:v>
                </c:pt>
                <c:pt idx="2248">
                  <c:v>-0.13711729408503401</c:v>
                </c:pt>
                <c:pt idx="2249">
                  <c:v>0.15961244074008399</c:v>
                </c:pt>
                <c:pt idx="2250">
                  <c:v>0.225013309658777</c:v>
                </c:pt>
                <c:pt idx="2251">
                  <c:v>0.330409166469465</c:v>
                </c:pt>
                <c:pt idx="2252">
                  <c:v>0.45849849614088001</c:v>
                </c:pt>
                <c:pt idx="2253">
                  <c:v>0.26508347249449599</c:v>
                </c:pt>
                <c:pt idx="2254">
                  <c:v>0.15627367249200599</c:v>
                </c:pt>
                <c:pt idx="2255">
                  <c:v>0.19277497888037601</c:v>
                </c:pt>
                <c:pt idx="2256">
                  <c:v>-0.16424696263539601</c:v>
                </c:pt>
                <c:pt idx="2257">
                  <c:v>-0.17325875647790001</c:v>
                </c:pt>
                <c:pt idx="2258">
                  <c:v>0.16215568971896099</c:v>
                </c:pt>
                <c:pt idx="2259">
                  <c:v>0.256043836483901</c:v>
                </c:pt>
                <c:pt idx="2260">
                  <c:v>0.13019556318790401</c:v>
                </c:pt>
                <c:pt idx="2261">
                  <c:v>-0.17497534220310501</c:v>
                </c:pt>
                <c:pt idx="2262">
                  <c:v>0.28763263240473702</c:v>
                </c:pt>
                <c:pt idx="2263">
                  <c:v>-0.225198826348773</c:v>
                </c:pt>
                <c:pt idx="2264">
                  <c:v>0.16327485297338001</c:v>
                </c:pt>
                <c:pt idx="2265">
                  <c:v>-0.36871939825901701</c:v>
                </c:pt>
                <c:pt idx="2266">
                  <c:v>0.268082725909082</c:v>
                </c:pt>
                <c:pt idx="2267">
                  <c:v>-0.162319432935188</c:v>
                </c:pt>
                <c:pt idx="2268">
                  <c:v>-0.29538713171473702</c:v>
                </c:pt>
                <c:pt idx="2269">
                  <c:v>0.37632986942050201</c:v>
                </c:pt>
                <c:pt idx="2270">
                  <c:v>-0.25521487903767298</c:v>
                </c:pt>
                <c:pt idx="2271">
                  <c:v>-0.20061956731646499</c:v>
                </c:pt>
                <c:pt idx="2272">
                  <c:v>-0.248528303288573</c:v>
                </c:pt>
                <c:pt idx="2273">
                  <c:v>-0.32709942943588599</c:v>
                </c:pt>
                <c:pt idx="2274">
                  <c:v>-0.18154120475198701</c:v>
                </c:pt>
                <c:pt idx="2275">
                  <c:v>0.481119123048387</c:v>
                </c:pt>
                <c:pt idx="2276">
                  <c:v>-0.169865502760562</c:v>
                </c:pt>
                <c:pt idx="2277">
                  <c:v>-0.26565871235650101</c:v>
                </c:pt>
                <c:pt idx="2278">
                  <c:v>-0.21341631617093201</c:v>
                </c:pt>
                <c:pt idx="2279">
                  <c:v>-0.26988198757345599</c:v>
                </c:pt>
                <c:pt idx="2280">
                  <c:v>0.209347435032711</c:v>
                </c:pt>
                <c:pt idx="2281">
                  <c:v>0.18960812233386201</c:v>
                </c:pt>
                <c:pt idx="2282">
                  <c:v>0.28516823131337099</c:v>
                </c:pt>
                <c:pt idx="2283">
                  <c:v>-0.196363607533211</c:v>
                </c:pt>
                <c:pt idx="2284">
                  <c:v>-0.32202232592193197</c:v>
                </c:pt>
                <c:pt idx="2285">
                  <c:v>-0.20900958944355699</c:v>
                </c:pt>
                <c:pt idx="2286">
                  <c:v>0.21085490414911201</c:v>
                </c:pt>
                <c:pt idx="2287">
                  <c:v>-0.24468245713046599</c:v>
                </c:pt>
                <c:pt idx="2288">
                  <c:v>-0.143548836559063</c:v>
                </c:pt>
                <c:pt idx="2289">
                  <c:v>0.22017113427379401</c:v>
                </c:pt>
                <c:pt idx="2290">
                  <c:v>0.186692700386907</c:v>
                </c:pt>
                <c:pt idx="2291">
                  <c:v>-0.12559309357226001</c:v>
                </c:pt>
                <c:pt idx="2292">
                  <c:v>-0.46846189954026202</c:v>
                </c:pt>
                <c:pt idx="2293">
                  <c:v>0.16562210584225301</c:v>
                </c:pt>
                <c:pt idx="2294">
                  <c:v>0.14185498814915901</c:v>
                </c:pt>
                <c:pt idx="2295">
                  <c:v>0.32709061403004502</c:v>
                </c:pt>
                <c:pt idx="2296">
                  <c:v>0.25053823126188501</c:v>
                </c:pt>
                <c:pt idx="2297">
                  <c:v>-0.17460796801294301</c:v>
                </c:pt>
                <c:pt idx="2298">
                  <c:v>-0.276788066525469</c:v>
                </c:pt>
                <c:pt idx="2299">
                  <c:v>-0.52768798238612302</c:v>
                </c:pt>
                <c:pt idx="2300">
                  <c:v>0.46867143971513803</c:v>
                </c:pt>
                <c:pt idx="2301">
                  <c:v>0.19009653465850099</c:v>
                </c:pt>
                <c:pt idx="2302">
                  <c:v>-0.19091611396498101</c:v>
                </c:pt>
                <c:pt idx="2303">
                  <c:v>-0.181393182905595</c:v>
                </c:pt>
                <c:pt idx="2304">
                  <c:v>0.37866739802823401</c:v>
                </c:pt>
                <c:pt idx="2305">
                  <c:v>0.17350430043874401</c:v>
                </c:pt>
                <c:pt idx="2306">
                  <c:v>0.135384664492847</c:v>
                </c:pt>
                <c:pt idx="2307">
                  <c:v>0.135816085961665</c:v>
                </c:pt>
                <c:pt idx="2308">
                  <c:v>-0.18251762324800999</c:v>
                </c:pt>
                <c:pt idx="2309">
                  <c:v>0.44115604565358202</c:v>
                </c:pt>
                <c:pt idx="2310">
                  <c:v>-0.47813722377308598</c:v>
                </c:pt>
                <c:pt idx="2311">
                  <c:v>-0.222519432795352</c:v>
                </c:pt>
                <c:pt idx="2312">
                  <c:v>0.178649778135263</c:v>
                </c:pt>
                <c:pt idx="2313">
                  <c:v>-0.229943205442286</c:v>
                </c:pt>
                <c:pt idx="2314">
                  <c:v>-0.253585532814121</c:v>
                </c:pt>
                <c:pt idx="2315">
                  <c:v>0.59645176527742505</c:v>
                </c:pt>
                <c:pt idx="2316">
                  <c:v>-0.47330182705114898</c:v>
                </c:pt>
                <c:pt idx="2317">
                  <c:v>0.20306794269843201</c:v>
                </c:pt>
                <c:pt idx="2318">
                  <c:v>0.19178299867131099</c:v>
                </c:pt>
                <c:pt idx="2319">
                  <c:v>-0.213366794836375</c:v>
                </c:pt>
                <c:pt idx="2320">
                  <c:v>-0.29517435554835503</c:v>
                </c:pt>
                <c:pt idx="2321">
                  <c:v>-0.33361614503674297</c:v>
                </c:pt>
                <c:pt idx="2322">
                  <c:v>0.53806270167758197</c:v>
                </c:pt>
                <c:pt idx="2323">
                  <c:v>0.157780143565418</c:v>
                </c:pt>
                <c:pt idx="2324">
                  <c:v>0.19395777505671</c:v>
                </c:pt>
                <c:pt idx="2325">
                  <c:v>0.20304364319919799</c:v>
                </c:pt>
                <c:pt idx="2326">
                  <c:v>-0.62608067694841596</c:v>
                </c:pt>
                <c:pt idx="2327">
                  <c:v>-0.30068174296616601</c:v>
                </c:pt>
                <c:pt idx="2328">
                  <c:v>0.27550463330362601</c:v>
                </c:pt>
                <c:pt idx="2329">
                  <c:v>-0.14067978708360601</c:v>
                </c:pt>
                <c:pt idx="2330">
                  <c:v>0.122098679467442</c:v>
                </c:pt>
                <c:pt idx="2331">
                  <c:v>-0.122716980586198</c:v>
                </c:pt>
                <c:pt idx="2332">
                  <c:v>-0.16667115087033901</c:v>
                </c:pt>
                <c:pt idx="2333">
                  <c:v>-0.15771349318768599</c:v>
                </c:pt>
                <c:pt idx="2334">
                  <c:v>-0.27543277268298999</c:v>
                </c:pt>
                <c:pt idx="2335">
                  <c:v>0.13223177967562799</c:v>
                </c:pt>
                <c:pt idx="2336">
                  <c:v>0.25183634654826598</c:v>
                </c:pt>
                <c:pt idx="2337">
                  <c:v>-0.18245449917148401</c:v>
                </c:pt>
                <c:pt idx="2338">
                  <c:v>0.146644827054981</c:v>
                </c:pt>
                <c:pt idx="2339">
                  <c:v>0.21664334926016701</c:v>
                </c:pt>
                <c:pt idx="2340">
                  <c:v>0.17960970730043299</c:v>
                </c:pt>
                <c:pt idx="2341">
                  <c:v>0.22661882856224799</c:v>
                </c:pt>
                <c:pt idx="2342">
                  <c:v>-0.23773601546026399</c:v>
                </c:pt>
                <c:pt idx="2343">
                  <c:v>0.20851707964296701</c:v>
                </c:pt>
                <c:pt idx="2344">
                  <c:v>0.37820224354597798</c:v>
                </c:pt>
                <c:pt idx="2345">
                  <c:v>-0.31781817404143498</c:v>
                </c:pt>
                <c:pt idx="2346">
                  <c:v>-0.23761398468101899</c:v>
                </c:pt>
                <c:pt idx="2347">
                  <c:v>0.23879822232025599</c:v>
                </c:pt>
                <c:pt idx="2348">
                  <c:v>0.16289948857054901</c:v>
                </c:pt>
                <c:pt idx="2349">
                  <c:v>0.54850203892909699</c:v>
                </c:pt>
                <c:pt idx="2350">
                  <c:v>-0.273404101367134</c:v>
                </c:pt>
                <c:pt idx="2351">
                  <c:v>-0.20899194932194101</c:v>
                </c:pt>
                <c:pt idx="2352">
                  <c:v>-0.19843319345760299</c:v>
                </c:pt>
                <c:pt idx="2353">
                  <c:v>-0.40198681926368401</c:v>
                </c:pt>
                <c:pt idx="2354">
                  <c:v>0.198399367376144</c:v>
                </c:pt>
                <c:pt idx="2355">
                  <c:v>-0.114016664338923</c:v>
                </c:pt>
                <c:pt idx="2356">
                  <c:v>-0.19337502076982799</c:v>
                </c:pt>
                <c:pt idx="2357">
                  <c:v>-0.32307697471555502</c:v>
                </c:pt>
                <c:pt idx="2358">
                  <c:v>-0.38595933221302298</c:v>
                </c:pt>
                <c:pt idx="2359">
                  <c:v>-0.21852149172126201</c:v>
                </c:pt>
                <c:pt idx="2360">
                  <c:v>0.26535640750605799</c:v>
                </c:pt>
                <c:pt idx="2361">
                  <c:v>0.15415568700120699</c:v>
                </c:pt>
                <c:pt idx="2362">
                  <c:v>0.28092282431707</c:v>
                </c:pt>
                <c:pt idx="2363">
                  <c:v>-0.203967085392048</c:v>
                </c:pt>
                <c:pt idx="2364">
                  <c:v>-0.25087263413203698</c:v>
                </c:pt>
                <c:pt idx="2365">
                  <c:v>-0.203186796432345</c:v>
                </c:pt>
                <c:pt idx="2366">
                  <c:v>-0.23458768152285001</c:v>
                </c:pt>
                <c:pt idx="2367">
                  <c:v>-0.27742459174615802</c:v>
                </c:pt>
                <c:pt idx="2368">
                  <c:v>-0.20318934013346299</c:v>
                </c:pt>
                <c:pt idx="2369">
                  <c:v>0.25534190261510797</c:v>
                </c:pt>
                <c:pt idx="2370">
                  <c:v>0.35431823584111299</c:v>
                </c:pt>
                <c:pt idx="2371">
                  <c:v>-0.18194606149227299</c:v>
                </c:pt>
                <c:pt idx="2372">
                  <c:v>-0.22673101016594199</c:v>
                </c:pt>
                <c:pt idx="2373">
                  <c:v>-0.167942433066358</c:v>
                </c:pt>
                <c:pt idx="2374">
                  <c:v>0.309190798370928</c:v>
                </c:pt>
                <c:pt idx="2375">
                  <c:v>0.142813654724158</c:v>
                </c:pt>
                <c:pt idx="2376">
                  <c:v>-0.132958683572866</c:v>
                </c:pt>
                <c:pt idx="2377">
                  <c:v>-0.28754101741779797</c:v>
                </c:pt>
                <c:pt idx="2378">
                  <c:v>-0.11601593013922</c:v>
                </c:pt>
                <c:pt idx="2379">
                  <c:v>0.12925512678336701</c:v>
                </c:pt>
                <c:pt idx="2380">
                  <c:v>0.204877047893195</c:v>
                </c:pt>
                <c:pt idx="2381">
                  <c:v>-0.53679899482746396</c:v>
                </c:pt>
                <c:pt idx="2382">
                  <c:v>0.30217252282096801</c:v>
                </c:pt>
                <c:pt idx="2383">
                  <c:v>0.31791711747645501</c:v>
                </c:pt>
                <c:pt idx="2384">
                  <c:v>-0.15805331669178499</c:v>
                </c:pt>
                <c:pt idx="2385">
                  <c:v>-0.31207922933136301</c:v>
                </c:pt>
                <c:pt idx="2386">
                  <c:v>-0.14667327041523501</c:v>
                </c:pt>
                <c:pt idx="2387">
                  <c:v>0.197923022494884</c:v>
                </c:pt>
                <c:pt idx="2388">
                  <c:v>0.21147800415731799</c:v>
                </c:pt>
                <c:pt idx="2389">
                  <c:v>0.21913174028080101</c:v>
                </c:pt>
                <c:pt idx="2390">
                  <c:v>-0.132831665483337</c:v>
                </c:pt>
                <c:pt idx="2391">
                  <c:v>-0.32210943484307097</c:v>
                </c:pt>
                <c:pt idx="2392">
                  <c:v>0.22217803760260299</c:v>
                </c:pt>
                <c:pt idx="2393">
                  <c:v>-0.128958630295472</c:v>
                </c:pt>
                <c:pt idx="2394">
                  <c:v>0.17394158102597901</c:v>
                </c:pt>
                <c:pt idx="2395">
                  <c:v>0.24090019283025299</c:v>
                </c:pt>
                <c:pt idx="2396">
                  <c:v>-0.27055920157561503</c:v>
                </c:pt>
                <c:pt idx="2397">
                  <c:v>-0.30322778723442001</c:v>
                </c:pt>
                <c:pt idx="2398">
                  <c:v>0.14377414394920199</c:v>
                </c:pt>
                <c:pt idx="2399">
                  <c:v>0.14200577578065701</c:v>
                </c:pt>
                <c:pt idx="2400">
                  <c:v>-0.25349852417402702</c:v>
                </c:pt>
                <c:pt idx="2401">
                  <c:v>0.139046595011344</c:v>
                </c:pt>
                <c:pt idx="2402">
                  <c:v>-0.24391280303596799</c:v>
                </c:pt>
                <c:pt idx="2403">
                  <c:v>0.22650804488704401</c:v>
                </c:pt>
                <c:pt idx="2404">
                  <c:v>-0.15132827449332001</c:v>
                </c:pt>
                <c:pt idx="2405">
                  <c:v>-0.14002257725564601</c:v>
                </c:pt>
                <c:pt idx="2406">
                  <c:v>-0.11672116073203</c:v>
                </c:pt>
                <c:pt idx="2407">
                  <c:v>0.235059920330077</c:v>
                </c:pt>
                <c:pt idx="2408">
                  <c:v>0.11775262882140999</c:v>
                </c:pt>
                <c:pt idx="2409">
                  <c:v>0.19597283804652199</c:v>
                </c:pt>
                <c:pt idx="2410">
                  <c:v>-0.437222008791604</c:v>
                </c:pt>
                <c:pt idx="2411">
                  <c:v>-0.124817933570764</c:v>
                </c:pt>
                <c:pt idx="2412">
                  <c:v>-0.19083326642190801</c:v>
                </c:pt>
                <c:pt idx="2413">
                  <c:v>0.14646530429680699</c:v>
                </c:pt>
                <c:pt idx="2414">
                  <c:v>-0.18137326961110001</c:v>
                </c:pt>
                <c:pt idx="2415">
                  <c:v>-0.12519366754359099</c:v>
                </c:pt>
                <c:pt idx="2416">
                  <c:v>-0.24019225021934101</c:v>
                </c:pt>
                <c:pt idx="2417">
                  <c:v>0.30837982963209498</c:v>
                </c:pt>
                <c:pt idx="2418">
                  <c:v>-0.185527092095882</c:v>
                </c:pt>
                <c:pt idx="2419">
                  <c:v>0.173815024686409</c:v>
                </c:pt>
                <c:pt idx="2420">
                  <c:v>-0.18012838854296101</c:v>
                </c:pt>
                <c:pt idx="2421">
                  <c:v>-0.13479964750367701</c:v>
                </c:pt>
                <c:pt idx="2422">
                  <c:v>-0.16891320401374799</c:v>
                </c:pt>
                <c:pt idx="2423">
                  <c:v>-0.33804383244619601</c:v>
                </c:pt>
                <c:pt idx="2424">
                  <c:v>0.22031553914854701</c:v>
                </c:pt>
                <c:pt idx="2425">
                  <c:v>0.298356862619023</c:v>
                </c:pt>
                <c:pt idx="2426">
                  <c:v>-0.12034604694369801</c:v>
                </c:pt>
                <c:pt idx="2427">
                  <c:v>-0.235203006885286</c:v>
                </c:pt>
                <c:pt idx="2428">
                  <c:v>0.14660161383638801</c:v>
                </c:pt>
                <c:pt idx="2429">
                  <c:v>-0.179650353073562</c:v>
                </c:pt>
                <c:pt idx="2430">
                  <c:v>-0.14918047131452999</c:v>
                </c:pt>
                <c:pt idx="2431">
                  <c:v>-0.13216790536026601</c:v>
                </c:pt>
                <c:pt idx="2432">
                  <c:v>-0.17060156151644201</c:v>
                </c:pt>
                <c:pt idx="2433">
                  <c:v>-0.28253857491724299</c:v>
                </c:pt>
                <c:pt idx="2434">
                  <c:v>-0.13699573578093199</c:v>
                </c:pt>
                <c:pt idx="2435">
                  <c:v>0.16386292482628001</c:v>
                </c:pt>
                <c:pt idx="2436">
                  <c:v>0.16824727099820799</c:v>
                </c:pt>
                <c:pt idx="2437">
                  <c:v>-0.12760753658615401</c:v>
                </c:pt>
                <c:pt idx="2438">
                  <c:v>0.142150665822005</c:v>
                </c:pt>
                <c:pt idx="2439">
                  <c:v>-0.23216645807668401</c:v>
                </c:pt>
                <c:pt idx="2440">
                  <c:v>-0.13820099960448901</c:v>
                </c:pt>
                <c:pt idx="2441">
                  <c:v>-0.16527440201246099</c:v>
                </c:pt>
                <c:pt idx="2442">
                  <c:v>0.15682851927763899</c:v>
                </c:pt>
                <c:pt idx="2443">
                  <c:v>-0.132974665796777</c:v>
                </c:pt>
                <c:pt idx="2444">
                  <c:v>-0.14440614745928901</c:v>
                </c:pt>
                <c:pt idx="2445">
                  <c:v>0.51796874347166599</c:v>
                </c:pt>
                <c:pt idx="2446">
                  <c:v>-0.29140963862732899</c:v>
                </c:pt>
                <c:pt idx="2447">
                  <c:v>0.25758958624849299</c:v>
                </c:pt>
                <c:pt idx="2448">
                  <c:v>-0.25514008614758399</c:v>
                </c:pt>
                <c:pt idx="2449">
                  <c:v>0.245823388082403</c:v>
                </c:pt>
                <c:pt idx="2450">
                  <c:v>-0.12321654420033901</c:v>
                </c:pt>
                <c:pt idx="2451">
                  <c:v>0.34763096045161401</c:v>
                </c:pt>
                <c:pt idx="2452">
                  <c:v>-0.49457416791047099</c:v>
                </c:pt>
                <c:pt idx="2453">
                  <c:v>-0.191168772767419</c:v>
                </c:pt>
                <c:pt idx="2454">
                  <c:v>-0.10979279503502699</c:v>
                </c:pt>
                <c:pt idx="2455">
                  <c:v>-0.437641258812839</c:v>
                </c:pt>
                <c:pt idx="2456">
                  <c:v>0.140267451913413</c:v>
                </c:pt>
                <c:pt idx="2457">
                  <c:v>-0.23355551612209899</c:v>
                </c:pt>
                <c:pt idx="2458">
                  <c:v>-0.28608431676991602</c:v>
                </c:pt>
                <c:pt idx="2459">
                  <c:v>-0.149345019622491</c:v>
                </c:pt>
                <c:pt idx="2460">
                  <c:v>0.26121111587303902</c:v>
                </c:pt>
                <c:pt idx="2461">
                  <c:v>0.42024730695464602</c:v>
                </c:pt>
                <c:pt idx="2462">
                  <c:v>-0.119103091660598</c:v>
                </c:pt>
                <c:pt idx="2463">
                  <c:v>0.222949297624186</c:v>
                </c:pt>
                <c:pt idx="2464">
                  <c:v>0.123806477040077</c:v>
                </c:pt>
                <c:pt idx="2465">
                  <c:v>-0.244530405608607</c:v>
                </c:pt>
                <c:pt idx="2466">
                  <c:v>0.18339752353510599</c:v>
                </c:pt>
                <c:pt idx="2467">
                  <c:v>-0.33164618227445403</c:v>
                </c:pt>
                <c:pt idx="2468">
                  <c:v>-0.161358326629575</c:v>
                </c:pt>
                <c:pt idx="2469">
                  <c:v>0.20486282333606801</c:v>
                </c:pt>
                <c:pt idx="2470">
                  <c:v>-0.15702121445584899</c:v>
                </c:pt>
                <c:pt idx="2471">
                  <c:v>-0.12123304319650099</c:v>
                </c:pt>
                <c:pt idx="2472">
                  <c:v>0.106486526961682</c:v>
                </c:pt>
                <c:pt idx="2473">
                  <c:v>-0.12366419851758401</c:v>
                </c:pt>
                <c:pt idx="2474">
                  <c:v>0.34286859687517401</c:v>
                </c:pt>
                <c:pt idx="2475">
                  <c:v>-0.13612146386360599</c:v>
                </c:pt>
                <c:pt idx="2476">
                  <c:v>-0.28950124820698903</c:v>
                </c:pt>
                <c:pt idx="2477">
                  <c:v>-0.12609164723164001</c:v>
                </c:pt>
                <c:pt idx="2478">
                  <c:v>-0.32176238934136903</c:v>
                </c:pt>
                <c:pt idx="2479">
                  <c:v>-0.209106882758928</c:v>
                </c:pt>
                <c:pt idx="2480">
                  <c:v>-0.16135538061162399</c:v>
                </c:pt>
                <c:pt idx="2481">
                  <c:v>0.22996168655549101</c:v>
                </c:pt>
                <c:pt idx="2482">
                  <c:v>0.111201042078179</c:v>
                </c:pt>
                <c:pt idx="2483">
                  <c:v>0.147446668213007</c:v>
                </c:pt>
                <c:pt idx="2484">
                  <c:v>0.173099483444108</c:v>
                </c:pt>
                <c:pt idx="2485">
                  <c:v>-0.105838427689658</c:v>
                </c:pt>
                <c:pt idx="2486">
                  <c:v>-0.20888694836263999</c:v>
                </c:pt>
                <c:pt idx="2487">
                  <c:v>0.15908331861817299</c:v>
                </c:pt>
                <c:pt idx="2488">
                  <c:v>-0.17178505858930701</c:v>
                </c:pt>
                <c:pt idx="2489">
                  <c:v>0.15278012392260701</c:v>
                </c:pt>
                <c:pt idx="2490">
                  <c:v>0.12974658766456701</c:v>
                </c:pt>
                <c:pt idx="2491">
                  <c:v>-0.30325958240517498</c:v>
                </c:pt>
                <c:pt idx="2492">
                  <c:v>-0.28911713406851203</c:v>
                </c:pt>
                <c:pt idx="2493">
                  <c:v>-0.13673146072034101</c:v>
                </c:pt>
                <c:pt idx="2494">
                  <c:v>0.25001895062942497</c:v>
                </c:pt>
                <c:pt idx="2495">
                  <c:v>-0.21340478188078299</c:v>
                </c:pt>
                <c:pt idx="2496">
                  <c:v>0.179055581699298</c:v>
                </c:pt>
                <c:pt idx="2497">
                  <c:v>-0.474123067452563</c:v>
                </c:pt>
                <c:pt idx="2498">
                  <c:v>-0.26034722168997598</c:v>
                </c:pt>
                <c:pt idx="2499">
                  <c:v>-0.25938915924327299</c:v>
                </c:pt>
                <c:pt idx="2500">
                  <c:v>-0.156114795479944</c:v>
                </c:pt>
                <c:pt idx="2501">
                  <c:v>0.18274753972083599</c:v>
                </c:pt>
                <c:pt idx="2502">
                  <c:v>-0.346344903421265</c:v>
                </c:pt>
                <c:pt idx="2503">
                  <c:v>-0.13519181295945501</c:v>
                </c:pt>
                <c:pt idx="2504">
                  <c:v>0.12926301226936199</c:v>
                </c:pt>
                <c:pt idx="2505">
                  <c:v>0.16326978952746499</c:v>
                </c:pt>
                <c:pt idx="2506">
                  <c:v>-0.169399623150678</c:v>
                </c:pt>
                <c:pt idx="2507">
                  <c:v>-0.15236799286792599</c:v>
                </c:pt>
                <c:pt idx="2508">
                  <c:v>0.199219904934829</c:v>
                </c:pt>
                <c:pt idx="2509">
                  <c:v>-0.15284812245489099</c:v>
                </c:pt>
                <c:pt idx="2510">
                  <c:v>-0.21217756571185101</c:v>
                </c:pt>
                <c:pt idx="2511">
                  <c:v>0.18541770666044899</c:v>
                </c:pt>
                <c:pt idx="2512">
                  <c:v>0.33722945406189098</c:v>
                </c:pt>
                <c:pt idx="2513">
                  <c:v>0.181341559270635</c:v>
                </c:pt>
                <c:pt idx="2514">
                  <c:v>-0.14229766645076899</c:v>
                </c:pt>
                <c:pt idx="2515">
                  <c:v>-0.162632849239536</c:v>
                </c:pt>
                <c:pt idx="2516">
                  <c:v>-0.118968399597215</c:v>
                </c:pt>
                <c:pt idx="2517">
                  <c:v>0.11793087835531001</c:v>
                </c:pt>
                <c:pt idx="2518">
                  <c:v>0.25437467325906499</c:v>
                </c:pt>
                <c:pt idx="2519">
                  <c:v>0.14817618747884301</c:v>
                </c:pt>
                <c:pt idx="2520">
                  <c:v>-0.16499862562683601</c:v>
                </c:pt>
                <c:pt idx="2521">
                  <c:v>0.138577876951988</c:v>
                </c:pt>
                <c:pt idx="2522">
                  <c:v>-0.132737083977162</c:v>
                </c:pt>
                <c:pt idx="2523">
                  <c:v>-0.12489950544334499</c:v>
                </c:pt>
                <c:pt idx="2524">
                  <c:v>-0.14981952654948599</c:v>
                </c:pt>
                <c:pt idx="2525">
                  <c:v>-0.309597627652138</c:v>
                </c:pt>
                <c:pt idx="2526">
                  <c:v>0.12704562071735401</c:v>
                </c:pt>
                <c:pt idx="2527">
                  <c:v>-0.14768538450892499</c:v>
                </c:pt>
                <c:pt idx="2528">
                  <c:v>0.219031365111309</c:v>
                </c:pt>
                <c:pt idx="2529">
                  <c:v>-0.20391384856640801</c:v>
                </c:pt>
                <c:pt idx="2530">
                  <c:v>0.21034854771147901</c:v>
                </c:pt>
                <c:pt idx="2531">
                  <c:v>0.26077961101281499</c:v>
                </c:pt>
                <c:pt idx="2532">
                  <c:v>0.32089261951804798</c:v>
                </c:pt>
                <c:pt idx="2533">
                  <c:v>-0.122365515494824</c:v>
                </c:pt>
                <c:pt idx="2534">
                  <c:v>0.17394608846161599</c:v>
                </c:pt>
                <c:pt idx="2535">
                  <c:v>-0.25788412975664299</c:v>
                </c:pt>
                <c:pt idx="2536">
                  <c:v>0.10635596046003599</c:v>
                </c:pt>
                <c:pt idx="2537">
                  <c:v>-0.19408589675097701</c:v>
                </c:pt>
                <c:pt idx="2538">
                  <c:v>0.13424193756855399</c:v>
                </c:pt>
                <c:pt idx="2539">
                  <c:v>0.344803400279865</c:v>
                </c:pt>
                <c:pt idx="2540">
                  <c:v>-0.17845391890905299</c:v>
                </c:pt>
                <c:pt idx="2541">
                  <c:v>-0.15934353160500001</c:v>
                </c:pt>
                <c:pt idx="2542">
                  <c:v>-0.12347323694934401</c:v>
                </c:pt>
                <c:pt idx="2543">
                  <c:v>-0.17491108747192599</c:v>
                </c:pt>
                <c:pt idx="2544">
                  <c:v>0.350200750900306</c:v>
                </c:pt>
                <c:pt idx="2545">
                  <c:v>0.17827230498049601</c:v>
                </c:pt>
                <c:pt idx="2546">
                  <c:v>0.22980811996228601</c:v>
                </c:pt>
                <c:pt idx="2547">
                  <c:v>-0.111921440798788</c:v>
                </c:pt>
                <c:pt idx="2548">
                  <c:v>-0.114880637016675</c:v>
                </c:pt>
                <c:pt idx="2549">
                  <c:v>-0.107826171898495</c:v>
                </c:pt>
                <c:pt idx="2550">
                  <c:v>0.298285617253082</c:v>
                </c:pt>
                <c:pt idx="2551">
                  <c:v>0.171270687200547</c:v>
                </c:pt>
                <c:pt idx="2552">
                  <c:v>-0.105758024425313</c:v>
                </c:pt>
                <c:pt idx="2553">
                  <c:v>0.28417975349604802</c:v>
                </c:pt>
                <c:pt idx="2554">
                  <c:v>0.19637600450211001</c:v>
                </c:pt>
                <c:pt idx="2555">
                  <c:v>-0.18490725368942099</c:v>
                </c:pt>
                <c:pt idx="2556">
                  <c:v>0.14027398157228199</c:v>
                </c:pt>
                <c:pt idx="2557">
                  <c:v>0.100287726944355</c:v>
                </c:pt>
                <c:pt idx="2558">
                  <c:v>0.27295340843794602</c:v>
                </c:pt>
                <c:pt idx="2559">
                  <c:v>-0.180098331589093</c:v>
                </c:pt>
                <c:pt idx="2560">
                  <c:v>-0.15995249831759401</c:v>
                </c:pt>
                <c:pt idx="2561">
                  <c:v>0.130306760465324</c:v>
                </c:pt>
                <c:pt idx="2562">
                  <c:v>-0.16628347748974501</c:v>
                </c:pt>
                <c:pt idx="2563">
                  <c:v>-0.21563927450356599</c:v>
                </c:pt>
                <c:pt idx="2564">
                  <c:v>-0.26807121138672602</c:v>
                </c:pt>
                <c:pt idx="2565">
                  <c:v>-0.186463321292312</c:v>
                </c:pt>
                <c:pt idx="2566">
                  <c:v>0.27384416099766901</c:v>
                </c:pt>
                <c:pt idx="2567">
                  <c:v>-0.21799424806501799</c:v>
                </c:pt>
                <c:pt idx="2568">
                  <c:v>0.207194259520463</c:v>
                </c:pt>
                <c:pt idx="2569">
                  <c:v>0.13131937925208001</c:v>
                </c:pt>
                <c:pt idx="2570">
                  <c:v>-9.9987384630225107E-2</c:v>
                </c:pt>
                <c:pt idx="2571">
                  <c:v>-0.32532663714375998</c:v>
                </c:pt>
                <c:pt idx="2572">
                  <c:v>-0.15999098790678101</c:v>
                </c:pt>
                <c:pt idx="2573">
                  <c:v>0.18826990858935799</c:v>
                </c:pt>
                <c:pt idx="2574">
                  <c:v>0.51686517430622603</c:v>
                </c:pt>
                <c:pt idx="2575">
                  <c:v>-0.261437205340325</c:v>
                </c:pt>
                <c:pt idx="2576">
                  <c:v>-0.18744638101799199</c:v>
                </c:pt>
                <c:pt idx="2577">
                  <c:v>-0.116458796540925</c:v>
                </c:pt>
                <c:pt idx="2578">
                  <c:v>-0.175545394447362</c:v>
                </c:pt>
                <c:pt idx="2579">
                  <c:v>-0.18149954545776101</c:v>
                </c:pt>
                <c:pt idx="2580">
                  <c:v>0.17979016316496699</c:v>
                </c:pt>
                <c:pt idx="2581">
                  <c:v>-0.42988347553606199</c:v>
                </c:pt>
                <c:pt idx="2582">
                  <c:v>-0.215801931558254</c:v>
                </c:pt>
                <c:pt idx="2583">
                  <c:v>-0.116098977665477</c:v>
                </c:pt>
                <c:pt idx="2584">
                  <c:v>-0.108548922582273</c:v>
                </c:pt>
                <c:pt idx="2585">
                  <c:v>0.135732371011969</c:v>
                </c:pt>
                <c:pt idx="2586">
                  <c:v>-0.172853161544193</c:v>
                </c:pt>
                <c:pt idx="2587">
                  <c:v>-0.186605486956189</c:v>
                </c:pt>
                <c:pt idx="2588">
                  <c:v>0.119515459657745</c:v>
                </c:pt>
                <c:pt idx="2589">
                  <c:v>0.19638638042498599</c:v>
                </c:pt>
                <c:pt idx="2590">
                  <c:v>-0.28785236296272398</c:v>
                </c:pt>
                <c:pt idx="2591">
                  <c:v>0.23036816643788099</c:v>
                </c:pt>
                <c:pt idx="2592">
                  <c:v>-9.5737744041073797E-2</c:v>
                </c:pt>
                <c:pt idx="2593">
                  <c:v>-0.174160689860582</c:v>
                </c:pt>
                <c:pt idx="2594">
                  <c:v>-0.33965619698066601</c:v>
                </c:pt>
                <c:pt idx="2595">
                  <c:v>0.43076346075967498</c:v>
                </c:pt>
                <c:pt idx="2596">
                  <c:v>-0.247992512082369</c:v>
                </c:pt>
                <c:pt idx="2597">
                  <c:v>0.133852992594061</c:v>
                </c:pt>
                <c:pt idx="2598">
                  <c:v>0.21592738011360199</c:v>
                </c:pt>
                <c:pt idx="2599">
                  <c:v>-0.10663270582163201</c:v>
                </c:pt>
                <c:pt idx="2600">
                  <c:v>0.18731633895949801</c:v>
                </c:pt>
                <c:pt idx="2601">
                  <c:v>-0.15909258190005099</c:v>
                </c:pt>
                <c:pt idx="2602">
                  <c:v>-0.207441844077977</c:v>
                </c:pt>
                <c:pt idx="2603">
                  <c:v>-0.105571542689699</c:v>
                </c:pt>
                <c:pt idx="2604">
                  <c:v>0.14423017060936899</c:v>
                </c:pt>
                <c:pt idx="2605">
                  <c:v>-9.4878841795694099E-2</c:v>
                </c:pt>
                <c:pt idx="2606">
                  <c:v>-0.17624114027329099</c:v>
                </c:pt>
                <c:pt idx="2607">
                  <c:v>-0.12941878170132201</c:v>
                </c:pt>
                <c:pt idx="2608">
                  <c:v>0.155461133832418</c:v>
                </c:pt>
                <c:pt idx="2609">
                  <c:v>-0.135855405223651</c:v>
                </c:pt>
                <c:pt idx="2610">
                  <c:v>0.30740753055868097</c:v>
                </c:pt>
                <c:pt idx="2611">
                  <c:v>0.189691818655046</c:v>
                </c:pt>
                <c:pt idx="2612">
                  <c:v>-0.212988577865353</c:v>
                </c:pt>
                <c:pt idx="2613">
                  <c:v>-0.13745325861454599</c:v>
                </c:pt>
                <c:pt idx="2614">
                  <c:v>0.126350463934681</c:v>
                </c:pt>
                <c:pt idx="2615">
                  <c:v>0.12518198480259099</c:v>
                </c:pt>
                <c:pt idx="2616">
                  <c:v>0.13988486534415001</c:v>
                </c:pt>
                <c:pt idx="2617">
                  <c:v>0.26966796174568203</c:v>
                </c:pt>
                <c:pt idx="2618">
                  <c:v>-0.15150351020470501</c:v>
                </c:pt>
                <c:pt idx="2619">
                  <c:v>-0.121712658835541</c:v>
                </c:pt>
                <c:pt idx="2620">
                  <c:v>0.27878727544904802</c:v>
                </c:pt>
                <c:pt idx="2621">
                  <c:v>0.163167922216157</c:v>
                </c:pt>
                <c:pt idx="2622">
                  <c:v>0.18977530311903501</c:v>
                </c:pt>
                <c:pt idx="2623">
                  <c:v>-9.7121329080060506E-2</c:v>
                </c:pt>
                <c:pt idx="2624">
                  <c:v>-0.133898238412652</c:v>
                </c:pt>
                <c:pt idx="2625">
                  <c:v>-0.14898079091907901</c:v>
                </c:pt>
                <c:pt idx="2626">
                  <c:v>-0.13837013139510601</c:v>
                </c:pt>
                <c:pt idx="2627">
                  <c:v>-9.4779706641773501E-2</c:v>
                </c:pt>
                <c:pt idx="2628">
                  <c:v>0.27886385360889698</c:v>
                </c:pt>
                <c:pt idx="2629">
                  <c:v>0.17291728547850099</c:v>
                </c:pt>
                <c:pt idx="2630">
                  <c:v>-0.17246054870705799</c:v>
                </c:pt>
                <c:pt idx="2631">
                  <c:v>0.242760778608719</c:v>
                </c:pt>
                <c:pt idx="2632">
                  <c:v>-0.11897832448691401</c:v>
                </c:pt>
                <c:pt idx="2633">
                  <c:v>9.6820042263132705E-2</c:v>
                </c:pt>
                <c:pt idx="2634">
                  <c:v>0.22108302524447501</c:v>
                </c:pt>
                <c:pt idx="2635">
                  <c:v>0.245858457276974</c:v>
                </c:pt>
                <c:pt idx="2636">
                  <c:v>-9.4841353240159507E-2</c:v>
                </c:pt>
                <c:pt idx="2637">
                  <c:v>0.22023753321406001</c:v>
                </c:pt>
                <c:pt idx="2638">
                  <c:v>0.18864404831488801</c:v>
                </c:pt>
                <c:pt idx="2639">
                  <c:v>-9.2327012185204893E-2</c:v>
                </c:pt>
                <c:pt idx="2640">
                  <c:v>-0.11848948665228</c:v>
                </c:pt>
                <c:pt idx="2641">
                  <c:v>0.14072554174660801</c:v>
                </c:pt>
                <c:pt idx="2642">
                  <c:v>-0.13381008823410001</c:v>
                </c:pt>
                <c:pt idx="2643">
                  <c:v>-0.17767279863375399</c:v>
                </c:pt>
                <c:pt idx="2644">
                  <c:v>-0.15824905167673001</c:v>
                </c:pt>
                <c:pt idx="2645">
                  <c:v>-0.118427824868981</c:v>
                </c:pt>
                <c:pt idx="2646">
                  <c:v>0.17788327963417</c:v>
                </c:pt>
                <c:pt idx="2647">
                  <c:v>0.20372952809665501</c:v>
                </c:pt>
                <c:pt idx="2648">
                  <c:v>-0.40702539797736398</c:v>
                </c:pt>
                <c:pt idx="2649">
                  <c:v>-0.16078724492844301</c:v>
                </c:pt>
                <c:pt idx="2650">
                  <c:v>0.24692764954260199</c:v>
                </c:pt>
                <c:pt idx="2651">
                  <c:v>0.204144560087439</c:v>
                </c:pt>
                <c:pt idx="2652">
                  <c:v>-0.186478856725877</c:v>
                </c:pt>
                <c:pt idx="2653">
                  <c:v>0.156748824162143</c:v>
                </c:pt>
                <c:pt idx="2654">
                  <c:v>-0.100942061088148</c:v>
                </c:pt>
                <c:pt idx="2655">
                  <c:v>8.6214646520804905E-2</c:v>
                </c:pt>
                <c:pt idx="2656">
                  <c:v>0.195248662161433</c:v>
                </c:pt>
                <c:pt idx="2657">
                  <c:v>-0.12903247480598201</c:v>
                </c:pt>
                <c:pt idx="2658">
                  <c:v>-9.3778019699343004E-2</c:v>
                </c:pt>
                <c:pt idx="2659">
                  <c:v>-0.12293940149036001</c:v>
                </c:pt>
                <c:pt idx="2660">
                  <c:v>-0.137551521441001</c:v>
                </c:pt>
                <c:pt idx="2661">
                  <c:v>0.19866988077334799</c:v>
                </c:pt>
                <c:pt idx="2662">
                  <c:v>-0.134687873582191</c:v>
                </c:pt>
                <c:pt idx="2663">
                  <c:v>-0.12306027122393801</c:v>
                </c:pt>
                <c:pt idx="2664">
                  <c:v>0.204366057837952</c:v>
                </c:pt>
                <c:pt idx="2665">
                  <c:v>9.3820028947039405E-2</c:v>
                </c:pt>
                <c:pt idx="2666">
                  <c:v>-0.35168639895832898</c:v>
                </c:pt>
                <c:pt idx="2667">
                  <c:v>0.53565092610924803</c:v>
                </c:pt>
                <c:pt idx="2668">
                  <c:v>-0.15401977386659699</c:v>
                </c:pt>
                <c:pt idx="2669">
                  <c:v>-0.13756208745259699</c:v>
                </c:pt>
                <c:pt idx="2670">
                  <c:v>0.237806517891233</c:v>
                </c:pt>
                <c:pt idx="2671">
                  <c:v>0.174756665904894</c:v>
                </c:pt>
                <c:pt idx="2672">
                  <c:v>-0.167440127520255</c:v>
                </c:pt>
                <c:pt idx="2673">
                  <c:v>-0.114381784048543</c:v>
                </c:pt>
                <c:pt idx="2674">
                  <c:v>0.17187249023370299</c:v>
                </c:pt>
                <c:pt idx="2675">
                  <c:v>0.192595948559767</c:v>
                </c:pt>
                <c:pt idx="2676">
                  <c:v>0.14933564315376599</c:v>
                </c:pt>
                <c:pt idx="2677">
                  <c:v>0.23010382427867901</c:v>
                </c:pt>
                <c:pt idx="2678">
                  <c:v>-0.18862351361028801</c:v>
                </c:pt>
                <c:pt idx="2679">
                  <c:v>-0.199083449008221</c:v>
                </c:pt>
                <c:pt idx="2680">
                  <c:v>-0.32966985650474001</c:v>
                </c:pt>
                <c:pt idx="2681">
                  <c:v>0.19149829938011501</c:v>
                </c:pt>
                <c:pt idx="2682">
                  <c:v>-9.6698868470085103E-2</c:v>
                </c:pt>
                <c:pt idx="2683">
                  <c:v>-0.246079882648161</c:v>
                </c:pt>
                <c:pt idx="2684">
                  <c:v>0.21798261527072799</c:v>
                </c:pt>
                <c:pt idx="2685">
                  <c:v>0.30563737521401502</c:v>
                </c:pt>
                <c:pt idx="2686">
                  <c:v>0.31755528159847302</c:v>
                </c:pt>
                <c:pt idx="2687">
                  <c:v>0.14295112896923701</c:v>
                </c:pt>
                <c:pt idx="2688">
                  <c:v>0.10350628495361</c:v>
                </c:pt>
                <c:pt idx="2689">
                  <c:v>-9.4090617259737996E-2</c:v>
                </c:pt>
                <c:pt idx="2690">
                  <c:v>0.100682512873341</c:v>
                </c:pt>
                <c:pt idx="2691">
                  <c:v>0.16838834804160299</c:v>
                </c:pt>
                <c:pt idx="2692">
                  <c:v>-9.6101934386865706E-2</c:v>
                </c:pt>
                <c:pt idx="2693">
                  <c:v>-0.19805644837056799</c:v>
                </c:pt>
                <c:pt idx="2694">
                  <c:v>-0.184983991998937</c:v>
                </c:pt>
                <c:pt idx="2695">
                  <c:v>0.12241752547637599</c:v>
                </c:pt>
                <c:pt idx="2696">
                  <c:v>-9.3641901307496098E-2</c:v>
                </c:pt>
                <c:pt idx="2697">
                  <c:v>-0.10408102383597</c:v>
                </c:pt>
                <c:pt idx="2698">
                  <c:v>-9.58514060800226E-2</c:v>
                </c:pt>
                <c:pt idx="2699">
                  <c:v>-0.10748749208669001</c:v>
                </c:pt>
                <c:pt idx="2700">
                  <c:v>-0.104495303026965</c:v>
                </c:pt>
                <c:pt idx="2701">
                  <c:v>0.17964201939652499</c:v>
                </c:pt>
                <c:pt idx="2702">
                  <c:v>0.234806718293605</c:v>
                </c:pt>
                <c:pt idx="2703">
                  <c:v>-0.141603033817535</c:v>
                </c:pt>
                <c:pt idx="2704">
                  <c:v>0.14406311930059701</c:v>
                </c:pt>
                <c:pt idx="2705">
                  <c:v>0.255146476895042</c:v>
                </c:pt>
                <c:pt idx="2706">
                  <c:v>-0.126405632154622</c:v>
                </c:pt>
                <c:pt idx="2707">
                  <c:v>0.17299954719830499</c:v>
                </c:pt>
                <c:pt idx="2708">
                  <c:v>0.27091317636850898</c:v>
                </c:pt>
                <c:pt idx="2709">
                  <c:v>0.186376797357482</c:v>
                </c:pt>
                <c:pt idx="2710">
                  <c:v>-0.14134787907924501</c:v>
                </c:pt>
                <c:pt idx="2711">
                  <c:v>0.102534275679112</c:v>
                </c:pt>
                <c:pt idx="2712">
                  <c:v>-9.3148968341296295E-2</c:v>
                </c:pt>
                <c:pt idx="2713">
                  <c:v>0.12867660154166</c:v>
                </c:pt>
                <c:pt idx="2714">
                  <c:v>0.196283583038319</c:v>
                </c:pt>
                <c:pt idx="2715">
                  <c:v>-0.18465268085257899</c:v>
                </c:pt>
                <c:pt idx="2716">
                  <c:v>0.27052984087104498</c:v>
                </c:pt>
                <c:pt idx="2717">
                  <c:v>0.10326715850997201</c:v>
                </c:pt>
                <c:pt idx="2718">
                  <c:v>-0.11940424203887499</c:v>
                </c:pt>
                <c:pt idx="2719">
                  <c:v>-0.13529722901571301</c:v>
                </c:pt>
                <c:pt idx="2720">
                  <c:v>-0.174990268141375</c:v>
                </c:pt>
                <c:pt idx="2721">
                  <c:v>-0.23691843820290301</c:v>
                </c:pt>
                <c:pt idx="2722">
                  <c:v>0.119385164258695</c:v>
                </c:pt>
                <c:pt idx="2723">
                  <c:v>0.203190978808582</c:v>
                </c:pt>
                <c:pt idx="2724">
                  <c:v>0.11081541509036801</c:v>
                </c:pt>
                <c:pt idx="2725">
                  <c:v>-0.196464840544714</c:v>
                </c:pt>
                <c:pt idx="2726">
                  <c:v>0.168027400773926</c:v>
                </c:pt>
                <c:pt idx="2727">
                  <c:v>-0.241675484088717</c:v>
                </c:pt>
                <c:pt idx="2728">
                  <c:v>9.7303922219140304E-2</c:v>
                </c:pt>
                <c:pt idx="2729">
                  <c:v>0.14929718107763901</c:v>
                </c:pt>
                <c:pt idx="2730">
                  <c:v>-0.21821342546942901</c:v>
                </c:pt>
                <c:pt idx="2731">
                  <c:v>9.4615826290990399E-2</c:v>
                </c:pt>
                <c:pt idx="2732">
                  <c:v>0.131796217435692</c:v>
                </c:pt>
                <c:pt idx="2733">
                  <c:v>0.14780197419788599</c:v>
                </c:pt>
                <c:pt idx="2734">
                  <c:v>0.191544233935943</c:v>
                </c:pt>
                <c:pt idx="2735">
                  <c:v>-0.122173662081412</c:v>
                </c:pt>
                <c:pt idx="2736">
                  <c:v>0.12741114789645999</c:v>
                </c:pt>
                <c:pt idx="2737">
                  <c:v>-9.7658051474304799E-2</c:v>
                </c:pt>
                <c:pt idx="2738">
                  <c:v>9.9031917909559994E-2</c:v>
                </c:pt>
                <c:pt idx="2739">
                  <c:v>0.285026285243827</c:v>
                </c:pt>
                <c:pt idx="2740">
                  <c:v>0.12926613720308899</c:v>
                </c:pt>
                <c:pt idx="2741">
                  <c:v>-0.11579818771782199</c:v>
                </c:pt>
                <c:pt idx="2742">
                  <c:v>0.21682441671164601</c:v>
                </c:pt>
                <c:pt idx="2743">
                  <c:v>-0.122745803386739</c:v>
                </c:pt>
                <c:pt idx="2744">
                  <c:v>-9.8504509206140498E-2</c:v>
                </c:pt>
                <c:pt idx="2745">
                  <c:v>0.288620070597915</c:v>
                </c:pt>
                <c:pt idx="2746">
                  <c:v>-9.1207009293590602E-2</c:v>
                </c:pt>
                <c:pt idx="2747">
                  <c:v>-0.14627883817375001</c:v>
                </c:pt>
                <c:pt idx="2748">
                  <c:v>-0.17259494466122</c:v>
                </c:pt>
                <c:pt idx="2749">
                  <c:v>-0.165475928251237</c:v>
                </c:pt>
                <c:pt idx="2750">
                  <c:v>0.19734214120064</c:v>
                </c:pt>
                <c:pt idx="2751">
                  <c:v>0.156121057936012</c:v>
                </c:pt>
                <c:pt idx="2752">
                  <c:v>0.18474436226590599</c:v>
                </c:pt>
                <c:pt idx="2753">
                  <c:v>0.20874171780210601</c:v>
                </c:pt>
                <c:pt idx="2754">
                  <c:v>9.6415358776599902E-2</c:v>
                </c:pt>
                <c:pt idx="2755">
                  <c:v>-0.100338242635317</c:v>
                </c:pt>
                <c:pt idx="2756">
                  <c:v>0.129378365800321</c:v>
                </c:pt>
                <c:pt idx="2757">
                  <c:v>0.104338923552326</c:v>
                </c:pt>
                <c:pt idx="2758">
                  <c:v>-0.13709217160524301</c:v>
                </c:pt>
                <c:pt idx="2759">
                  <c:v>0.32070939169208801</c:v>
                </c:pt>
                <c:pt idx="2760">
                  <c:v>0.19726189775269301</c:v>
                </c:pt>
                <c:pt idx="2761">
                  <c:v>-0.16132255724424699</c:v>
                </c:pt>
                <c:pt idx="2762">
                  <c:v>-8.1100571306357894E-2</c:v>
                </c:pt>
                <c:pt idx="2763">
                  <c:v>0.134764307951695</c:v>
                </c:pt>
                <c:pt idx="2764">
                  <c:v>-0.19126276184822899</c:v>
                </c:pt>
                <c:pt idx="2765">
                  <c:v>-0.11538383073990501</c:v>
                </c:pt>
                <c:pt idx="2766">
                  <c:v>0.172680472755943</c:v>
                </c:pt>
                <c:pt idx="2767">
                  <c:v>0.186361447821348</c:v>
                </c:pt>
                <c:pt idx="2768">
                  <c:v>-0.11668864910233601</c:v>
                </c:pt>
                <c:pt idx="2769">
                  <c:v>-8.6727994453951907E-2</c:v>
                </c:pt>
                <c:pt idx="2770">
                  <c:v>0.209197169566508</c:v>
                </c:pt>
                <c:pt idx="2771">
                  <c:v>-0.11108204974192</c:v>
                </c:pt>
                <c:pt idx="2772">
                  <c:v>0.11951299704323801</c:v>
                </c:pt>
                <c:pt idx="2773">
                  <c:v>-0.27340474476626397</c:v>
                </c:pt>
                <c:pt idx="2774">
                  <c:v>0.26850743522888698</c:v>
                </c:pt>
                <c:pt idx="2775">
                  <c:v>-8.7347537105959105E-2</c:v>
                </c:pt>
                <c:pt idx="2776">
                  <c:v>0.12869787641803801</c:v>
                </c:pt>
                <c:pt idx="2777">
                  <c:v>-8.6350112788537103E-2</c:v>
                </c:pt>
                <c:pt idx="2778">
                  <c:v>8.6275449702292006E-2</c:v>
                </c:pt>
                <c:pt idx="2779">
                  <c:v>0.12571636947256301</c:v>
                </c:pt>
                <c:pt idx="2780">
                  <c:v>9.4312216043938704E-2</c:v>
                </c:pt>
                <c:pt idx="2781">
                  <c:v>0.12848900362063601</c:v>
                </c:pt>
                <c:pt idx="2782">
                  <c:v>9.8415678293253706E-2</c:v>
                </c:pt>
                <c:pt idx="2783">
                  <c:v>-0.133058034735626</c:v>
                </c:pt>
                <c:pt idx="2784">
                  <c:v>0.104177053591613</c:v>
                </c:pt>
                <c:pt idx="2785">
                  <c:v>-0.182672767022837</c:v>
                </c:pt>
                <c:pt idx="2786">
                  <c:v>0.11243781694921801</c:v>
                </c:pt>
                <c:pt idx="2787">
                  <c:v>0.107153495291183</c:v>
                </c:pt>
                <c:pt idx="2788">
                  <c:v>-0.29606946837230602</c:v>
                </c:pt>
                <c:pt idx="2789">
                  <c:v>-0.121669860229208</c:v>
                </c:pt>
                <c:pt idx="2790">
                  <c:v>0.386409908052748</c:v>
                </c:pt>
                <c:pt idx="2791">
                  <c:v>-9.16670375581745E-2</c:v>
                </c:pt>
                <c:pt idx="2792">
                  <c:v>0.26365720131338199</c:v>
                </c:pt>
                <c:pt idx="2793">
                  <c:v>-0.32698658742969</c:v>
                </c:pt>
                <c:pt idx="2794">
                  <c:v>-0.21030651139721401</c:v>
                </c:pt>
                <c:pt idx="2795">
                  <c:v>-0.15677176806733001</c:v>
                </c:pt>
                <c:pt idx="2796">
                  <c:v>0.19079114578718001</c:v>
                </c:pt>
                <c:pt idx="2797">
                  <c:v>-0.111957024538334</c:v>
                </c:pt>
                <c:pt idx="2798">
                  <c:v>9.0935667366633097E-2</c:v>
                </c:pt>
                <c:pt idx="2799">
                  <c:v>-0.15539228778952499</c:v>
                </c:pt>
                <c:pt idx="2800">
                  <c:v>-8.24978368014158E-2</c:v>
                </c:pt>
                <c:pt idx="2801">
                  <c:v>0.12044963725743001</c:v>
                </c:pt>
                <c:pt idx="2802">
                  <c:v>8.4745357896423498E-2</c:v>
                </c:pt>
                <c:pt idx="2803">
                  <c:v>8.1184751302313202E-2</c:v>
                </c:pt>
                <c:pt idx="2804">
                  <c:v>0.15890789512223999</c:v>
                </c:pt>
                <c:pt idx="2805">
                  <c:v>0.23516239414950799</c:v>
                </c:pt>
                <c:pt idx="2806">
                  <c:v>8.4563416765181601E-2</c:v>
                </c:pt>
                <c:pt idx="2807">
                  <c:v>9.9625572697590301E-2</c:v>
                </c:pt>
                <c:pt idx="2808">
                  <c:v>0.14788352741754801</c:v>
                </c:pt>
                <c:pt idx="2809">
                  <c:v>-0.15404169937447401</c:v>
                </c:pt>
                <c:pt idx="2810">
                  <c:v>0.15862810037407701</c:v>
                </c:pt>
                <c:pt idx="2811">
                  <c:v>8.9506936258736403E-2</c:v>
                </c:pt>
                <c:pt idx="2812">
                  <c:v>0.157782518656333</c:v>
                </c:pt>
                <c:pt idx="2813">
                  <c:v>-9.3890500278618602E-2</c:v>
                </c:pt>
                <c:pt idx="2814">
                  <c:v>0.12917071490403501</c:v>
                </c:pt>
                <c:pt idx="2815">
                  <c:v>0.17356930869561199</c:v>
                </c:pt>
                <c:pt idx="2816">
                  <c:v>-0.14842659904049099</c:v>
                </c:pt>
                <c:pt idx="2817">
                  <c:v>0.112307364882611</c:v>
                </c:pt>
                <c:pt idx="2818">
                  <c:v>7.9967396946987193E-2</c:v>
                </c:pt>
                <c:pt idx="2819">
                  <c:v>0.10334265980391399</c:v>
                </c:pt>
                <c:pt idx="2820">
                  <c:v>-9.0287347292750994E-2</c:v>
                </c:pt>
                <c:pt idx="2821">
                  <c:v>-0.11156314691730899</c:v>
                </c:pt>
                <c:pt idx="2822">
                  <c:v>-0.152540504032807</c:v>
                </c:pt>
                <c:pt idx="2823">
                  <c:v>-0.13816308285232301</c:v>
                </c:pt>
                <c:pt idx="2824">
                  <c:v>0.11958506821795099</c:v>
                </c:pt>
                <c:pt idx="2825">
                  <c:v>-0.107778913916075</c:v>
                </c:pt>
                <c:pt idx="2826">
                  <c:v>0.14844167333883401</c:v>
                </c:pt>
                <c:pt idx="2827">
                  <c:v>-0.103214633122914</c:v>
                </c:pt>
                <c:pt idx="2828">
                  <c:v>0.14164110015917</c:v>
                </c:pt>
                <c:pt idx="2829">
                  <c:v>0.30964551349494901</c:v>
                </c:pt>
                <c:pt idx="2830">
                  <c:v>7.6540866091033194E-2</c:v>
                </c:pt>
                <c:pt idx="2831">
                  <c:v>0.18429278654234299</c:v>
                </c:pt>
                <c:pt idx="2832">
                  <c:v>-0.17297207255581201</c:v>
                </c:pt>
                <c:pt idx="2833">
                  <c:v>-0.12542011519812099</c:v>
                </c:pt>
                <c:pt idx="2834">
                  <c:v>-0.119371856680488</c:v>
                </c:pt>
                <c:pt idx="2835">
                  <c:v>-0.18529473486463</c:v>
                </c:pt>
                <c:pt idx="2836">
                  <c:v>0.23952776123597599</c:v>
                </c:pt>
                <c:pt idx="2837">
                  <c:v>-0.272314117686559</c:v>
                </c:pt>
                <c:pt idx="2838">
                  <c:v>-7.8863511569252906E-2</c:v>
                </c:pt>
                <c:pt idx="2839">
                  <c:v>0.25579691515365599</c:v>
                </c:pt>
                <c:pt idx="2840">
                  <c:v>9.9374978911051001E-2</c:v>
                </c:pt>
                <c:pt idx="2841">
                  <c:v>-0.206161938009462</c:v>
                </c:pt>
                <c:pt idx="2842">
                  <c:v>9.4829546385579305E-2</c:v>
                </c:pt>
                <c:pt idx="2843">
                  <c:v>-8.8624479757058297E-2</c:v>
                </c:pt>
                <c:pt idx="2844">
                  <c:v>0.132554714781939</c:v>
                </c:pt>
                <c:pt idx="2845">
                  <c:v>-0.25036896707485601</c:v>
                </c:pt>
                <c:pt idx="2846">
                  <c:v>-0.39925839770441801</c:v>
                </c:pt>
                <c:pt idx="2847">
                  <c:v>0.118668854048465</c:v>
                </c:pt>
                <c:pt idx="2848">
                  <c:v>9.2067580224522799E-2</c:v>
                </c:pt>
                <c:pt idx="2849">
                  <c:v>0.133600670037787</c:v>
                </c:pt>
                <c:pt idx="2850">
                  <c:v>0.26789933615070499</c:v>
                </c:pt>
                <c:pt idx="2851">
                  <c:v>-0.105142077648086</c:v>
                </c:pt>
                <c:pt idx="2852">
                  <c:v>-0.19845731404544201</c:v>
                </c:pt>
                <c:pt idx="2853">
                  <c:v>-7.4283795665444102E-2</c:v>
                </c:pt>
                <c:pt idx="2854">
                  <c:v>0.11038766077598799</c:v>
                </c:pt>
                <c:pt idx="2855">
                  <c:v>0.16066628372671601</c:v>
                </c:pt>
                <c:pt idx="2856">
                  <c:v>7.8809902834205303E-2</c:v>
                </c:pt>
                <c:pt idx="2857">
                  <c:v>-0.163109561252792</c:v>
                </c:pt>
                <c:pt idx="2858">
                  <c:v>-8.3629323332221603E-2</c:v>
                </c:pt>
                <c:pt idx="2859">
                  <c:v>7.6438281092684704E-2</c:v>
                </c:pt>
                <c:pt idx="2860">
                  <c:v>0.23460281363298199</c:v>
                </c:pt>
                <c:pt idx="2861">
                  <c:v>-7.5438693930479403E-2</c:v>
                </c:pt>
                <c:pt idx="2862">
                  <c:v>-0.147042350792049</c:v>
                </c:pt>
                <c:pt idx="2863">
                  <c:v>0.16514280667422199</c:v>
                </c:pt>
                <c:pt idx="2864">
                  <c:v>0.20027391899600699</c:v>
                </c:pt>
                <c:pt idx="2865">
                  <c:v>0.16268855895016501</c:v>
                </c:pt>
                <c:pt idx="2866">
                  <c:v>-0.192437128790413</c:v>
                </c:pt>
                <c:pt idx="2867">
                  <c:v>-0.15258201977117</c:v>
                </c:pt>
                <c:pt idx="2868">
                  <c:v>-0.166371531930469</c:v>
                </c:pt>
                <c:pt idx="2869">
                  <c:v>-9.4381029822919502E-2</c:v>
                </c:pt>
                <c:pt idx="2870">
                  <c:v>0.27667049077594202</c:v>
                </c:pt>
                <c:pt idx="2871">
                  <c:v>0.181480158585238</c:v>
                </c:pt>
                <c:pt idx="2872">
                  <c:v>9.1983319929361998E-2</c:v>
                </c:pt>
                <c:pt idx="2873">
                  <c:v>9.4624392688533704E-2</c:v>
                </c:pt>
                <c:pt idx="2874">
                  <c:v>-0.18575341886289501</c:v>
                </c:pt>
                <c:pt idx="2875">
                  <c:v>0.120356189482663</c:v>
                </c:pt>
                <c:pt idx="2876">
                  <c:v>9.8699572481859094E-2</c:v>
                </c:pt>
                <c:pt idx="2877">
                  <c:v>-0.151729995268091</c:v>
                </c:pt>
                <c:pt idx="2878">
                  <c:v>-7.1428587901070997E-2</c:v>
                </c:pt>
                <c:pt idx="2879">
                  <c:v>8.3062948842073298E-2</c:v>
                </c:pt>
                <c:pt idx="2880">
                  <c:v>-6.7412288657976702E-2</c:v>
                </c:pt>
                <c:pt idx="2881">
                  <c:v>8.6026286393313001E-2</c:v>
                </c:pt>
                <c:pt idx="2882">
                  <c:v>-0.157150821812237</c:v>
                </c:pt>
                <c:pt idx="2883">
                  <c:v>-8.0355732870682303E-2</c:v>
                </c:pt>
                <c:pt idx="2884">
                  <c:v>0.121231993699681</c:v>
                </c:pt>
                <c:pt idx="2885">
                  <c:v>-0.14753180960759199</c:v>
                </c:pt>
                <c:pt idx="2886">
                  <c:v>0.134977381135471</c:v>
                </c:pt>
                <c:pt idx="2887">
                  <c:v>0.439338698812893</c:v>
                </c:pt>
                <c:pt idx="2888">
                  <c:v>-7.8565679336495706E-2</c:v>
                </c:pt>
                <c:pt idx="2889">
                  <c:v>0.14733513365687401</c:v>
                </c:pt>
                <c:pt idx="2890">
                  <c:v>-8.3851099782187105E-2</c:v>
                </c:pt>
                <c:pt idx="2891">
                  <c:v>0.20326651599759399</c:v>
                </c:pt>
                <c:pt idx="2892">
                  <c:v>-0.109210302575864</c:v>
                </c:pt>
                <c:pt idx="2893">
                  <c:v>0.13371094103282699</c:v>
                </c:pt>
                <c:pt idx="2894">
                  <c:v>-0.186058312009202</c:v>
                </c:pt>
                <c:pt idx="2895">
                  <c:v>0.105386082152908</c:v>
                </c:pt>
                <c:pt idx="2896">
                  <c:v>0.115274748922243</c:v>
                </c:pt>
                <c:pt idx="2897">
                  <c:v>0.10066536141716401</c:v>
                </c:pt>
                <c:pt idx="2898">
                  <c:v>0.30201564114837998</c:v>
                </c:pt>
                <c:pt idx="2899">
                  <c:v>0.13650120969176899</c:v>
                </c:pt>
                <c:pt idx="2900">
                  <c:v>9.2711591897284507E-2</c:v>
                </c:pt>
                <c:pt idx="2901">
                  <c:v>-0.24518232661672801</c:v>
                </c:pt>
                <c:pt idx="2902">
                  <c:v>-0.15158578934195399</c:v>
                </c:pt>
                <c:pt idx="2903">
                  <c:v>7.6572621653618E-2</c:v>
                </c:pt>
                <c:pt idx="2904">
                  <c:v>0.110752331444054</c:v>
                </c:pt>
                <c:pt idx="2905">
                  <c:v>-0.109359235352834</c:v>
                </c:pt>
                <c:pt idx="2906">
                  <c:v>-6.7430552556274406E-2</c:v>
                </c:pt>
                <c:pt idx="2907">
                  <c:v>0.111731150674633</c:v>
                </c:pt>
                <c:pt idx="2908">
                  <c:v>-0.126211972214335</c:v>
                </c:pt>
                <c:pt idx="2909">
                  <c:v>0.29699078282846297</c:v>
                </c:pt>
                <c:pt idx="2910">
                  <c:v>-0.16839521683318301</c:v>
                </c:pt>
                <c:pt idx="2911">
                  <c:v>-7.4057977752513396E-2</c:v>
                </c:pt>
                <c:pt idx="2912">
                  <c:v>-8.64415784771531E-2</c:v>
                </c:pt>
                <c:pt idx="2913">
                  <c:v>8.9339343135488705E-2</c:v>
                </c:pt>
                <c:pt idx="2914">
                  <c:v>0.13533731412067601</c:v>
                </c:pt>
                <c:pt idx="2915">
                  <c:v>0.101754848120713</c:v>
                </c:pt>
                <c:pt idx="2916">
                  <c:v>-0.140802936520913</c:v>
                </c:pt>
                <c:pt idx="2917">
                  <c:v>8.7378158682589899E-2</c:v>
                </c:pt>
                <c:pt idx="2918">
                  <c:v>-6.6333787327142305E-2</c:v>
                </c:pt>
                <c:pt idx="2919">
                  <c:v>-9.9421935252635804E-2</c:v>
                </c:pt>
                <c:pt idx="2920">
                  <c:v>0.12591231716095699</c:v>
                </c:pt>
                <c:pt idx="2921">
                  <c:v>-8.3695390088589505E-2</c:v>
                </c:pt>
                <c:pt idx="2922">
                  <c:v>-0.12663270862704901</c:v>
                </c:pt>
                <c:pt idx="2923">
                  <c:v>9.8933392295673897E-2</c:v>
                </c:pt>
                <c:pt idx="2924">
                  <c:v>-0.16510325937683101</c:v>
                </c:pt>
                <c:pt idx="2925">
                  <c:v>-9.1156816725209894E-2</c:v>
                </c:pt>
                <c:pt idx="2926">
                  <c:v>-8.1736880835599393E-2</c:v>
                </c:pt>
                <c:pt idx="2927">
                  <c:v>-8.5568639030125099E-2</c:v>
                </c:pt>
                <c:pt idx="2928">
                  <c:v>-0.173400149776054</c:v>
                </c:pt>
                <c:pt idx="2929">
                  <c:v>0.109802387225514</c:v>
                </c:pt>
                <c:pt idx="2930">
                  <c:v>-0.10389008976513001</c:v>
                </c:pt>
                <c:pt idx="2931">
                  <c:v>0.120027689499942</c:v>
                </c:pt>
                <c:pt idx="2932">
                  <c:v>8.0832576335133396E-2</c:v>
                </c:pt>
                <c:pt idx="2933">
                  <c:v>0.17376863210854099</c:v>
                </c:pt>
                <c:pt idx="2934">
                  <c:v>-0.14529505035859799</c:v>
                </c:pt>
                <c:pt idx="2935">
                  <c:v>7.7143234055640206E-2</c:v>
                </c:pt>
                <c:pt idx="2936">
                  <c:v>-0.129492638432499</c:v>
                </c:pt>
                <c:pt idx="2937">
                  <c:v>-0.10874685416767001</c:v>
                </c:pt>
                <c:pt idx="2938">
                  <c:v>-8.8464403738011996E-2</c:v>
                </c:pt>
                <c:pt idx="2939">
                  <c:v>0.46280597985344601</c:v>
                </c:pt>
                <c:pt idx="2940">
                  <c:v>-0.30853630513681202</c:v>
                </c:pt>
                <c:pt idx="2941">
                  <c:v>-6.1775243677246301E-2</c:v>
                </c:pt>
                <c:pt idx="2942">
                  <c:v>-7.9273343872120705E-2</c:v>
                </c:pt>
                <c:pt idx="2943">
                  <c:v>-0.184879213256501</c:v>
                </c:pt>
                <c:pt idx="2944">
                  <c:v>-7.0754666400354396E-2</c:v>
                </c:pt>
                <c:pt idx="2945">
                  <c:v>0.114968269860434</c:v>
                </c:pt>
                <c:pt idx="2946">
                  <c:v>0.15207424663939101</c:v>
                </c:pt>
                <c:pt idx="2947">
                  <c:v>-7.2538031299011194E-2</c:v>
                </c:pt>
                <c:pt idx="2948">
                  <c:v>0.104577326298674</c:v>
                </c:pt>
                <c:pt idx="2949">
                  <c:v>6.4259021001966204E-2</c:v>
                </c:pt>
                <c:pt idx="2950">
                  <c:v>7.2881055227696806E-2</c:v>
                </c:pt>
                <c:pt idx="2951">
                  <c:v>8.9409674937638101E-2</c:v>
                </c:pt>
                <c:pt idx="2952">
                  <c:v>-7.4316809003402498E-2</c:v>
                </c:pt>
                <c:pt idx="2953">
                  <c:v>-0.130131341207264</c:v>
                </c:pt>
                <c:pt idx="2954">
                  <c:v>-7.1263703730441094E-2</c:v>
                </c:pt>
                <c:pt idx="2955">
                  <c:v>0.13498805175596801</c:v>
                </c:pt>
                <c:pt idx="2956">
                  <c:v>9.3447076630180703E-2</c:v>
                </c:pt>
                <c:pt idx="2957">
                  <c:v>-6.0407228182082703E-2</c:v>
                </c:pt>
                <c:pt idx="2958">
                  <c:v>-0.13805978401043001</c:v>
                </c:pt>
                <c:pt idx="2959">
                  <c:v>-6.5242352497818998E-2</c:v>
                </c:pt>
                <c:pt idx="2960">
                  <c:v>0.134031249890189</c:v>
                </c:pt>
                <c:pt idx="2961">
                  <c:v>-0.132578652456594</c:v>
                </c:pt>
                <c:pt idx="2962">
                  <c:v>0.104273301467842</c:v>
                </c:pt>
                <c:pt idx="2963">
                  <c:v>-0.21493569122332401</c:v>
                </c:pt>
                <c:pt idx="2964">
                  <c:v>0.23297593262806501</c:v>
                </c:pt>
                <c:pt idx="2965">
                  <c:v>-9.7725609060230298E-2</c:v>
                </c:pt>
                <c:pt idx="2966">
                  <c:v>-8.3683567269691395E-2</c:v>
                </c:pt>
                <c:pt idx="2967">
                  <c:v>0.16566198290230699</c:v>
                </c:pt>
                <c:pt idx="2968">
                  <c:v>-8.7376238629534697E-2</c:v>
                </c:pt>
                <c:pt idx="2969">
                  <c:v>-0.232572685375349</c:v>
                </c:pt>
                <c:pt idx="2970">
                  <c:v>6.3150890759416697E-2</c:v>
                </c:pt>
                <c:pt idx="2971">
                  <c:v>0.24928232636050801</c:v>
                </c:pt>
                <c:pt idx="2972">
                  <c:v>9.4672737271089602E-2</c:v>
                </c:pt>
                <c:pt idx="2973">
                  <c:v>-0.13860584574735299</c:v>
                </c:pt>
                <c:pt idx="2974">
                  <c:v>0.103329277059345</c:v>
                </c:pt>
                <c:pt idx="2975">
                  <c:v>-9.3827298083009894E-2</c:v>
                </c:pt>
                <c:pt idx="2976">
                  <c:v>7.1765402136669806E-2</c:v>
                </c:pt>
                <c:pt idx="2977">
                  <c:v>9.1317529819985296E-2</c:v>
                </c:pt>
                <c:pt idx="2978">
                  <c:v>-9.0702275009334699E-2</c:v>
                </c:pt>
                <c:pt idx="2979">
                  <c:v>-0.14812243902563399</c:v>
                </c:pt>
                <c:pt idx="2980">
                  <c:v>-7.0155795563966394E-2</c:v>
                </c:pt>
                <c:pt idx="2981">
                  <c:v>0.137812467636408</c:v>
                </c:pt>
                <c:pt idx="2982">
                  <c:v>9.3659219935183599E-2</c:v>
                </c:pt>
                <c:pt idx="2983">
                  <c:v>-6.6940181716802299E-2</c:v>
                </c:pt>
                <c:pt idx="2984">
                  <c:v>-7.2881069455171102E-2</c:v>
                </c:pt>
                <c:pt idx="2985">
                  <c:v>0.120526583176517</c:v>
                </c:pt>
                <c:pt idx="2986">
                  <c:v>0.198629825645806</c:v>
                </c:pt>
                <c:pt idx="2987">
                  <c:v>0.14136847041610801</c:v>
                </c:pt>
                <c:pt idx="2988">
                  <c:v>-7.6727855236171594E-2</c:v>
                </c:pt>
                <c:pt idx="2989">
                  <c:v>-6.7827010620906195E-2</c:v>
                </c:pt>
                <c:pt idx="2990">
                  <c:v>-0.190924774365826</c:v>
                </c:pt>
                <c:pt idx="2991">
                  <c:v>-6.22653038555043E-2</c:v>
                </c:pt>
                <c:pt idx="2992">
                  <c:v>-9.3896199963829502E-2</c:v>
                </c:pt>
                <c:pt idx="2993">
                  <c:v>6.5887591561114803E-2</c:v>
                </c:pt>
                <c:pt idx="2994">
                  <c:v>6.4483568897276897E-2</c:v>
                </c:pt>
                <c:pt idx="2995">
                  <c:v>-7.6650704044247703E-2</c:v>
                </c:pt>
                <c:pt idx="2996">
                  <c:v>0.15747601804264</c:v>
                </c:pt>
                <c:pt idx="2997">
                  <c:v>0.24408874347366399</c:v>
                </c:pt>
                <c:pt idx="2998">
                  <c:v>-0.129578708234899</c:v>
                </c:pt>
                <c:pt idx="2999">
                  <c:v>6.5697796775719297E-2</c:v>
                </c:pt>
                <c:pt idx="3000">
                  <c:v>-7.0069162614768005E-2</c:v>
                </c:pt>
                <c:pt idx="3001">
                  <c:v>-0.135041716226485</c:v>
                </c:pt>
                <c:pt idx="3002">
                  <c:v>0.10135936430695799</c:v>
                </c:pt>
                <c:pt idx="3003">
                  <c:v>-0.125866468069113</c:v>
                </c:pt>
                <c:pt idx="3004">
                  <c:v>8.2464752699696206E-2</c:v>
                </c:pt>
                <c:pt idx="3005">
                  <c:v>-0.226440552912514</c:v>
                </c:pt>
                <c:pt idx="3006">
                  <c:v>5.8372449747864201E-2</c:v>
                </c:pt>
                <c:pt idx="3007">
                  <c:v>-0.15073680138885201</c:v>
                </c:pt>
                <c:pt idx="3008">
                  <c:v>6.0981984613576401E-2</c:v>
                </c:pt>
                <c:pt idx="3009">
                  <c:v>8.2915853288614699E-2</c:v>
                </c:pt>
                <c:pt idx="3010">
                  <c:v>-0.124180278896031</c:v>
                </c:pt>
                <c:pt idx="3011">
                  <c:v>-8.35662633022594E-2</c:v>
                </c:pt>
                <c:pt idx="3012">
                  <c:v>-6.7066693462979998E-2</c:v>
                </c:pt>
                <c:pt idx="3013">
                  <c:v>-0.19570430842071601</c:v>
                </c:pt>
                <c:pt idx="3014">
                  <c:v>-6.0286885138495401E-2</c:v>
                </c:pt>
                <c:pt idx="3015">
                  <c:v>-5.7362876521239101E-2</c:v>
                </c:pt>
                <c:pt idx="3016">
                  <c:v>-0.29075454179433202</c:v>
                </c:pt>
                <c:pt idx="3017">
                  <c:v>0.111974742237219</c:v>
                </c:pt>
                <c:pt idx="3018">
                  <c:v>-5.87868351022394E-2</c:v>
                </c:pt>
                <c:pt idx="3019">
                  <c:v>-9.3839709460631596E-2</c:v>
                </c:pt>
                <c:pt idx="3020">
                  <c:v>0.148994823095148</c:v>
                </c:pt>
                <c:pt idx="3021">
                  <c:v>0.128090124827207</c:v>
                </c:pt>
                <c:pt idx="3022">
                  <c:v>-0.11380897196655899</c:v>
                </c:pt>
                <c:pt idx="3023">
                  <c:v>-0.119128714990605</c:v>
                </c:pt>
                <c:pt idx="3024">
                  <c:v>5.59579865762352E-2</c:v>
                </c:pt>
                <c:pt idx="3025">
                  <c:v>-8.6717097397237097E-2</c:v>
                </c:pt>
                <c:pt idx="3026">
                  <c:v>-0.160391812103992</c:v>
                </c:pt>
                <c:pt idx="3027">
                  <c:v>0.11557481429550601</c:v>
                </c:pt>
                <c:pt idx="3028">
                  <c:v>-0.196331204274799</c:v>
                </c:pt>
                <c:pt idx="3029">
                  <c:v>-8.7961803955238296E-2</c:v>
                </c:pt>
                <c:pt idx="3030">
                  <c:v>-0.11015798257081499</c:v>
                </c:pt>
                <c:pt idx="3031">
                  <c:v>-7.2954682045974606E-2</c:v>
                </c:pt>
                <c:pt idx="3032">
                  <c:v>0.102291250945203</c:v>
                </c:pt>
                <c:pt idx="3033">
                  <c:v>-0.12024397884594901</c:v>
                </c:pt>
                <c:pt idx="3034">
                  <c:v>-0.30406001570176899</c:v>
                </c:pt>
                <c:pt idx="3035">
                  <c:v>6.3621463782134E-2</c:v>
                </c:pt>
                <c:pt idx="3036">
                  <c:v>0.17279656374982699</c:v>
                </c:pt>
                <c:pt idx="3037">
                  <c:v>0.103973430709182</c:v>
                </c:pt>
                <c:pt idx="3038">
                  <c:v>-0.17721676340188</c:v>
                </c:pt>
                <c:pt idx="3039">
                  <c:v>-0.116139339932523</c:v>
                </c:pt>
                <c:pt idx="3040">
                  <c:v>0.112523383550286</c:v>
                </c:pt>
                <c:pt idx="3041">
                  <c:v>7.4416749677766306E-2</c:v>
                </c:pt>
                <c:pt idx="3042">
                  <c:v>9.5564135903316597E-2</c:v>
                </c:pt>
                <c:pt idx="3043">
                  <c:v>0.139598789347083</c:v>
                </c:pt>
                <c:pt idx="3044">
                  <c:v>-0.13628373651686601</c:v>
                </c:pt>
                <c:pt idx="3045">
                  <c:v>9.9537925273050804E-2</c:v>
                </c:pt>
                <c:pt idx="3046">
                  <c:v>5.9014693971949597E-2</c:v>
                </c:pt>
                <c:pt idx="3047">
                  <c:v>-0.116221791194505</c:v>
                </c:pt>
                <c:pt idx="3048">
                  <c:v>-0.19244159392815899</c:v>
                </c:pt>
                <c:pt idx="3049">
                  <c:v>-0.13657337685096799</c:v>
                </c:pt>
                <c:pt idx="3050">
                  <c:v>-0.14239491358912601</c:v>
                </c:pt>
                <c:pt idx="3051">
                  <c:v>-0.123208521834545</c:v>
                </c:pt>
                <c:pt idx="3052">
                  <c:v>-7.4724362017910606E-2</c:v>
                </c:pt>
                <c:pt idx="3053">
                  <c:v>0.10704370960401401</c:v>
                </c:pt>
                <c:pt idx="3054">
                  <c:v>-9.95012838298166E-2</c:v>
                </c:pt>
                <c:pt idx="3055">
                  <c:v>-6.0188521872991202E-2</c:v>
                </c:pt>
                <c:pt idx="3056">
                  <c:v>-0.15609594226800999</c:v>
                </c:pt>
                <c:pt idx="3057">
                  <c:v>0.154599997864345</c:v>
                </c:pt>
                <c:pt idx="3058">
                  <c:v>-8.0802151738858199E-2</c:v>
                </c:pt>
                <c:pt idx="3059">
                  <c:v>-9.3415133270632097E-2</c:v>
                </c:pt>
                <c:pt idx="3060">
                  <c:v>8.7353285205388403E-2</c:v>
                </c:pt>
                <c:pt idx="3061">
                  <c:v>0.16766867549991801</c:v>
                </c:pt>
                <c:pt idx="3062">
                  <c:v>0.12027632333617801</c:v>
                </c:pt>
                <c:pt idx="3063">
                  <c:v>-0.10396375228107101</c:v>
                </c:pt>
                <c:pt idx="3064">
                  <c:v>-0.10163734910407</c:v>
                </c:pt>
                <c:pt idx="3065">
                  <c:v>-0.126557308184747</c:v>
                </c:pt>
                <c:pt idx="3066">
                  <c:v>-0.24754017436835299</c:v>
                </c:pt>
                <c:pt idx="3067">
                  <c:v>-0.13615175734148699</c:v>
                </c:pt>
                <c:pt idx="3068">
                  <c:v>-7.6450028112741805E-2</c:v>
                </c:pt>
                <c:pt idx="3069">
                  <c:v>8.9397062759648094E-2</c:v>
                </c:pt>
                <c:pt idx="3070">
                  <c:v>-7.3431762471002998E-2</c:v>
                </c:pt>
                <c:pt idx="3071">
                  <c:v>-5.2262814419535203E-2</c:v>
                </c:pt>
                <c:pt idx="3072">
                  <c:v>-9.0950899699670601E-2</c:v>
                </c:pt>
                <c:pt idx="3073">
                  <c:v>9.4241453768383096E-2</c:v>
                </c:pt>
                <c:pt idx="3074">
                  <c:v>9.0084707076410794E-2</c:v>
                </c:pt>
                <c:pt idx="3075">
                  <c:v>0.13624052203886799</c:v>
                </c:pt>
                <c:pt idx="3076">
                  <c:v>-0.17392752162539399</c:v>
                </c:pt>
                <c:pt idx="3077">
                  <c:v>0.118541257703747</c:v>
                </c:pt>
                <c:pt idx="3078">
                  <c:v>-6.2894871349470804E-2</c:v>
                </c:pt>
                <c:pt idx="3079">
                  <c:v>-8.0063574476241697E-2</c:v>
                </c:pt>
                <c:pt idx="3080">
                  <c:v>-0.14605043147778901</c:v>
                </c:pt>
                <c:pt idx="3081">
                  <c:v>6.2383898216900498E-2</c:v>
                </c:pt>
                <c:pt idx="3082">
                  <c:v>-8.5892860706088897E-2</c:v>
                </c:pt>
                <c:pt idx="3083">
                  <c:v>-0.124283747784979</c:v>
                </c:pt>
                <c:pt idx="3084">
                  <c:v>0.116321349687716</c:v>
                </c:pt>
                <c:pt idx="3085">
                  <c:v>-0.27839455445470701</c:v>
                </c:pt>
                <c:pt idx="3086">
                  <c:v>-8.3084338771474406E-2</c:v>
                </c:pt>
                <c:pt idx="3087">
                  <c:v>-9.4251883954029794E-2</c:v>
                </c:pt>
                <c:pt idx="3088">
                  <c:v>0.173144042375906</c:v>
                </c:pt>
                <c:pt idx="3089">
                  <c:v>-6.2536001955578499E-2</c:v>
                </c:pt>
                <c:pt idx="3090">
                  <c:v>-7.8512478555481394E-2</c:v>
                </c:pt>
                <c:pt idx="3091">
                  <c:v>0.106679525878977</c:v>
                </c:pt>
                <c:pt idx="3092">
                  <c:v>-6.3011677438208097E-2</c:v>
                </c:pt>
                <c:pt idx="3093">
                  <c:v>-8.3932616362119503E-2</c:v>
                </c:pt>
                <c:pt idx="3094">
                  <c:v>-6.3316607167891406E-2</c:v>
                </c:pt>
                <c:pt idx="3095">
                  <c:v>-0.11737699226656099</c:v>
                </c:pt>
                <c:pt idx="3096">
                  <c:v>0.12802885577991999</c:v>
                </c:pt>
                <c:pt idx="3097">
                  <c:v>-7.3609790870747802E-2</c:v>
                </c:pt>
                <c:pt idx="3098">
                  <c:v>-7.2206002222401394E-2</c:v>
                </c:pt>
                <c:pt idx="3099">
                  <c:v>5.6993255464401898E-2</c:v>
                </c:pt>
                <c:pt idx="3100">
                  <c:v>-5.3157748627988603E-2</c:v>
                </c:pt>
                <c:pt idx="3101">
                  <c:v>7.8724556420439698E-2</c:v>
                </c:pt>
                <c:pt idx="3102">
                  <c:v>7.20787373811618E-2</c:v>
                </c:pt>
                <c:pt idx="3103">
                  <c:v>7.3351430064100498E-2</c:v>
                </c:pt>
                <c:pt idx="3104">
                  <c:v>-5.5512631918883698E-2</c:v>
                </c:pt>
                <c:pt idx="3105">
                  <c:v>5.5534466086008601E-2</c:v>
                </c:pt>
                <c:pt idx="3106">
                  <c:v>-5.0133661315115298E-2</c:v>
                </c:pt>
                <c:pt idx="3107">
                  <c:v>5.1880798144445399E-2</c:v>
                </c:pt>
                <c:pt idx="3108">
                  <c:v>-7.1944003202908405E-2</c:v>
                </c:pt>
                <c:pt idx="3109">
                  <c:v>0.121906517395633</c:v>
                </c:pt>
                <c:pt idx="3110">
                  <c:v>7.9134648745910099E-2</c:v>
                </c:pt>
                <c:pt idx="3111">
                  <c:v>-0.15522142512568499</c:v>
                </c:pt>
                <c:pt idx="3112">
                  <c:v>-7.1513362353208307E-2</c:v>
                </c:pt>
                <c:pt idx="3113">
                  <c:v>0.110250368160905</c:v>
                </c:pt>
                <c:pt idx="3114">
                  <c:v>8.1676801454072703E-2</c:v>
                </c:pt>
                <c:pt idx="3115">
                  <c:v>-0.12514938799380801</c:v>
                </c:pt>
                <c:pt idx="3116">
                  <c:v>8.4395186562503E-2</c:v>
                </c:pt>
                <c:pt idx="3117">
                  <c:v>0.113786850807074</c:v>
                </c:pt>
                <c:pt idx="3118">
                  <c:v>9.0281780086279198E-2</c:v>
                </c:pt>
                <c:pt idx="3119">
                  <c:v>6.50064315644521E-2</c:v>
                </c:pt>
                <c:pt idx="3120">
                  <c:v>-7.7922748486731294E-2</c:v>
                </c:pt>
                <c:pt idx="3121">
                  <c:v>7.0121512577681996E-2</c:v>
                </c:pt>
                <c:pt idx="3122">
                  <c:v>0.10695388441312299</c:v>
                </c:pt>
                <c:pt idx="3123">
                  <c:v>-7.1190274639624504E-2</c:v>
                </c:pt>
                <c:pt idx="3124">
                  <c:v>8.6121117926921897E-2</c:v>
                </c:pt>
                <c:pt idx="3125">
                  <c:v>6.7034557764316105E-2</c:v>
                </c:pt>
                <c:pt idx="3126">
                  <c:v>0.13332328664559501</c:v>
                </c:pt>
                <c:pt idx="3127">
                  <c:v>-0.190515138993469</c:v>
                </c:pt>
                <c:pt idx="3128">
                  <c:v>9.0569165067410806E-2</c:v>
                </c:pt>
                <c:pt idx="3129">
                  <c:v>5.57503446372749E-2</c:v>
                </c:pt>
                <c:pt idx="3130">
                  <c:v>0.10462261790617</c:v>
                </c:pt>
                <c:pt idx="3131">
                  <c:v>0.122867232002125</c:v>
                </c:pt>
                <c:pt idx="3132">
                  <c:v>-6.1128462988914799E-2</c:v>
                </c:pt>
                <c:pt idx="3133">
                  <c:v>-5.7876445707968599E-2</c:v>
                </c:pt>
                <c:pt idx="3134">
                  <c:v>6.8046526239797303E-2</c:v>
                </c:pt>
                <c:pt idx="3135">
                  <c:v>5.4456673154341197E-2</c:v>
                </c:pt>
                <c:pt idx="3136">
                  <c:v>7.6700123218483199E-2</c:v>
                </c:pt>
                <c:pt idx="3137">
                  <c:v>0.13262209421457499</c:v>
                </c:pt>
                <c:pt idx="3138">
                  <c:v>-7.81926120356147E-2</c:v>
                </c:pt>
                <c:pt idx="3139">
                  <c:v>-0.107081590864034</c:v>
                </c:pt>
                <c:pt idx="3140">
                  <c:v>5.7073625702599898E-2</c:v>
                </c:pt>
                <c:pt idx="3141">
                  <c:v>-5.2471777601155602E-2</c:v>
                </c:pt>
                <c:pt idx="3142">
                  <c:v>6.7165413998498694E-2</c:v>
                </c:pt>
                <c:pt idx="3143">
                  <c:v>0.115412893522659</c:v>
                </c:pt>
                <c:pt idx="3144">
                  <c:v>0.13136829498483099</c:v>
                </c:pt>
                <c:pt idx="3145">
                  <c:v>6.3767087548129098E-2</c:v>
                </c:pt>
                <c:pt idx="3146">
                  <c:v>-7.22175821513176E-2</c:v>
                </c:pt>
                <c:pt idx="3147">
                  <c:v>4.9223374993008703E-2</c:v>
                </c:pt>
                <c:pt idx="3148">
                  <c:v>-0.10740686286006</c:v>
                </c:pt>
                <c:pt idx="3149">
                  <c:v>-0.16098057894960899</c:v>
                </c:pt>
                <c:pt idx="3150">
                  <c:v>0.13401487246227001</c:v>
                </c:pt>
                <c:pt idx="3151">
                  <c:v>0.248344905763869</c:v>
                </c:pt>
                <c:pt idx="3152">
                  <c:v>9.6804496450413793E-2</c:v>
                </c:pt>
                <c:pt idx="3153">
                  <c:v>-4.90585101651035E-2</c:v>
                </c:pt>
                <c:pt idx="3154">
                  <c:v>6.5176399563696905E-2</c:v>
                </c:pt>
                <c:pt idx="3155">
                  <c:v>5.80239732174022E-2</c:v>
                </c:pt>
                <c:pt idx="3156">
                  <c:v>-8.2780356735057098E-2</c:v>
                </c:pt>
                <c:pt idx="3157">
                  <c:v>0.106538158911842</c:v>
                </c:pt>
                <c:pt idx="3158">
                  <c:v>-8.9146656450655101E-2</c:v>
                </c:pt>
                <c:pt idx="3159">
                  <c:v>7.8663993444997998E-2</c:v>
                </c:pt>
                <c:pt idx="3160">
                  <c:v>0.104183249617982</c:v>
                </c:pt>
                <c:pt idx="3161">
                  <c:v>-0.10855662028737</c:v>
                </c:pt>
                <c:pt idx="3162">
                  <c:v>8.6746680486406505E-2</c:v>
                </c:pt>
                <c:pt idx="3163">
                  <c:v>7.0607836117410699E-2</c:v>
                </c:pt>
                <c:pt idx="3164">
                  <c:v>-5.91849444101058E-2</c:v>
                </c:pt>
                <c:pt idx="3165">
                  <c:v>-5.7591096899422198E-2</c:v>
                </c:pt>
                <c:pt idx="3166">
                  <c:v>-8.8212236356603996E-2</c:v>
                </c:pt>
                <c:pt idx="3167">
                  <c:v>6.5584822112455796E-2</c:v>
                </c:pt>
                <c:pt idx="3168">
                  <c:v>-0.107477354554284</c:v>
                </c:pt>
                <c:pt idx="3169">
                  <c:v>6.4029711613134296E-2</c:v>
                </c:pt>
                <c:pt idx="3170">
                  <c:v>-4.41684492760928E-2</c:v>
                </c:pt>
                <c:pt idx="3171">
                  <c:v>5.6899286577578999E-2</c:v>
                </c:pt>
                <c:pt idx="3172">
                  <c:v>7.1314993773317098E-2</c:v>
                </c:pt>
                <c:pt idx="3173">
                  <c:v>-4.8643541538457E-2</c:v>
                </c:pt>
                <c:pt idx="3174">
                  <c:v>-6.03382705801465E-2</c:v>
                </c:pt>
                <c:pt idx="3175">
                  <c:v>-8.7496916362475502E-2</c:v>
                </c:pt>
                <c:pt idx="3176">
                  <c:v>-4.8270168949592601E-2</c:v>
                </c:pt>
                <c:pt idx="3177">
                  <c:v>7.1420245126141396E-2</c:v>
                </c:pt>
                <c:pt idx="3178">
                  <c:v>-6.1603124136823298E-2</c:v>
                </c:pt>
                <c:pt idx="3179">
                  <c:v>-5.3984355597911801E-2</c:v>
                </c:pt>
                <c:pt idx="3180">
                  <c:v>-5.2542136572270699E-2</c:v>
                </c:pt>
                <c:pt idx="3181">
                  <c:v>8.6801963738143001E-2</c:v>
                </c:pt>
                <c:pt idx="3182">
                  <c:v>-9.4497233488521501E-2</c:v>
                </c:pt>
                <c:pt idx="3183">
                  <c:v>0.101657535309151</c:v>
                </c:pt>
                <c:pt idx="3184">
                  <c:v>-6.7591050363269303E-2</c:v>
                </c:pt>
                <c:pt idx="3185">
                  <c:v>6.4805166972327299E-2</c:v>
                </c:pt>
                <c:pt idx="3186">
                  <c:v>7.0701711790832206E-2</c:v>
                </c:pt>
                <c:pt idx="3187">
                  <c:v>-8.4804335462394007E-2</c:v>
                </c:pt>
                <c:pt idx="3188">
                  <c:v>-9.8030341141967597E-2</c:v>
                </c:pt>
                <c:pt idx="3189">
                  <c:v>-7.4617176607574706E-2</c:v>
                </c:pt>
                <c:pt idx="3190">
                  <c:v>4.18166234314441E-2</c:v>
                </c:pt>
                <c:pt idx="3191">
                  <c:v>-6.4984470773900696E-2</c:v>
                </c:pt>
                <c:pt idx="3192">
                  <c:v>-7.7321586070464604E-2</c:v>
                </c:pt>
                <c:pt idx="3193">
                  <c:v>4.2191209205100201E-2</c:v>
                </c:pt>
                <c:pt idx="3194">
                  <c:v>0.136930770061788</c:v>
                </c:pt>
                <c:pt idx="3195">
                  <c:v>7.0789049711180496E-2</c:v>
                </c:pt>
                <c:pt idx="3196">
                  <c:v>-5.3576343082461599E-2</c:v>
                </c:pt>
                <c:pt idx="3197">
                  <c:v>0.12051270076573301</c:v>
                </c:pt>
                <c:pt idx="3198">
                  <c:v>-5.8974308481797501E-2</c:v>
                </c:pt>
                <c:pt idx="3199">
                  <c:v>-5.0399547891430502E-2</c:v>
                </c:pt>
                <c:pt idx="3200">
                  <c:v>-4.6857873321680898E-2</c:v>
                </c:pt>
                <c:pt idx="3201">
                  <c:v>8.4419098076896404E-2</c:v>
                </c:pt>
                <c:pt idx="3202">
                  <c:v>8.4429747858802501E-2</c:v>
                </c:pt>
                <c:pt idx="3203">
                  <c:v>6.6246635417062494E-2</c:v>
                </c:pt>
                <c:pt idx="3204">
                  <c:v>6.3891108308435904E-2</c:v>
                </c:pt>
                <c:pt idx="3205">
                  <c:v>-7.4750097970490301E-2</c:v>
                </c:pt>
                <c:pt idx="3206">
                  <c:v>5.0868609904000599E-2</c:v>
                </c:pt>
                <c:pt idx="3207">
                  <c:v>4.3972956165724497E-2</c:v>
                </c:pt>
                <c:pt idx="3208">
                  <c:v>0.103305298920066</c:v>
                </c:pt>
                <c:pt idx="3209">
                  <c:v>-0.108324166798305</c:v>
                </c:pt>
                <c:pt idx="3210">
                  <c:v>0.38503155919499199</c:v>
                </c:pt>
                <c:pt idx="3211">
                  <c:v>-5.2324242260066697E-2</c:v>
                </c:pt>
                <c:pt idx="3212">
                  <c:v>4.5189522011604297E-2</c:v>
                </c:pt>
                <c:pt idx="3213">
                  <c:v>7.9873850941524396E-2</c:v>
                </c:pt>
                <c:pt idx="3214">
                  <c:v>-4.2493901450008302E-2</c:v>
                </c:pt>
                <c:pt idx="3215">
                  <c:v>-4.17205778311001E-2</c:v>
                </c:pt>
                <c:pt idx="3216">
                  <c:v>-6.5827875282185006E-2</c:v>
                </c:pt>
                <c:pt idx="3217">
                  <c:v>-3.6855524966345102E-2</c:v>
                </c:pt>
                <c:pt idx="3218">
                  <c:v>5.6127882281760598E-2</c:v>
                </c:pt>
                <c:pt idx="3219">
                  <c:v>-5.2727797428261197E-2</c:v>
                </c:pt>
                <c:pt idx="3220">
                  <c:v>6.5408401019350706E-2</c:v>
                </c:pt>
                <c:pt idx="3221">
                  <c:v>-4.3890164682629497E-2</c:v>
                </c:pt>
                <c:pt idx="3222">
                  <c:v>-5.2820813725716703E-2</c:v>
                </c:pt>
                <c:pt idx="3223">
                  <c:v>6.2543174925490802E-2</c:v>
                </c:pt>
                <c:pt idx="3224">
                  <c:v>-4.2606563378747402E-2</c:v>
                </c:pt>
                <c:pt idx="3225">
                  <c:v>-6.6699107145200998E-2</c:v>
                </c:pt>
                <c:pt idx="3226">
                  <c:v>3.91867171740614E-2</c:v>
                </c:pt>
                <c:pt idx="3227">
                  <c:v>-0.108660415948393</c:v>
                </c:pt>
                <c:pt idx="3228">
                  <c:v>-4.6314796424201901E-2</c:v>
                </c:pt>
                <c:pt idx="3229">
                  <c:v>-4.1556171447353997E-2</c:v>
                </c:pt>
                <c:pt idx="3230">
                  <c:v>6.0570637658379702E-2</c:v>
                </c:pt>
                <c:pt idx="3231">
                  <c:v>4.9046142834470202E-2</c:v>
                </c:pt>
                <c:pt idx="3232">
                  <c:v>-5.1794254054222201E-2</c:v>
                </c:pt>
                <c:pt idx="3233">
                  <c:v>-5.9827801663082901E-2</c:v>
                </c:pt>
                <c:pt idx="3234">
                  <c:v>-4.3022796970063802E-2</c:v>
                </c:pt>
                <c:pt idx="3235">
                  <c:v>-0.17303494136703501</c:v>
                </c:pt>
                <c:pt idx="3236">
                  <c:v>-7.2855411794062505E-2</c:v>
                </c:pt>
                <c:pt idx="3237">
                  <c:v>-3.6011850105005301E-2</c:v>
                </c:pt>
                <c:pt idx="3238">
                  <c:v>-3.6397952033773599E-2</c:v>
                </c:pt>
                <c:pt idx="3239">
                  <c:v>3.7549541742528399E-2</c:v>
                </c:pt>
                <c:pt idx="3240">
                  <c:v>-5.6810125285519299E-2</c:v>
                </c:pt>
                <c:pt idx="3241">
                  <c:v>7.5880638097931594E-2</c:v>
                </c:pt>
                <c:pt idx="3242">
                  <c:v>5.7536723477220199E-2</c:v>
                </c:pt>
                <c:pt idx="3243">
                  <c:v>-4.1525908331014001E-2</c:v>
                </c:pt>
                <c:pt idx="3244">
                  <c:v>-5.2797104461625097E-2</c:v>
                </c:pt>
                <c:pt idx="3245">
                  <c:v>-4.3715330136443201E-2</c:v>
                </c:pt>
                <c:pt idx="3246">
                  <c:v>5.3274950162759203E-2</c:v>
                </c:pt>
                <c:pt idx="3247">
                  <c:v>-0.116572760091433</c:v>
                </c:pt>
                <c:pt idx="3248">
                  <c:v>6.8884263034551196E-2</c:v>
                </c:pt>
                <c:pt idx="3249">
                  <c:v>-5.7391586301900298E-2</c:v>
                </c:pt>
                <c:pt idx="3250">
                  <c:v>-9.3501539294717204E-2</c:v>
                </c:pt>
                <c:pt idx="3251">
                  <c:v>-5.6251746317006003E-2</c:v>
                </c:pt>
                <c:pt idx="3252">
                  <c:v>-7.86917249457737E-2</c:v>
                </c:pt>
                <c:pt idx="3253">
                  <c:v>-7.0084231442152103E-2</c:v>
                </c:pt>
                <c:pt idx="3254">
                  <c:v>4.4691210600056798E-2</c:v>
                </c:pt>
                <c:pt idx="3255">
                  <c:v>3.8175873486139301E-2</c:v>
                </c:pt>
                <c:pt idx="3256">
                  <c:v>-5.7694956192051401E-2</c:v>
                </c:pt>
                <c:pt idx="3257">
                  <c:v>-3.8791039942129402E-2</c:v>
                </c:pt>
                <c:pt idx="3258">
                  <c:v>-6.2725855389427196E-2</c:v>
                </c:pt>
                <c:pt idx="3259">
                  <c:v>-4.0040537552684399E-2</c:v>
                </c:pt>
                <c:pt idx="3260">
                  <c:v>7.7278016684495299E-2</c:v>
                </c:pt>
                <c:pt idx="3261">
                  <c:v>-3.8453870672693603E-2</c:v>
                </c:pt>
                <c:pt idx="3262">
                  <c:v>4.80062496142395E-2</c:v>
                </c:pt>
                <c:pt idx="3263">
                  <c:v>-4.1248149394359501E-2</c:v>
                </c:pt>
                <c:pt idx="3264">
                  <c:v>-5.2647528207234701E-2</c:v>
                </c:pt>
                <c:pt idx="3265">
                  <c:v>-7.5036483260873907E-2</c:v>
                </c:pt>
                <c:pt idx="3266">
                  <c:v>-7.5891662595179099E-2</c:v>
                </c:pt>
                <c:pt idx="3267">
                  <c:v>3.8963012713839597E-2</c:v>
                </c:pt>
                <c:pt idx="3268">
                  <c:v>-6.9160601468805497E-2</c:v>
                </c:pt>
                <c:pt idx="3269">
                  <c:v>3.8366508266225501E-2</c:v>
                </c:pt>
                <c:pt idx="3270">
                  <c:v>6.9452451647460806E-2</c:v>
                </c:pt>
                <c:pt idx="3271">
                  <c:v>-4.1880524323495601E-2</c:v>
                </c:pt>
                <c:pt idx="3272">
                  <c:v>8.6759710291950398E-2</c:v>
                </c:pt>
                <c:pt idx="3273">
                  <c:v>7.6566605014498607E-2</c:v>
                </c:pt>
                <c:pt idx="3274">
                  <c:v>-5.5871503479515597E-2</c:v>
                </c:pt>
                <c:pt idx="3275">
                  <c:v>0.17134848095565</c:v>
                </c:pt>
                <c:pt idx="3276">
                  <c:v>-4.05409180751981E-2</c:v>
                </c:pt>
                <c:pt idx="3277">
                  <c:v>-0.103699566940101</c:v>
                </c:pt>
                <c:pt idx="3278">
                  <c:v>-4.0439103458083998E-2</c:v>
                </c:pt>
                <c:pt idx="3279">
                  <c:v>6.7748242424368499E-2</c:v>
                </c:pt>
                <c:pt idx="3280">
                  <c:v>3.8097856018531197E-2</c:v>
                </c:pt>
                <c:pt idx="3281">
                  <c:v>9.5944748038359506E-2</c:v>
                </c:pt>
                <c:pt idx="3282">
                  <c:v>3.9787474703377498E-2</c:v>
                </c:pt>
                <c:pt idx="3283">
                  <c:v>7.1850488119682906E-2</c:v>
                </c:pt>
                <c:pt idx="3284">
                  <c:v>8.0457569543110494E-2</c:v>
                </c:pt>
                <c:pt idx="3285">
                  <c:v>4.39483131515956E-2</c:v>
                </c:pt>
                <c:pt idx="3286">
                  <c:v>-5.6439571737744401E-2</c:v>
                </c:pt>
                <c:pt idx="3287">
                  <c:v>-3.07846042998321E-2</c:v>
                </c:pt>
                <c:pt idx="3288">
                  <c:v>-4.5051824345890203E-2</c:v>
                </c:pt>
                <c:pt idx="3289">
                  <c:v>0.119184097520435</c:v>
                </c:pt>
                <c:pt idx="3290">
                  <c:v>-6.3085851142400201E-2</c:v>
                </c:pt>
                <c:pt idx="3291">
                  <c:v>8.2303510471525995E-2</c:v>
                </c:pt>
                <c:pt idx="3292">
                  <c:v>-5.8749658629068301E-2</c:v>
                </c:pt>
                <c:pt idx="3293">
                  <c:v>4.36978143499758E-2</c:v>
                </c:pt>
                <c:pt idx="3294">
                  <c:v>8.59716319142763E-2</c:v>
                </c:pt>
                <c:pt idx="3295">
                  <c:v>6.1852361920230699E-2</c:v>
                </c:pt>
                <c:pt idx="3296">
                  <c:v>-4.3848848000258997E-2</c:v>
                </c:pt>
                <c:pt idx="3297">
                  <c:v>-5.1256445692423797E-2</c:v>
                </c:pt>
                <c:pt idx="3298">
                  <c:v>-3.2993613665759397E-2</c:v>
                </c:pt>
                <c:pt idx="3299">
                  <c:v>8.3034240468055701E-2</c:v>
                </c:pt>
                <c:pt idx="3300">
                  <c:v>4.54504794764077E-2</c:v>
                </c:pt>
                <c:pt idx="3301">
                  <c:v>-4.3422428484579001E-2</c:v>
                </c:pt>
                <c:pt idx="3302">
                  <c:v>0.114411695220724</c:v>
                </c:pt>
                <c:pt idx="3303">
                  <c:v>-4.98657307366486E-2</c:v>
                </c:pt>
                <c:pt idx="3304">
                  <c:v>4.0167086136452902E-2</c:v>
                </c:pt>
                <c:pt idx="3305">
                  <c:v>3.8317639388022698E-2</c:v>
                </c:pt>
                <c:pt idx="3306">
                  <c:v>-4.8035249379928799E-2</c:v>
                </c:pt>
                <c:pt idx="3307">
                  <c:v>-4.8602939195674801E-2</c:v>
                </c:pt>
                <c:pt idx="3308">
                  <c:v>-6.39582571205288E-2</c:v>
                </c:pt>
                <c:pt idx="3309">
                  <c:v>-6.63932430054857E-2</c:v>
                </c:pt>
                <c:pt idx="3310">
                  <c:v>-9.1723601516850606E-2</c:v>
                </c:pt>
                <c:pt idx="3311">
                  <c:v>-5.5478227314839798E-2</c:v>
                </c:pt>
                <c:pt idx="3312">
                  <c:v>-3.5603013154563698E-2</c:v>
                </c:pt>
                <c:pt idx="3313">
                  <c:v>-2.89088967302433E-2</c:v>
                </c:pt>
                <c:pt idx="3314">
                  <c:v>3.2507201457690399E-2</c:v>
                </c:pt>
                <c:pt idx="3315">
                  <c:v>-6.4772309651971199E-2</c:v>
                </c:pt>
                <c:pt idx="3316">
                  <c:v>-5.2657317896176899E-2</c:v>
                </c:pt>
                <c:pt idx="3317">
                  <c:v>4.3910938278734997E-2</c:v>
                </c:pt>
                <c:pt idx="3318">
                  <c:v>5.5958576893722502E-2</c:v>
                </c:pt>
                <c:pt idx="3319">
                  <c:v>3.3372781476206398E-2</c:v>
                </c:pt>
                <c:pt idx="3320">
                  <c:v>5.1215482432201802E-2</c:v>
                </c:pt>
                <c:pt idx="3321">
                  <c:v>-3.4227460635637599E-2</c:v>
                </c:pt>
                <c:pt idx="3322">
                  <c:v>-6.40283244995139E-2</c:v>
                </c:pt>
                <c:pt idx="3323">
                  <c:v>-3.20794496862504E-2</c:v>
                </c:pt>
                <c:pt idx="3324">
                  <c:v>7.2658514066702706E-2</c:v>
                </c:pt>
                <c:pt idx="3325">
                  <c:v>8.9903623565192006E-2</c:v>
                </c:pt>
                <c:pt idx="3326">
                  <c:v>-3.3558613127627999E-2</c:v>
                </c:pt>
                <c:pt idx="3327">
                  <c:v>-3.15313758038442E-2</c:v>
                </c:pt>
                <c:pt idx="3328">
                  <c:v>-8.4261092118314507E-2</c:v>
                </c:pt>
                <c:pt idx="3329">
                  <c:v>-4.4207342202550799E-2</c:v>
                </c:pt>
                <c:pt idx="3330">
                  <c:v>7.7334354296560506E-2</c:v>
                </c:pt>
                <c:pt idx="3331">
                  <c:v>4.85855290688448E-2</c:v>
                </c:pt>
                <c:pt idx="3332">
                  <c:v>4.8642598523233702E-2</c:v>
                </c:pt>
                <c:pt idx="3333">
                  <c:v>3.28022969599822E-2</c:v>
                </c:pt>
                <c:pt idx="3334">
                  <c:v>3.0752036176707499E-2</c:v>
                </c:pt>
                <c:pt idx="3335">
                  <c:v>3.99990888045565E-2</c:v>
                </c:pt>
                <c:pt idx="3336">
                  <c:v>3.4919901559351998E-2</c:v>
                </c:pt>
                <c:pt idx="3337">
                  <c:v>4.5696478788681098E-2</c:v>
                </c:pt>
                <c:pt idx="3338">
                  <c:v>-6.7419386070895398E-2</c:v>
                </c:pt>
                <c:pt idx="3339">
                  <c:v>-2.9932125324883398E-2</c:v>
                </c:pt>
                <c:pt idx="3340">
                  <c:v>-4.6690312836194202E-2</c:v>
                </c:pt>
                <c:pt idx="3341">
                  <c:v>5.1419061969440301E-2</c:v>
                </c:pt>
                <c:pt idx="3342">
                  <c:v>-4.4796221639238402E-2</c:v>
                </c:pt>
                <c:pt idx="3343">
                  <c:v>-3.7201826065384601E-2</c:v>
                </c:pt>
                <c:pt idx="3344">
                  <c:v>3.12217246654178E-2</c:v>
                </c:pt>
                <c:pt idx="3345">
                  <c:v>-3.5784764001739702E-2</c:v>
                </c:pt>
                <c:pt idx="3346">
                  <c:v>-2.78176459485877E-2</c:v>
                </c:pt>
                <c:pt idx="3347">
                  <c:v>7.8467920321916296E-2</c:v>
                </c:pt>
                <c:pt idx="3348">
                  <c:v>3.5549613988703002E-2</c:v>
                </c:pt>
                <c:pt idx="3349">
                  <c:v>3.27160834887366E-2</c:v>
                </c:pt>
                <c:pt idx="3350">
                  <c:v>5.7370956174828798E-2</c:v>
                </c:pt>
                <c:pt idx="3351">
                  <c:v>7.03314297087516E-2</c:v>
                </c:pt>
                <c:pt idx="3352">
                  <c:v>4.3885629840719503E-2</c:v>
                </c:pt>
                <c:pt idx="3353">
                  <c:v>-3.1488332225201497E-2</c:v>
                </c:pt>
                <c:pt idx="3354">
                  <c:v>2.6020451788085101E-2</c:v>
                </c:pt>
                <c:pt idx="3355">
                  <c:v>2.5221333215075199E-2</c:v>
                </c:pt>
                <c:pt idx="3356">
                  <c:v>-5.1368810046447798E-2</c:v>
                </c:pt>
                <c:pt idx="3357">
                  <c:v>-6.6336484378936703E-2</c:v>
                </c:pt>
                <c:pt idx="3358">
                  <c:v>3.1108314145228601E-2</c:v>
                </c:pt>
                <c:pt idx="3359">
                  <c:v>-3.1667241360913999E-2</c:v>
                </c:pt>
                <c:pt idx="3360">
                  <c:v>-4.7506782679434402E-2</c:v>
                </c:pt>
                <c:pt idx="3361">
                  <c:v>-3.1638047934134099E-2</c:v>
                </c:pt>
                <c:pt idx="3362">
                  <c:v>-3.35271475714123E-2</c:v>
                </c:pt>
                <c:pt idx="3363">
                  <c:v>-6.6856331369173502E-2</c:v>
                </c:pt>
                <c:pt idx="3364">
                  <c:v>6.9920009098474595E-2</c:v>
                </c:pt>
                <c:pt idx="3365">
                  <c:v>4.0550236158427601E-2</c:v>
                </c:pt>
                <c:pt idx="3366">
                  <c:v>2.7541240550469599E-2</c:v>
                </c:pt>
                <c:pt idx="3367">
                  <c:v>-4.1224047392791598E-2</c:v>
                </c:pt>
                <c:pt idx="3368">
                  <c:v>-3.7032950708955098E-2</c:v>
                </c:pt>
                <c:pt idx="3369">
                  <c:v>7.9918448466912706E-2</c:v>
                </c:pt>
                <c:pt idx="3370">
                  <c:v>-4.6496313622480301E-2</c:v>
                </c:pt>
                <c:pt idx="3371">
                  <c:v>5.0988719747074598E-2</c:v>
                </c:pt>
                <c:pt idx="3372">
                  <c:v>-3.0348568826543201E-2</c:v>
                </c:pt>
                <c:pt idx="3373">
                  <c:v>-4.6489970089542303E-2</c:v>
                </c:pt>
                <c:pt idx="3374">
                  <c:v>3.5612288067149202E-2</c:v>
                </c:pt>
                <c:pt idx="3375">
                  <c:v>3.97112663601931E-2</c:v>
                </c:pt>
                <c:pt idx="3376">
                  <c:v>4.1905239589730997E-2</c:v>
                </c:pt>
                <c:pt idx="3377">
                  <c:v>3.5152589947035302E-2</c:v>
                </c:pt>
                <c:pt idx="3378">
                  <c:v>-2.4764023780988999E-2</c:v>
                </c:pt>
                <c:pt idx="3379">
                  <c:v>-2.7054011841833901E-2</c:v>
                </c:pt>
                <c:pt idx="3380">
                  <c:v>2.5696997760054099E-2</c:v>
                </c:pt>
                <c:pt idx="3381">
                  <c:v>4.6198821738098403E-2</c:v>
                </c:pt>
                <c:pt idx="3382">
                  <c:v>3.2395976483595497E-2</c:v>
                </c:pt>
                <c:pt idx="3383">
                  <c:v>-5.38682561360702E-2</c:v>
                </c:pt>
                <c:pt idx="3384">
                  <c:v>3.3228068020406502E-2</c:v>
                </c:pt>
                <c:pt idx="3385">
                  <c:v>3.1350905775418901E-2</c:v>
                </c:pt>
                <c:pt idx="3386">
                  <c:v>-2.8050240546946301E-2</c:v>
                </c:pt>
                <c:pt idx="3387">
                  <c:v>-6.4257937263491299E-2</c:v>
                </c:pt>
                <c:pt idx="3388">
                  <c:v>-3.7214453836732303E-2</c:v>
                </c:pt>
                <c:pt idx="3389">
                  <c:v>3.6213336482202201E-2</c:v>
                </c:pt>
                <c:pt idx="3390">
                  <c:v>-5.9659645917282199E-2</c:v>
                </c:pt>
                <c:pt idx="3391">
                  <c:v>-4.2501287076135E-2</c:v>
                </c:pt>
                <c:pt idx="3392">
                  <c:v>-4.2682888365824602E-2</c:v>
                </c:pt>
                <c:pt idx="3393">
                  <c:v>-2.85543380202142E-2</c:v>
                </c:pt>
                <c:pt idx="3394">
                  <c:v>6.8277475876143995E-2</c:v>
                </c:pt>
                <c:pt idx="3395">
                  <c:v>6.3487539719822905E-2</c:v>
                </c:pt>
                <c:pt idx="3396">
                  <c:v>6.0138132272904002E-2</c:v>
                </c:pt>
                <c:pt idx="3397">
                  <c:v>-4.5799747117989398E-2</c:v>
                </c:pt>
                <c:pt idx="3398">
                  <c:v>-3.74243474891571E-2</c:v>
                </c:pt>
                <c:pt idx="3399">
                  <c:v>-3.9820678857818599E-2</c:v>
                </c:pt>
                <c:pt idx="3400">
                  <c:v>-2.99995188729234E-2</c:v>
                </c:pt>
                <c:pt idx="3401">
                  <c:v>-3.4246469274283001E-2</c:v>
                </c:pt>
                <c:pt idx="3402">
                  <c:v>2.99311045221771E-2</c:v>
                </c:pt>
                <c:pt idx="3403">
                  <c:v>3.2269669732254903E-2</c:v>
                </c:pt>
                <c:pt idx="3404">
                  <c:v>3.8479412728150898E-2</c:v>
                </c:pt>
                <c:pt idx="3405">
                  <c:v>-6.2138598061302702E-2</c:v>
                </c:pt>
                <c:pt idx="3406">
                  <c:v>-8.9132134798113299E-2</c:v>
                </c:pt>
                <c:pt idx="3407">
                  <c:v>-2.5560885605980101E-2</c:v>
                </c:pt>
                <c:pt idx="3408">
                  <c:v>-4.2749390328193498E-2</c:v>
                </c:pt>
                <c:pt idx="3409">
                  <c:v>-6.15662663230978E-2</c:v>
                </c:pt>
                <c:pt idx="3410">
                  <c:v>2.6925948305081E-2</c:v>
                </c:pt>
                <c:pt idx="3411">
                  <c:v>3.54331419517777E-2</c:v>
                </c:pt>
                <c:pt idx="3412">
                  <c:v>3.9957171577341903E-2</c:v>
                </c:pt>
                <c:pt idx="3413">
                  <c:v>-2.2092437852819599E-2</c:v>
                </c:pt>
                <c:pt idx="3414">
                  <c:v>9.0087754788250193E-2</c:v>
                </c:pt>
                <c:pt idx="3415">
                  <c:v>3.8378983677368701E-2</c:v>
                </c:pt>
                <c:pt idx="3416">
                  <c:v>-4.2910400070262297E-2</c:v>
                </c:pt>
                <c:pt idx="3417">
                  <c:v>-5.3749335743510998E-2</c:v>
                </c:pt>
                <c:pt idx="3418">
                  <c:v>-2.6619899772157399E-2</c:v>
                </c:pt>
                <c:pt idx="3419">
                  <c:v>3.0728484292868799E-2</c:v>
                </c:pt>
                <c:pt idx="3420">
                  <c:v>4.0713717434886797E-2</c:v>
                </c:pt>
                <c:pt idx="3421">
                  <c:v>2.0605793531455401E-2</c:v>
                </c:pt>
                <c:pt idx="3422">
                  <c:v>-6.1784857221912397E-2</c:v>
                </c:pt>
                <c:pt idx="3423">
                  <c:v>-4.5283169173792701E-2</c:v>
                </c:pt>
                <c:pt idx="3424">
                  <c:v>-3.5190743767810097E-2</c:v>
                </c:pt>
                <c:pt idx="3425">
                  <c:v>-3.6924127529587701E-2</c:v>
                </c:pt>
                <c:pt idx="3426">
                  <c:v>-2.3696576380665101E-2</c:v>
                </c:pt>
                <c:pt idx="3427">
                  <c:v>3.2650418167051498E-2</c:v>
                </c:pt>
                <c:pt idx="3428">
                  <c:v>2.0553436675250201E-2</c:v>
                </c:pt>
                <c:pt idx="3429">
                  <c:v>-7.1523402385768306E-2</c:v>
                </c:pt>
                <c:pt idx="3430">
                  <c:v>2.8901508699419799E-2</c:v>
                </c:pt>
                <c:pt idx="3431">
                  <c:v>2.19229884286598E-2</c:v>
                </c:pt>
                <c:pt idx="3432">
                  <c:v>3.4558728675723002E-2</c:v>
                </c:pt>
                <c:pt idx="3433">
                  <c:v>-3.1494696943010297E-2</c:v>
                </c:pt>
                <c:pt idx="3434">
                  <c:v>-4.8665541722019902E-2</c:v>
                </c:pt>
                <c:pt idx="3435">
                  <c:v>-4.8466335395172401E-2</c:v>
                </c:pt>
                <c:pt idx="3436">
                  <c:v>-5.0747653570592598E-2</c:v>
                </c:pt>
                <c:pt idx="3437">
                  <c:v>-8.0228585818772999E-2</c:v>
                </c:pt>
                <c:pt idx="3438">
                  <c:v>-3.9034364984793499E-2</c:v>
                </c:pt>
                <c:pt idx="3439">
                  <c:v>2.6410515050315601E-2</c:v>
                </c:pt>
                <c:pt idx="3440">
                  <c:v>-3.1900441711829999E-2</c:v>
                </c:pt>
                <c:pt idx="3441">
                  <c:v>2.6195684678853599E-2</c:v>
                </c:pt>
                <c:pt idx="3442">
                  <c:v>-5.4843274034436E-2</c:v>
                </c:pt>
                <c:pt idx="3443">
                  <c:v>4.1237335922907903E-2</c:v>
                </c:pt>
                <c:pt idx="3444">
                  <c:v>-4.2311740664331403E-2</c:v>
                </c:pt>
                <c:pt idx="3445">
                  <c:v>3.0508938590443801E-2</c:v>
                </c:pt>
                <c:pt idx="3446">
                  <c:v>-4.0600406654355901E-2</c:v>
                </c:pt>
                <c:pt idx="3447">
                  <c:v>3.7195471625217601E-2</c:v>
                </c:pt>
                <c:pt idx="3448">
                  <c:v>-3.4571699918380702E-2</c:v>
                </c:pt>
                <c:pt idx="3449">
                  <c:v>3.4517261593130399E-2</c:v>
                </c:pt>
                <c:pt idx="3450">
                  <c:v>-5.2714112606157201E-2</c:v>
                </c:pt>
                <c:pt idx="3451">
                  <c:v>-2.9190428738090201E-2</c:v>
                </c:pt>
                <c:pt idx="3452">
                  <c:v>4.2102409287263498E-2</c:v>
                </c:pt>
                <c:pt idx="3453">
                  <c:v>-2.1796743146957499E-2</c:v>
                </c:pt>
                <c:pt idx="3454">
                  <c:v>-2.1629256909669398E-2</c:v>
                </c:pt>
                <c:pt idx="3455">
                  <c:v>2.1274886835826099E-2</c:v>
                </c:pt>
                <c:pt idx="3456">
                  <c:v>3.3876741744091297E-2</c:v>
                </c:pt>
                <c:pt idx="3457">
                  <c:v>1.9399871231620101E-2</c:v>
                </c:pt>
                <c:pt idx="3458">
                  <c:v>-2.2124743185809599E-2</c:v>
                </c:pt>
                <c:pt idx="3459">
                  <c:v>-3.1755935827735698E-2</c:v>
                </c:pt>
                <c:pt idx="3460">
                  <c:v>2.09378765869985E-2</c:v>
                </c:pt>
                <c:pt idx="3461">
                  <c:v>2.92409868145675E-2</c:v>
                </c:pt>
                <c:pt idx="3462">
                  <c:v>3.2866271132917298E-2</c:v>
                </c:pt>
                <c:pt idx="3463">
                  <c:v>2.3947943898253499E-2</c:v>
                </c:pt>
                <c:pt idx="3464">
                  <c:v>-3.2991930216859103E-2</c:v>
                </c:pt>
                <c:pt idx="3465">
                  <c:v>-2.2089027121694499E-2</c:v>
                </c:pt>
                <c:pt idx="3466">
                  <c:v>3.6123563503348798E-2</c:v>
                </c:pt>
                <c:pt idx="3467">
                  <c:v>4.2131550327649599E-2</c:v>
                </c:pt>
                <c:pt idx="3468">
                  <c:v>-2.3296900489015102E-2</c:v>
                </c:pt>
                <c:pt idx="3469">
                  <c:v>1.6172333097529201E-2</c:v>
                </c:pt>
                <c:pt idx="3470">
                  <c:v>2.6839372875258501E-2</c:v>
                </c:pt>
                <c:pt idx="3471">
                  <c:v>2.1546012396203899E-2</c:v>
                </c:pt>
                <c:pt idx="3472">
                  <c:v>-2.47140904582679E-2</c:v>
                </c:pt>
                <c:pt idx="3473">
                  <c:v>1.9425716803507201E-2</c:v>
                </c:pt>
                <c:pt idx="3474">
                  <c:v>7.2513264207351796E-2</c:v>
                </c:pt>
                <c:pt idx="3475">
                  <c:v>3.0663041072774198E-2</c:v>
                </c:pt>
                <c:pt idx="3476">
                  <c:v>-3.2904415746962498E-2</c:v>
                </c:pt>
                <c:pt idx="3477">
                  <c:v>2.1688820196153799E-2</c:v>
                </c:pt>
                <c:pt idx="3478">
                  <c:v>-1.50990891337308E-2</c:v>
                </c:pt>
                <c:pt idx="3479">
                  <c:v>-5.6062007210961398E-2</c:v>
                </c:pt>
                <c:pt idx="3480">
                  <c:v>1.9077981296810299E-2</c:v>
                </c:pt>
                <c:pt idx="3481">
                  <c:v>1.5511612503143399E-2</c:v>
                </c:pt>
                <c:pt idx="3482">
                  <c:v>-2.7968924651350601E-2</c:v>
                </c:pt>
                <c:pt idx="3483">
                  <c:v>-1.55835378144751E-2</c:v>
                </c:pt>
                <c:pt idx="3484">
                  <c:v>4.0071732170940101E-2</c:v>
                </c:pt>
                <c:pt idx="3485">
                  <c:v>-2.1435839549354799E-2</c:v>
                </c:pt>
                <c:pt idx="3486">
                  <c:v>3.2585766008335099E-2</c:v>
                </c:pt>
                <c:pt idx="3487">
                  <c:v>-1.6741650052978198E-2</c:v>
                </c:pt>
                <c:pt idx="3488">
                  <c:v>-2.4715740287778201E-2</c:v>
                </c:pt>
                <c:pt idx="3489">
                  <c:v>2.35184947663853E-2</c:v>
                </c:pt>
                <c:pt idx="3490">
                  <c:v>1.5931810411334599E-2</c:v>
                </c:pt>
                <c:pt idx="3491">
                  <c:v>2.7700310044266999E-2</c:v>
                </c:pt>
                <c:pt idx="3492">
                  <c:v>3.5443574962446399E-2</c:v>
                </c:pt>
                <c:pt idx="3493">
                  <c:v>-3.6176156935404401E-2</c:v>
                </c:pt>
                <c:pt idx="3494">
                  <c:v>3.7451442964645303E-2</c:v>
                </c:pt>
                <c:pt idx="3495">
                  <c:v>-1.9125589486300498E-2</c:v>
                </c:pt>
                <c:pt idx="3496">
                  <c:v>5.20542438208587E-2</c:v>
                </c:pt>
                <c:pt idx="3497">
                  <c:v>2.0474857119925399E-2</c:v>
                </c:pt>
                <c:pt idx="3498">
                  <c:v>2.09135880392637E-2</c:v>
                </c:pt>
                <c:pt idx="3499">
                  <c:v>-4.61269398887083E-2</c:v>
                </c:pt>
                <c:pt idx="3500">
                  <c:v>1.99129838249874E-2</c:v>
                </c:pt>
                <c:pt idx="3501">
                  <c:v>-3.3920648250184399E-2</c:v>
                </c:pt>
                <c:pt idx="3502">
                  <c:v>2.3971243374607099E-2</c:v>
                </c:pt>
                <c:pt idx="3503">
                  <c:v>-1.58878461268195E-2</c:v>
                </c:pt>
                <c:pt idx="3504">
                  <c:v>1.5243354779350699E-2</c:v>
                </c:pt>
                <c:pt idx="3505">
                  <c:v>-1.9167651489624401E-2</c:v>
                </c:pt>
                <c:pt idx="3506">
                  <c:v>-1.78641661682057E-2</c:v>
                </c:pt>
                <c:pt idx="3507">
                  <c:v>2.7617260639154002E-2</c:v>
                </c:pt>
                <c:pt idx="3508">
                  <c:v>-2.5181286783293899E-2</c:v>
                </c:pt>
                <c:pt idx="3509">
                  <c:v>1.52252548602547E-2</c:v>
                </c:pt>
                <c:pt idx="3510">
                  <c:v>2.5409430863309299E-2</c:v>
                </c:pt>
                <c:pt idx="3511">
                  <c:v>-3.3299946820800799E-2</c:v>
                </c:pt>
                <c:pt idx="3512">
                  <c:v>2.2806703382055801E-2</c:v>
                </c:pt>
                <c:pt idx="3513">
                  <c:v>-1.77557495938565E-2</c:v>
                </c:pt>
                <c:pt idx="3514">
                  <c:v>1.8455465784242599E-2</c:v>
                </c:pt>
                <c:pt idx="3515">
                  <c:v>1.44271619783858E-2</c:v>
                </c:pt>
                <c:pt idx="3516">
                  <c:v>2.0672038829502502E-2</c:v>
                </c:pt>
                <c:pt idx="3517">
                  <c:v>1.4896231941790501E-2</c:v>
                </c:pt>
                <c:pt idx="3518">
                  <c:v>2.5657249545599101E-2</c:v>
                </c:pt>
                <c:pt idx="3519">
                  <c:v>2.61862917182469E-2</c:v>
                </c:pt>
                <c:pt idx="3520">
                  <c:v>-1.75052062727197E-2</c:v>
                </c:pt>
                <c:pt idx="3521">
                  <c:v>-1.2583168108626801E-2</c:v>
                </c:pt>
                <c:pt idx="3522">
                  <c:v>2.94668681342856E-2</c:v>
                </c:pt>
                <c:pt idx="3523">
                  <c:v>-1.5469253392627299E-2</c:v>
                </c:pt>
                <c:pt idx="3524">
                  <c:v>2.72145366833207E-2</c:v>
                </c:pt>
                <c:pt idx="3525">
                  <c:v>2.4347204351297301E-2</c:v>
                </c:pt>
                <c:pt idx="3526">
                  <c:v>-2.1077599873706301E-2</c:v>
                </c:pt>
                <c:pt idx="3527">
                  <c:v>-2.2032783152873499E-2</c:v>
                </c:pt>
                <c:pt idx="3528">
                  <c:v>1.21308811437046E-2</c:v>
                </c:pt>
                <c:pt idx="3529">
                  <c:v>3.4687204809809899E-2</c:v>
                </c:pt>
                <c:pt idx="3530">
                  <c:v>-1.1091906110571899E-2</c:v>
                </c:pt>
                <c:pt idx="3531">
                  <c:v>-2.6039389772165598E-2</c:v>
                </c:pt>
                <c:pt idx="3532">
                  <c:v>-1.28747134164833E-2</c:v>
                </c:pt>
                <c:pt idx="3533">
                  <c:v>1.2483190084086699E-2</c:v>
                </c:pt>
                <c:pt idx="3534">
                  <c:v>1.2999477860720501E-2</c:v>
                </c:pt>
                <c:pt idx="3535">
                  <c:v>-1.6280242900592198E-2</c:v>
                </c:pt>
                <c:pt idx="3536">
                  <c:v>2.5091544425183802E-2</c:v>
                </c:pt>
                <c:pt idx="3537">
                  <c:v>-1.54826670367498E-2</c:v>
                </c:pt>
                <c:pt idx="3538">
                  <c:v>-1.0625533192829601E-2</c:v>
                </c:pt>
                <c:pt idx="3539">
                  <c:v>1.0736664307259501E-2</c:v>
                </c:pt>
                <c:pt idx="3540">
                  <c:v>-3.2899354459385001E-2</c:v>
                </c:pt>
                <c:pt idx="3541">
                  <c:v>1.92206178064964E-2</c:v>
                </c:pt>
                <c:pt idx="3542">
                  <c:v>1.2366986346428599E-2</c:v>
                </c:pt>
                <c:pt idx="3543">
                  <c:v>1.28134779943814E-2</c:v>
                </c:pt>
                <c:pt idx="3544">
                  <c:v>-1.3472067049420401E-2</c:v>
                </c:pt>
                <c:pt idx="3545">
                  <c:v>2.4406209911546701E-2</c:v>
                </c:pt>
                <c:pt idx="3546">
                  <c:v>1.85426938326714E-2</c:v>
                </c:pt>
                <c:pt idx="3547">
                  <c:v>4.4964159355391303E-2</c:v>
                </c:pt>
                <c:pt idx="3548">
                  <c:v>1.07141818908261E-2</c:v>
                </c:pt>
                <c:pt idx="3549">
                  <c:v>9.5205415657346696E-3</c:v>
                </c:pt>
                <c:pt idx="3550">
                  <c:v>2.23078614618188E-2</c:v>
                </c:pt>
                <c:pt idx="3551">
                  <c:v>1.05001318861042E-2</c:v>
                </c:pt>
                <c:pt idx="3552">
                  <c:v>-1.3613704769525699E-2</c:v>
                </c:pt>
                <c:pt idx="3553">
                  <c:v>-9.1288725372642397E-3</c:v>
                </c:pt>
                <c:pt idx="3554">
                  <c:v>1.2462484466198E-2</c:v>
                </c:pt>
                <c:pt idx="3555">
                  <c:v>-1.8485162458262001E-2</c:v>
                </c:pt>
                <c:pt idx="3556">
                  <c:v>1.0828888307735001E-2</c:v>
                </c:pt>
                <c:pt idx="3557">
                  <c:v>7.8553642542509294E-3</c:v>
                </c:pt>
                <c:pt idx="3558">
                  <c:v>-1.37874952755368E-2</c:v>
                </c:pt>
                <c:pt idx="3559">
                  <c:v>-9.6600868876777195E-3</c:v>
                </c:pt>
                <c:pt idx="3560">
                  <c:v>-9.9212444004024292E-3</c:v>
                </c:pt>
                <c:pt idx="3561">
                  <c:v>2.3810139585105399E-2</c:v>
                </c:pt>
                <c:pt idx="3562">
                  <c:v>1.30341495007507E-2</c:v>
                </c:pt>
                <c:pt idx="3563">
                  <c:v>-1.57747868120666E-2</c:v>
                </c:pt>
                <c:pt idx="3564">
                  <c:v>-8.5374528438251201E-3</c:v>
                </c:pt>
                <c:pt idx="3565">
                  <c:v>1.00637709013718E-2</c:v>
                </c:pt>
                <c:pt idx="3566">
                  <c:v>1.28061707777825E-2</c:v>
                </c:pt>
                <c:pt idx="3567">
                  <c:v>-1.2408352536624499E-2</c:v>
                </c:pt>
                <c:pt idx="3568">
                  <c:v>8.6184255675974004E-3</c:v>
                </c:pt>
                <c:pt idx="3569">
                  <c:v>-8.5827938454130503E-3</c:v>
                </c:pt>
                <c:pt idx="3570">
                  <c:v>9.4631504772486608E-3</c:v>
                </c:pt>
                <c:pt idx="3571">
                  <c:v>-1.5060666586958101E-2</c:v>
                </c:pt>
                <c:pt idx="3572">
                  <c:v>-7.8826391344719599E-3</c:v>
                </c:pt>
                <c:pt idx="3573">
                  <c:v>-1.7491980227212899E-2</c:v>
                </c:pt>
                <c:pt idx="3574">
                  <c:v>-1.9822610050930198E-2</c:v>
                </c:pt>
                <c:pt idx="3575">
                  <c:v>-7.1028515819051598E-3</c:v>
                </c:pt>
                <c:pt idx="3576">
                  <c:v>-1.9389198211882799E-2</c:v>
                </c:pt>
                <c:pt idx="3577">
                  <c:v>1.5120202353962499E-2</c:v>
                </c:pt>
                <c:pt idx="3578">
                  <c:v>-1.3115152349165301E-2</c:v>
                </c:pt>
                <c:pt idx="3579">
                  <c:v>8.4078418397979197E-3</c:v>
                </c:pt>
                <c:pt idx="3580">
                  <c:v>-1.15507629003986E-2</c:v>
                </c:pt>
                <c:pt idx="3581">
                  <c:v>1.4008103367299201E-2</c:v>
                </c:pt>
                <c:pt idx="3582">
                  <c:v>-1.39106552545485E-2</c:v>
                </c:pt>
                <c:pt idx="3583">
                  <c:v>1.16646624313432E-2</c:v>
                </c:pt>
                <c:pt idx="3584">
                  <c:v>-8.8985666307159796E-3</c:v>
                </c:pt>
                <c:pt idx="3585">
                  <c:v>7.6382580881642096E-3</c:v>
                </c:pt>
                <c:pt idx="3586">
                  <c:v>6.6430194719515603E-3</c:v>
                </c:pt>
                <c:pt idx="3587">
                  <c:v>9.3580715487391296E-3</c:v>
                </c:pt>
                <c:pt idx="3588">
                  <c:v>-1.800040889092E-2</c:v>
                </c:pt>
                <c:pt idx="3589">
                  <c:v>6.30128975416255E-3</c:v>
                </c:pt>
                <c:pt idx="3590">
                  <c:v>-1.17519984482541E-2</c:v>
                </c:pt>
                <c:pt idx="3591">
                  <c:v>-6.0198083452682703E-3</c:v>
                </c:pt>
                <c:pt idx="3592">
                  <c:v>-6.5995729641805702E-3</c:v>
                </c:pt>
                <c:pt idx="3593">
                  <c:v>6.5142390056749403E-3</c:v>
                </c:pt>
                <c:pt idx="3594">
                  <c:v>-7.14619497423286E-3</c:v>
                </c:pt>
                <c:pt idx="3595">
                  <c:v>-8.1819386674411004E-3</c:v>
                </c:pt>
                <c:pt idx="3596">
                  <c:v>-5.3372195142031799E-3</c:v>
                </c:pt>
                <c:pt idx="3597">
                  <c:v>-1.56801068226784E-2</c:v>
                </c:pt>
                <c:pt idx="3598">
                  <c:v>-5.8481872482154503E-3</c:v>
                </c:pt>
                <c:pt idx="3599">
                  <c:v>7.3768818063015803E-3</c:v>
                </c:pt>
                <c:pt idx="3600">
                  <c:v>8.3810852958379201E-3</c:v>
                </c:pt>
                <c:pt idx="3601">
                  <c:v>1.44184224912252E-2</c:v>
                </c:pt>
                <c:pt idx="3602">
                  <c:v>5.2515628766087704E-3</c:v>
                </c:pt>
                <c:pt idx="3603">
                  <c:v>4.7661213611149798E-3</c:v>
                </c:pt>
                <c:pt idx="3604">
                  <c:v>5.6715698870135603E-3</c:v>
                </c:pt>
                <c:pt idx="3605">
                  <c:v>-6.7194599775248802E-3</c:v>
                </c:pt>
                <c:pt idx="3606">
                  <c:v>-8.0128246910646794E-3</c:v>
                </c:pt>
                <c:pt idx="3607">
                  <c:v>4.3435660674511203E-3</c:v>
                </c:pt>
                <c:pt idx="3608">
                  <c:v>-5.1401464148810297E-3</c:v>
                </c:pt>
                <c:pt idx="3609">
                  <c:v>-8.0061128269903695E-3</c:v>
                </c:pt>
                <c:pt idx="3610">
                  <c:v>-6.03641103788277E-3</c:v>
                </c:pt>
                <c:pt idx="3611">
                  <c:v>-6.2204779601273703E-3</c:v>
                </c:pt>
                <c:pt idx="3612">
                  <c:v>7.83495080594321E-3</c:v>
                </c:pt>
                <c:pt idx="3613">
                  <c:v>7.6040094622449299E-3</c:v>
                </c:pt>
                <c:pt idx="3614">
                  <c:v>3.89397574943473E-3</c:v>
                </c:pt>
                <c:pt idx="3615">
                  <c:v>-4.20069380726318E-3</c:v>
                </c:pt>
                <c:pt idx="3616">
                  <c:v>2.6705768454583299E-2</c:v>
                </c:pt>
                <c:pt idx="3617">
                  <c:v>6.6439017008299598E-3</c:v>
                </c:pt>
                <c:pt idx="3618">
                  <c:v>-6.2996777307944302E-3</c:v>
                </c:pt>
                <c:pt idx="3619">
                  <c:v>-1.0811314721330199E-2</c:v>
                </c:pt>
                <c:pt idx="3620">
                  <c:v>-5.6149044816251603E-3</c:v>
                </c:pt>
                <c:pt idx="3621">
                  <c:v>-5.5713772177519204E-3</c:v>
                </c:pt>
                <c:pt idx="3622">
                  <c:v>-3.13358338666347E-3</c:v>
                </c:pt>
                <c:pt idx="3623">
                  <c:v>5.1375577425183403E-3</c:v>
                </c:pt>
                <c:pt idx="3624">
                  <c:v>-6.5952507616202603E-3</c:v>
                </c:pt>
                <c:pt idx="3625">
                  <c:v>7.2296911780753703E-3</c:v>
                </c:pt>
                <c:pt idx="3626">
                  <c:v>-7.9409858029748596E-3</c:v>
                </c:pt>
                <c:pt idx="3627">
                  <c:v>5.8413006603999004E-3</c:v>
                </c:pt>
                <c:pt idx="3628">
                  <c:v>4.1505865612201402E-3</c:v>
                </c:pt>
                <c:pt idx="3629">
                  <c:v>-3.28376258435625E-3</c:v>
                </c:pt>
                <c:pt idx="3630">
                  <c:v>-2.7662980758371698E-3</c:v>
                </c:pt>
                <c:pt idx="3631">
                  <c:v>3.8070959807718898E-3</c:v>
                </c:pt>
                <c:pt idx="3632">
                  <c:v>2.3181942585210899E-3</c:v>
                </c:pt>
                <c:pt idx="3633">
                  <c:v>6.7734706245730098E-3</c:v>
                </c:pt>
                <c:pt idx="3634">
                  <c:v>3.8825003873093102E-3</c:v>
                </c:pt>
                <c:pt idx="3635">
                  <c:v>2.9305837581077299E-3</c:v>
                </c:pt>
                <c:pt idx="3636">
                  <c:v>2.9718731993675401E-3</c:v>
                </c:pt>
                <c:pt idx="3637">
                  <c:v>7.6013038812270404E-3</c:v>
                </c:pt>
                <c:pt idx="3638">
                  <c:v>-2.8822621729709401E-3</c:v>
                </c:pt>
                <c:pt idx="3639">
                  <c:v>-1.8694674943375801E-3</c:v>
                </c:pt>
                <c:pt idx="3640">
                  <c:v>-2.2362719009585402E-3</c:v>
                </c:pt>
                <c:pt idx="3641">
                  <c:v>-2.4499220795099999E-3</c:v>
                </c:pt>
                <c:pt idx="3642">
                  <c:v>5.8788044070787696E-3</c:v>
                </c:pt>
                <c:pt idx="3643">
                  <c:v>-2.0209038089866699E-3</c:v>
                </c:pt>
                <c:pt idx="3644">
                  <c:v>-2.0165398785536599E-3</c:v>
                </c:pt>
                <c:pt idx="3645">
                  <c:v>-4.0322649658932602E-3</c:v>
                </c:pt>
                <c:pt idx="3646">
                  <c:v>2.9386496231289501E-3</c:v>
                </c:pt>
                <c:pt idx="3647">
                  <c:v>1.3564806099495301E-3</c:v>
                </c:pt>
                <c:pt idx="3648">
                  <c:v>2.7500607976058702E-3</c:v>
                </c:pt>
                <c:pt idx="3649">
                  <c:v>-3.0116280322296501E-3</c:v>
                </c:pt>
                <c:pt idx="3650">
                  <c:v>-2.0699533375463401E-3</c:v>
                </c:pt>
                <c:pt idx="3651">
                  <c:v>-1.40574522747983E-3</c:v>
                </c:pt>
                <c:pt idx="3652">
                  <c:v>9.4416009232389797E-4</c:v>
                </c:pt>
                <c:pt idx="3653">
                  <c:v>-7.2105469880057204E-4</c:v>
                </c:pt>
                <c:pt idx="3654">
                  <c:v>-4.0257554913125697E-4</c:v>
                </c:pt>
                <c:pt idx="3655">
                  <c:v>6.2987586843021902E-4</c:v>
                </c:pt>
                <c:pt idx="3656">
                  <c:v>-8.3174710473699098E-4</c:v>
                </c:pt>
                <c:pt idx="3657">
                  <c:v>-3.5328071929896499E-4</c:v>
                </c:pt>
                <c:pt idx="3658">
                  <c:v>8.88138265295879E-5</c:v>
                </c:pt>
                <c:pt idx="3659">
                  <c:v>3.3206181306866303E-5</c:v>
                </c:pt>
              </c:numCache>
            </c:numRef>
          </c:xVal>
          <c:yVal>
            <c:numRef>
              <c:f>'Volcano plot '!$D$3:$D$3662</c:f>
              <c:numCache>
                <c:formatCode>General</c:formatCode>
                <c:ptCount val="3660"/>
                <c:pt idx="0">
                  <c:v>3.6795083622117826</c:v>
                </c:pt>
                <c:pt idx="1">
                  <c:v>3.6559509634515375</c:v>
                </c:pt>
                <c:pt idx="2">
                  <c:v>3.5303015556349671</c:v>
                </c:pt>
                <c:pt idx="3">
                  <c:v>3.5137365835017875</c:v>
                </c:pt>
                <c:pt idx="4">
                  <c:v>3.2524171649053808</c:v>
                </c:pt>
                <c:pt idx="5">
                  <c:v>3.2472345126909135</c:v>
                </c:pt>
                <c:pt idx="6">
                  <c:v>3.226775460440185</c:v>
                </c:pt>
                <c:pt idx="7">
                  <c:v>3.1438153145137457</c:v>
                </c:pt>
                <c:pt idx="8">
                  <c:v>3.0321612144981005</c:v>
                </c:pt>
                <c:pt idx="9">
                  <c:v>3.0227068635003196</c:v>
                </c:pt>
                <c:pt idx="10">
                  <c:v>3.0194206910287882</c:v>
                </c:pt>
                <c:pt idx="11">
                  <c:v>3.0077078723559572</c:v>
                </c:pt>
                <c:pt idx="12">
                  <c:v>2.943997209603368</c:v>
                </c:pt>
                <c:pt idx="13">
                  <c:v>2.8978428749197311</c:v>
                </c:pt>
                <c:pt idx="14">
                  <c:v>2.8926089698502091</c:v>
                </c:pt>
                <c:pt idx="15">
                  <c:v>2.8142521813576846</c:v>
                </c:pt>
                <c:pt idx="16">
                  <c:v>2.8138825520962789</c:v>
                </c:pt>
                <c:pt idx="17">
                  <c:v>2.8084013161262531</c:v>
                </c:pt>
                <c:pt idx="18">
                  <c:v>2.8005443165998471</c:v>
                </c:pt>
                <c:pt idx="19">
                  <c:v>2.7893244183521881</c:v>
                </c:pt>
                <c:pt idx="20">
                  <c:v>2.7362798662484749</c:v>
                </c:pt>
                <c:pt idx="21">
                  <c:v>2.7169197173111939</c:v>
                </c:pt>
                <c:pt idx="22">
                  <c:v>2.7137012039955684</c:v>
                </c:pt>
                <c:pt idx="23">
                  <c:v>2.7107298064736596</c:v>
                </c:pt>
                <c:pt idx="24">
                  <c:v>2.6921359033001435</c:v>
                </c:pt>
                <c:pt idx="25">
                  <c:v>2.6696922169211081</c:v>
                </c:pt>
                <c:pt idx="26">
                  <c:v>2.6690151884694417</c:v>
                </c:pt>
                <c:pt idx="27">
                  <c:v>2.6594080242354066</c:v>
                </c:pt>
                <c:pt idx="28">
                  <c:v>2.6382558039638138</c:v>
                </c:pt>
                <c:pt idx="29">
                  <c:v>2.5655645117274135</c:v>
                </c:pt>
                <c:pt idx="30">
                  <c:v>2.555055022647795</c:v>
                </c:pt>
                <c:pt idx="31">
                  <c:v>2.5434882772805834</c:v>
                </c:pt>
                <c:pt idx="32">
                  <c:v>2.4750526388820409</c:v>
                </c:pt>
                <c:pt idx="33">
                  <c:v>2.4633902596498287</c:v>
                </c:pt>
                <c:pt idx="34">
                  <c:v>2.4607483934002423</c:v>
                </c:pt>
                <c:pt idx="35">
                  <c:v>2.4254517978918937</c:v>
                </c:pt>
                <c:pt idx="36">
                  <c:v>2.4178634397824683</c:v>
                </c:pt>
                <c:pt idx="37">
                  <c:v>2.4032185063161062</c:v>
                </c:pt>
                <c:pt idx="38">
                  <c:v>2.4013184101944081</c:v>
                </c:pt>
                <c:pt idx="39">
                  <c:v>2.4013004785892189</c:v>
                </c:pt>
                <c:pt idx="40">
                  <c:v>2.3756175658150847</c:v>
                </c:pt>
                <c:pt idx="41">
                  <c:v>2.369938173436676</c:v>
                </c:pt>
                <c:pt idx="42">
                  <c:v>2.3692410842558069</c:v>
                </c:pt>
                <c:pt idx="43">
                  <c:v>2.3630403973559728</c:v>
                </c:pt>
                <c:pt idx="44">
                  <c:v>2.3610506685697437</c:v>
                </c:pt>
                <c:pt idx="45">
                  <c:v>2.356466018654908</c:v>
                </c:pt>
                <c:pt idx="46">
                  <c:v>2.3556702575513371</c:v>
                </c:pt>
                <c:pt idx="47">
                  <c:v>2.3485964590713388</c:v>
                </c:pt>
                <c:pt idx="48">
                  <c:v>2.3446993786129964</c:v>
                </c:pt>
                <c:pt idx="49">
                  <c:v>2.3392394021612515</c:v>
                </c:pt>
                <c:pt idx="50">
                  <c:v>2.3380137654031055</c:v>
                </c:pt>
                <c:pt idx="51">
                  <c:v>2.3322944797098377</c:v>
                </c:pt>
                <c:pt idx="52">
                  <c:v>2.316123465781279</c:v>
                </c:pt>
                <c:pt idx="53">
                  <c:v>2.3078693212871682</c:v>
                </c:pt>
                <c:pt idx="54">
                  <c:v>2.2932767586476337</c:v>
                </c:pt>
                <c:pt idx="55">
                  <c:v>2.2880027526388513</c:v>
                </c:pt>
                <c:pt idx="56">
                  <c:v>2.2782730036777821</c:v>
                </c:pt>
                <c:pt idx="57">
                  <c:v>2.2749187484732349</c:v>
                </c:pt>
                <c:pt idx="58">
                  <c:v>2.2698125661094264</c:v>
                </c:pt>
                <c:pt idx="59">
                  <c:v>2.2675945621051317</c:v>
                </c:pt>
                <c:pt idx="60">
                  <c:v>2.2575434040780755</c:v>
                </c:pt>
                <c:pt idx="61">
                  <c:v>2.2555855389884014</c:v>
                </c:pt>
                <c:pt idx="62">
                  <c:v>2.2341789212427345</c:v>
                </c:pt>
                <c:pt idx="63">
                  <c:v>2.2225223515451957</c:v>
                </c:pt>
                <c:pt idx="64">
                  <c:v>2.2181862564783108</c:v>
                </c:pt>
                <c:pt idx="65">
                  <c:v>2.2177200615374697</c:v>
                </c:pt>
                <c:pt idx="66">
                  <c:v>2.2173260016748624</c:v>
                </c:pt>
                <c:pt idx="67">
                  <c:v>2.2116100456603824</c:v>
                </c:pt>
                <c:pt idx="68">
                  <c:v>2.2021313641592331</c:v>
                </c:pt>
                <c:pt idx="69">
                  <c:v>2.1965485579608997</c:v>
                </c:pt>
                <c:pt idx="70">
                  <c:v>2.1909963326503252</c:v>
                </c:pt>
                <c:pt idx="71">
                  <c:v>2.1895904442202925</c:v>
                </c:pt>
                <c:pt idx="72">
                  <c:v>2.1771134498797213</c:v>
                </c:pt>
                <c:pt idx="73">
                  <c:v>2.1748314813542162</c:v>
                </c:pt>
                <c:pt idx="74">
                  <c:v>2.1741174959605449</c:v>
                </c:pt>
                <c:pt idx="75">
                  <c:v>2.1713897993876192</c:v>
                </c:pt>
                <c:pt idx="76">
                  <c:v>2.1685990195108684</c:v>
                </c:pt>
                <c:pt idx="77">
                  <c:v>2.1654824201143232</c:v>
                </c:pt>
                <c:pt idx="78">
                  <c:v>2.1538402422344536</c:v>
                </c:pt>
                <c:pt idx="79">
                  <c:v>2.1513748541983979</c:v>
                </c:pt>
                <c:pt idx="80">
                  <c:v>2.1505799467612499</c:v>
                </c:pt>
                <c:pt idx="81">
                  <c:v>2.1493390866809379</c:v>
                </c:pt>
                <c:pt idx="82">
                  <c:v>2.1442608798126668</c:v>
                </c:pt>
                <c:pt idx="83">
                  <c:v>2.1392797526467215</c:v>
                </c:pt>
                <c:pt idx="84">
                  <c:v>2.1355792287330204</c:v>
                </c:pt>
                <c:pt idx="85">
                  <c:v>2.1276020794955257</c:v>
                </c:pt>
                <c:pt idx="86">
                  <c:v>2.1259441388522453</c:v>
                </c:pt>
                <c:pt idx="87">
                  <c:v>2.1060531133922149</c:v>
                </c:pt>
                <c:pt idx="88">
                  <c:v>2.1050552006510084</c:v>
                </c:pt>
                <c:pt idx="89">
                  <c:v>2.0946172814571278</c:v>
                </c:pt>
                <c:pt idx="90">
                  <c:v>2.0878842134401032</c:v>
                </c:pt>
                <c:pt idx="91">
                  <c:v>2.0862316777602405</c:v>
                </c:pt>
                <c:pt idx="92">
                  <c:v>2.0855725345962028</c:v>
                </c:pt>
                <c:pt idx="93">
                  <c:v>2.0758493800569946</c:v>
                </c:pt>
                <c:pt idx="94">
                  <c:v>2.0706011424284272</c:v>
                </c:pt>
                <c:pt idx="95">
                  <c:v>2.0695188877668187</c:v>
                </c:pt>
                <c:pt idx="96">
                  <c:v>2.0681753260561901</c:v>
                </c:pt>
                <c:pt idx="97">
                  <c:v>2.0672269700230461</c:v>
                </c:pt>
                <c:pt idx="98">
                  <c:v>2.0616530346638609</c:v>
                </c:pt>
                <c:pt idx="99">
                  <c:v>2.0614348056951206</c:v>
                </c:pt>
                <c:pt idx="100">
                  <c:v>2.055885647037019</c:v>
                </c:pt>
                <c:pt idx="101">
                  <c:v>2.0540196366414598</c:v>
                </c:pt>
                <c:pt idx="102">
                  <c:v>2.0513246315622595</c:v>
                </c:pt>
                <c:pt idx="103">
                  <c:v>2.0405040317492347</c:v>
                </c:pt>
                <c:pt idx="104">
                  <c:v>2.0323896526318554</c:v>
                </c:pt>
                <c:pt idx="105">
                  <c:v>2.0312661305167068</c:v>
                </c:pt>
                <c:pt idx="106">
                  <c:v>2.0289392160562398</c:v>
                </c:pt>
                <c:pt idx="107">
                  <c:v>2.0286880245863594</c:v>
                </c:pt>
                <c:pt idx="108">
                  <c:v>2.0279268287746479</c:v>
                </c:pt>
                <c:pt idx="109">
                  <c:v>2.0252583875546573</c:v>
                </c:pt>
                <c:pt idx="110">
                  <c:v>2.0185086102978427</c:v>
                </c:pt>
                <c:pt idx="111">
                  <c:v>2.0137429278637526</c:v>
                </c:pt>
                <c:pt idx="112">
                  <c:v>2.0093921841746085</c:v>
                </c:pt>
                <c:pt idx="113">
                  <c:v>2.0062925263863107</c:v>
                </c:pt>
                <c:pt idx="114">
                  <c:v>1.9993789463767206</c:v>
                </c:pt>
                <c:pt idx="115">
                  <c:v>1.9960394214565633</c:v>
                </c:pt>
                <c:pt idx="116">
                  <c:v>1.9957877564280377</c:v>
                </c:pt>
                <c:pt idx="117">
                  <c:v>1.9945924167085012</c:v>
                </c:pt>
                <c:pt idx="118">
                  <c:v>1.9911470392882578</c:v>
                </c:pt>
                <c:pt idx="119">
                  <c:v>1.9878636625599013</c:v>
                </c:pt>
                <c:pt idx="120">
                  <c:v>1.9857593245492993</c:v>
                </c:pt>
                <c:pt idx="121">
                  <c:v>1.9851236099412299</c:v>
                </c:pt>
                <c:pt idx="122">
                  <c:v>1.9840790578665948</c:v>
                </c:pt>
                <c:pt idx="123">
                  <c:v>1.9817160972306247</c:v>
                </c:pt>
                <c:pt idx="124">
                  <c:v>1.9808875883056081</c:v>
                </c:pt>
                <c:pt idx="125">
                  <c:v>1.968190687248647</c:v>
                </c:pt>
                <c:pt idx="126">
                  <c:v>1.9676013131584467</c:v>
                </c:pt>
                <c:pt idx="127">
                  <c:v>1.9663981124539027</c:v>
                </c:pt>
                <c:pt idx="128">
                  <c:v>1.9612318827215658</c:v>
                </c:pt>
                <c:pt idx="129">
                  <c:v>1.9544733775340477</c:v>
                </c:pt>
                <c:pt idx="130">
                  <c:v>1.9509336479740926</c:v>
                </c:pt>
                <c:pt idx="131">
                  <c:v>1.9459105830093726</c:v>
                </c:pt>
                <c:pt idx="132">
                  <c:v>1.9425356995805527</c:v>
                </c:pt>
                <c:pt idx="133">
                  <c:v>1.9421252862922382</c:v>
                </c:pt>
                <c:pt idx="134">
                  <c:v>1.9307807641736512</c:v>
                </c:pt>
                <c:pt idx="135">
                  <c:v>1.9260248924954688</c:v>
                </c:pt>
                <c:pt idx="136">
                  <c:v>1.9219972088131361</c:v>
                </c:pt>
                <c:pt idx="137">
                  <c:v>1.9218520775843186</c:v>
                </c:pt>
                <c:pt idx="138">
                  <c:v>1.920753145296813</c:v>
                </c:pt>
                <c:pt idx="139">
                  <c:v>1.9186461853141639</c:v>
                </c:pt>
                <c:pt idx="140">
                  <c:v>1.9163343018213908</c:v>
                </c:pt>
                <c:pt idx="141">
                  <c:v>1.9142835243413183</c:v>
                </c:pt>
                <c:pt idx="142">
                  <c:v>1.9103320764853036</c:v>
                </c:pt>
                <c:pt idx="143">
                  <c:v>1.9081373921242546</c:v>
                </c:pt>
                <c:pt idx="144">
                  <c:v>1.9071164225761712</c:v>
                </c:pt>
                <c:pt idx="145">
                  <c:v>1.8946843739852952</c:v>
                </c:pt>
                <c:pt idx="146">
                  <c:v>1.8945880347784574</c:v>
                </c:pt>
                <c:pt idx="147">
                  <c:v>1.8859912181998468</c:v>
                </c:pt>
                <c:pt idx="148">
                  <c:v>1.8819461387117722</c:v>
                </c:pt>
                <c:pt idx="149">
                  <c:v>1.8698003295180297</c:v>
                </c:pt>
                <c:pt idx="150">
                  <c:v>1.8685908081400671</c:v>
                </c:pt>
                <c:pt idx="151">
                  <c:v>1.8670113914089512</c:v>
                </c:pt>
                <c:pt idx="152">
                  <c:v>1.8639862249563219</c:v>
                </c:pt>
                <c:pt idx="153">
                  <c:v>1.8573410691739085</c:v>
                </c:pt>
                <c:pt idx="154">
                  <c:v>1.8554537110932381</c:v>
                </c:pt>
                <c:pt idx="155">
                  <c:v>1.8503440518744971</c:v>
                </c:pt>
                <c:pt idx="156">
                  <c:v>1.8462887769420464</c:v>
                </c:pt>
                <c:pt idx="157">
                  <c:v>1.8457129263757943</c:v>
                </c:pt>
                <c:pt idx="158">
                  <c:v>1.8440403424065115</c:v>
                </c:pt>
                <c:pt idx="159">
                  <c:v>1.8433830502285489</c:v>
                </c:pt>
                <c:pt idx="160">
                  <c:v>1.8428255542564764</c:v>
                </c:pt>
                <c:pt idx="161">
                  <c:v>1.8420861674961535</c:v>
                </c:pt>
                <c:pt idx="162">
                  <c:v>1.8383459506199289</c:v>
                </c:pt>
                <c:pt idx="163">
                  <c:v>1.8345538449487826</c:v>
                </c:pt>
                <c:pt idx="164">
                  <c:v>1.8307391164178484</c:v>
                </c:pt>
                <c:pt idx="165">
                  <c:v>1.8272239240583725</c:v>
                </c:pt>
                <c:pt idx="166">
                  <c:v>1.8231041534786676</c:v>
                </c:pt>
                <c:pt idx="167">
                  <c:v>1.8189115952874306</c:v>
                </c:pt>
                <c:pt idx="168">
                  <c:v>1.8175516376627499</c:v>
                </c:pt>
                <c:pt idx="169">
                  <c:v>1.8100628148757025</c:v>
                </c:pt>
                <c:pt idx="170">
                  <c:v>1.8048800768927404</c:v>
                </c:pt>
                <c:pt idx="171">
                  <c:v>1.7953999689851943</c:v>
                </c:pt>
                <c:pt idx="172">
                  <c:v>1.7930516069541589</c:v>
                </c:pt>
                <c:pt idx="173">
                  <c:v>1.7890061954351828</c:v>
                </c:pt>
                <c:pt idx="174">
                  <c:v>1.7867271160626548</c:v>
                </c:pt>
                <c:pt idx="175">
                  <c:v>1.7840408069563645</c:v>
                </c:pt>
                <c:pt idx="176">
                  <c:v>1.7832128589395098</c:v>
                </c:pt>
                <c:pt idx="177">
                  <c:v>1.782436832223357</c:v>
                </c:pt>
                <c:pt idx="178">
                  <c:v>1.7813155082848551</c:v>
                </c:pt>
                <c:pt idx="179">
                  <c:v>1.7754686635439592</c:v>
                </c:pt>
                <c:pt idx="180">
                  <c:v>1.7675286545390894</c:v>
                </c:pt>
                <c:pt idx="181">
                  <c:v>1.7671799660313618</c:v>
                </c:pt>
                <c:pt idx="182">
                  <c:v>1.7666789705367831</c:v>
                </c:pt>
                <c:pt idx="183">
                  <c:v>1.7645748925852827</c:v>
                </c:pt>
                <c:pt idx="184">
                  <c:v>1.763910660628685</c:v>
                </c:pt>
                <c:pt idx="185">
                  <c:v>1.7629494392014993</c:v>
                </c:pt>
                <c:pt idx="186">
                  <c:v>1.7545833772532333</c:v>
                </c:pt>
                <c:pt idx="187">
                  <c:v>1.753110989460368</c:v>
                </c:pt>
                <c:pt idx="188">
                  <c:v>1.7480910761498294</c:v>
                </c:pt>
                <c:pt idx="189">
                  <c:v>1.7473183510557941</c:v>
                </c:pt>
                <c:pt idx="190">
                  <c:v>1.742473648891512</c:v>
                </c:pt>
                <c:pt idx="191">
                  <c:v>1.7380525234746953</c:v>
                </c:pt>
                <c:pt idx="192">
                  <c:v>1.7376611289786317</c:v>
                </c:pt>
                <c:pt idx="193">
                  <c:v>1.7371136041660273</c:v>
                </c:pt>
                <c:pt idx="194">
                  <c:v>1.7320115335948476</c:v>
                </c:pt>
                <c:pt idx="195">
                  <c:v>1.7292779531209759</c:v>
                </c:pt>
                <c:pt idx="196">
                  <c:v>1.7291952716508914</c:v>
                </c:pt>
                <c:pt idx="197">
                  <c:v>1.7226438058900615</c:v>
                </c:pt>
                <c:pt idx="198">
                  <c:v>1.7205676048110501</c:v>
                </c:pt>
                <c:pt idx="199">
                  <c:v>1.7171072554322602</c:v>
                </c:pt>
                <c:pt idx="200">
                  <c:v>1.7160524973043862</c:v>
                </c:pt>
                <c:pt idx="201">
                  <c:v>1.7157024649432544</c:v>
                </c:pt>
                <c:pt idx="202">
                  <c:v>1.7147830376868096</c:v>
                </c:pt>
                <c:pt idx="203">
                  <c:v>1.7147317665065149</c:v>
                </c:pt>
                <c:pt idx="204">
                  <c:v>1.7141410693911654</c:v>
                </c:pt>
                <c:pt idx="205">
                  <c:v>1.7075252479939991</c:v>
                </c:pt>
                <c:pt idx="206">
                  <c:v>1.7056339040470685</c:v>
                </c:pt>
                <c:pt idx="207">
                  <c:v>1.704360109870398</c:v>
                </c:pt>
                <c:pt idx="208">
                  <c:v>1.7018880343738838</c:v>
                </c:pt>
                <c:pt idx="209">
                  <c:v>1.6992027179153211</c:v>
                </c:pt>
                <c:pt idx="210">
                  <c:v>1.6972082856321173</c:v>
                </c:pt>
                <c:pt idx="211">
                  <c:v>1.694431399921221</c:v>
                </c:pt>
                <c:pt idx="212">
                  <c:v>1.6940960281845554</c:v>
                </c:pt>
                <c:pt idx="213">
                  <c:v>1.6940633025184457</c:v>
                </c:pt>
                <c:pt idx="214">
                  <c:v>1.6937809475590122</c:v>
                </c:pt>
                <c:pt idx="215">
                  <c:v>1.6891715047029161</c:v>
                </c:pt>
                <c:pt idx="216">
                  <c:v>1.6870794861039997</c:v>
                </c:pt>
                <c:pt idx="217">
                  <c:v>1.685240629494366</c:v>
                </c:pt>
                <c:pt idx="218">
                  <c:v>1.6851569043301864</c:v>
                </c:pt>
                <c:pt idx="219">
                  <c:v>1.6839063536026622</c:v>
                </c:pt>
                <c:pt idx="220">
                  <c:v>1.6797514782932537</c:v>
                </c:pt>
                <c:pt idx="221">
                  <c:v>1.675864347577896</c:v>
                </c:pt>
                <c:pt idx="222">
                  <c:v>1.6726928970060402</c:v>
                </c:pt>
                <c:pt idx="223">
                  <c:v>1.6717820227829712</c:v>
                </c:pt>
                <c:pt idx="224">
                  <c:v>1.6714073700740151</c:v>
                </c:pt>
                <c:pt idx="225">
                  <c:v>1.6667124155774333</c:v>
                </c:pt>
                <c:pt idx="226">
                  <c:v>1.6647433941234433</c:v>
                </c:pt>
                <c:pt idx="227">
                  <c:v>1.6635754744783802</c:v>
                </c:pt>
                <c:pt idx="228">
                  <c:v>1.6612884871013283</c:v>
                </c:pt>
                <c:pt idx="229">
                  <c:v>1.6607921539410908</c:v>
                </c:pt>
                <c:pt idx="230">
                  <c:v>1.6600654800384729</c:v>
                </c:pt>
                <c:pt idx="231">
                  <c:v>1.6590510550492044</c:v>
                </c:pt>
                <c:pt idx="232">
                  <c:v>1.6542912799984075</c:v>
                </c:pt>
                <c:pt idx="233">
                  <c:v>1.6533391941152826</c:v>
                </c:pt>
                <c:pt idx="234">
                  <c:v>1.6515823027204972</c:v>
                </c:pt>
                <c:pt idx="235">
                  <c:v>1.6512466415529885</c:v>
                </c:pt>
                <c:pt idx="236">
                  <c:v>1.6493150613155605</c:v>
                </c:pt>
                <c:pt idx="237">
                  <c:v>1.6427207748170691</c:v>
                </c:pt>
                <c:pt idx="238">
                  <c:v>1.6387441873177397</c:v>
                </c:pt>
                <c:pt idx="239">
                  <c:v>1.6376972661120035</c:v>
                </c:pt>
                <c:pt idx="240">
                  <c:v>1.6330722473671464</c:v>
                </c:pt>
                <c:pt idx="241">
                  <c:v>1.6291829793860877</c:v>
                </c:pt>
                <c:pt idx="242">
                  <c:v>1.6280278083871074</c:v>
                </c:pt>
                <c:pt idx="243">
                  <c:v>1.6274899244311016</c:v>
                </c:pt>
                <c:pt idx="244">
                  <c:v>1.6272528209536645</c:v>
                </c:pt>
                <c:pt idx="245">
                  <c:v>1.617075760207296</c:v>
                </c:pt>
                <c:pt idx="246">
                  <c:v>1.6162417686270136</c:v>
                </c:pt>
                <c:pt idx="247">
                  <c:v>1.6161848933001635</c:v>
                </c:pt>
                <c:pt idx="248">
                  <c:v>1.6154070531856137</c:v>
                </c:pt>
                <c:pt idx="249">
                  <c:v>1.6134922250090973</c:v>
                </c:pt>
                <c:pt idx="250">
                  <c:v>1.6124368901748731</c:v>
                </c:pt>
                <c:pt idx="251">
                  <c:v>1.6077506405257942</c:v>
                </c:pt>
                <c:pt idx="252">
                  <c:v>1.6075718794335863</c:v>
                </c:pt>
                <c:pt idx="253">
                  <c:v>1.6053567810250891</c:v>
                </c:pt>
                <c:pt idx="254">
                  <c:v>1.5995961933729419</c:v>
                </c:pt>
                <c:pt idx="255">
                  <c:v>1.5976711439708811</c:v>
                </c:pt>
                <c:pt idx="256">
                  <c:v>1.5975093917639174</c:v>
                </c:pt>
                <c:pt idx="257">
                  <c:v>1.5950653806492108</c:v>
                </c:pt>
                <c:pt idx="258">
                  <c:v>1.5937780354660396</c:v>
                </c:pt>
                <c:pt idx="259">
                  <c:v>1.5902550824562389</c:v>
                </c:pt>
                <c:pt idx="260">
                  <c:v>1.5873941477265401</c:v>
                </c:pt>
                <c:pt idx="261">
                  <c:v>1.5872925724451112</c:v>
                </c:pt>
                <c:pt idx="262">
                  <c:v>1.5870307002812074</c:v>
                </c:pt>
                <c:pt idx="263">
                  <c:v>1.5855238595587473</c:v>
                </c:pt>
                <c:pt idx="264">
                  <c:v>1.5853122062892564</c:v>
                </c:pt>
                <c:pt idx="265">
                  <c:v>1.5829521508853195</c:v>
                </c:pt>
                <c:pt idx="266">
                  <c:v>1.5808858206910938</c:v>
                </c:pt>
                <c:pt idx="267">
                  <c:v>1.5790161540778369</c:v>
                </c:pt>
                <c:pt idx="268">
                  <c:v>1.5755492383225222</c:v>
                </c:pt>
                <c:pt idx="269">
                  <c:v>1.5742139204878609</c:v>
                </c:pt>
                <c:pt idx="270">
                  <c:v>1.5728543732585827</c:v>
                </c:pt>
                <c:pt idx="271">
                  <c:v>1.5715436915928329</c:v>
                </c:pt>
                <c:pt idx="272">
                  <c:v>1.5707821962044775</c:v>
                </c:pt>
                <c:pt idx="273">
                  <c:v>1.5696731379319036</c:v>
                </c:pt>
                <c:pt idx="274">
                  <c:v>1.569343223014301</c:v>
                </c:pt>
                <c:pt idx="275">
                  <c:v>1.5675143620022811</c:v>
                </c:pt>
                <c:pt idx="276">
                  <c:v>1.5646511114895389</c:v>
                </c:pt>
                <c:pt idx="277">
                  <c:v>1.5644057166650798</c:v>
                </c:pt>
                <c:pt idx="278">
                  <c:v>1.5609711389711716</c:v>
                </c:pt>
                <c:pt idx="279">
                  <c:v>1.5587816543237833</c:v>
                </c:pt>
                <c:pt idx="280">
                  <c:v>1.5580245905063657</c:v>
                </c:pt>
                <c:pt idx="281">
                  <c:v>1.5567876170640433</c:v>
                </c:pt>
                <c:pt idx="282">
                  <c:v>1.5564284867704916</c:v>
                </c:pt>
                <c:pt idx="283">
                  <c:v>1.5551721201101141</c:v>
                </c:pt>
                <c:pt idx="284">
                  <c:v>1.5543436904066414</c:v>
                </c:pt>
                <c:pt idx="285">
                  <c:v>1.5541585660969948</c:v>
                </c:pt>
                <c:pt idx="286">
                  <c:v>1.5522463288938844</c:v>
                </c:pt>
                <c:pt idx="287">
                  <c:v>1.5498421046267898</c:v>
                </c:pt>
                <c:pt idx="288">
                  <c:v>1.5461776980567372</c:v>
                </c:pt>
                <c:pt idx="289">
                  <c:v>1.5452631478430665</c:v>
                </c:pt>
                <c:pt idx="290">
                  <c:v>1.5450705347565201</c:v>
                </c:pt>
                <c:pt idx="291">
                  <c:v>1.5405185448520344</c:v>
                </c:pt>
                <c:pt idx="292">
                  <c:v>1.5353601307273665</c:v>
                </c:pt>
                <c:pt idx="293">
                  <c:v>1.5353429751561709</c:v>
                </c:pt>
                <c:pt idx="294">
                  <c:v>1.5348497041271658</c:v>
                </c:pt>
                <c:pt idx="295">
                  <c:v>1.5339257344403285</c:v>
                </c:pt>
                <c:pt idx="296">
                  <c:v>1.5326591017654163</c:v>
                </c:pt>
                <c:pt idx="297">
                  <c:v>1.5305369153129669</c:v>
                </c:pt>
                <c:pt idx="298">
                  <c:v>1.5300964106741224</c:v>
                </c:pt>
                <c:pt idx="299">
                  <c:v>1.5297489503509452</c:v>
                </c:pt>
                <c:pt idx="300">
                  <c:v>1.5258866528712021</c:v>
                </c:pt>
                <c:pt idx="301">
                  <c:v>1.5239553761928979</c:v>
                </c:pt>
                <c:pt idx="302">
                  <c:v>1.5231503402326416</c:v>
                </c:pt>
                <c:pt idx="303">
                  <c:v>1.5225918651543011</c:v>
                </c:pt>
                <c:pt idx="304">
                  <c:v>1.5224244038571995</c:v>
                </c:pt>
                <c:pt idx="305">
                  <c:v>1.5204404454737257</c:v>
                </c:pt>
                <c:pt idx="306">
                  <c:v>1.5186058111403917</c:v>
                </c:pt>
                <c:pt idx="307">
                  <c:v>1.5180086677556468</c:v>
                </c:pt>
                <c:pt idx="308">
                  <c:v>1.517209315942549</c:v>
                </c:pt>
                <c:pt idx="309">
                  <c:v>1.5166106547998404</c:v>
                </c:pt>
                <c:pt idx="310">
                  <c:v>1.5160306124803831</c:v>
                </c:pt>
                <c:pt idx="311">
                  <c:v>1.513511592832971</c:v>
                </c:pt>
                <c:pt idx="312">
                  <c:v>1.5130385866199463</c:v>
                </c:pt>
                <c:pt idx="313">
                  <c:v>1.5116880372337678</c:v>
                </c:pt>
                <c:pt idx="314">
                  <c:v>1.510924011052192</c:v>
                </c:pt>
                <c:pt idx="315">
                  <c:v>1.5108414497259213</c:v>
                </c:pt>
                <c:pt idx="316">
                  <c:v>1.5101777763736337</c:v>
                </c:pt>
                <c:pt idx="317">
                  <c:v>1.5086832845747926</c:v>
                </c:pt>
                <c:pt idx="318">
                  <c:v>1.5081820561462831</c:v>
                </c:pt>
                <c:pt idx="319">
                  <c:v>1.5079503681967248</c:v>
                </c:pt>
                <c:pt idx="320">
                  <c:v>1.5072435171676768</c:v>
                </c:pt>
                <c:pt idx="321">
                  <c:v>1.5067530413969221</c:v>
                </c:pt>
                <c:pt idx="322">
                  <c:v>1.5044784417279833</c:v>
                </c:pt>
                <c:pt idx="323">
                  <c:v>1.5031391230840716</c:v>
                </c:pt>
                <c:pt idx="324">
                  <c:v>1.4956748712263939</c:v>
                </c:pt>
                <c:pt idx="325">
                  <c:v>1.4902583400940015</c:v>
                </c:pt>
                <c:pt idx="326">
                  <c:v>1.4890893056857852</c:v>
                </c:pt>
                <c:pt idx="327">
                  <c:v>1.4872288718769053</c:v>
                </c:pt>
                <c:pt idx="328">
                  <c:v>1.4871084906431669</c:v>
                </c:pt>
                <c:pt idx="329">
                  <c:v>1.4835955889218262</c:v>
                </c:pt>
                <c:pt idx="330">
                  <c:v>1.4809207158182209</c:v>
                </c:pt>
                <c:pt idx="331">
                  <c:v>1.4771797363339025</c:v>
                </c:pt>
                <c:pt idx="332">
                  <c:v>1.4717071661601453</c:v>
                </c:pt>
                <c:pt idx="333">
                  <c:v>1.4715137686583895</c:v>
                </c:pt>
                <c:pt idx="334">
                  <c:v>1.4711910278423808</c:v>
                </c:pt>
                <c:pt idx="335">
                  <c:v>1.4705355323311178</c:v>
                </c:pt>
                <c:pt idx="336">
                  <c:v>1.468194946494656</c:v>
                </c:pt>
                <c:pt idx="337">
                  <c:v>1.4674148801158875</c:v>
                </c:pt>
                <c:pt idx="338">
                  <c:v>1.4671516613493889</c:v>
                </c:pt>
                <c:pt idx="339">
                  <c:v>1.4657705600520652</c:v>
                </c:pt>
                <c:pt idx="340">
                  <c:v>1.4654981886288512</c:v>
                </c:pt>
                <c:pt idx="341">
                  <c:v>1.4653278165446646</c:v>
                </c:pt>
                <c:pt idx="342">
                  <c:v>1.4643331409471552</c:v>
                </c:pt>
                <c:pt idx="343">
                  <c:v>1.4643227314146992</c:v>
                </c:pt>
                <c:pt idx="344">
                  <c:v>1.4634007088984811</c:v>
                </c:pt>
                <c:pt idx="345">
                  <c:v>1.4623903680913835</c:v>
                </c:pt>
                <c:pt idx="346">
                  <c:v>1.4615425322338351</c:v>
                </c:pt>
                <c:pt idx="347">
                  <c:v>1.4610654161833443</c:v>
                </c:pt>
                <c:pt idx="348">
                  <c:v>1.4603329926051218</c:v>
                </c:pt>
                <c:pt idx="349">
                  <c:v>1.4589506584446292</c:v>
                </c:pt>
                <c:pt idx="350">
                  <c:v>1.4582690802750793</c:v>
                </c:pt>
                <c:pt idx="351">
                  <c:v>1.4570249742821193</c:v>
                </c:pt>
                <c:pt idx="352">
                  <c:v>1.4564712210555273</c:v>
                </c:pt>
                <c:pt idx="353">
                  <c:v>1.4558822476258235</c:v>
                </c:pt>
                <c:pt idx="354">
                  <c:v>1.453147607466575</c:v>
                </c:pt>
                <c:pt idx="355">
                  <c:v>1.4529897586655962</c:v>
                </c:pt>
                <c:pt idx="356">
                  <c:v>1.4506677464712672</c:v>
                </c:pt>
                <c:pt idx="357">
                  <c:v>1.4506640820728478</c:v>
                </c:pt>
                <c:pt idx="358">
                  <c:v>1.4475913881808899</c:v>
                </c:pt>
                <c:pt idx="359">
                  <c:v>1.4465233196113609</c:v>
                </c:pt>
                <c:pt idx="360">
                  <c:v>1.4461598383396146</c:v>
                </c:pt>
                <c:pt idx="361">
                  <c:v>1.4460392076115021</c:v>
                </c:pt>
                <c:pt idx="362">
                  <c:v>1.4458534018383458</c:v>
                </c:pt>
                <c:pt idx="363">
                  <c:v>1.4430879202872506</c:v>
                </c:pt>
                <c:pt idx="364">
                  <c:v>1.442947665017384</c:v>
                </c:pt>
                <c:pt idx="365">
                  <c:v>1.4391483301185521</c:v>
                </c:pt>
                <c:pt idx="366">
                  <c:v>1.4382363591104543</c:v>
                </c:pt>
                <c:pt idx="367">
                  <c:v>1.4365184377875115</c:v>
                </c:pt>
                <c:pt idx="368">
                  <c:v>1.4360675669217486</c:v>
                </c:pt>
                <c:pt idx="369">
                  <c:v>1.4348710709620676</c:v>
                </c:pt>
                <c:pt idx="370">
                  <c:v>1.434539699206989</c:v>
                </c:pt>
                <c:pt idx="371">
                  <c:v>1.4326271581804566</c:v>
                </c:pt>
                <c:pt idx="372">
                  <c:v>1.4308201333358004</c:v>
                </c:pt>
                <c:pt idx="373">
                  <c:v>1.4305325632400778</c:v>
                </c:pt>
                <c:pt idx="374">
                  <c:v>1.4299621670387654</c:v>
                </c:pt>
                <c:pt idx="375">
                  <c:v>1.4295994569868344</c:v>
                </c:pt>
                <c:pt idx="376">
                  <c:v>1.4293450198513658</c:v>
                </c:pt>
                <c:pt idx="377">
                  <c:v>1.4281061964241366</c:v>
                </c:pt>
                <c:pt idx="378">
                  <c:v>1.4267567416052334</c:v>
                </c:pt>
                <c:pt idx="379">
                  <c:v>1.4265328474322976</c:v>
                </c:pt>
                <c:pt idx="380">
                  <c:v>1.4256235123043144</c:v>
                </c:pt>
                <c:pt idx="381">
                  <c:v>1.4214328736161546</c:v>
                </c:pt>
                <c:pt idx="382">
                  <c:v>1.420977187075412</c:v>
                </c:pt>
                <c:pt idx="383">
                  <c:v>1.4202682722370763</c:v>
                </c:pt>
                <c:pt idx="384">
                  <c:v>1.4175047922177608</c:v>
                </c:pt>
                <c:pt idx="385">
                  <c:v>1.4158830072733355</c:v>
                </c:pt>
                <c:pt idx="386">
                  <c:v>1.4135403584501161</c:v>
                </c:pt>
                <c:pt idx="387">
                  <c:v>1.4122163237904894</c:v>
                </c:pt>
                <c:pt idx="388">
                  <c:v>1.4115230870238895</c:v>
                </c:pt>
                <c:pt idx="389">
                  <c:v>1.4112948729396118</c:v>
                </c:pt>
                <c:pt idx="390">
                  <c:v>1.410779878778365</c:v>
                </c:pt>
                <c:pt idx="391">
                  <c:v>1.4080332451729685</c:v>
                </c:pt>
                <c:pt idx="392">
                  <c:v>1.4069909905853026</c:v>
                </c:pt>
                <c:pt idx="393">
                  <c:v>1.4051918520616833</c:v>
                </c:pt>
                <c:pt idx="394">
                  <c:v>1.4041990996797991</c:v>
                </c:pt>
                <c:pt idx="395">
                  <c:v>1.4030647218453627</c:v>
                </c:pt>
                <c:pt idx="396">
                  <c:v>1.4015595677828214</c:v>
                </c:pt>
                <c:pt idx="397">
                  <c:v>1.4015517653284248</c:v>
                </c:pt>
                <c:pt idx="398">
                  <c:v>1.3976787712918655</c:v>
                </c:pt>
                <c:pt idx="399">
                  <c:v>1.3946351660375618</c:v>
                </c:pt>
                <c:pt idx="400">
                  <c:v>1.3939251989632824</c:v>
                </c:pt>
                <c:pt idx="401">
                  <c:v>1.3936805659108822</c:v>
                </c:pt>
                <c:pt idx="402">
                  <c:v>1.3936266393360728</c:v>
                </c:pt>
                <c:pt idx="403">
                  <c:v>1.3935921634083859</c:v>
                </c:pt>
                <c:pt idx="404">
                  <c:v>1.3896022963093617</c:v>
                </c:pt>
                <c:pt idx="405">
                  <c:v>1.3880270213338322</c:v>
                </c:pt>
                <c:pt idx="406">
                  <c:v>1.3865233356839379</c:v>
                </c:pt>
                <c:pt idx="407">
                  <c:v>1.3854575864127769</c:v>
                </c:pt>
                <c:pt idx="408">
                  <c:v>1.3847222762158522</c:v>
                </c:pt>
                <c:pt idx="409">
                  <c:v>1.3829662799002711</c:v>
                </c:pt>
                <c:pt idx="410">
                  <c:v>1.380840414875842</c:v>
                </c:pt>
                <c:pt idx="411">
                  <c:v>1.3781131397876709</c:v>
                </c:pt>
                <c:pt idx="412">
                  <c:v>1.3780692325815258</c:v>
                </c:pt>
                <c:pt idx="413">
                  <c:v>1.3776171728471109</c:v>
                </c:pt>
                <c:pt idx="414">
                  <c:v>1.3740423477053618</c:v>
                </c:pt>
                <c:pt idx="415">
                  <c:v>1.3733509866959293</c:v>
                </c:pt>
                <c:pt idx="416">
                  <c:v>1.3733013301437185</c:v>
                </c:pt>
                <c:pt idx="417">
                  <c:v>1.3697870106091523</c:v>
                </c:pt>
                <c:pt idx="418">
                  <c:v>1.3690805828193102</c:v>
                </c:pt>
                <c:pt idx="419">
                  <c:v>1.3680831293842706</c:v>
                </c:pt>
                <c:pt idx="420">
                  <c:v>1.3660779991271212</c:v>
                </c:pt>
                <c:pt idx="421">
                  <c:v>1.3634630267905719</c:v>
                </c:pt>
                <c:pt idx="422">
                  <c:v>1.3605486138767446</c:v>
                </c:pt>
                <c:pt idx="423">
                  <c:v>1.3570038764181795</c:v>
                </c:pt>
                <c:pt idx="424">
                  <c:v>1.3511812414197943</c:v>
                </c:pt>
                <c:pt idx="425">
                  <c:v>1.3508870381739015</c:v>
                </c:pt>
                <c:pt idx="426">
                  <c:v>1.3495405899666879</c:v>
                </c:pt>
                <c:pt idx="427">
                  <c:v>1.3486028586839036</c:v>
                </c:pt>
                <c:pt idx="428">
                  <c:v>1.3482739216629906</c:v>
                </c:pt>
                <c:pt idx="429">
                  <c:v>1.3452122920726697</c:v>
                </c:pt>
                <c:pt idx="430">
                  <c:v>1.343898314829284</c:v>
                </c:pt>
                <c:pt idx="431">
                  <c:v>1.339828347939257</c:v>
                </c:pt>
                <c:pt idx="432">
                  <c:v>1.3390665650740909</c:v>
                </c:pt>
                <c:pt idx="433">
                  <c:v>1.3382257880356727</c:v>
                </c:pt>
                <c:pt idx="434">
                  <c:v>1.3359426039120879</c:v>
                </c:pt>
                <c:pt idx="435">
                  <c:v>1.3342445262829716</c:v>
                </c:pt>
                <c:pt idx="436">
                  <c:v>1.3341850361986141</c:v>
                </c:pt>
                <c:pt idx="437">
                  <c:v>1.33366380879653</c:v>
                </c:pt>
                <c:pt idx="438">
                  <c:v>1.3331837944682585</c:v>
                </c:pt>
                <c:pt idx="439">
                  <c:v>1.330676932965722</c:v>
                </c:pt>
                <c:pt idx="440">
                  <c:v>1.3304358833707981</c:v>
                </c:pt>
                <c:pt idx="441">
                  <c:v>1.3299536845664008</c:v>
                </c:pt>
                <c:pt idx="442">
                  <c:v>1.3281118480970457</c:v>
                </c:pt>
                <c:pt idx="443">
                  <c:v>1.3276870021207663</c:v>
                </c:pt>
                <c:pt idx="444">
                  <c:v>1.327537409816526</c:v>
                </c:pt>
                <c:pt idx="445">
                  <c:v>1.3257382467487897</c:v>
                </c:pt>
                <c:pt idx="446">
                  <c:v>1.3250226662595666</c:v>
                </c:pt>
                <c:pt idx="447">
                  <c:v>1.3247521714322585</c:v>
                </c:pt>
                <c:pt idx="448">
                  <c:v>1.324214248194147</c:v>
                </c:pt>
                <c:pt idx="449">
                  <c:v>1.3241227396940458</c:v>
                </c:pt>
                <c:pt idx="450">
                  <c:v>1.3228817144543203</c:v>
                </c:pt>
                <c:pt idx="451">
                  <c:v>1.3209654305036642</c:v>
                </c:pt>
                <c:pt idx="452">
                  <c:v>1.320107833685507</c:v>
                </c:pt>
                <c:pt idx="453">
                  <c:v>1.3168632246607801</c:v>
                </c:pt>
                <c:pt idx="454">
                  <c:v>1.3165429859860087</c:v>
                </c:pt>
                <c:pt idx="455">
                  <c:v>1.3161760353970922</c:v>
                </c:pt>
                <c:pt idx="456">
                  <c:v>1.3148930686800748</c:v>
                </c:pt>
                <c:pt idx="457">
                  <c:v>1.3117708508408383</c:v>
                </c:pt>
                <c:pt idx="458">
                  <c:v>1.3102828242827498</c:v>
                </c:pt>
                <c:pt idx="459">
                  <c:v>1.3099112493300602</c:v>
                </c:pt>
                <c:pt idx="460">
                  <c:v>1.3041168988987695</c:v>
                </c:pt>
                <c:pt idx="461">
                  <c:v>1.3036278674273647</c:v>
                </c:pt>
                <c:pt idx="462">
                  <c:v>1.303249812560654</c:v>
                </c:pt>
                <c:pt idx="463">
                  <c:v>1.3030461860651523</c:v>
                </c:pt>
                <c:pt idx="464">
                  <c:v>1.3018043444176157</c:v>
                </c:pt>
                <c:pt idx="465">
                  <c:v>1.3017705923597642</c:v>
                </c:pt>
                <c:pt idx="466">
                  <c:v>1.3007300934833899</c:v>
                </c:pt>
                <c:pt idx="467">
                  <c:v>1.3006588008175519</c:v>
                </c:pt>
                <c:pt idx="468">
                  <c:v>1.2998498267053584</c:v>
                </c:pt>
                <c:pt idx="469">
                  <c:v>1.2994502604176486</c:v>
                </c:pt>
                <c:pt idx="470">
                  <c:v>1.2972607168537693</c:v>
                </c:pt>
                <c:pt idx="471">
                  <c:v>1.2955925305162168</c:v>
                </c:pt>
                <c:pt idx="472">
                  <c:v>1.2900468932797522</c:v>
                </c:pt>
                <c:pt idx="473">
                  <c:v>1.287858512981942</c:v>
                </c:pt>
                <c:pt idx="474">
                  <c:v>1.2872686803868467</c:v>
                </c:pt>
                <c:pt idx="475">
                  <c:v>1.2872058419698515</c:v>
                </c:pt>
                <c:pt idx="476">
                  <c:v>1.2869174780461237</c:v>
                </c:pt>
                <c:pt idx="477">
                  <c:v>1.286733658587218</c:v>
                </c:pt>
                <c:pt idx="478">
                  <c:v>1.28468743830197</c:v>
                </c:pt>
                <c:pt idx="479">
                  <c:v>1.2834217720998227</c:v>
                </c:pt>
                <c:pt idx="480">
                  <c:v>1.2807294566881893</c:v>
                </c:pt>
                <c:pt idx="481">
                  <c:v>1.2789755274649084</c:v>
                </c:pt>
                <c:pt idx="482">
                  <c:v>1.2784714989147403</c:v>
                </c:pt>
                <c:pt idx="483">
                  <c:v>1.2778956397586019</c:v>
                </c:pt>
                <c:pt idx="484">
                  <c:v>1.2750443762699488</c:v>
                </c:pt>
                <c:pt idx="485">
                  <c:v>1.2739940434793047</c:v>
                </c:pt>
                <c:pt idx="486">
                  <c:v>1.2728179330713623</c:v>
                </c:pt>
                <c:pt idx="487">
                  <c:v>1.2715139021261928</c:v>
                </c:pt>
                <c:pt idx="488">
                  <c:v>1.2709388020821188</c:v>
                </c:pt>
                <c:pt idx="489">
                  <c:v>1.2689431125892234</c:v>
                </c:pt>
                <c:pt idx="490">
                  <c:v>1.2684253944375676</c:v>
                </c:pt>
                <c:pt idx="491">
                  <c:v>1.267553120503873</c:v>
                </c:pt>
                <c:pt idx="492">
                  <c:v>1.26552637370415</c:v>
                </c:pt>
                <c:pt idx="493">
                  <c:v>1.2646817362073994</c:v>
                </c:pt>
                <c:pt idx="494">
                  <c:v>1.2643158991720462</c:v>
                </c:pt>
                <c:pt idx="495">
                  <c:v>1.2639812184915695</c:v>
                </c:pt>
                <c:pt idx="496">
                  <c:v>1.2638387100548687</c:v>
                </c:pt>
                <c:pt idx="497">
                  <c:v>1.2623355752416838</c:v>
                </c:pt>
                <c:pt idx="498">
                  <c:v>1.2615791904490461</c:v>
                </c:pt>
                <c:pt idx="499">
                  <c:v>1.2608823350501219</c:v>
                </c:pt>
                <c:pt idx="500">
                  <c:v>1.2565281012453742</c:v>
                </c:pt>
                <c:pt idx="501">
                  <c:v>1.255052866661033</c:v>
                </c:pt>
                <c:pt idx="502">
                  <c:v>1.2537915173060639</c:v>
                </c:pt>
                <c:pt idx="503">
                  <c:v>1.2530081047728834</c:v>
                </c:pt>
                <c:pt idx="504">
                  <c:v>1.2529402772533724</c:v>
                </c:pt>
                <c:pt idx="505">
                  <c:v>1.2513604301667647</c:v>
                </c:pt>
                <c:pt idx="506">
                  <c:v>1.2498533648227084</c:v>
                </c:pt>
                <c:pt idx="507">
                  <c:v>1.2482959770168121</c:v>
                </c:pt>
                <c:pt idx="508">
                  <c:v>1.246852539235112</c:v>
                </c:pt>
                <c:pt idx="509">
                  <c:v>1.2459108917773625</c:v>
                </c:pt>
                <c:pt idx="510">
                  <c:v>1.2447676021256942</c:v>
                </c:pt>
                <c:pt idx="511">
                  <c:v>1.2442905185402773</c:v>
                </c:pt>
                <c:pt idx="512">
                  <c:v>1.2441760390276779</c:v>
                </c:pt>
                <c:pt idx="513">
                  <c:v>1.2419539249949612</c:v>
                </c:pt>
                <c:pt idx="514">
                  <c:v>1.2412574326830335</c:v>
                </c:pt>
                <c:pt idx="515">
                  <c:v>1.2369046494060518</c:v>
                </c:pt>
                <c:pt idx="516">
                  <c:v>1.2355780045069686</c:v>
                </c:pt>
                <c:pt idx="517">
                  <c:v>1.2314589785828711</c:v>
                </c:pt>
                <c:pt idx="518">
                  <c:v>1.230955044438804</c:v>
                </c:pt>
                <c:pt idx="519">
                  <c:v>1.2304446177386883</c:v>
                </c:pt>
                <c:pt idx="520">
                  <c:v>1.22991485117166</c:v>
                </c:pt>
                <c:pt idx="521">
                  <c:v>1.2280100609057052</c:v>
                </c:pt>
                <c:pt idx="522">
                  <c:v>1.2265743152862734</c:v>
                </c:pt>
                <c:pt idx="523">
                  <c:v>1.2261963784888195</c:v>
                </c:pt>
                <c:pt idx="524">
                  <c:v>1.2260229953029953</c:v>
                </c:pt>
                <c:pt idx="525">
                  <c:v>1.2245966392226144</c:v>
                </c:pt>
                <c:pt idx="526">
                  <c:v>1.2232417474347175</c:v>
                </c:pt>
                <c:pt idx="527">
                  <c:v>1.2226455024315597</c:v>
                </c:pt>
                <c:pt idx="528">
                  <c:v>1.2224451092806521</c:v>
                </c:pt>
                <c:pt idx="529">
                  <c:v>1.222194690197743</c:v>
                </c:pt>
                <c:pt idx="530">
                  <c:v>1.2216864577784712</c:v>
                </c:pt>
                <c:pt idx="531">
                  <c:v>1.2197390098946457</c:v>
                </c:pt>
                <c:pt idx="532">
                  <c:v>1.2192630388217225</c:v>
                </c:pt>
                <c:pt idx="533">
                  <c:v>1.2183606958518696</c:v>
                </c:pt>
                <c:pt idx="534">
                  <c:v>1.2178933502450284</c:v>
                </c:pt>
                <c:pt idx="535">
                  <c:v>1.2176457833058996</c:v>
                </c:pt>
                <c:pt idx="536">
                  <c:v>1.2170357497625588</c:v>
                </c:pt>
                <c:pt idx="537">
                  <c:v>1.2148417612412321</c:v>
                </c:pt>
                <c:pt idx="538">
                  <c:v>1.2144059296119043</c:v>
                </c:pt>
                <c:pt idx="539">
                  <c:v>1.2114485542518887</c:v>
                </c:pt>
                <c:pt idx="540">
                  <c:v>1.2103000765730565</c:v>
                </c:pt>
                <c:pt idx="541">
                  <c:v>1.2096761205241173</c:v>
                </c:pt>
                <c:pt idx="542">
                  <c:v>1.2083235497443001</c:v>
                </c:pt>
                <c:pt idx="543">
                  <c:v>1.2074071676371139</c:v>
                </c:pt>
                <c:pt idx="544">
                  <c:v>1.2052099673484484</c:v>
                </c:pt>
                <c:pt idx="545">
                  <c:v>1.2048326094361848</c:v>
                </c:pt>
                <c:pt idx="546">
                  <c:v>1.2012716780330159</c:v>
                </c:pt>
                <c:pt idx="547">
                  <c:v>1.2007863307122522</c:v>
                </c:pt>
                <c:pt idx="548">
                  <c:v>1.1989065202179749</c:v>
                </c:pt>
                <c:pt idx="549">
                  <c:v>1.1988749012509958</c:v>
                </c:pt>
                <c:pt idx="550">
                  <c:v>1.1980390159383059</c:v>
                </c:pt>
                <c:pt idx="551">
                  <c:v>1.1970793623467495</c:v>
                </c:pt>
                <c:pt idx="552">
                  <c:v>1.1965614627741241</c:v>
                </c:pt>
                <c:pt idx="553">
                  <c:v>1.1957736852559633</c:v>
                </c:pt>
                <c:pt idx="554">
                  <c:v>1.1951455621412033</c:v>
                </c:pt>
                <c:pt idx="555">
                  <c:v>1.1945302623129888</c:v>
                </c:pt>
                <c:pt idx="556">
                  <c:v>1.1935320459504539</c:v>
                </c:pt>
                <c:pt idx="557">
                  <c:v>1.1931551019776894</c:v>
                </c:pt>
                <c:pt idx="558">
                  <c:v>1.1909672153189617</c:v>
                </c:pt>
                <c:pt idx="559">
                  <c:v>1.1902573784743227</c:v>
                </c:pt>
                <c:pt idx="560">
                  <c:v>1.1895290958404277</c:v>
                </c:pt>
                <c:pt idx="561">
                  <c:v>1.1888643900013298</c:v>
                </c:pt>
                <c:pt idx="562">
                  <c:v>1.187411481089296</c:v>
                </c:pt>
                <c:pt idx="563">
                  <c:v>1.1861031647337759</c:v>
                </c:pt>
                <c:pt idx="564">
                  <c:v>1.1859429219702509</c:v>
                </c:pt>
                <c:pt idx="565">
                  <c:v>1.1835559016644706</c:v>
                </c:pt>
                <c:pt idx="566">
                  <c:v>1.1830381866273509</c:v>
                </c:pt>
                <c:pt idx="567">
                  <c:v>1.1819157383727503</c:v>
                </c:pt>
                <c:pt idx="568">
                  <c:v>1.1810122001853991</c:v>
                </c:pt>
                <c:pt idx="569">
                  <c:v>1.1793612603690777</c:v>
                </c:pt>
                <c:pt idx="570">
                  <c:v>1.1777286577662724</c:v>
                </c:pt>
                <c:pt idx="571">
                  <c:v>1.1775541692125522</c:v>
                </c:pt>
                <c:pt idx="572">
                  <c:v>1.1769819805773403</c:v>
                </c:pt>
                <c:pt idx="573">
                  <c:v>1.1761725266772085</c:v>
                </c:pt>
                <c:pt idx="574">
                  <c:v>1.1761559438654692</c:v>
                </c:pt>
                <c:pt idx="575">
                  <c:v>1.1736428678329696</c:v>
                </c:pt>
                <c:pt idx="576">
                  <c:v>1.1732202689935038</c:v>
                </c:pt>
                <c:pt idx="577">
                  <c:v>1.172632898274147</c:v>
                </c:pt>
                <c:pt idx="578">
                  <c:v>1.1724925604300003</c:v>
                </c:pt>
                <c:pt idx="579">
                  <c:v>1.1721499876539239</c:v>
                </c:pt>
                <c:pt idx="580">
                  <c:v>1.1720038105457422</c:v>
                </c:pt>
                <c:pt idx="581">
                  <c:v>1.1710461492504216</c:v>
                </c:pt>
                <c:pt idx="582">
                  <c:v>1.1667359909678892</c:v>
                </c:pt>
                <c:pt idx="583">
                  <c:v>1.1665234373377773</c:v>
                </c:pt>
                <c:pt idx="584">
                  <c:v>1.1659706543574815</c:v>
                </c:pt>
                <c:pt idx="585">
                  <c:v>1.1658004196801708</c:v>
                </c:pt>
                <c:pt idx="586">
                  <c:v>1.1657354524141195</c:v>
                </c:pt>
                <c:pt idx="587">
                  <c:v>1.1652665542516156</c:v>
                </c:pt>
                <c:pt idx="588">
                  <c:v>1.1646054102537735</c:v>
                </c:pt>
                <c:pt idx="589">
                  <c:v>1.164537203609104</c:v>
                </c:pt>
                <c:pt idx="590">
                  <c:v>1.1638196298624612</c:v>
                </c:pt>
                <c:pt idx="591">
                  <c:v>1.1630405123315837</c:v>
                </c:pt>
                <c:pt idx="592">
                  <c:v>1.1629020055867181</c:v>
                </c:pt>
                <c:pt idx="593">
                  <c:v>1.1626616489803967</c:v>
                </c:pt>
                <c:pt idx="594">
                  <c:v>1.1612510010529487</c:v>
                </c:pt>
                <c:pt idx="595">
                  <c:v>1.1609651615399648</c:v>
                </c:pt>
                <c:pt idx="596">
                  <c:v>1.1603801627541832</c:v>
                </c:pt>
                <c:pt idx="597">
                  <c:v>1.1580595184097131</c:v>
                </c:pt>
                <c:pt idx="598">
                  <c:v>1.154225528924363</c:v>
                </c:pt>
                <c:pt idx="599">
                  <c:v>1.1517088402124243</c:v>
                </c:pt>
                <c:pt idx="600">
                  <c:v>1.151175440663788</c:v>
                </c:pt>
                <c:pt idx="601">
                  <c:v>1.1500724190799372</c:v>
                </c:pt>
                <c:pt idx="602">
                  <c:v>1.148906108292572</c:v>
                </c:pt>
                <c:pt idx="603">
                  <c:v>1.1469532628724708</c:v>
                </c:pt>
                <c:pt idx="604">
                  <c:v>1.1468843048877071</c:v>
                </c:pt>
                <c:pt idx="605">
                  <c:v>1.145109796603885</c:v>
                </c:pt>
                <c:pt idx="606">
                  <c:v>1.1438225811147538</c:v>
                </c:pt>
                <c:pt idx="607">
                  <c:v>1.142715464491824</c:v>
                </c:pt>
                <c:pt idx="608">
                  <c:v>1.1417344185440836</c:v>
                </c:pt>
                <c:pt idx="609">
                  <c:v>1.1415520587746422</c:v>
                </c:pt>
                <c:pt idx="610">
                  <c:v>1.1414043605551494</c:v>
                </c:pt>
                <c:pt idx="611">
                  <c:v>1.1407306614792849</c:v>
                </c:pt>
                <c:pt idx="612">
                  <c:v>1.1404573433197327</c:v>
                </c:pt>
                <c:pt idx="613">
                  <c:v>1.1403498388157043</c:v>
                </c:pt>
                <c:pt idx="614">
                  <c:v>1.1400465050638258</c:v>
                </c:pt>
                <c:pt idx="615">
                  <c:v>1.1393510831864455</c:v>
                </c:pt>
                <c:pt idx="616">
                  <c:v>1.1389139234016781</c:v>
                </c:pt>
                <c:pt idx="617">
                  <c:v>1.138173676549129</c:v>
                </c:pt>
                <c:pt idx="618">
                  <c:v>1.1379238269071776</c:v>
                </c:pt>
                <c:pt idx="619">
                  <c:v>1.1367794848623038</c:v>
                </c:pt>
                <c:pt idx="620">
                  <c:v>1.136133116591618</c:v>
                </c:pt>
                <c:pt idx="621">
                  <c:v>1.1347269920437912</c:v>
                </c:pt>
                <c:pt idx="622">
                  <c:v>1.1346264430479689</c:v>
                </c:pt>
                <c:pt idx="623">
                  <c:v>1.1345668448640935</c:v>
                </c:pt>
                <c:pt idx="624">
                  <c:v>1.1345315099257263</c:v>
                </c:pt>
                <c:pt idx="625">
                  <c:v>1.1275810728673796</c:v>
                </c:pt>
                <c:pt idx="626">
                  <c:v>1.1275498463111027</c:v>
                </c:pt>
                <c:pt idx="627">
                  <c:v>1.1256449323684137</c:v>
                </c:pt>
                <c:pt idx="628">
                  <c:v>1.1253756895094977</c:v>
                </c:pt>
                <c:pt idx="629">
                  <c:v>1.1245024355351201</c:v>
                </c:pt>
                <c:pt idx="630">
                  <c:v>1.1244357025835563</c:v>
                </c:pt>
                <c:pt idx="631">
                  <c:v>1.1235654985054269</c:v>
                </c:pt>
                <c:pt idx="632">
                  <c:v>1.1225905079895362</c:v>
                </c:pt>
                <c:pt idx="633">
                  <c:v>1.1216280883384955</c:v>
                </c:pt>
                <c:pt idx="634">
                  <c:v>1.1198484371861246</c:v>
                </c:pt>
                <c:pt idx="635">
                  <c:v>1.1194980776090904</c:v>
                </c:pt>
                <c:pt idx="636">
                  <c:v>1.1191424769992797</c:v>
                </c:pt>
                <c:pt idx="637">
                  <c:v>1.1190800992203267</c:v>
                </c:pt>
                <c:pt idx="638">
                  <c:v>1.118961633620756</c:v>
                </c:pt>
                <c:pt idx="639">
                  <c:v>1.1182248617842565</c:v>
                </c:pt>
                <c:pt idx="640">
                  <c:v>1.1177731359885743</c:v>
                </c:pt>
                <c:pt idx="641">
                  <c:v>1.1172936544330303</c:v>
                </c:pt>
                <c:pt idx="642">
                  <c:v>1.1155542579016009</c:v>
                </c:pt>
                <c:pt idx="643">
                  <c:v>1.1152030654359961</c:v>
                </c:pt>
                <c:pt idx="644">
                  <c:v>1.114439852933568</c:v>
                </c:pt>
                <c:pt idx="645">
                  <c:v>1.1141055288492463</c:v>
                </c:pt>
                <c:pt idx="646">
                  <c:v>1.1133889979828764</c:v>
                </c:pt>
                <c:pt idx="647">
                  <c:v>1.1124043819195715</c:v>
                </c:pt>
                <c:pt idx="648">
                  <c:v>1.1109272275949724</c:v>
                </c:pt>
                <c:pt idx="649">
                  <c:v>1.110161813608896</c:v>
                </c:pt>
                <c:pt idx="650">
                  <c:v>1.109892306406346</c:v>
                </c:pt>
                <c:pt idx="651">
                  <c:v>1.1096000091734441</c:v>
                </c:pt>
                <c:pt idx="652">
                  <c:v>1.1094911877566271</c:v>
                </c:pt>
                <c:pt idx="653">
                  <c:v>1.1071902197410513</c:v>
                </c:pt>
                <c:pt idx="654">
                  <c:v>1.106279357569125</c:v>
                </c:pt>
                <c:pt idx="655">
                  <c:v>1.1055442177742589</c:v>
                </c:pt>
                <c:pt idx="656">
                  <c:v>1.105235706908068</c:v>
                </c:pt>
                <c:pt idx="657">
                  <c:v>1.105205290243036</c:v>
                </c:pt>
                <c:pt idx="658">
                  <c:v>1.1048359937561578</c:v>
                </c:pt>
                <c:pt idx="659">
                  <c:v>1.1026148609450586</c:v>
                </c:pt>
                <c:pt idx="660">
                  <c:v>1.1016595957621496</c:v>
                </c:pt>
                <c:pt idx="661">
                  <c:v>1.1013913665338566</c:v>
                </c:pt>
                <c:pt idx="662">
                  <c:v>1.1011944384537546</c:v>
                </c:pt>
                <c:pt idx="663">
                  <c:v>1.1011767828312822</c:v>
                </c:pt>
                <c:pt idx="664">
                  <c:v>1.1001786353050047</c:v>
                </c:pt>
                <c:pt idx="665">
                  <c:v>1.0961709631758667</c:v>
                </c:pt>
                <c:pt idx="666">
                  <c:v>1.095402751185476</c:v>
                </c:pt>
                <c:pt idx="667">
                  <c:v>1.0946079317432984</c:v>
                </c:pt>
                <c:pt idx="668">
                  <c:v>1.0939494985223797</c:v>
                </c:pt>
                <c:pt idx="669">
                  <c:v>1.093913669176602</c:v>
                </c:pt>
                <c:pt idx="670">
                  <c:v>1.0934399605566076</c:v>
                </c:pt>
                <c:pt idx="671">
                  <c:v>1.0907137765907151</c:v>
                </c:pt>
                <c:pt idx="672">
                  <c:v>1.0906904791085641</c:v>
                </c:pt>
                <c:pt idx="673">
                  <c:v>1.0901748610486854</c:v>
                </c:pt>
                <c:pt idx="674">
                  <c:v>1.0896019801187444</c:v>
                </c:pt>
                <c:pt idx="675">
                  <c:v>1.0875526930016917</c:v>
                </c:pt>
                <c:pt idx="676">
                  <c:v>1.0860818662849929</c:v>
                </c:pt>
                <c:pt idx="677">
                  <c:v>1.085262679340016</c:v>
                </c:pt>
                <c:pt idx="678">
                  <c:v>1.0844044111374205</c:v>
                </c:pt>
                <c:pt idx="679">
                  <c:v>1.0830883952447836</c:v>
                </c:pt>
                <c:pt idx="680">
                  <c:v>1.0811251065948764</c:v>
                </c:pt>
                <c:pt idx="681">
                  <c:v>1.0787430666376763</c:v>
                </c:pt>
                <c:pt idx="682">
                  <c:v>1.0787192499676481</c:v>
                </c:pt>
                <c:pt idx="683">
                  <c:v>1.0784038285833801</c:v>
                </c:pt>
                <c:pt idx="684">
                  <c:v>1.0780765079968646</c:v>
                </c:pt>
                <c:pt idx="685">
                  <c:v>1.0773445756919608</c:v>
                </c:pt>
                <c:pt idx="686">
                  <c:v>1.0761670417630589</c:v>
                </c:pt>
                <c:pt idx="687">
                  <c:v>1.0757454164271949</c:v>
                </c:pt>
                <c:pt idx="688">
                  <c:v>1.0755336964196984</c:v>
                </c:pt>
                <c:pt idx="689">
                  <c:v>1.0752072760115161</c:v>
                </c:pt>
                <c:pt idx="690">
                  <c:v>1.0744291741637269</c:v>
                </c:pt>
                <c:pt idx="691">
                  <c:v>1.0739418027366505</c:v>
                </c:pt>
                <c:pt idx="692">
                  <c:v>1.0723181862794067</c:v>
                </c:pt>
                <c:pt idx="693">
                  <c:v>1.0717561089101428</c:v>
                </c:pt>
                <c:pt idx="694">
                  <c:v>1.0688874084115976</c:v>
                </c:pt>
                <c:pt idx="695">
                  <c:v>1.0674383488287624</c:v>
                </c:pt>
                <c:pt idx="696">
                  <c:v>1.0673391866512458</c:v>
                </c:pt>
                <c:pt idx="697">
                  <c:v>1.0670812773110987</c:v>
                </c:pt>
                <c:pt idx="698">
                  <c:v>1.0670458495478599</c:v>
                </c:pt>
                <c:pt idx="699">
                  <c:v>1.0667511590205532</c:v>
                </c:pt>
                <c:pt idx="700">
                  <c:v>1.0659053243262195</c:v>
                </c:pt>
                <c:pt idx="701">
                  <c:v>1.0658551902016866</c:v>
                </c:pt>
                <c:pt idx="702">
                  <c:v>1.0656792918177207</c:v>
                </c:pt>
                <c:pt idx="703">
                  <c:v>1.0655653828711873</c:v>
                </c:pt>
                <c:pt idx="704">
                  <c:v>1.0654242303810317</c:v>
                </c:pt>
                <c:pt idx="705">
                  <c:v>1.0653085716290107</c:v>
                </c:pt>
                <c:pt idx="706">
                  <c:v>1.0651386890236245</c:v>
                </c:pt>
                <c:pt idx="707">
                  <c:v>1.0636758308187471</c:v>
                </c:pt>
                <c:pt idx="708">
                  <c:v>1.0625692691490773</c:v>
                </c:pt>
                <c:pt idx="709">
                  <c:v>1.0622474873721395</c:v>
                </c:pt>
                <c:pt idx="710">
                  <c:v>1.0609496855033338</c:v>
                </c:pt>
                <c:pt idx="711">
                  <c:v>1.0607459389456952</c:v>
                </c:pt>
                <c:pt idx="712">
                  <c:v>1.0580589600586858</c:v>
                </c:pt>
                <c:pt idx="713">
                  <c:v>1.057648378809366</c:v>
                </c:pt>
                <c:pt idx="714">
                  <c:v>1.0573451104968494</c:v>
                </c:pt>
                <c:pt idx="715">
                  <c:v>1.0557719381347241</c:v>
                </c:pt>
                <c:pt idx="716">
                  <c:v>1.0550537142681722</c:v>
                </c:pt>
                <c:pt idx="717">
                  <c:v>1.0547692327154372</c:v>
                </c:pt>
                <c:pt idx="718">
                  <c:v>1.0545600244483238</c:v>
                </c:pt>
                <c:pt idx="719">
                  <c:v>1.0541489821633352</c:v>
                </c:pt>
                <c:pt idx="720">
                  <c:v>1.054128235636635</c:v>
                </c:pt>
                <c:pt idx="721">
                  <c:v>1.0538743860559625</c:v>
                </c:pt>
                <c:pt idx="722">
                  <c:v>1.0512643606733372</c:v>
                </c:pt>
                <c:pt idx="723">
                  <c:v>1.0511631739465404</c:v>
                </c:pt>
                <c:pt idx="724">
                  <c:v>1.0494654025315711</c:v>
                </c:pt>
                <c:pt idx="725">
                  <c:v>1.0494294632919108</c:v>
                </c:pt>
                <c:pt idx="726">
                  <c:v>1.0488583106699803</c:v>
                </c:pt>
                <c:pt idx="727">
                  <c:v>1.0484633059391684</c:v>
                </c:pt>
                <c:pt idx="728">
                  <c:v>1.0477096142917657</c:v>
                </c:pt>
                <c:pt idx="729">
                  <c:v>1.0441201868584764</c:v>
                </c:pt>
                <c:pt idx="730">
                  <c:v>1.0439436647751512</c:v>
                </c:pt>
                <c:pt idx="731">
                  <c:v>1.0431117557656568</c:v>
                </c:pt>
                <c:pt idx="732">
                  <c:v>1.0425313493553849</c:v>
                </c:pt>
                <c:pt idx="733">
                  <c:v>1.0422639678179086</c:v>
                </c:pt>
                <c:pt idx="734">
                  <c:v>1.040811694020128</c:v>
                </c:pt>
                <c:pt idx="735">
                  <c:v>1.0368999909954439</c:v>
                </c:pt>
                <c:pt idx="736">
                  <c:v>1.036892029601528</c:v>
                </c:pt>
                <c:pt idx="737">
                  <c:v>1.0364011632194527</c:v>
                </c:pt>
                <c:pt idx="738">
                  <c:v>1.0354309570677795</c:v>
                </c:pt>
                <c:pt idx="739">
                  <c:v>1.034972323692865</c:v>
                </c:pt>
                <c:pt idx="740">
                  <c:v>1.0281067664046044</c:v>
                </c:pt>
                <c:pt idx="741">
                  <c:v>1.0278927019445414</c:v>
                </c:pt>
                <c:pt idx="742">
                  <c:v>1.0278738477961955</c:v>
                </c:pt>
                <c:pt idx="743">
                  <c:v>1.0275291795009032</c:v>
                </c:pt>
                <c:pt idx="744">
                  <c:v>1.0268501179590745</c:v>
                </c:pt>
                <c:pt idx="745">
                  <c:v>1.0264924332894541</c:v>
                </c:pt>
                <c:pt idx="746">
                  <c:v>1.0249538823008566</c:v>
                </c:pt>
                <c:pt idx="747">
                  <c:v>1.0246108410442158</c:v>
                </c:pt>
                <c:pt idx="748">
                  <c:v>1.0243611862099442</c:v>
                </c:pt>
                <c:pt idx="749">
                  <c:v>1.0229240810685081</c:v>
                </c:pt>
                <c:pt idx="750">
                  <c:v>1.0219215913131605</c:v>
                </c:pt>
                <c:pt idx="751">
                  <c:v>1.0196994670701016</c:v>
                </c:pt>
                <c:pt idx="752">
                  <c:v>1.0192963330967846</c:v>
                </c:pt>
                <c:pt idx="753">
                  <c:v>1.0179655004395574</c:v>
                </c:pt>
                <c:pt idx="754">
                  <c:v>1.017232652815055</c:v>
                </c:pt>
                <c:pt idx="755">
                  <c:v>1.0164289401614834</c:v>
                </c:pt>
                <c:pt idx="756">
                  <c:v>1.0163437937144142</c:v>
                </c:pt>
                <c:pt idx="757">
                  <c:v>1.0148436998138077</c:v>
                </c:pt>
                <c:pt idx="758">
                  <c:v>1.0138324375993688</c:v>
                </c:pt>
                <c:pt idx="759">
                  <c:v>1.013224894423278</c:v>
                </c:pt>
                <c:pt idx="760">
                  <c:v>1.0130365318637669</c:v>
                </c:pt>
                <c:pt idx="761">
                  <c:v>1.0098420668585606</c:v>
                </c:pt>
                <c:pt idx="762">
                  <c:v>1.0088869270550305</c:v>
                </c:pt>
                <c:pt idx="763">
                  <c:v>1.0080626608451577</c:v>
                </c:pt>
                <c:pt idx="764">
                  <c:v>1.0079637738044156</c:v>
                </c:pt>
                <c:pt idx="765">
                  <c:v>1.0066815411595709</c:v>
                </c:pt>
                <c:pt idx="766">
                  <c:v>1.006473843889887</c:v>
                </c:pt>
                <c:pt idx="767">
                  <c:v>1.0057710855996247</c:v>
                </c:pt>
                <c:pt idx="768">
                  <c:v>1.0033096489425124</c:v>
                </c:pt>
                <c:pt idx="769">
                  <c:v>1.0027395587922838</c:v>
                </c:pt>
                <c:pt idx="770">
                  <c:v>1.0025340795539499</c:v>
                </c:pt>
                <c:pt idx="771">
                  <c:v>1.0024636937825258</c:v>
                </c:pt>
                <c:pt idx="772">
                  <c:v>1.0014296165810275</c:v>
                </c:pt>
                <c:pt idx="773">
                  <c:v>1.0010310000491067</c:v>
                </c:pt>
                <c:pt idx="774">
                  <c:v>1.0008546312020945</c:v>
                </c:pt>
                <c:pt idx="775">
                  <c:v>1.0001811276083519</c:v>
                </c:pt>
                <c:pt idx="776">
                  <c:v>0.99902929027816734</c:v>
                </c:pt>
                <c:pt idx="777">
                  <c:v>0.99878050230362714</c:v>
                </c:pt>
                <c:pt idx="778">
                  <c:v>0.99858227161223101</c:v>
                </c:pt>
                <c:pt idx="779">
                  <c:v>0.99631652444833008</c:v>
                </c:pt>
                <c:pt idx="780">
                  <c:v>0.99516590735443078</c:v>
                </c:pt>
                <c:pt idx="781">
                  <c:v>0.99503781153193982</c:v>
                </c:pt>
                <c:pt idx="782">
                  <c:v>0.99411255363769513</c:v>
                </c:pt>
                <c:pt idx="783">
                  <c:v>0.99397011328802054</c:v>
                </c:pt>
                <c:pt idx="784">
                  <c:v>0.99368839221215088</c:v>
                </c:pt>
                <c:pt idx="785">
                  <c:v>0.99360578725697424</c:v>
                </c:pt>
                <c:pt idx="786">
                  <c:v>0.99096338704678877</c:v>
                </c:pt>
                <c:pt idx="787">
                  <c:v>0.98803951530528245</c:v>
                </c:pt>
                <c:pt idx="788">
                  <c:v>0.98713442927053496</c:v>
                </c:pt>
                <c:pt idx="789">
                  <c:v>0.98581078931347743</c:v>
                </c:pt>
                <c:pt idx="790">
                  <c:v>0.9855330136929249</c:v>
                </c:pt>
                <c:pt idx="791">
                  <c:v>0.98345417994606832</c:v>
                </c:pt>
                <c:pt idx="792">
                  <c:v>0.98343088826992109</c:v>
                </c:pt>
                <c:pt idx="793">
                  <c:v>0.9823805709627953</c:v>
                </c:pt>
                <c:pt idx="794">
                  <c:v>0.98012085571720431</c:v>
                </c:pt>
                <c:pt idx="795">
                  <c:v>0.97908508816830886</c:v>
                </c:pt>
                <c:pt idx="796">
                  <c:v>0.97754202640644594</c:v>
                </c:pt>
                <c:pt idx="797">
                  <c:v>0.97744583887107117</c:v>
                </c:pt>
                <c:pt idx="798">
                  <c:v>0.9768618853003127</c:v>
                </c:pt>
                <c:pt idx="799">
                  <c:v>0.97621003279389851</c:v>
                </c:pt>
                <c:pt idx="800">
                  <c:v>0.97535336633610148</c:v>
                </c:pt>
                <c:pt idx="801">
                  <c:v>0.97452518467376004</c:v>
                </c:pt>
                <c:pt idx="802">
                  <c:v>0.97433164482886858</c:v>
                </c:pt>
                <c:pt idx="803">
                  <c:v>0.97418085457276593</c:v>
                </c:pt>
                <c:pt idx="804">
                  <c:v>0.97331963864811333</c:v>
                </c:pt>
                <c:pt idx="805">
                  <c:v>0.97265664718030398</c:v>
                </c:pt>
                <c:pt idx="806">
                  <c:v>0.97254248203730376</c:v>
                </c:pt>
                <c:pt idx="807">
                  <c:v>0.97155632208601617</c:v>
                </c:pt>
                <c:pt idx="808">
                  <c:v>0.97134793705592093</c:v>
                </c:pt>
                <c:pt idx="809">
                  <c:v>0.9705499037835994</c:v>
                </c:pt>
                <c:pt idx="810">
                  <c:v>0.97005543672721006</c:v>
                </c:pt>
                <c:pt idx="811">
                  <c:v>0.97005349106636884</c:v>
                </c:pt>
                <c:pt idx="812">
                  <c:v>0.96975314856076089</c:v>
                </c:pt>
                <c:pt idx="813">
                  <c:v>0.96973932873969615</c:v>
                </c:pt>
                <c:pt idx="814">
                  <c:v>0.96892758498521714</c:v>
                </c:pt>
                <c:pt idx="815">
                  <c:v>0.96886636768266454</c:v>
                </c:pt>
                <c:pt idx="816">
                  <c:v>0.96883057697234565</c:v>
                </c:pt>
                <c:pt idx="817">
                  <c:v>0.96769891987306844</c:v>
                </c:pt>
                <c:pt idx="818">
                  <c:v>0.9675807647155843</c:v>
                </c:pt>
                <c:pt idx="819">
                  <c:v>0.9672699341010661</c:v>
                </c:pt>
                <c:pt idx="820">
                  <c:v>0.96692716497862385</c:v>
                </c:pt>
                <c:pt idx="821">
                  <c:v>0.96665033490173624</c:v>
                </c:pt>
                <c:pt idx="822">
                  <c:v>0.96547550740720911</c:v>
                </c:pt>
                <c:pt idx="823">
                  <c:v>0.96442873173241139</c:v>
                </c:pt>
                <c:pt idx="824">
                  <c:v>0.9631121959420742</c:v>
                </c:pt>
                <c:pt idx="825">
                  <c:v>0.96228095007240344</c:v>
                </c:pt>
                <c:pt idx="826">
                  <c:v>0.96198224336185489</c:v>
                </c:pt>
                <c:pt idx="827">
                  <c:v>0.96111085065666391</c:v>
                </c:pt>
                <c:pt idx="828">
                  <c:v>0.96103266857118297</c:v>
                </c:pt>
                <c:pt idx="829">
                  <c:v>0.96018512769328324</c:v>
                </c:pt>
                <c:pt idx="830">
                  <c:v>0.95915203106975999</c:v>
                </c:pt>
                <c:pt idx="831">
                  <c:v>0.95912688165343163</c:v>
                </c:pt>
                <c:pt idx="832">
                  <c:v>0.95899191650785764</c:v>
                </c:pt>
                <c:pt idx="833">
                  <c:v>0.95848409175026172</c:v>
                </c:pt>
                <c:pt idx="834">
                  <c:v>0.95735878459382273</c:v>
                </c:pt>
                <c:pt idx="835">
                  <c:v>0.95732245411139494</c:v>
                </c:pt>
                <c:pt idx="836">
                  <c:v>0.95692068134587627</c:v>
                </c:pt>
                <c:pt idx="837">
                  <c:v>0.9562217711884754</c:v>
                </c:pt>
                <c:pt idx="838">
                  <c:v>0.95609457217160476</c:v>
                </c:pt>
                <c:pt idx="839">
                  <c:v>0.95582592276723211</c:v>
                </c:pt>
                <c:pt idx="840">
                  <c:v>0.95471384280725069</c:v>
                </c:pt>
                <c:pt idx="841">
                  <c:v>0.9541405160604477</c:v>
                </c:pt>
                <c:pt idx="842">
                  <c:v>0.95402636958478859</c:v>
                </c:pt>
                <c:pt idx="843">
                  <c:v>0.9511759326077236</c:v>
                </c:pt>
                <c:pt idx="844">
                  <c:v>0.95093429925851147</c:v>
                </c:pt>
                <c:pt idx="845">
                  <c:v>0.95067779097735294</c:v>
                </c:pt>
                <c:pt idx="846">
                  <c:v>0.94872971659730354</c:v>
                </c:pt>
                <c:pt idx="847">
                  <c:v>0.94860227449940659</c:v>
                </c:pt>
                <c:pt idx="848">
                  <c:v>0.9481497705691635</c:v>
                </c:pt>
                <c:pt idx="849">
                  <c:v>0.94805483449994277</c:v>
                </c:pt>
                <c:pt idx="850">
                  <c:v>0.94748171871296605</c:v>
                </c:pt>
                <c:pt idx="851">
                  <c:v>0.94615801947065004</c:v>
                </c:pt>
                <c:pt idx="852">
                  <c:v>0.94570912360598858</c:v>
                </c:pt>
                <c:pt idx="853">
                  <c:v>0.94530895657359204</c:v>
                </c:pt>
                <c:pt idx="854">
                  <c:v>0.9448155224952971</c:v>
                </c:pt>
                <c:pt idx="855">
                  <c:v>0.94307297064789619</c:v>
                </c:pt>
                <c:pt idx="856">
                  <c:v>0.94292982860346408</c:v>
                </c:pt>
                <c:pt idx="857">
                  <c:v>0.94202105793389312</c:v>
                </c:pt>
                <c:pt idx="858">
                  <c:v>0.94160626765751243</c:v>
                </c:pt>
                <c:pt idx="859">
                  <c:v>0.94057307938299151</c:v>
                </c:pt>
                <c:pt idx="860">
                  <c:v>0.93977802687819678</c:v>
                </c:pt>
                <c:pt idx="861">
                  <c:v>0.93870857646979666</c:v>
                </c:pt>
                <c:pt idx="862">
                  <c:v>0.9386139518783525</c:v>
                </c:pt>
                <c:pt idx="863">
                  <c:v>0.93754886044167751</c:v>
                </c:pt>
                <c:pt idx="864">
                  <c:v>0.93746009038425959</c:v>
                </c:pt>
                <c:pt idx="865">
                  <c:v>0.93607023397404787</c:v>
                </c:pt>
                <c:pt idx="866">
                  <c:v>0.93412935276991049</c:v>
                </c:pt>
                <c:pt idx="867">
                  <c:v>0.93356705497624781</c:v>
                </c:pt>
                <c:pt idx="868">
                  <c:v>0.93315584065913137</c:v>
                </c:pt>
                <c:pt idx="869">
                  <c:v>0.93307014056225912</c:v>
                </c:pt>
                <c:pt idx="870">
                  <c:v>0.93305291233916565</c:v>
                </c:pt>
                <c:pt idx="871">
                  <c:v>0.93284787409230796</c:v>
                </c:pt>
                <c:pt idx="872">
                  <c:v>0.93244495378640158</c:v>
                </c:pt>
                <c:pt idx="873">
                  <c:v>0.93092499112632576</c:v>
                </c:pt>
                <c:pt idx="874">
                  <c:v>0.93043129267252045</c:v>
                </c:pt>
                <c:pt idx="875">
                  <c:v>0.92978240393201828</c:v>
                </c:pt>
                <c:pt idx="876">
                  <c:v>0.92894842592889837</c:v>
                </c:pt>
                <c:pt idx="877">
                  <c:v>0.92877290268037327</c:v>
                </c:pt>
                <c:pt idx="878">
                  <c:v>0.92875923687983342</c:v>
                </c:pt>
                <c:pt idx="879">
                  <c:v>0.92875491746327343</c:v>
                </c:pt>
                <c:pt idx="880">
                  <c:v>0.92797081433262762</c:v>
                </c:pt>
                <c:pt idx="881">
                  <c:v>0.92790845444228542</c:v>
                </c:pt>
                <c:pt idx="882">
                  <c:v>0.92721332852730731</c:v>
                </c:pt>
                <c:pt idx="883">
                  <c:v>0.92692118866716688</c:v>
                </c:pt>
                <c:pt idx="884">
                  <c:v>0.92622388885012708</c:v>
                </c:pt>
                <c:pt idx="885">
                  <c:v>0.92600206728196421</c:v>
                </c:pt>
                <c:pt idx="886">
                  <c:v>0.92589873083872309</c:v>
                </c:pt>
                <c:pt idx="887">
                  <c:v>0.92511579274259392</c:v>
                </c:pt>
                <c:pt idx="888">
                  <c:v>0.92470707871275648</c:v>
                </c:pt>
                <c:pt idx="889">
                  <c:v>0.92470154135558058</c:v>
                </c:pt>
                <c:pt idx="890">
                  <c:v>0.92441112867140485</c:v>
                </c:pt>
                <c:pt idx="891">
                  <c:v>0.92426027159743906</c:v>
                </c:pt>
                <c:pt idx="892">
                  <c:v>0.92351798344183933</c:v>
                </c:pt>
                <c:pt idx="893">
                  <c:v>0.92342698287668301</c:v>
                </c:pt>
                <c:pt idx="894">
                  <c:v>0.92321738285411081</c:v>
                </c:pt>
                <c:pt idx="895">
                  <c:v>0.92276144432687968</c:v>
                </c:pt>
                <c:pt idx="896">
                  <c:v>0.9223108702752767</c:v>
                </c:pt>
                <c:pt idx="897">
                  <c:v>0.9217709648445126</c:v>
                </c:pt>
                <c:pt idx="898">
                  <c:v>0.92139183160998817</c:v>
                </c:pt>
                <c:pt idx="899">
                  <c:v>0.92138850135588357</c:v>
                </c:pt>
                <c:pt idx="900">
                  <c:v>0.9206579137670754</c:v>
                </c:pt>
                <c:pt idx="901">
                  <c:v>0.92036063207951679</c:v>
                </c:pt>
                <c:pt idx="902">
                  <c:v>0.92019274114966632</c:v>
                </c:pt>
                <c:pt idx="903">
                  <c:v>0.9200630935149694</c:v>
                </c:pt>
                <c:pt idx="904">
                  <c:v>0.92000798435204445</c:v>
                </c:pt>
                <c:pt idx="905">
                  <c:v>0.91978692411814778</c:v>
                </c:pt>
                <c:pt idx="906">
                  <c:v>0.91854616224392882</c:v>
                </c:pt>
                <c:pt idx="907">
                  <c:v>0.91782311404031436</c:v>
                </c:pt>
                <c:pt idx="908">
                  <c:v>0.91737270983941177</c:v>
                </c:pt>
                <c:pt idx="909">
                  <c:v>0.91725456720781939</c:v>
                </c:pt>
                <c:pt idx="910">
                  <c:v>0.91716207771396718</c:v>
                </c:pt>
                <c:pt idx="911">
                  <c:v>0.9170602974615164</c:v>
                </c:pt>
                <c:pt idx="912">
                  <c:v>0.91612466446801366</c:v>
                </c:pt>
                <c:pt idx="913">
                  <c:v>0.91556276950702942</c:v>
                </c:pt>
                <c:pt idx="914">
                  <c:v>0.91541444357087687</c:v>
                </c:pt>
                <c:pt idx="915">
                  <c:v>0.91473993161424183</c:v>
                </c:pt>
                <c:pt idx="916">
                  <c:v>0.91404532524885229</c:v>
                </c:pt>
                <c:pt idx="917">
                  <c:v>0.91400588657414217</c:v>
                </c:pt>
                <c:pt idx="918">
                  <c:v>0.91348111157817335</c:v>
                </c:pt>
                <c:pt idx="919">
                  <c:v>0.91279862205624329</c:v>
                </c:pt>
                <c:pt idx="920">
                  <c:v>0.91220095227434395</c:v>
                </c:pt>
                <c:pt idx="921">
                  <c:v>0.90925968295004678</c:v>
                </c:pt>
                <c:pt idx="922">
                  <c:v>0.90846067126535401</c:v>
                </c:pt>
                <c:pt idx="923">
                  <c:v>0.90791274810986056</c:v>
                </c:pt>
                <c:pt idx="924">
                  <c:v>0.90747269606452985</c:v>
                </c:pt>
                <c:pt idx="925">
                  <c:v>0.90733192063862367</c:v>
                </c:pt>
                <c:pt idx="926">
                  <c:v>0.9069983633918649</c:v>
                </c:pt>
                <c:pt idx="927">
                  <c:v>0.90652947631038105</c:v>
                </c:pt>
                <c:pt idx="928">
                  <c:v>0.90643116649949895</c:v>
                </c:pt>
                <c:pt idx="929">
                  <c:v>0.90536349574012276</c:v>
                </c:pt>
                <c:pt idx="930">
                  <c:v>0.90524971261040432</c:v>
                </c:pt>
                <c:pt idx="931">
                  <c:v>0.90498595812321492</c:v>
                </c:pt>
                <c:pt idx="932">
                  <c:v>0.9046134744457115</c:v>
                </c:pt>
                <c:pt idx="933">
                  <c:v>0.90455203501007886</c:v>
                </c:pt>
                <c:pt idx="934">
                  <c:v>0.90262419626643375</c:v>
                </c:pt>
                <c:pt idx="935">
                  <c:v>0.90152040994313287</c:v>
                </c:pt>
                <c:pt idx="936">
                  <c:v>0.90134081836955771</c:v>
                </c:pt>
                <c:pt idx="937">
                  <c:v>0.90105251159334621</c:v>
                </c:pt>
                <c:pt idx="938">
                  <c:v>0.90075737335303618</c:v>
                </c:pt>
                <c:pt idx="939">
                  <c:v>0.90056970170919237</c:v>
                </c:pt>
                <c:pt idx="940">
                  <c:v>0.90041104445824949</c:v>
                </c:pt>
                <c:pt idx="941">
                  <c:v>0.89999177011968301</c:v>
                </c:pt>
                <c:pt idx="942">
                  <c:v>0.89941157862357579</c:v>
                </c:pt>
                <c:pt idx="943">
                  <c:v>0.89907245449374795</c:v>
                </c:pt>
                <c:pt idx="944">
                  <c:v>0.89864652565574787</c:v>
                </c:pt>
                <c:pt idx="945">
                  <c:v>0.89832129438870678</c:v>
                </c:pt>
                <c:pt idx="946">
                  <c:v>0.8981882026137622</c:v>
                </c:pt>
                <c:pt idx="947">
                  <c:v>0.89798315136011841</c:v>
                </c:pt>
                <c:pt idx="948">
                  <c:v>0.89711725741967885</c:v>
                </c:pt>
                <c:pt idx="949">
                  <c:v>0.89676448629015693</c:v>
                </c:pt>
                <c:pt idx="950">
                  <c:v>0.89655585674365657</c:v>
                </c:pt>
                <c:pt idx="951">
                  <c:v>0.89586322551714004</c:v>
                </c:pt>
                <c:pt idx="952">
                  <c:v>0.89536880986014145</c:v>
                </c:pt>
                <c:pt idx="953">
                  <c:v>0.89500721184419119</c:v>
                </c:pt>
                <c:pt idx="954">
                  <c:v>0.89198806317124557</c:v>
                </c:pt>
                <c:pt idx="955">
                  <c:v>0.89053200893708517</c:v>
                </c:pt>
                <c:pt idx="956">
                  <c:v>0.890484291240487</c:v>
                </c:pt>
                <c:pt idx="957">
                  <c:v>0.88972257323545645</c:v>
                </c:pt>
                <c:pt idx="958">
                  <c:v>0.88781989880812684</c:v>
                </c:pt>
                <c:pt idx="959">
                  <c:v>0.887394660996081</c:v>
                </c:pt>
                <c:pt idx="960">
                  <c:v>0.88631472696720848</c:v>
                </c:pt>
                <c:pt idx="961">
                  <c:v>0.88394361526875731</c:v>
                </c:pt>
                <c:pt idx="962">
                  <c:v>0.88316424783003933</c:v>
                </c:pt>
                <c:pt idx="963">
                  <c:v>0.88244525554330078</c:v>
                </c:pt>
                <c:pt idx="964">
                  <c:v>0.88180963481804986</c:v>
                </c:pt>
                <c:pt idx="965">
                  <c:v>0.88167961821422136</c:v>
                </c:pt>
                <c:pt idx="966">
                  <c:v>0.8804388427150972</c:v>
                </c:pt>
                <c:pt idx="967">
                  <c:v>0.88013026822021379</c:v>
                </c:pt>
                <c:pt idx="968">
                  <c:v>0.87912666620951885</c:v>
                </c:pt>
                <c:pt idx="969">
                  <c:v>0.8781907080146607</c:v>
                </c:pt>
                <c:pt idx="970">
                  <c:v>0.87737945448464871</c:v>
                </c:pt>
                <c:pt idx="971">
                  <c:v>0.87698036934002854</c:v>
                </c:pt>
                <c:pt idx="972">
                  <c:v>0.87631561831437876</c:v>
                </c:pt>
                <c:pt idx="973">
                  <c:v>0.87572532673952197</c:v>
                </c:pt>
                <c:pt idx="974">
                  <c:v>0.87558885952553256</c:v>
                </c:pt>
                <c:pt idx="975">
                  <c:v>0.87548312217388602</c:v>
                </c:pt>
                <c:pt idx="976">
                  <c:v>0.87495506846573101</c:v>
                </c:pt>
                <c:pt idx="977">
                  <c:v>0.874887317634086</c:v>
                </c:pt>
                <c:pt idx="978">
                  <c:v>0.87481147663581171</c:v>
                </c:pt>
                <c:pt idx="979">
                  <c:v>0.87460382666482672</c:v>
                </c:pt>
                <c:pt idx="980">
                  <c:v>0.87441543423890444</c:v>
                </c:pt>
                <c:pt idx="981">
                  <c:v>0.87402275881336133</c:v>
                </c:pt>
                <c:pt idx="982">
                  <c:v>0.87387267835456173</c:v>
                </c:pt>
                <c:pt idx="983">
                  <c:v>0.87361314650180621</c:v>
                </c:pt>
                <c:pt idx="984">
                  <c:v>0.87324351454855009</c:v>
                </c:pt>
                <c:pt idx="985">
                  <c:v>0.87297641746876753</c:v>
                </c:pt>
                <c:pt idx="986">
                  <c:v>0.87295035424852818</c:v>
                </c:pt>
                <c:pt idx="987">
                  <c:v>0.87290949169968346</c:v>
                </c:pt>
                <c:pt idx="988">
                  <c:v>0.87281367601218041</c:v>
                </c:pt>
                <c:pt idx="989">
                  <c:v>0.87247750640104382</c:v>
                </c:pt>
                <c:pt idx="990">
                  <c:v>0.87194221587127785</c:v>
                </c:pt>
                <c:pt idx="991">
                  <c:v>0.8705853059080636</c:v>
                </c:pt>
                <c:pt idx="992">
                  <c:v>0.8702177739748026</c:v>
                </c:pt>
                <c:pt idx="993">
                  <c:v>0.86985544256287151</c:v>
                </c:pt>
                <c:pt idx="994">
                  <c:v>0.86934634391213039</c:v>
                </c:pt>
                <c:pt idx="995">
                  <c:v>0.86882830057252192</c:v>
                </c:pt>
                <c:pt idx="996">
                  <c:v>0.86798645111626838</c:v>
                </c:pt>
                <c:pt idx="997">
                  <c:v>0.86772464779651115</c:v>
                </c:pt>
                <c:pt idx="998">
                  <c:v>0.86718364267660064</c:v>
                </c:pt>
                <c:pt idx="999">
                  <c:v>0.86672585916877198</c:v>
                </c:pt>
                <c:pt idx="1000">
                  <c:v>0.86540457057297371</c:v>
                </c:pt>
                <c:pt idx="1001">
                  <c:v>0.86533803461100556</c:v>
                </c:pt>
                <c:pt idx="1002">
                  <c:v>0.86477903637420472</c:v>
                </c:pt>
                <c:pt idx="1003">
                  <c:v>0.86468840429619442</c:v>
                </c:pt>
                <c:pt idx="1004">
                  <c:v>0.86468723489471033</c:v>
                </c:pt>
                <c:pt idx="1005">
                  <c:v>0.86277979482072165</c:v>
                </c:pt>
                <c:pt idx="1006">
                  <c:v>0.86150319257444175</c:v>
                </c:pt>
                <c:pt idx="1007">
                  <c:v>0.86043891346042545</c:v>
                </c:pt>
                <c:pt idx="1008">
                  <c:v>0.85962684006317625</c:v>
                </c:pt>
                <c:pt idx="1009">
                  <c:v>0.85944699195090302</c:v>
                </c:pt>
                <c:pt idx="1010">
                  <c:v>0.85919005411926119</c:v>
                </c:pt>
                <c:pt idx="1011">
                  <c:v>0.85828741469260683</c:v>
                </c:pt>
                <c:pt idx="1012">
                  <c:v>0.85752258970599948</c:v>
                </c:pt>
                <c:pt idx="1013">
                  <c:v>0.85626055590289918</c:v>
                </c:pt>
                <c:pt idx="1014">
                  <c:v>0.85584573841679368</c:v>
                </c:pt>
                <c:pt idx="1015">
                  <c:v>0.85542285335335466</c:v>
                </c:pt>
                <c:pt idx="1016">
                  <c:v>0.85534754148822789</c:v>
                </c:pt>
                <c:pt idx="1017">
                  <c:v>0.85528912895645881</c:v>
                </c:pt>
                <c:pt idx="1018">
                  <c:v>0.85498795341678202</c:v>
                </c:pt>
                <c:pt idx="1019">
                  <c:v>0.85492623500459908</c:v>
                </c:pt>
                <c:pt idx="1020">
                  <c:v>0.85427134731620802</c:v>
                </c:pt>
                <c:pt idx="1021">
                  <c:v>0.85362382960619976</c:v>
                </c:pt>
                <c:pt idx="1022">
                  <c:v>0.85358898179295406</c:v>
                </c:pt>
                <c:pt idx="1023">
                  <c:v>0.85320083478846664</c:v>
                </c:pt>
                <c:pt idx="1024">
                  <c:v>0.85291762829163809</c:v>
                </c:pt>
                <c:pt idx="1025">
                  <c:v>0.85288467038094062</c:v>
                </c:pt>
                <c:pt idx="1026">
                  <c:v>0.85228035588143436</c:v>
                </c:pt>
                <c:pt idx="1027">
                  <c:v>0.85219561750924377</c:v>
                </c:pt>
                <c:pt idx="1028">
                  <c:v>0.85177246747198332</c:v>
                </c:pt>
                <c:pt idx="1029">
                  <c:v>0.85138726520164432</c:v>
                </c:pt>
                <c:pt idx="1030">
                  <c:v>0.8506663510298399</c:v>
                </c:pt>
                <c:pt idx="1031">
                  <c:v>0.85030936034715843</c:v>
                </c:pt>
                <c:pt idx="1032">
                  <c:v>0.85027409394303788</c:v>
                </c:pt>
                <c:pt idx="1033">
                  <c:v>0.85021101118578324</c:v>
                </c:pt>
                <c:pt idx="1034">
                  <c:v>0.85012118085073163</c:v>
                </c:pt>
                <c:pt idx="1035">
                  <c:v>0.84965087623287849</c:v>
                </c:pt>
                <c:pt idx="1036">
                  <c:v>0.84921684527961461</c:v>
                </c:pt>
                <c:pt idx="1037">
                  <c:v>0.84893704616023224</c:v>
                </c:pt>
                <c:pt idx="1038">
                  <c:v>0.84793124932013353</c:v>
                </c:pt>
                <c:pt idx="1039">
                  <c:v>0.84680321293057437</c:v>
                </c:pt>
                <c:pt idx="1040">
                  <c:v>0.84665118031346343</c:v>
                </c:pt>
                <c:pt idx="1041">
                  <c:v>0.84650838957915164</c:v>
                </c:pt>
                <c:pt idx="1042">
                  <c:v>0.84601671268413992</c:v>
                </c:pt>
                <c:pt idx="1043">
                  <c:v>0.84512452663876625</c:v>
                </c:pt>
                <c:pt idx="1044">
                  <c:v>0.84499254404587176</c:v>
                </c:pt>
                <c:pt idx="1045">
                  <c:v>0.84485972430163858</c:v>
                </c:pt>
                <c:pt idx="1046">
                  <c:v>0.84374468554925564</c:v>
                </c:pt>
                <c:pt idx="1047">
                  <c:v>0.84334959422466493</c:v>
                </c:pt>
                <c:pt idx="1048">
                  <c:v>0.8431899529892809</c:v>
                </c:pt>
                <c:pt idx="1049">
                  <c:v>0.8426340523043151</c:v>
                </c:pt>
                <c:pt idx="1050">
                  <c:v>0.84183901820219864</c:v>
                </c:pt>
                <c:pt idx="1051">
                  <c:v>0.83997506244555697</c:v>
                </c:pt>
                <c:pt idx="1052">
                  <c:v>0.83965958905634097</c:v>
                </c:pt>
                <c:pt idx="1053">
                  <c:v>0.83957027096353298</c:v>
                </c:pt>
                <c:pt idx="1054">
                  <c:v>0.83950875273953329</c:v>
                </c:pt>
                <c:pt idx="1055">
                  <c:v>0.83893214384099224</c:v>
                </c:pt>
                <c:pt idx="1056">
                  <c:v>0.83864615201098702</c:v>
                </c:pt>
                <c:pt idx="1057">
                  <c:v>0.83782917644924404</c:v>
                </c:pt>
                <c:pt idx="1058">
                  <c:v>0.83716266755799751</c:v>
                </c:pt>
                <c:pt idx="1059">
                  <c:v>0.83574346029799829</c:v>
                </c:pt>
                <c:pt idx="1060">
                  <c:v>0.835347022879804</c:v>
                </c:pt>
                <c:pt idx="1061">
                  <c:v>0.83380738301718771</c:v>
                </c:pt>
                <c:pt idx="1062">
                  <c:v>0.83366661523637886</c:v>
                </c:pt>
                <c:pt idx="1063">
                  <c:v>0.83327245120241256</c:v>
                </c:pt>
                <c:pt idx="1064">
                  <c:v>0.83241678091951687</c:v>
                </c:pt>
                <c:pt idx="1065">
                  <c:v>0.83229115871530079</c:v>
                </c:pt>
                <c:pt idx="1066">
                  <c:v>0.83217311173480368</c:v>
                </c:pt>
                <c:pt idx="1067">
                  <c:v>0.83213489194439305</c:v>
                </c:pt>
                <c:pt idx="1068">
                  <c:v>0.83108857621613963</c:v>
                </c:pt>
                <c:pt idx="1069">
                  <c:v>0.82975525771998571</c:v>
                </c:pt>
                <c:pt idx="1070">
                  <c:v>0.8293546369570316</c:v>
                </c:pt>
                <c:pt idx="1071">
                  <c:v>0.82803551595978575</c:v>
                </c:pt>
                <c:pt idx="1072">
                  <c:v>0.82750777901185779</c:v>
                </c:pt>
                <c:pt idx="1073">
                  <c:v>0.82721305979872051</c:v>
                </c:pt>
                <c:pt idx="1074">
                  <c:v>0.82575267408665709</c:v>
                </c:pt>
                <c:pt idx="1075">
                  <c:v>0.82443008261539652</c:v>
                </c:pt>
                <c:pt idx="1076">
                  <c:v>0.82384377096946926</c:v>
                </c:pt>
                <c:pt idx="1077">
                  <c:v>0.82363102868702798</c:v>
                </c:pt>
                <c:pt idx="1078">
                  <c:v>0.82358283807799382</c:v>
                </c:pt>
                <c:pt idx="1079">
                  <c:v>0.82235672437389895</c:v>
                </c:pt>
                <c:pt idx="1080">
                  <c:v>0.8220587469437679</c:v>
                </c:pt>
                <c:pt idx="1081">
                  <c:v>0.82201435336641726</c:v>
                </c:pt>
                <c:pt idx="1082">
                  <c:v>0.8219632706130352</c:v>
                </c:pt>
                <c:pt idx="1083">
                  <c:v>0.82105157438686072</c:v>
                </c:pt>
                <c:pt idx="1084">
                  <c:v>0.82019233662297719</c:v>
                </c:pt>
                <c:pt idx="1085">
                  <c:v>0.81945696669750956</c:v>
                </c:pt>
                <c:pt idx="1086">
                  <c:v>0.81934886344756974</c:v>
                </c:pt>
                <c:pt idx="1087">
                  <c:v>0.81716955868995456</c:v>
                </c:pt>
                <c:pt idx="1088">
                  <c:v>0.81552747699371375</c:v>
                </c:pt>
                <c:pt idx="1089">
                  <c:v>0.81530333659161836</c:v>
                </c:pt>
                <c:pt idx="1090">
                  <c:v>0.81523589597967527</c:v>
                </c:pt>
                <c:pt idx="1091">
                  <c:v>0.81516751710560098</c:v>
                </c:pt>
                <c:pt idx="1092">
                  <c:v>0.81503643510924906</c:v>
                </c:pt>
                <c:pt idx="1093">
                  <c:v>0.81464604838124632</c:v>
                </c:pt>
                <c:pt idx="1094">
                  <c:v>0.81396740923690891</c:v>
                </c:pt>
                <c:pt idx="1095">
                  <c:v>0.81381563739426777</c:v>
                </c:pt>
                <c:pt idx="1096">
                  <c:v>0.81322869601022818</c:v>
                </c:pt>
                <c:pt idx="1097">
                  <c:v>0.81322090086246757</c:v>
                </c:pt>
                <c:pt idx="1098">
                  <c:v>0.81304185252970507</c:v>
                </c:pt>
                <c:pt idx="1099">
                  <c:v>0.81167577073611097</c:v>
                </c:pt>
                <c:pt idx="1100">
                  <c:v>0.8113628077198386</c:v>
                </c:pt>
                <c:pt idx="1101">
                  <c:v>0.81079299127081306</c:v>
                </c:pt>
                <c:pt idx="1102">
                  <c:v>0.81039599416643293</c:v>
                </c:pt>
                <c:pt idx="1103">
                  <c:v>0.81035952292143831</c:v>
                </c:pt>
                <c:pt idx="1104">
                  <c:v>0.80973661040638767</c:v>
                </c:pt>
                <c:pt idx="1105">
                  <c:v>0.80913551702503861</c:v>
                </c:pt>
                <c:pt idx="1106">
                  <c:v>0.80896403860970922</c:v>
                </c:pt>
                <c:pt idx="1107">
                  <c:v>0.80893992561997907</c:v>
                </c:pt>
                <c:pt idx="1108">
                  <c:v>0.80868839765186473</c:v>
                </c:pt>
                <c:pt idx="1109">
                  <c:v>0.80810371978426898</c:v>
                </c:pt>
                <c:pt idx="1110">
                  <c:v>0.80804169983333929</c:v>
                </c:pt>
                <c:pt idx="1111">
                  <c:v>0.80784230257473399</c:v>
                </c:pt>
                <c:pt idx="1112">
                  <c:v>0.80692520626127628</c:v>
                </c:pt>
                <c:pt idx="1113">
                  <c:v>0.80670246551255986</c:v>
                </c:pt>
                <c:pt idx="1114">
                  <c:v>0.80646860111161633</c:v>
                </c:pt>
                <c:pt idx="1115">
                  <c:v>0.80480271981416862</c:v>
                </c:pt>
                <c:pt idx="1116">
                  <c:v>0.80429199589640044</c:v>
                </c:pt>
                <c:pt idx="1117">
                  <c:v>0.80300477367580236</c:v>
                </c:pt>
                <c:pt idx="1118">
                  <c:v>0.80299491135379386</c:v>
                </c:pt>
                <c:pt idx="1119">
                  <c:v>0.80250265399102527</c:v>
                </c:pt>
                <c:pt idx="1120">
                  <c:v>0.80242646624022174</c:v>
                </c:pt>
                <c:pt idx="1121">
                  <c:v>0.80195570301435648</c:v>
                </c:pt>
                <c:pt idx="1122">
                  <c:v>0.80060406326763944</c:v>
                </c:pt>
                <c:pt idx="1123">
                  <c:v>0.80041800724953771</c:v>
                </c:pt>
                <c:pt idx="1124">
                  <c:v>0.79921819024523266</c:v>
                </c:pt>
                <c:pt idx="1125">
                  <c:v>0.79903801205320535</c:v>
                </c:pt>
                <c:pt idx="1126">
                  <c:v>0.79866801673132215</c:v>
                </c:pt>
                <c:pt idx="1127">
                  <c:v>0.79861946593609034</c:v>
                </c:pt>
                <c:pt idx="1128">
                  <c:v>0.79853178735863839</c:v>
                </c:pt>
                <c:pt idx="1129">
                  <c:v>0.79816320520929729</c:v>
                </c:pt>
                <c:pt idx="1130">
                  <c:v>0.79790706616189677</c:v>
                </c:pt>
                <c:pt idx="1131">
                  <c:v>0.79759555243402624</c:v>
                </c:pt>
                <c:pt idx="1132">
                  <c:v>0.79740894374770388</c:v>
                </c:pt>
                <c:pt idx="1133">
                  <c:v>0.79676205171014713</c:v>
                </c:pt>
                <c:pt idx="1134">
                  <c:v>0.79604880355253715</c:v>
                </c:pt>
                <c:pt idx="1135">
                  <c:v>0.79596821849937927</c:v>
                </c:pt>
                <c:pt idx="1136">
                  <c:v>0.79588422569567563</c:v>
                </c:pt>
                <c:pt idx="1137">
                  <c:v>0.79416408087942236</c:v>
                </c:pt>
                <c:pt idx="1138">
                  <c:v>0.79403507644760685</c:v>
                </c:pt>
                <c:pt idx="1139">
                  <c:v>0.79371766526987209</c:v>
                </c:pt>
                <c:pt idx="1140">
                  <c:v>0.79288150236653654</c:v>
                </c:pt>
                <c:pt idx="1141">
                  <c:v>0.7925768248919205</c:v>
                </c:pt>
                <c:pt idx="1142">
                  <c:v>0.7921672250388645</c:v>
                </c:pt>
                <c:pt idx="1143">
                  <c:v>0.79166420718314912</c:v>
                </c:pt>
                <c:pt idx="1144">
                  <c:v>0.79126162025350522</c:v>
                </c:pt>
                <c:pt idx="1145">
                  <c:v>0.79105940075720105</c:v>
                </c:pt>
                <c:pt idx="1146">
                  <c:v>0.79051899772349288</c:v>
                </c:pt>
                <c:pt idx="1147">
                  <c:v>0.79046369991451093</c:v>
                </c:pt>
                <c:pt idx="1148">
                  <c:v>0.78972247634377624</c:v>
                </c:pt>
                <c:pt idx="1149">
                  <c:v>0.78969219149955472</c:v>
                </c:pt>
                <c:pt idx="1150">
                  <c:v>0.78856999555270468</c:v>
                </c:pt>
                <c:pt idx="1151">
                  <c:v>0.78652852617766988</c:v>
                </c:pt>
                <c:pt idx="1152">
                  <c:v>0.78610269690662005</c:v>
                </c:pt>
                <c:pt idx="1153">
                  <c:v>0.78555869602445128</c:v>
                </c:pt>
                <c:pt idx="1154">
                  <c:v>0.78551219075312761</c:v>
                </c:pt>
                <c:pt idx="1155">
                  <c:v>0.78507152615366926</c:v>
                </c:pt>
                <c:pt idx="1156">
                  <c:v>0.78423920945433889</c:v>
                </c:pt>
                <c:pt idx="1157">
                  <c:v>0.78348018572944922</c:v>
                </c:pt>
                <c:pt idx="1158">
                  <c:v>0.78223961098807515</c:v>
                </c:pt>
                <c:pt idx="1159">
                  <c:v>0.78208267502913875</c:v>
                </c:pt>
                <c:pt idx="1160">
                  <c:v>0.7814024891747765</c:v>
                </c:pt>
                <c:pt idx="1161">
                  <c:v>0.78040171511091105</c:v>
                </c:pt>
                <c:pt idx="1162">
                  <c:v>0.78036875040412523</c:v>
                </c:pt>
                <c:pt idx="1163">
                  <c:v>0.78032561184045968</c:v>
                </c:pt>
                <c:pt idx="1164">
                  <c:v>0.77992238174052175</c:v>
                </c:pt>
                <c:pt idx="1165">
                  <c:v>0.77971978151558496</c:v>
                </c:pt>
                <c:pt idx="1166">
                  <c:v>0.77882675962801107</c:v>
                </c:pt>
                <c:pt idx="1167">
                  <c:v>0.7787616603227614</c:v>
                </c:pt>
                <c:pt idx="1168">
                  <c:v>0.7779210319083617</c:v>
                </c:pt>
                <c:pt idx="1169">
                  <c:v>0.77791813076257121</c:v>
                </c:pt>
                <c:pt idx="1170">
                  <c:v>0.77752729654712915</c:v>
                </c:pt>
                <c:pt idx="1171">
                  <c:v>0.77738010954314873</c:v>
                </c:pt>
                <c:pt idx="1172">
                  <c:v>0.7773664744969766</c:v>
                </c:pt>
                <c:pt idx="1173">
                  <c:v>0.77715860535964376</c:v>
                </c:pt>
                <c:pt idx="1174">
                  <c:v>0.77700066467085327</c:v>
                </c:pt>
                <c:pt idx="1175">
                  <c:v>0.7768789779901164</c:v>
                </c:pt>
                <c:pt idx="1176">
                  <c:v>0.77664240845820565</c:v>
                </c:pt>
                <c:pt idx="1177">
                  <c:v>0.7763007511858836</c:v>
                </c:pt>
                <c:pt idx="1178">
                  <c:v>0.77595588885833977</c:v>
                </c:pt>
                <c:pt idx="1179">
                  <c:v>0.77526801647203303</c:v>
                </c:pt>
                <c:pt idx="1180">
                  <c:v>0.77490490833208614</c:v>
                </c:pt>
                <c:pt idx="1181">
                  <c:v>0.77442777176901167</c:v>
                </c:pt>
                <c:pt idx="1182">
                  <c:v>0.7743939766497816</c:v>
                </c:pt>
                <c:pt idx="1183">
                  <c:v>0.77432656619394025</c:v>
                </c:pt>
                <c:pt idx="1184">
                  <c:v>0.77423853668623321</c:v>
                </c:pt>
                <c:pt idx="1185">
                  <c:v>0.77400324738884951</c:v>
                </c:pt>
                <c:pt idx="1186">
                  <c:v>0.77373310807892437</c:v>
                </c:pt>
                <c:pt idx="1187">
                  <c:v>0.77343984953462841</c:v>
                </c:pt>
                <c:pt idx="1188">
                  <c:v>0.77329176567564961</c:v>
                </c:pt>
                <c:pt idx="1189">
                  <c:v>0.77205832082437176</c:v>
                </c:pt>
                <c:pt idx="1190">
                  <c:v>0.77204370563837033</c:v>
                </c:pt>
                <c:pt idx="1191">
                  <c:v>0.77192357678387091</c:v>
                </c:pt>
                <c:pt idx="1192">
                  <c:v>0.77107105105296447</c:v>
                </c:pt>
                <c:pt idx="1193">
                  <c:v>0.77002481042217463</c:v>
                </c:pt>
                <c:pt idx="1194">
                  <c:v>0.76963767777421543</c:v>
                </c:pt>
                <c:pt idx="1195">
                  <c:v>0.7692358937011281</c:v>
                </c:pt>
                <c:pt idx="1196">
                  <c:v>0.76867923960680651</c:v>
                </c:pt>
                <c:pt idx="1197">
                  <c:v>0.76808365022180436</c:v>
                </c:pt>
                <c:pt idx="1198">
                  <c:v>0.76769507903944656</c:v>
                </c:pt>
                <c:pt idx="1199">
                  <c:v>0.76746027592275479</c:v>
                </c:pt>
                <c:pt idx="1200">
                  <c:v>0.76679527543448744</c:v>
                </c:pt>
                <c:pt idx="1201">
                  <c:v>0.76593913338561581</c:v>
                </c:pt>
                <c:pt idx="1202">
                  <c:v>0.765729640297099</c:v>
                </c:pt>
                <c:pt idx="1203">
                  <c:v>0.76564648990176898</c:v>
                </c:pt>
                <c:pt idx="1204">
                  <c:v>0.76521038048993228</c:v>
                </c:pt>
                <c:pt idx="1205">
                  <c:v>0.76318527791257051</c:v>
                </c:pt>
                <c:pt idx="1206">
                  <c:v>0.76302781141023268</c:v>
                </c:pt>
                <c:pt idx="1207">
                  <c:v>0.76253722989895212</c:v>
                </c:pt>
                <c:pt idx="1208">
                  <c:v>0.76230813279666643</c:v>
                </c:pt>
                <c:pt idx="1209">
                  <c:v>0.76118060863905546</c:v>
                </c:pt>
                <c:pt idx="1210">
                  <c:v>0.76096879633514858</c:v>
                </c:pt>
                <c:pt idx="1211">
                  <c:v>0.76086562293480053</c:v>
                </c:pt>
                <c:pt idx="1212">
                  <c:v>0.76020759212026723</c:v>
                </c:pt>
                <c:pt idx="1213">
                  <c:v>0.75940850871692978</c:v>
                </c:pt>
                <c:pt idx="1214">
                  <c:v>0.75929669246585507</c:v>
                </c:pt>
                <c:pt idx="1215">
                  <c:v>0.75917636595238736</c:v>
                </c:pt>
                <c:pt idx="1216">
                  <c:v>0.75698905392809313</c:v>
                </c:pt>
                <c:pt idx="1217">
                  <c:v>0.75654931519438529</c:v>
                </c:pt>
                <c:pt idx="1218">
                  <c:v>0.75592401474736426</c:v>
                </c:pt>
                <c:pt idx="1219">
                  <c:v>0.75586833312184454</c:v>
                </c:pt>
                <c:pt idx="1220">
                  <c:v>0.75509704677400502</c:v>
                </c:pt>
                <c:pt idx="1221">
                  <c:v>0.75508133369524721</c:v>
                </c:pt>
                <c:pt idx="1222">
                  <c:v>0.75500073441226023</c:v>
                </c:pt>
                <c:pt idx="1223">
                  <c:v>0.75438530974640983</c:v>
                </c:pt>
                <c:pt idx="1224">
                  <c:v>0.75430803723933515</c:v>
                </c:pt>
                <c:pt idx="1225">
                  <c:v>0.75423189791533429</c:v>
                </c:pt>
                <c:pt idx="1226">
                  <c:v>0.75419127101403183</c:v>
                </c:pt>
                <c:pt idx="1227">
                  <c:v>0.75412731365323915</c:v>
                </c:pt>
                <c:pt idx="1228">
                  <c:v>0.75403048725735078</c:v>
                </c:pt>
                <c:pt idx="1229">
                  <c:v>0.75314376869708544</c:v>
                </c:pt>
                <c:pt idx="1230">
                  <c:v>0.7523216143972542</c:v>
                </c:pt>
                <c:pt idx="1231">
                  <c:v>0.75172616301712925</c:v>
                </c:pt>
                <c:pt idx="1232">
                  <c:v>0.75117542793453096</c:v>
                </c:pt>
                <c:pt idx="1233">
                  <c:v>0.75101564559638612</c:v>
                </c:pt>
                <c:pt idx="1234">
                  <c:v>0.75068460681500604</c:v>
                </c:pt>
                <c:pt idx="1235">
                  <c:v>0.75016385764049132</c:v>
                </c:pt>
                <c:pt idx="1236">
                  <c:v>0.74970169819666777</c:v>
                </c:pt>
                <c:pt idx="1237">
                  <c:v>0.74947695797942249</c:v>
                </c:pt>
                <c:pt idx="1238">
                  <c:v>0.74920029215897732</c:v>
                </c:pt>
                <c:pt idx="1239">
                  <c:v>0.74909819038489756</c:v>
                </c:pt>
                <c:pt idx="1240">
                  <c:v>0.74898640704293651</c:v>
                </c:pt>
                <c:pt idx="1241">
                  <c:v>0.74842240943384197</c:v>
                </c:pt>
                <c:pt idx="1242">
                  <c:v>0.74830600848627993</c:v>
                </c:pt>
                <c:pt idx="1243">
                  <c:v>0.74646411391730971</c:v>
                </c:pt>
                <c:pt idx="1244">
                  <c:v>0.744621251154442</c:v>
                </c:pt>
                <c:pt idx="1245">
                  <c:v>0.74445242784159227</c:v>
                </c:pt>
                <c:pt idx="1246">
                  <c:v>0.74439682193103995</c:v>
                </c:pt>
                <c:pt idx="1247">
                  <c:v>0.74320798435549762</c:v>
                </c:pt>
                <c:pt idx="1248">
                  <c:v>0.74255669301804228</c:v>
                </c:pt>
                <c:pt idx="1249">
                  <c:v>0.7423711215340465</c:v>
                </c:pt>
                <c:pt idx="1250">
                  <c:v>0.74232133025260982</c:v>
                </c:pt>
                <c:pt idx="1251">
                  <c:v>0.74225866543456287</c:v>
                </c:pt>
                <c:pt idx="1252">
                  <c:v>0.74214015964446578</c:v>
                </c:pt>
                <c:pt idx="1253">
                  <c:v>0.74066340465042979</c:v>
                </c:pt>
                <c:pt idx="1254">
                  <c:v>0.74010974295543908</c:v>
                </c:pt>
                <c:pt idx="1255">
                  <c:v>0.73950509244567142</c:v>
                </c:pt>
                <c:pt idx="1256">
                  <c:v>0.7394763832043264</c:v>
                </c:pt>
                <c:pt idx="1257">
                  <c:v>0.73926923418959412</c:v>
                </c:pt>
                <c:pt idx="1258">
                  <c:v>0.73859038813908218</c:v>
                </c:pt>
                <c:pt idx="1259">
                  <c:v>0.73851213826265938</c:v>
                </c:pt>
                <c:pt idx="1260">
                  <c:v>0.7370404139777621</c:v>
                </c:pt>
                <c:pt idx="1261">
                  <c:v>0.73551713941836749</c:v>
                </c:pt>
                <c:pt idx="1262">
                  <c:v>0.73489927164491231</c:v>
                </c:pt>
                <c:pt idx="1263">
                  <c:v>0.73488887985599904</c:v>
                </c:pt>
                <c:pt idx="1264">
                  <c:v>0.73246733040590528</c:v>
                </c:pt>
                <c:pt idx="1265">
                  <c:v>0.73220130776638825</c:v>
                </c:pt>
                <c:pt idx="1266">
                  <c:v>0.73165401000729346</c:v>
                </c:pt>
                <c:pt idx="1267">
                  <c:v>0.73114304135128283</c:v>
                </c:pt>
                <c:pt idx="1268">
                  <c:v>0.73111556874253125</c:v>
                </c:pt>
                <c:pt idx="1269">
                  <c:v>0.7308443957802353</c:v>
                </c:pt>
                <c:pt idx="1270">
                  <c:v>0.73011586138194184</c:v>
                </c:pt>
                <c:pt idx="1271">
                  <c:v>0.73001458162312727</c:v>
                </c:pt>
                <c:pt idx="1272">
                  <c:v>0.72935964582816193</c:v>
                </c:pt>
                <c:pt idx="1273">
                  <c:v>0.72935503757370013</c:v>
                </c:pt>
                <c:pt idx="1274">
                  <c:v>0.72880811219197372</c:v>
                </c:pt>
                <c:pt idx="1275">
                  <c:v>0.72788510914481275</c:v>
                </c:pt>
                <c:pt idx="1276">
                  <c:v>0.72783966817921897</c:v>
                </c:pt>
                <c:pt idx="1277">
                  <c:v>0.72769498764366591</c:v>
                </c:pt>
                <c:pt idx="1278">
                  <c:v>0.72737907957494063</c:v>
                </c:pt>
                <c:pt idx="1279">
                  <c:v>0.72667568567882412</c:v>
                </c:pt>
                <c:pt idx="1280">
                  <c:v>0.72654598946153182</c:v>
                </c:pt>
                <c:pt idx="1281">
                  <c:v>0.72640066704791884</c:v>
                </c:pt>
                <c:pt idx="1282">
                  <c:v>0.72445112349758878</c:v>
                </c:pt>
                <c:pt idx="1283">
                  <c:v>0.72431723380341517</c:v>
                </c:pt>
                <c:pt idx="1284">
                  <c:v>0.7225360187400528</c:v>
                </c:pt>
                <c:pt idx="1285">
                  <c:v>0.72228525300052615</c:v>
                </c:pt>
                <c:pt idx="1286">
                  <c:v>0.72226389664180235</c:v>
                </c:pt>
                <c:pt idx="1287">
                  <c:v>0.72223609051656845</c:v>
                </c:pt>
                <c:pt idx="1288">
                  <c:v>0.721297241311464</c:v>
                </c:pt>
                <c:pt idx="1289">
                  <c:v>0.72115213779505749</c:v>
                </c:pt>
                <c:pt idx="1290">
                  <c:v>0.72034260286991547</c:v>
                </c:pt>
                <c:pt idx="1291">
                  <c:v>0.72029749045221525</c:v>
                </c:pt>
                <c:pt idx="1292">
                  <c:v>0.71964887748487982</c:v>
                </c:pt>
                <c:pt idx="1293">
                  <c:v>0.71955380358538057</c:v>
                </c:pt>
                <c:pt idx="1294">
                  <c:v>0.71952446052340691</c:v>
                </c:pt>
                <c:pt idx="1295">
                  <c:v>0.71898586464434611</c:v>
                </c:pt>
                <c:pt idx="1296">
                  <c:v>0.71890301099048604</c:v>
                </c:pt>
                <c:pt idx="1297">
                  <c:v>0.7186492848193442</c:v>
                </c:pt>
                <c:pt idx="1298">
                  <c:v>0.71829664040776986</c:v>
                </c:pt>
                <c:pt idx="1299">
                  <c:v>0.71780110969217426</c:v>
                </c:pt>
                <c:pt idx="1300">
                  <c:v>0.71738181512257404</c:v>
                </c:pt>
                <c:pt idx="1301">
                  <c:v>0.71648240164535226</c:v>
                </c:pt>
                <c:pt idx="1302">
                  <c:v>0.71619857909030515</c:v>
                </c:pt>
                <c:pt idx="1303">
                  <c:v>0.71594425019554386</c:v>
                </c:pt>
                <c:pt idx="1304">
                  <c:v>0.71475334012235736</c:v>
                </c:pt>
                <c:pt idx="1305">
                  <c:v>0.7143012498845408</c:v>
                </c:pt>
                <c:pt idx="1306">
                  <c:v>0.71423220525582809</c:v>
                </c:pt>
                <c:pt idx="1307">
                  <c:v>0.71417475129459429</c:v>
                </c:pt>
                <c:pt idx="1308">
                  <c:v>0.71396405823150921</c:v>
                </c:pt>
                <c:pt idx="1309">
                  <c:v>0.71391177410769802</c:v>
                </c:pt>
                <c:pt idx="1310">
                  <c:v>0.71389282569958679</c:v>
                </c:pt>
                <c:pt idx="1311">
                  <c:v>0.71208392254904096</c:v>
                </c:pt>
                <c:pt idx="1312">
                  <c:v>0.71067780601588693</c:v>
                </c:pt>
                <c:pt idx="1313">
                  <c:v>0.71057159707595008</c:v>
                </c:pt>
                <c:pt idx="1314">
                  <c:v>0.71047784733556318</c:v>
                </c:pt>
                <c:pt idx="1315">
                  <c:v>0.70982368021670394</c:v>
                </c:pt>
                <c:pt idx="1316">
                  <c:v>0.70967444260950929</c:v>
                </c:pt>
                <c:pt idx="1317">
                  <c:v>0.7095471360529908</c:v>
                </c:pt>
                <c:pt idx="1318">
                  <c:v>0.70922864275892483</c:v>
                </c:pt>
                <c:pt idx="1319">
                  <c:v>0.70834222540757397</c:v>
                </c:pt>
                <c:pt idx="1320">
                  <c:v>0.70798370572653713</c:v>
                </c:pt>
                <c:pt idx="1321">
                  <c:v>0.70780463002962202</c:v>
                </c:pt>
                <c:pt idx="1322">
                  <c:v>0.70751144199580629</c:v>
                </c:pt>
                <c:pt idx="1323">
                  <c:v>0.70702304198648902</c:v>
                </c:pt>
                <c:pt idx="1324">
                  <c:v>0.7060433770046155</c:v>
                </c:pt>
                <c:pt idx="1325">
                  <c:v>0.7053455455559785</c:v>
                </c:pt>
                <c:pt idx="1326">
                  <c:v>0.70508310328893475</c:v>
                </c:pt>
                <c:pt idx="1327">
                  <c:v>0.70436798728937988</c:v>
                </c:pt>
                <c:pt idx="1328">
                  <c:v>0.70337426667499847</c:v>
                </c:pt>
                <c:pt idx="1329">
                  <c:v>0.70332823353264795</c:v>
                </c:pt>
                <c:pt idx="1330">
                  <c:v>0.70268326775621193</c:v>
                </c:pt>
                <c:pt idx="1331">
                  <c:v>0.70259566964704034</c:v>
                </c:pt>
                <c:pt idx="1332">
                  <c:v>0.70253241831429336</c:v>
                </c:pt>
                <c:pt idx="1333">
                  <c:v>0.70225177682016093</c:v>
                </c:pt>
                <c:pt idx="1334">
                  <c:v>0.7018777208224819</c:v>
                </c:pt>
                <c:pt idx="1335">
                  <c:v>0.70152829563673746</c:v>
                </c:pt>
                <c:pt idx="1336">
                  <c:v>0.70147930849405526</c:v>
                </c:pt>
                <c:pt idx="1337">
                  <c:v>0.70068160291011117</c:v>
                </c:pt>
                <c:pt idx="1338">
                  <c:v>0.7006239853257149</c:v>
                </c:pt>
                <c:pt idx="1339">
                  <c:v>0.70028044993083693</c:v>
                </c:pt>
                <c:pt idx="1340">
                  <c:v>0.69958996209551438</c:v>
                </c:pt>
                <c:pt idx="1341">
                  <c:v>0.69854411636680291</c:v>
                </c:pt>
                <c:pt idx="1342">
                  <c:v>0.6967293825128632</c:v>
                </c:pt>
                <c:pt idx="1343">
                  <c:v>0.69672893198514696</c:v>
                </c:pt>
                <c:pt idx="1344">
                  <c:v>0.69631441317653964</c:v>
                </c:pt>
                <c:pt idx="1345">
                  <c:v>0.69604682384094585</c:v>
                </c:pt>
                <c:pt idx="1346">
                  <c:v>0.69439933237240659</c:v>
                </c:pt>
                <c:pt idx="1347">
                  <c:v>0.69393176509909471</c:v>
                </c:pt>
                <c:pt idx="1348">
                  <c:v>0.69277868484335137</c:v>
                </c:pt>
                <c:pt idx="1349">
                  <c:v>0.69225560519959595</c:v>
                </c:pt>
                <c:pt idx="1350">
                  <c:v>0.69215843859467541</c:v>
                </c:pt>
                <c:pt idx="1351">
                  <c:v>0.69199619663296785</c:v>
                </c:pt>
                <c:pt idx="1352">
                  <c:v>0.69196261611626908</c:v>
                </c:pt>
                <c:pt idx="1353">
                  <c:v>0.69185396620002948</c:v>
                </c:pt>
                <c:pt idx="1354">
                  <c:v>0.69140085960781617</c:v>
                </c:pt>
                <c:pt idx="1355">
                  <c:v>0.6909384196122621</c:v>
                </c:pt>
                <c:pt idx="1356">
                  <c:v>0.68995392208302131</c:v>
                </c:pt>
                <c:pt idx="1357">
                  <c:v>0.68972036200246634</c:v>
                </c:pt>
                <c:pt idx="1358">
                  <c:v>0.6894069477523086</c:v>
                </c:pt>
                <c:pt idx="1359">
                  <c:v>0.68858708687564152</c:v>
                </c:pt>
                <c:pt idx="1360">
                  <c:v>0.68856092487747378</c:v>
                </c:pt>
                <c:pt idx="1361">
                  <c:v>0.68848446343013658</c:v>
                </c:pt>
                <c:pt idx="1362">
                  <c:v>0.68777706806765293</c:v>
                </c:pt>
                <c:pt idx="1363">
                  <c:v>0.68517012096864982</c:v>
                </c:pt>
                <c:pt idx="1364">
                  <c:v>0.68483272318962596</c:v>
                </c:pt>
                <c:pt idx="1365">
                  <c:v>0.68474239390879865</c:v>
                </c:pt>
                <c:pt idx="1366">
                  <c:v>0.68381519779753119</c:v>
                </c:pt>
                <c:pt idx="1367">
                  <c:v>0.68283424204887821</c:v>
                </c:pt>
                <c:pt idx="1368">
                  <c:v>0.68168340641371239</c:v>
                </c:pt>
                <c:pt idx="1369">
                  <c:v>0.6811929350488759</c:v>
                </c:pt>
                <c:pt idx="1370">
                  <c:v>0.6811349828037726</c:v>
                </c:pt>
                <c:pt idx="1371">
                  <c:v>0.68112868341661847</c:v>
                </c:pt>
                <c:pt idx="1372">
                  <c:v>0.68105288633311989</c:v>
                </c:pt>
                <c:pt idx="1373">
                  <c:v>0.68097832260328184</c:v>
                </c:pt>
                <c:pt idx="1374">
                  <c:v>0.68090090266668901</c:v>
                </c:pt>
                <c:pt idx="1375">
                  <c:v>0.68025035807102185</c:v>
                </c:pt>
                <c:pt idx="1376">
                  <c:v>0.67985851533261898</c:v>
                </c:pt>
                <c:pt idx="1377">
                  <c:v>0.67936274185733792</c:v>
                </c:pt>
                <c:pt idx="1378">
                  <c:v>0.6793562903538084</c:v>
                </c:pt>
                <c:pt idx="1379">
                  <c:v>0.67875861482163025</c:v>
                </c:pt>
                <c:pt idx="1380">
                  <c:v>0.6774972795941091</c:v>
                </c:pt>
                <c:pt idx="1381">
                  <c:v>0.67726246711837446</c:v>
                </c:pt>
                <c:pt idx="1382">
                  <c:v>0.67683961037227813</c:v>
                </c:pt>
                <c:pt idx="1383">
                  <c:v>0.67672205537904939</c:v>
                </c:pt>
                <c:pt idx="1384">
                  <c:v>0.67635483654072459</c:v>
                </c:pt>
                <c:pt idx="1385">
                  <c:v>0.67623352948553517</c:v>
                </c:pt>
                <c:pt idx="1386">
                  <c:v>0.67530709292958513</c:v>
                </c:pt>
                <c:pt idx="1387">
                  <c:v>0.67465915086211758</c:v>
                </c:pt>
                <c:pt idx="1388">
                  <c:v>0.67392182059790606</c:v>
                </c:pt>
                <c:pt idx="1389">
                  <c:v>0.67336885232784793</c:v>
                </c:pt>
                <c:pt idx="1390">
                  <c:v>0.67327901960227199</c:v>
                </c:pt>
                <c:pt idx="1391">
                  <c:v>0.67304422596717473</c:v>
                </c:pt>
                <c:pt idx="1392">
                  <c:v>0.67255194870819002</c:v>
                </c:pt>
                <c:pt idx="1393">
                  <c:v>0.6724388348210707</c:v>
                </c:pt>
                <c:pt idx="1394">
                  <c:v>0.67242284546167763</c:v>
                </c:pt>
                <c:pt idx="1395">
                  <c:v>0.6715388805941932</c:v>
                </c:pt>
                <c:pt idx="1396">
                  <c:v>0.67021231839984741</c:v>
                </c:pt>
                <c:pt idx="1397">
                  <c:v>0.6698115358820852</c:v>
                </c:pt>
                <c:pt idx="1398">
                  <c:v>0.6693225399370808</c:v>
                </c:pt>
                <c:pt idx="1399">
                  <c:v>0.66891539750611106</c:v>
                </c:pt>
                <c:pt idx="1400">
                  <c:v>0.66861146943950533</c:v>
                </c:pt>
                <c:pt idx="1401">
                  <c:v>0.66802198387039413</c:v>
                </c:pt>
                <c:pt idx="1402">
                  <c:v>0.66661285416303429</c:v>
                </c:pt>
                <c:pt idx="1403">
                  <c:v>0.66653767995741942</c:v>
                </c:pt>
                <c:pt idx="1404">
                  <c:v>0.66652069039834005</c:v>
                </c:pt>
                <c:pt idx="1405">
                  <c:v>0.66636378759063231</c:v>
                </c:pt>
                <c:pt idx="1406">
                  <c:v>0.66606628609754914</c:v>
                </c:pt>
                <c:pt idx="1407">
                  <c:v>0.66505611942883169</c:v>
                </c:pt>
                <c:pt idx="1408">
                  <c:v>0.66404246959505664</c:v>
                </c:pt>
                <c:pt idx="1409">
                  <c:v>0.66397380722520472</c:v>
                </c:pt>
                <c:pt idx="1410">
                  <c:v>0.66356720538995939</c:v>
                </c:pt>
                <c:pt idx="1411">
                  <c:v>0.66323990557005119</c:v>
                </c:pt>
                <c:pt idx="1412">
                  <c:v>0.66323450438013776</c:v>
                </c:pt>
                <c:pt idx="1413">
                  <c:v>0.66263883772365606</c:v>
                </c:pt>
                <c:pt idx="1414">
                  <c:v>0.66244072937480392</c:v>
                </c:pt>
                <c:pt idx="1415">
                  <c:v>0.66191818726660467</c:v>
                </c:pt>
                <c:pt idx="1416">
                  <c:v>0.661257467260978</c:v>
                </c:pt>
                <c:pt idx="1417">
                  <c:v>0.6599700230986697</c:v>
                </c:pt>
                <c:pt idx="1418">
                  <c:v>0.65996135343650186</c:v>
                </c:pt>
                <c:pt idx="1419">
                  <c:v>0.65993411216108189</c:v>
                </c:pt>
                <c:pt idx="1420">
                  <c:v>0.65940565028677578</c:v>
                </c:pt>
                <c:pt idx="1421">
                  <c:v>0.65890282755148677</c:v>
                </c:pt>
                <c:pt idx="1422">
                  <c:v>0.65821998630162215</c:v>
                </c:pt>
                <c:pt idx="1423">
                  <c:v>0.65691950970694546</c:v>
                </c:pt>
                <c:pt idx="1424">
                  <c:v>0.65677774844081471</c:v>
                </c:pt>
                <c:pt idx="1425">
                  <c:v>0.65610785310958664</c:v>
                </c:pt>
                <c:pt idx="1426">
                  <c:v>0.65528928385352492</c:v>
                </c:pt>
                <c:pt idx="1427">
                  <c:v>0.65525477307292379</c:v>
                </c:pt>
                <c:pt idx="1428">
                  <c:v>0.65503795062745962</c:v>
                </c:pt>
                <c:pt idx="1429">
                  <c:v>0.65484978276115713</c:v>
                </c:pt>
                <c:pt idx="1430">
                  <c:v>0.65445751059551294</c:v>
                </c:pt>
                <c:pt idx="1431">
                  <c:v>0.65353855992789667</c:v>
                </c:pt>
                <c:pt idx="1432">
                  <c:v>0.65266766448505287</c:v>
                </c:pt>
                <c:pt idx="1433">
                  <c:v>0.65161413836648041</c:v>
                </c:pt>
                <c:pt idx="1434">
                  <c:v>0.65143216371428214</c:v>
                </c:pt>
                <c:pt idx="1435">
                  <c:v>0.65114712737488656</c:v>
                </c:pt>
                <c:pt idx="1436">
                  <c:v>0.65080247284596815</c:v>
                </c:pt>
                <c:pt idx="1437">
                  <c:v>0.65071458610511101</c:v>
                </c:pt>
                <c:pt idx="1438">
                  <c:v>0.65024438018547814</c:v>
                </c:pt>
                <c:pt idx="1439">
                  <c:v>0.65020032885237133</c:v>
                </c:pt>
                <c:pt idx="1440">
                  <c:v>0.65003559524178811</c:v>
                </c:pt>
                <c:pt idx="1441">
                  <c:v>0.6500199452420482</c:v>
                </c:pt>
                <c:pt idx="1442">
                  <c:v>0.6496178672700097</c:v>
                </c:pt>
                <c:pt idx="1443">
                  <c:v>0.64961067187644672</c:v>
                </c:pt>
                <c:pt idx="1444">
                  <c:v>0.64908834824168815</c:v>
                </c:pt>
                <c:pt idx="1445">
                  <c:v>0.64864424201081594</c:v>
                </c:pt>
                <c:pt idx="1446">
                  <c:v>0.64765998850302242</c:v>
                </c:pt>
                <c:pt idx="1447">
                  <c:v>0.6475150582710123</c:v>
                </c:pt>
                <c:pt idx="1448">
                  <c:v>0.64736036681402886</c:v>
                </c:pt>
                <c:pt idx="1449">
                  <c:v>0.64664796805004443</c:v>
                </c:pt>
                <c:pt idx="1450">
                  <c:v>0.64639365136143079</c:v>
                </c:pt>
                <c:pt idx="1451">
                  <c:v>0.64472181105313675</c:v>
                </c:pt>
                <c:pt idx="1452">
                  <c:v>0.64452851529792088</c:v>
                </c:pt>
                <c:pt idx="1453">
                  <c:v>0.64283381068018064</c:v>
                </c:pt>
                <c:pt idx="1454">
                  <c:v>0.64165719081448114</c:v>
                </c:pt>
                <c:pt idx="1455">
                  <c:v>0.64075570683051519</c:v>
                </c:pt>
                <c:pt idx="1456">
                  <c:v>0.64069901606461366</c:v>
                </c:pt>
                <c:pt idx="1457">
                  <c:v>0.64064925844770648</c:v>
                </c:pt>
                <c:pt idx="1458">
                  <c:v>0.64043753452864727</c:v>
                </c:pt>
                <c:pt idx="1459">
                  <c:v>0.64020403460303987</c:v>
                </c:pt>
                <c:pt idx="1460">
                  <c:v>0.63975170264907621</c:v>
                </c:pt>
                <c:pt idx="1461">
                  <c:v>0.63942908946486721</c:v>
                </c:pt>
                <c:pt idx="1462">
                  <c:v>0.63936574209616681</c:v>
                </c:pt>
                <c:pt idx="1463">
                  <c:v>0.63876609968705866</c:v>
                </c:pt>
                <c:pt idx="1464">
                  <c:v>0.63775618093168751</c:v>
                </c:pt>
                <c:pt idx="1465">
                  <c:v>0.63677162898153128</c:v>
                </c:pt>
                <c:pt idx="1466">
                  <c:v>0.63597040733409183</c:v>
                </c:pt>
                <c:pt idx="1467">
                  <c:v>0.63534697216645097</c:v>
                </c:pt>
                <c:pt idx="1468">
                  <c:v>0.63491646655479461</c:v>
                </c:pt>
                <c:pt idx="1469">
                  <c:v>0.63435986797505062</c:v>
                </c:pt>
                <c:pt idx="1470">
                  <c:v>0.6340713722616832</c:v>
                </c:pt>
                <c:pt idx="1471">
                  <c:v>0.63393747549986679</c:v>
                </c:pt>
                <c:pt idx="1472">
                  <c:v>0.63292588813572226</c:v>
                </c:pt>
                <c:pt idx="1473">
                  <c:v>0.63170178799976451</c:v>
                </c:pt>
                <c:pt idx="1474">
                  <c:v>0.63147482570171798</c:v>
                </c:pt>
                <c:pt idx="1475">
                  <c:v>0.6313370655153242</c:v>
                </c:pt>
                <c:pt idx="1476">
                  <c:v>0.63123448037889773</c:v>
                </c:pt>
                <c:pt idx="1477">
                  <c:v>0.6311954728115603</c:v>
                </c:pt>
                <c:pt idx="1478">
                  <c:v>0.63053614592915341</c:v>
                </c:pt>
                <c:pt idx="1479">
                  <c:v>0.63042082202943894</c:v>
                </c:pt>
                <c:pt idx="1480">
                  <c:v>0.62975437897290087</c:v>
                </c:pt>
                <c:pt idx="1481">
                  <c:v>0.62955502032540744</c:v>
                </c:pt>
                <c:pt idx="1482">
                  <c:v>0.62912825495360092</c:v>
                </c:pt>
                <c:pt idx="1483">
                  <c:v>0.62838221883850043</c:v>
                </c:pt>
                <c:pt idx="1484">
                  <c:v>0.62824254543504132</c:v>
                </c:pt>
                <c:pt idx="1485">
                  <c:v>0.62817984901305113</c:v>
                </c:pt>
                <c:pt idx="1486">
                  <c:v>0.62813849462347482</c:v>
                </c:pt>
                <c:pt idx="1487">
                  <c:v>0.6272954021351681</c:v>
                </c:pt>
                <c:pt idx="1488">
                  <c:v>0.62678932230513096</c:v>
                </c:pt>
                <c:pt idx="1489">
                  <c:v>0.62584298522342663</c:v>
                </c:pt>
                <c:pt idx="1490">
                  <c:v>0.62530733389619209</c:v>
                </c:pt>
                <c:pt idx="1491">
                  <c:v>0.62417670098584555</c:v>
                </c:pt>
                <c:pt idx="1492">
                  <c:v>0.6235717731826842</c:v>
                </c:pt>
                <c:pt idx="1493">
                  <c:v>0.62348687472202124</c:v>
                </c:pt>
                <c:pt idx="1494">
                  <c:v>0.623480951119746</c:v>
                </c:pt>
                <c:pt idx="1495">
                  <c:v>0.6231570141134225</c:v>
                </c:pt>
                <c:pt idx="1496">
                  <c:v>0.62288773407753073</c:v>
                </c:pt>
                <c:pt idx="1497">
                  <c:v>0.62160806612624886</c:v>
                </c:pt>
                <c:pt idx="1498">
                  <c:v>0.62056654169288539</c:v>
                </c:pt>
                <c:pt idx="1499">
                  <c:v>0.62036411117331858</c:v>
                </c:pt>
                <c:pt idx="1500">
                  <c:v>0.61996369557077202</c:v>
                </c:pt>
                <c:pt idx="1501">
                  <c:v>0.61992743347171508</c:v>
                </c:pt>
                <c:pt idx="1502">
                  <c:v>0.61919775324986004</c:v>
                </c:pt>
                <c:pt idx="1503">
                  <c:v>0.61911577018523545</c:v>
                </c:pt>
                <c:pt idx="1504">
                  <c:v>0.61908412330837681</c:v>
                </c:pt>
                <c:pt idx="1505">
                  <c:v>0.61904660436694414</c:v>
                </c:pt>
                <c:pt idx="1506">
                  <c:v>0.61873586642338296</c:v>
                </c:pt>
                <c:pt idx="1507">
                  <c:v>0.61871180290303074</c:v>
                </c:pt>
                <c:pt idx="1508">
                  <c:v>0.61868301967917405</c:v>
                </c:pt>
                <c:pt idx="1509">
                  <c:v>0.61693590348282967</c:v>
                </c:pt>
                <c:pt idx="1510">
                  <c:v>0.61667762008128135</c:v>
                </c:pt>
                <c:pt idx="1511">
                  <c:v>0.61473410225418068</c:v>
                </c:pt>
                <c:pt idx="1512">
                  <c:v>0.61398716484462268</c:v>
                </c:pt>
                <c:pt idx="1513">
                  <c:v>0.6133366949037109</c:v>
                </c:pt>
                <c:pt idx="1514">
                  <c:v>0.61227782250414697</c:v>
                </c:pt>
                <c:pt idx="1515">
                  <c:v>0.61191333448083762</c:v>
                </c:pt>
                <c:pt idx="1516">
                  <c:v>0.61188719258647584</c:v>
                </c:pt>
                <c:pt idx="1517">
                  <c:v>0.61188661480660822</c:v>
                </c:pt>
                <c:pt idx="1518">
                  <c:v>0.61163486574590353</c:v>
                </c:pt>
                <c:pt idx="1519">
                  <c:v>0.6114373247551762</c:v>
                </c:pt>
                <c:pt idx="1520">
                  <c:v>0.61117198638399717</c:v>
                </c:pt>
                <c:pt idx="1521">
                  <c:v>0.61019084989920191</c:v>
                </c:pt>
                <c:pt idx="1522">
                  <c:v>0.61011568997679488</c:v>
                </c:pt>
                <c:pt idx="1523">
                  <c:v>0.60910316381696805</c:v>
                </c:pt>
                <c:pt idx="1524">
                  <c:v>0.60851936255712458</c:v>
                </c:pt>
                <c:pt idx="1525">
                  <c:v>0.60755127243581286</c:v>
                </c:pt>
                <c:pt idx="1526">
                  <c:v>0.60719750686726159</c:v>
                </c:pt>
                <c:pt idx="1527">
                  <c:v>0.6066372915123095</c:v>
                </c:pt>
                <c:pt idx="1528">
                  <c:v>0.60607369423393809</c:v>
                </c:pt>
                <c:pt idx="1529">
                  <c:v>0.60594805811102082</c:v>
                </c:pt>
                <c:pt idx="1530">
                  <c:v>0.60577274519271229</c:v>
                </c:pt>
                <c:pt idx="1531">
                  <c:v>0.60557445573596291</c:v>
                </c:pt>
                <c:pt idx="1532">
                  <c:v>0.60442739939952406</c:v>
                </c:pt>
                <c:pt idx="1533">
                  <c:v>0.60395934432531706</c:v>
                </c:pt>
                <c:pt idx="1534">
                  <c:v>0.60381204792155263</c:v>
                </c:pt>
                <c:pt idx="1535">
                  <c:v>0.60359252935039276</c:v>
                </c:pt>
                <c:pt idx="1536">
                  <c:v>0.6035363382031631</c:v>
                </c:pt>
                <c:pt idx="1537">
                  <c:v>0.60338587731232118</c:v>
                </c:pt>
                <c:pt idx="1538">
                  <c:v>0.60258907915922932</c:v>
                </c:pt>
                <c:pt idx="1539">
                  <c:v>0.6020794902000659</c:v>
                </c:pt>
                <c:pt idx="1540">
                  <c:v>0.60206757694449398</c:v>
                </c:pt>
                <c:pt idx="1541">
                  <c:v>0.60144698477360581</c:v>
                </c:pt>
                <c:pt idx="1542">
                  <c:v>0.6006571470410349</c:v>
                </c:pt>
                <c:pt idx="1543">
                  <c:v>0.60049331151848473</c:v>
                </c:pt>
                <c:pt idx="1544">
                  <c:v>0.60024271061904677</c:v>
                </c:pt>
                <c:pt idx="1545">
                  <c:v>0.6001888172952321</c:v>
                </c:pt>
                <c:pt idx="1546">
                  <c:v>0.60013350562470491</c:v>
                </c:pt>
                <c:pt idx="1547">
                  <c:v>0.59996725557100128</c:v>
                </c:pt>
                <c:pt idx="1548">
                  <c:v>0.59977469320199739</c:v>
                </c:pt>
                <c:pt idx="1549">
                  <c:v>0.59897827483484145</c:v>
                </c:pt>
                <c:pt idx="1550">
                  <c:v>0.59868100253727186</c:v>
                </c:pt>
                <c:pt idx="1551">
                  <c:v>0.59737033665654615</c:v>
                </c:pt>
                <c:pt idx="1552">
                  <c:v>0.59715399819507642</c:v>
                </c:pt>
                <c:pt idx="1553">
                  <c:v>0.59673697360317801</c:v>
                </c:pt>
                <c:pt idx="1554">
                  <c:v>0.59640083948106082</c:v>
                </c:pt>
                <c:pt idx="1555">
                  <c:v>0.59638054611575508</c:v>
                </c:pt>
                <c:pt idx="1556">
                  <c:v>0.59633127345545844</c:v>
                </c:pt>
                <c:pt idx="1557">
                  <c:v>0.59591707621122225</c:v>
                </c:pt>
                <c:pt idx="1558">
                  <c:v>0.59589379004639953</c:v>
                </c:pt>
                <c:pt idx="1559">
                  <c:v>0.59494457439915183</c:v>
                </c:pt>
                <c:pt idx="1560">
                  <c:v>0.5939446762752586</c:v>
                </c:pt>
                <c:pt idx="1561">
                  <c:v>0.59281014493197626</c:v>
                </c:pt>
                <c:pt idx="1562">
                  <c:v>0.59207985481433634</c:v>
                </c:pt>
                <c:pt idx="1563">
                  <c:v>0.5917313988049262</c:v>
                </c:pt>
                <c:pt idx="1564">
                  <c:v>0.5914019360915842</c:v>
                </c:pt>
                <c:pt idx="1565">
                  <c:v>0.59084263294874051</c:v>
                </c:pt>
                <c:pt idx="1566">
                  <c:v>0.59082284843880695</c:v>
                </c:pt>
                <c:pt idx="1567">
                  <c:v>0.59041027401432322</c:v>
                </c:pt>
                <c:pt idx="1568">
                  <c:v>0.59021891968535001</c:v>
                </c:pt>
                <c:pt idx="1569">
                  <c:v>0.58965094187687361</c:v>
                </c:pt>
                <c:pt idx="1570">
                  <c:v>0.58950039907888274</c:v>
                </c:pt>
                <c:pt idx="1571">
                  <c:v>0.58942557653362548</c:v>
                </c:pt>
                <c:pt idx="1572">
                  <c:v>0.58887093131283463</c:v>
                </c:pt>
                <c:pt idx="1573">
                  <c:v>0.58876658005794269</c:v>
                </c:pt>
                <c:pt idx="1574">
                  <c:v>0.58801764089274178</c:v>
                </c:pt>
                <c:pt idx="1575">
                  <c:v>0.58787731012398736</c:v>
                </c:pt>
                <c:pt idx="1576">
                  <c:v>0.58767402112524558</c:v>
                </c:pt>
                <c:pt idx="1577">
                  <c:v>0.58725465348519901</c:v>
                </c:pt>
                <c:pt idx="1578">
                  <c:v>0.58672512400983978</c:v>
                </c:pt>
                <c:pt idx="1579">
                  <c:v>0.58641086391107511</c:v>
                </c:pt>
                <c:pt idx="1580">
                  <c:v>0.58604501770851192</c:v>
                </c:pt>
                <c:pt idx="1581">
                  <c:v>0.5860293060958679</c:v>
                </c:pt>
                <c:pt idx="1582">
                  <c:v>0.58494442305793504</c:v>
                </c:pt>
                <c:pt idx="1583">
                  <c:v>0.58286131313237954</c:v>
                </c:pt>
                <c:pt idx="1584">
                  <c:v>0.58269476827400568</c:v>
                </c:pt>
                <c:pt idx="1585">
                  <c:v>0.58258433247508923</c:v>
                </c:pt>
                <c:pt idx="1586">
                  <c:v>0.58230103761934626</c:v>
                </c:pt>
                <c:pt idx="1587">
                  <c:v>0.58198386625691134</c:v>
                </c:pt>
                <c:pt idx="1588">
                  <c:v>0.58153833778549957</c:v>
                </c:pt>
                <c:pt idx="1589">
                  <c:v>0.58133788217198723</c:v>
                </c:pt>
                <c:pt idx="1590">
                  <c:v>0.58039070397487313</c:v>
                </c:pt>
                <c:pt idx="1591">
                  <c:v>0.58027882299568356</c:v>
                </c:pt>
                <c:pt idx="1592">
                  <c:v>0.58023690184369614</c:v>
                </c:pt>
                <c:pt idx="1593">
                  <c:v>0.57978973652482402</c:v>
                </c:pt>
                <c:pt idx="1594">
                  <c:v>0.57927962934775845</c:v>
                </c:pt>
                <c:pt idx="1595">
                  <c:v>0.5785792450073981</c:v>
                </c:pt>
                <c:pt idx="1596">
                  <c:v>0.57720957404346296</c:v>
                </c:pt>
                <c:pt idx="1597">
                  <c:v>0.5772092734153117</c:v>
                </c:pt>
                <c:pt idx="1598">
                  <c:v>0.57718604561784848</c:v>
                </c:pt>
                <c:pt idx="1599">
                  <c:v>0.57707093039570978</c:v>
                </c:pt>
                <c:pt idx="1600">
                  <c:v>0.57702036155341985</c:v>
                </c:pt>
                <c:pt idx="1601">
                  <c:v>0.5762183857842671</c:v>
                </c:pt>
                <c:pt idx="1602">
                  <c:v>0.57583028673236281</c:v>
                </c:pt>
                <c:pt idx="1603">
                  <c:v>0.57557526851312935</c:v>
                </c:pt>
                <c:pt idx="1604">
                  <c:v>0.57545595456115051</c:v>
                </c:pt>
                <c:pt idx="1605">
                  <c:v>0.5753129871070839</c:v>
                </c:pt>
                <c:pt idx="1606">
                  <c:v>0.57522155139640874</c:v>
                </c:pt>
                <c:pt idx="1607">
                  <c:v>0.57455259491912059</c:v>
                </c:pt>
                <c:pt idx="1608">
                  <c:v>0.57408963170947891</c:v>
                </c:pt>
                <c:pt idx="1609">
                  <c:v>0.57358485328441522</c:v>
                </c:pt>
                <c:pt idx="1610">
                  <c:v>0.57357374469327371</c:v>
                </c:pt>
                <c:pt idx="1611">
                  <c:v>0.57353273746705846</c:v>
                </c:pt>
                <c:pt idx="1612">
                  <c:v>0.57311641021449444</c:v>
                </c:pt>
                <c:pt idx="1613">
                  <c:v>0.57162532542779265</c:v>
                </c:pt>
                <c:pt idx="1614">
                  <c:v>0.57084389203639518</c:v>
                </c:pt>
                <c:pt idx="1615">
                  <c:v>0.57048606202504026</c:v>
                </c:pt>
                <c:pt idx="1616">
                  <c:v>0.57004864069393568</c:v>
                </c:pt>
                <c:pt idx="1617">
                  <c:v>0.56939748235671861</c:v>
                </c:pt>
                <c:pt idx="1618">
                  <c:v>0.56913767371050406</c:v>
                </c:pt>
                <c:pt idx="1619">
                  <c:v>0.56861481649088441</c:v>
                </c:pt>
                <c:pt idx="1620">
                  <c:v>0.56860714418532354</c:v>
                </c:pt>
                <c:pt idx="1621">
                  <c:v>0.56776942472174063</c:v>
                </c:pt>
                <c:pt idx="1622">
                  <c:v>0.56764016296156838</c:v>
                </c:pt>
                <c:pt idx="1623">
                  <c:v>0.56698172072067854</c:v>
                </c:pt>
                <c:pt idx="1624">
                  <c:v>0.5666109919654706</c:v>
                </c:pt>
                <c:pt idx="1625">
                  <c:v>0.56658362983372479</c:v>
                </c:pt>
                <c:pt idx="1626">
                  <c:v>0.56643270500188914</c:v>
                </c:pt>
                <c:pt idx="1627">
                  <c:v>0.56636030274557636</c:v>
                </c:pt>
                <c:pt idx="1628">
                  <c:v>0.56635020085157006</c:v>
                </c:pt>
                <c:pt idx="1629">
                  <c:v>0.56614396139223555</c:v>
                </c:pt>
                <c:pt idx="1630">
                  <c:v>0.56574504918124713</c:v>
                </c:pt>
                <c:pt idx="1631">
                  <c:v>0.56566630392796824</c:v>
                </c:pt>
                <c:pt idx="1632">
                  <c:v>0.56517134296397786</c:v>
                </c:pt>
                <c:pt idx="1633">
                  <c:v>0.56499790038979048</c:v>
                </c:pt>
                <c:pt idx="1634">
                  <c:v>0.56444010564125158</c:v>
                </c:pt>
                <c:pt idx="1635">
                  <c:v>0.56306379693555519</c:v>
                </c:pt>
                <c:pt idx="1636">
                  <c:v>0.56179045074752276</c:v>
                </c:pt>
                <c:pt idx="1637">
                  <c:v>0.56160426908729311</c:v>
                </c:pt>
                <c:pt idx="1638">
                  <c:v>0.56079301714367913</c:v>
                </c:pt>
                <c:pt idx="1639">
                  <c:v>0.56067421358376746</c:v>
                </c:pt>
                <c:pt idx="1640">
                  <c:v>0.55989495695448488</c:v>
                </c:pt>
                <c:pt idx="1641">
                  <c:v>0.55938738395355381</c:v>
                </c:pt>
                <c:pt idx="1642">
                  <c:v>0.55927829910092908</c:v>
                </c:pt>
                <c:pt idx="1643">
                  <c:v>0.55894306125918714</c:v>
                </c:pt>
                <c:pt idx="1644">
                  <c:v>0.55879414875879263</c:v>
                </c:pt>
                <c:pt idx="1645">
                  <c:v>0.55878394474423654</c:v>
                </c:pt>
                <c:pt idx="1646">
                  <c:v>0.55822964123323848</c:v>
                </c:pt>
                <c:pt idx="1647">
                  <c:v>0.55762026486772243</c:v>
                </c:pt>
                <c:pt idx="1648">
                  <c:v>0.55730965887314954</c:v>
                </c:pt>
                <c:pt idx="1649">
                  <c:v>0.55696549401670081</c:v>
                </c:pt>
                <c:pt idx="1650">
                  <c:v>0.55669113637367629</c:v>
                </c:pt>
                <c:pt idx="1651">
                  <c:v>0.55653337758309485</c:v>
                </c:pt>
                <c:pt idx="1652">
                  <c:v>0.55638235078689413</c:v>
                </c:pt>
                <c:pt idx="1653">
                  <c:v>0.55631115884882965</c:v>
                </c:pt>
                <c:pt idx="1654">
                  <c:v>0.5561931328725539</c:v>
                </c:pt>
                <c:pt idx="1655">
                  <c:v>0.55561606176212097</c:v>
                </c:pt>
                <c:pt idx="1656">
                  <c:v>0.55559436602930146</c:v>
                </c:pt>
                <c:pt idx="1657">
                  <c:v>0.55507356401531516</c:v>
                </c:pt>
                <c:pt idx="1658">
                  <c:v>0.5548603606032193</c:v>
                </c:pt>
                <c:pt idx="1659">
                  <c:v>0.55392713714781061</c:v>
                </c:pt>
                <c:pt idx="1660">
                  <c:v>0.55304922519988797</c:v>
                </c:pt>
                <c:pt idx="1661">
                  <c:v>0.55194152142605712</c:v>
                </c:pt>
                <c:pt idx="1662">
                  <c:v>0.55193047435079567</c:v>
                </c:pt>
                <c:pt idx="1663">
                  <c:v>0.55150553151745518</c:v>
                </c:pt>
                <c:pt idx="1664">
                  <c:v>0.55110305167278906</c:v>
                </c:pt>
                <c:pt idx="1665">
                  <c:v>0.55107680967057093</c:v>
                </c:pt>
                <c:pt idx="1666">
                  <c:v>0.55070531409966406</c:v>
                </c:pt>
                <c:pt idx="1667">
                  <c:v>0.55069496089025383</c:v>
                </c:pt>
                <c:pt idx="1668">
                  <c:v>0.55007477800495963</c:v>
                </c:pt>
                <c:pt idx="1669">
                  <c:v>0.55003670621966272</c:v>
                </c:pt>
                <c:pt idx="1670">
                  <c:v>0.54986362788320808</c:v>
                </c:pt>
                <c:pt idx="1671">
                  <c:v>0.54974508062869953</c:v>
                </c:pt>
                <c:pt idx="1672">
                  <c:v>0.54878050174015314</c:v>
                </c:pt>
                <c:pt idx="1673">
                  <c:v>0.54831124913955853</c:v>
                </c:pt>
                <c:pt idx="1674">
                  <c:v>0.54817343282065001</c:v>
                </c:pt>
                <c:pt idx="1675">
                  <c:v>0.54574753126156628</c:v>
                </c:pt>
                <c:pt idx="1676">
                  <c:v>0.54489841174856368</c:v>
                </c:pt>
                <c:pt idx="1677">
                  <c:v>0.54450418067049045</c:v>
                </c:pt>
                <c:pt idx="1678">
                  <c:v>0.54441897745867818</c:v>
                </c:pt>
                <c:pt idx="1679">
                  <c:v>0.54355342977488386</c:v>
                </c:pt>
                <c:pt idx="1680">
                  <c:v>0.54239111518151351</c:v>
                </c:pt>
                <c:pt idx="1681">
                  <c:v>0.54165723208906225</c:v>
                </c:pt>
                <c:pt idx="1682">
                  <c:v>0.54116765513887732</c:v>
                </c:pt>
                <c:pt idx="1683">
                  <c:v>0.54043559780702721</c:v>
                </c:pt>
                <c:pt idx="1684">
                  <c:v>0.54038497965632082</c:v>
                </c:pt>
                <c:pt idx="1685">
                  <c:v>0.54022894857352299</c:v>
                </c:pt>
                <c:pt idx="1686">
                  <c:v>0.53829697514786845</c:v>
                </c:pt>
                <c:pt idx="1687">
                  <c:v>0.53823080975348225</c:v>
                </c:pt>
                <c:pt idx="1688">
                  <c:v>0.53821647737513501</c:v>
                </c:pt>
                <c:pt idx="1689">
                  <c:v>0.53732624777742122</c:v>
                </c:pt>
                <c:pt idx="1690">
                  <c:v>0.5372340786984463</c:v>
                </c:pt>
                <c:pt idx="1691">
                  <c:v>0.53722478508800697</c:v>
                </c:pt>
                <c:pt idx="1692">
                  <c:v>0.53708809644109323</c:v>
                </c:pt>
                <c:pt idx="1693">
                  <c:v>0.53689612303900003</c:v>
                </c:pt>
                <c:pt idx="1694">
                  <c:v>0.53647417157403865</c:v>
                </c:pt>
                <c:pt idx="1695">
                  <c:v>0.53537434631365532</c:v>
                </c:pt>
                <c:pt idx="1696">
                  <c:v>0.53523658404162044</c:v>
                </c:pt>
                <c:pt idx="1697">
                  <c:v>0.53430358636133346</c:v>
                </c:pt>
                <c:pt idx="1698">
                  <c:v>0.53365271650042589</c:v>
                </c:pt>
                <c:pt idx="1699">
                  <c:v>0.53266092293598954</c:v>
                </c:pt>
                <c:pt idx="1700">
                  <c:v>0.53237786324997272</c:v>
                </c:pt>
                <c:pt idx="1701">
                  <c:v>0.53192204179011382</c:v>
                </c:pt>
                <c:pt idx="1702">
                  <c:v>0.53155337406544478</c:v>
                </c:pt>
                <c:pt idx="1703">
                  <c:v>0.53151738298536588</c:v>
                </c:pt>
                <c:pt idx="1704">
                  <c:v>0.53098099995221282</c:v>
                </c:pt>
                <c:pt idx="1705">
                  <c:v>0.53096428309936006</c:v>
                </c:pt>
                <c:pt idx="1706">
                  <c:v>0.53092258815597615</c:v>
                </c:pt>
                <c:pt idx="1707">
                  <c:v>0.53091311938818919</c:v>
                </c:pt>
                <c:pt idx="1708">
                  <c:v>0.53055305112914664</c:v>
                </c:pt>
                <c:pt idx="1709">
                  <c:v>0.53007936341953876</c:v>
                </c:pt>
                <c:pt idx="1710">
                  <c:v>0.52963982868108561</c:v>
                </c:pt>
                <c:pt idx="1711">
                  <c:v>0.52872536871139297</c:v>
                </c:pt>
                <c:pt idx="1712">
                  <c:v>0.52807222431023659</c:v>
                </c:pt>
                <c:pt idx="1713">
                  <c:v>0.52779673384627157</c:v>
                </c:pt>
                <c:pt idx="1714">
                  <c:v>0.52742233808866679</c:v>
                </c:pt>
                <c:pt idx="1715">
                  <c:v>0.52646886793137715</c:v>
                </c:pt>
                <c:pt idx="1716">
                  <c:v>0.52633985671368755</c:v>
                </c:pt>
                <c:pt idx="1717">
                  <c:v>0.5257891498029521</c:v>
                </c:pt>
                <c:pt idx="1718">
                  <c:v>0.52540010103893053</c:v>
                </c:pt>
                <c:pt idx="1719">
                  <c:v>0.52520335865350298</c:v>
                </c:pt>
                <c:pt idx="1720">
                  <c:v>0.52496590175138702</c:v>
                </c:pt>
                <c:pt idx="1721">
                  <c:v>0.52416411501242</c:v>
                </c:pt>
                <c:pt idx="1722">
                  <c:v>0.52389176456556841</c:v>
                </c:pt>
                <c:pt idx="1723">
                  <c:v>0.5231873147861904</c:v>
                </c:pt>
                <c:pt idx="1724">
                  <c:v>0.52298647157602796</c:v>
                </c:pt>
                <c:pt idx="1725">
                  <c:v>0.52254717984504873</c:v>
                </c:pt>
                <c:pt idx="1726">
                  <c:v>0.52245162432489833</c:v>
                </c:pt>
                <c:pt idx="1727">
                  <c:v>0.52175839852913997</c:v>
                </c:pt>
                <c:pt idx="1728">
                  <c:v>0.52147755023477183</c:v>
                </c:pt>
                <c:pt idx="1729">
                  <c:v>0.52070672700013765</c:v>
                </c:pt>
                <c:pt idx="1730">
                  <c:v>0.52001931202272544</c:v>
                </c:pt>
                <c:pt idx="1731">
                  <c:v>0.51926774089501082</c:v>
                </c:pt>
                <c:pt idx="1732">
                  <c:v>0.51916062896379911</c:v>
                </c:pt>
                <c:pt idx="1733">
                  <c:v>0.51815055724339831</c:v>
                </c:pt>
                <c:pt idx="1734">
                  <c:v>0.5180824749097499</c:v>
                </c:pt>
                <c:pt idx="1735">
                  <c:v>0.51678685053841555</c:v>
                </c:pt>
                <c:pt idx="1736">
                  <c:v>0.5158538940340387</c:v>
                </c:pt>
                <c:pt idx="1737">
                  <c:v>0.51550248832985102</c:v>
                </c:pt>
                <c:pt idx="1738">
                  <c:v>0.51541892826934355</c:v>
                </c:pt>
                <c:pt idx="1739">
                  <c:v>0.51505154614360493</c:v>
                </c:pt>
                <c:pt idx="1740">
                  <c:v>0.5142677344262262</c:v>
                </c:pt>
                <c:pt idx="1741">
                  <c:v>0.51246093945414761</c:v>
                </c:pt>
                <c:pt idx="1742">
                  <c:v>0.5123536080036234</c:v>
                </c:pt>
                <c:pt idx="1743">
                  <c:v>0.51196848119776506</c:v>
                </c:pt>
                <c:pt idx="1744">
                  <c:v>0.51155239753475323</c:v>
                </c:pt>
                <c:pt idx="1745">
                  <c:v>0.51134355492498829</c:v>
                </c:pt>
                <c:pt idx="1746">
                  <c:v>0.51012813195787765</c:v>
                </c:pt>
                <c:pt idx="1747">
                  <c:v>0.5096359584693938</c:v>
                </c:pt>
                <c:pt idx="1748">
                  <c:v>0.50923369325373313</c:v>
                </c:pt>
                <c:pt idx="1749">
                  <c:v>0.50915265739391546</c:v>
                </c:pt>
                <c:pt idx="1750">
                  <c:v>0.50895332912599334</c:v>
                </c:pt>
                <c:pt idx="1751">
                  <c:v>0.50883619608306019</c:v>
                </c:pt>
                <c:pt idx="1752">
                  <c:v>0.50823330984246329</c:v>
                </c:pt>
                <c:pt idx="1753">
                  <c:v>0.50701980844008743</c:v>
                </c:pt>
                <c:pt idx="1754">
                  <c:v>0.50682491844898636</c:v>
                </c:pt>
                <c:pt idx="1755">
                  <c:v>0.50664399290633522</c:v>
                </c:pt>
                <c:pt idx="1756">
                  <c:v>0.50657803296775561</c:v>
                </c:pt>
                <c:pt idx="1757">
                  <c:v>0.50545279035446677</c:v>
                </c:pt>
                <c:pt idx="1758">
                  <c:v>0.50522929835481145</c:v>
                </c:pt>
                <c:pt idx="1759">
                  <c:v>0.50469082261740095</c:v>
                </c:pt>
                <c:pt idx="1760">
                  <c:v>0.50452286317800255</c:v>
                </c:pt>
                <c:pt idx="1761">
                  <c:v>0.50411713694065619</c:v>
                </c:pt>
                <c:pt idx="1762">
                  <c:v>0.50399325351974444</c:v>
                </c:pt>
                <c:pt idx="1763">
                  <c:v>0.50375167091032214</c:v>
                </c:pt>
                <c:pt idx="1764">
                  <c:v>0.50369666427435134</c:v>
                </c:pt>
                <c:pt idx="1765">
                  <c:v>0.50327171109272539</c:v>
                </c:pt>
                <c:pt idx="1766">
                  <c:v>0.5029213240314957</c:v>
                </c:pt>
                <c:pt idx="1767">
                  <c:v>0.50250837215925237</c:v>
                </c:pt>
                <c:pt idx="1768">
                  <c:v>0.50190334297740435</c:v>
                </c:pt>
                <c:pt idx="1769">
                  <c:v>0.50184349242103499</c:v>
                </c:pt>
                <c:pt idx="1770">
                  <c:v>0.50156404244893571</c:v>
                </c:pt>
                <c:pt idx="1771">
                  <c:v>0.50098836917216638</c:v>
                </c:pt>
                <c:pt idx="1772">
                  <c:v>0.50098813035841328</c:v>
                </c:pt>
                <c:pt idx="1773">
                  <c:v>0.5004774934285604</c:v>
                </c:pt>
                <c:pt idx="1774">
                  <c:v>0.50000274652025045</c:v>
                </c:pt>
                <c:pt idx="1775">
                  <c:v>0.49979372128994698</c:v>
                </c:pt>
                <c:pt idx="1776">
                  <c:v>0.49974706203950386</c:v>
                </c:pt>
                <c:pt idx="1777">
                  <c:v>0.49901093704891486</c:v>
                </c:pt>
                <c:pt idx="1778">
                  <c:v>0.49899643680348371</c:v>
                </c:pt>
                <c:pt idx="1779">
                  <c:v>0.49841593820453628</c:v>
                </c:pt>
                <c:pt idx="1780">
                  <c:v>0.49803710809282514</c:v>
                </c:pt>
                <c:pt idx="1781">
                  <c:v>0.4979116336996991</c:v>
                </c:pt>
                <c:pt idx="1782">
                  <c:v>0.49736153766948377</c:v>
                </c:pt>
                <c:pt idx="1783">
                  <c:v>0.49727700960371629</c:v>
                </c:pt>
                <c:pt idx="1784">
                  <c:v>0.49706794017592365</c:v>
                </c:pt>
                <c:pt idx="1785">
                  <c:v>0.49610114087269463</c:v>
                </c:pt>
                <c:pt idx="1786">
                  <c:v>0.49605501148285713</c:v>
                </c:pt>
                <c:pt idx="1787">
                  <c:v>0.49590177345449937</c:v>
                </c:pt>
                <c:pt idx="1788">
                  <c:v>0.49589998271077201</c:v>
                </c:pt>
                <c:pt idx="1789">
                  <c:v>0.49555710793383623</c:v>
                </c:pt>
                <c:pt idx="1790">
                  <c:v>0.49526316478401283</c:v>
                </c:pt>
                <c:pt idx="1791">
                  <c:v>0.49523873746186869</c:v>
                </c:pt>
                <c:pt idx="1792">
                  <c:v>0.49521255860517127</c:v>
                </c:pt>
                <c:pt idx="1793">
                  <c:v>0.49486813361313942</c:v>
                </c:pt>
                <c:pt idx="1794">
                  <c:v>0.49482069851901778</c:v>
                </c:pt>
                <c:pt idx="1795">
                  <c:v>0.49481125114112678</c:v>
                </c:pt>
                <c:pt idx="1796">
                  <c:v>0.49454438788744759</c:v>
                </c:pt>
                <c:pt idx="1797">
                  <c:v>0.49437015058811479</c:v>
                </c:pt>
                <c:pt idx="1798">
                  <c:v>0.49338739550693661</c:v>
                </c:pt>
                <c:pt idx="1799">
                  <c:v>0.49263405618189027</c:v>
                </c:pt>
                <c:pt idx="1800">
                  <c:v>0.49258938736419183</c:v>
                </c:pt>
                <c:pt idx="1801">
                  <c:v>0.49235796811629279</c:v>
                </c:pt>
                <c:pt idx="1802">
                  <c:v>0.49230696560047515</c:v>
                </c:pt>
                <c:pt idx="1803">
                  <c:v>0.49112265190145782</c:v>
                </c:pt>
                <c:pt idx="1804">
                  <c:v>0.49058931555410668</c:v>
                </c:pt>
                <c:pt idx="1805">
                  <c:v>0.49034554497004079</c:v>
                </c:pt>
                <c:pt idx="1806">
                  <c:v>0.489948237639308</c:v>
                </c:pt>
                <c:pt idx="1807">
                  <c:v>0.48972870165663479</c:v>
                </c:pt>
                <c:pt idx="1808">
                  <c:v>0.48950787093066905</c:v>
                </c:pt>
                <c:pt idx="1809">
                  <c:v>0.48949047526473516</c:v>
                </c:pt>
                <c:pt idx="1810">
                  <c:v>0.48868282052153866</c:v>
                </c:pt>
                <c:pt idx="1811">
                  <c:v>0.48728379345554007</c:v>
                </c:pt>
                <c:pt idx="1812">
                  <c:v>0.48708605811714778</c:v>
                </c:pt>
                <c:pt idx="1813">
                  <c:v>0.48627754757502178</c:v>
                </c:pt>
                <c:pt idx="1814">
                  <c:v>0.48604317644131523</c:v>
                </c:pt>
                <c:pt idx="1815">
                  <c:v>0.48565132377692649</c:v>
                </c:pt>
                <c:pt idx="1816">
                  <c:v>0.48519733828382983</c:v>
                </c:pt>
                <c:pt idx="1817">
                  <c:v>0.48514906072541214</c:v>
                </c:pt>
                <c:pt idx="1818">
                  <c:v>0.48508909613917933</c:v>
                </c:pt>
                <c:pt idx="1819">
                  <c:v>0.48469336171487482</c:v>
                </c:pt>
                <c:pt idx="1820">
                  <c:v>0.48439929081433841</c:v>
                </c:pt>
                <c:pt idx="1821">
                  <c:v>0.48336153186496461</c:v>
                </c:pt>
                <c:pt idx="1822">
                  <c:v>0.48305651321951376</c:v>
                </c:pt>
                <c:pt idx="1823">
                  <c:v>0.48290363768302197</c:v>
                </c:pt>
                <c:pt idx="1824">
                  <c:v>0.48284364300578148</c:v>
                </c:pt>
                <c:pt idx="1825">
                  <c:v>0.48095764806166053</c:v>
                </c:pt>
                <c:pt idx="1826">
                  <c:v>0.48068720329951181</c:v>
                </c:pt>
                <c:pt idx="1827">
                  <c:v>0.48059501173555741</c:v>
                </c:pt>
                <c:pt idx="1828">
                  <c:v>0.48055866072037356</c:v>
                </c:pt>
                <c:pt idx="1829">
                  <c:v>0.48003813356538438</c:v>
                </c:pt>
                <c:pt idx="1830">
                  <c:v>0.47983685197610099</c:v>
                </c:pt>
                <c:pt idx="1831">
                  <c:v>0.47942766948660931</c:v>
                </c:pt>
                <c:pt idx="1832">
                  <c:v>0.47930004882411387</c:v>
                </c:pt>
                <c:pt idx="1833">
                  <c:v>0.47926704332735975</c:v>
                </c:pt>
                <c:pt idx="1834">
                  <c:v>0.47922935152910157</c:v>
                </c:pt>
                <c:pt idx="1835">
                  <c:v>0.4786678647313119</c:v>
                </c:pt>
                <c:pt idx="1836">
                  <c:v>0.47840165207671359</c:v>
                </c:pt>
                <c:pt idx="1837">
                  <c:v>0.47836433727666305</c:v>
                </c:pt>
                <c:pt idx="1838">
                  <c:v>0.47776935073625237</c:v>
                </c:pt>
                <c:pt idx="1839">
                  <c:v>0.47722270754567331</c:v>
                </c:pt>
                <c:pt idx="1840">
                  <c:v>0.47718755639134841</c:v>
                </c:pt>
                <c:pt idx="1841">
                  <c:v>0.47685666809631405</c:v>
                </c:pt>
                <c:pt idx="1842">
                  <c:v>0.47681819060927488</c:v>
                </c:pt>
                <c:pt idx="1843">
                  <c:v>0.47679685150858447</c:v>
                </c:pt>
                <c:pt idx="1844">
                  <c:v>0.47661665817439486</c:v>
                </c:pt>
                <c:pt idx="1845">
                  <c:v>0.47628288568727972</c:v>
                </c:pt>
                <c:pt idx="1846">
                  <c:v>0.47550111444064741</c:v>
                </c:pt>
                <c:pt idx="1847">
                  <c:v>0.47480885038342668</c:v>
                </c:pt>
                <c:pt idx="1848">
                  <c:v>0.4747484056045565</c:v>
                </c:pt>
                <c:pt idx="1849">
                  <c:v>0.47467586051419508</c:v>
                </c:pt>
                <c:pt idx="1850">
                  <c:v>0.47431291976446194</c:v>
                </c:pt>
                <c:pt idx="1851">
                  <c:v>0.47388212857598511</c:v>
                </c:pt>
                <c:pt idx="1852">
                  <c:v>0.47320109767679885</c:v>
                </c:pt>
                <c:pt idx="1853">
                  <c:v>0.47309399315768474</c:v>
                </c:pt>
                <c:pt idx="1854">
                  <c:v>0.47274949525749521</c:v>
                </c:pt>
                <c:pt idx="1855">
                  <c:v>0.47192148212319607</c:v>
                </c:pt>
                <c:pt idx="1856">
                  <c:v>0.47059101430895695</c:v>
                </c:pt>
                <c:pt idx="1857">
                  <c:v>0.46988054016612296</c:v>
                </c:pt>
                <c:pt idx="1858">
                  <c:v>0.46891208955804303</c:v>
                </c:pt>
                <c:pt idx="1859">
                  <c:v>0.46883625951884372</c:v>
                </c:pt>
                <c:pt idx="1860">
                  <c:v>0.46831918174206333</c:v>
                </c:pt>
                <c:pt idx="1861">
                  <c:v>0.46779008826335072</c:v>
                </c:pt>
                <c:pt idx="1862">
                  <c:v>0.46755441573156825</c:v>
                </c:pt>
                <c:pt idx="1863">
                  <c:v>0.467382292091021</c:v>
                </c:pt>
                <c:pt idx="1864">
                  <c:v>0.46731390108908899</c:v>
                </c:pt>
                <c:pt idx="1865">
                  <c:v>0.46673618430896907</c:v>
                </c:pt>
                <c:pt idx="1866">
                  <c:v>0.46650127182835982</c:v>
                </c:pt>
                <c:pt idx="1867">
                  <c:v>0.46535737356899382</c:v>
                </c:pt>
                <c:pt idx="1868">
                  <c:v>0.46533243519009138</c:v>
                </c:pt>
                <c:pt idx="1869">
                  <c:v>0.46524595254660378</c:v>
                </c:pt>
                <c:pt idx="1870">
                  <c:v>0.46514592990525078</c:v>
                </c:pt>
                <c:pt idx="1871">
                  <c:v>0.46475910693908579</c:v>
                </c:pt>
                <c:pt idx="1872">
                  <c:v>0.46459935995288759</c:v>
                </c:pt>
                <c:pt idx="1873">
                  <c:v>0.46457917463027715</c:v>
                </c:pt>
                <c:pt idx="1874">
                  <c:v>0.46433026905845676</c:v>
                </c:pt>
                <c:pt idx="1875">
                  <c:v>0.46429371376703255</c:v>
                </c:pt>
                <c:pt idx="1876">
                  <c:v>0.46421454310067972</c:v>
                </c:pt>
                <c:pt idx="1877">
                  <c:v>0.46398909205865441</c:v>
                </c:pt>
                <c:pt idx="1878">
                  <c:v>0.46342088419080679</c:v>
                </c:pt>
                <c:pt idx="1879">
                  <c:v>0.46314147488156587</c:v>
                </c:pt>
                <c:pt idx="1880">
                  <c:v>0.46312544800193078</c:v>
                </c:pt>
                <c:pt idx="1881">
                  <c:v>0.46279576558180507</c:v>
                </c:pt>
                <c:pt idx="1882">
                  <c:v>0.46270284634858472</c:v>
                </c:pt>
                <c:pt idx="1883">
                  <c:v>0.46191286743503379</c:v>
                </c:pt>
                <c:pt idx="1884">
                  <c:v>0.46140704369933183</c:v>
                </c:pt>
                <c:pt idx="1885">
                  <c:v>0.46126166894632664</c:v>
                </c:pt>
                <c:pt idx="1886">
                  <c:v>0.46108491221044795</c:v>
                </c:pt>
                <c:pt idx="1887">
                  <c:v>0.4608252861592777</c:v>
                </c:pt>
                <c:pt idx="1888">
                  <c:v>0.46035142505184262</c:v>
                </c:pt>
                <c:pt idx="1889">
                  <c:v>0.46017575096675306</c:v>
                </c:pt>
                <c:pt idx="1890">
                  <c:v>0.45966219637829964</c:v>
                </c:pt>
                <c:pt idx="1891">
                  <c:v>0.45933617243165675</c:v>
                </c:pt>
                <c:pt idx="1892">
                  <c:v>0.45910934072382903</c:v>
                </c:pt>
                <c:pt idx="1893">
                  <c:v>0.45868988137483124</c:v>
                </c:pt>
                <c:pt idx="1894">
                  <c:v>0.45868583001572577</c:v>
                </c:pt>
                <c:pt idx="1895">
                  <c:v>0.458112631825566</c:v>
                </c:pt>
                <c:pt idx="1896">
                  <c:v>0.45786394513583534</c:v>
                </c:pt>
                <c:pt idx="1897">
                  <c:v>0.45751676503532229</c:v>
                </c:pt>
                <c:pt idx="1898">
                  <c:v>0.4572703326275584</c:v>
                </c:pt>
                <c:pt idx="1899">
                  <c:v>0.45722992388514572</c:v>
                </c:pt>
                <c:pt idx="1900">
                  <c:v>0.45683929393635098</c:v>
                </c:pt>
                <c:pt idx="1901">
                  <c:v>0.4560350046352753</c:v>
                </c:pt>
                <c:pt idx="1902">
                  <c:v>0.45506668103326259</c:v>
                </c:pt>
                <c:pt idx="1903">
                  <c:v>0.45447500137382407</c:v>
                </c:pt>
                <c:pt idx="1904">
                  <c:v>0.45426664777427606</c:v>
                </c:pt>
                <c:pt idx="1905">
                  <c:v>0.45301076349007419</c:v>
                </c:pt>
                <c:pt idx="1906">
                  <c:v>0.4529885563784265</c:v>
                </c:pt>
                <c:pt idx="1907">
                  <c:v>0.45280006824825192</c:v>
                </c:pt>
                <c:pt idx="1908">
                  <c:v>0.45278604962429253</c:v>
                </c:pt>
                <c:pt idx="1909">
                  <c:v>0.45218859904871272</c:v>
                </c:pt>
                <c:pt idx="1910">
                  <c:v>0.45190315216535593</c:v>
                </c:pt>
                <c:pt idx="1911">
                  <c:v>0.45175740669627928</c:v>
                </c:pt>
                <c:pt idx="1912">
                  <c:v>0.45153843535295735</c:v>
                </c:pt>
                <c:pt idx="1913">
                  <c:v>0.45094444486132912</c:v>
                </c:pt>
                <c:pt idx="1914">
                  <c:v>0.45087527615299949</c:v>
                </c:pt>
                <c:pt idx="1915">
                  <c:v>0.45062889355148972</c:v>
                </c:pt>
                <c:pt idx="1916">
                  <c:v>0.45001529739210389</c:v>
                </c:pt>
                <c:pt idx="1917">
                  <c:v>0.44972650177667367</c:v>
                </c:pt>
                <c:pt idx="1918">
                  <c:v>0.44957454465229674</c:v>
                </c:pt>
                <c:pt idx="1919">
                  <c:v>0.44952828218076096</c:v>
                </c:pt>
                <c:pt idx="1920">
                  <c:v>0.44884290115837744</c:v>
                </c:pt>
                <c:pt idx="1921">
                  <c:v>0.44869124815003542</c:v>
                </c:pt>
                <c:pt idx="1922">
                  <c:v>0.448421007976888</c:v>
                </c:pt>
                <c:pt idx="1923">
                  <c:v>0.44803105503041529</c:v>
                </c:pt>
                <c:pt idx="1924">
                  <c:v>0.44704703649804978</c:v>
                </c:pt>
                <c:pt idx="1925">
                  <c:v>0.44677503926261009</c:v>
                </c:pt>
                <c:pt idx="1926">
                  <c:v>0.44601291288984934</c:v>
                </c:pt>
                <c:pt idx="1927">
                  <c:v>0.44539943535434157</c:v>
                </c:pt>
                <c:pt idx="1928">
                  <c:v>0.44527944044563578</c:v>
                </c:pt>
                <c:pt idx="1929">
                  <c:v>0.44510650859461587</c:v>
                </c:pt>
                <c:pt idx="1930">
                  <c:v>0.4449798944853004</c:v>
                </c:pt>
                <c:pt idx="1931">
                  <c:v>0.44459093126928456</c:v>
                </c:pt>
                <c:pt idx="1932">
                  <c:v>0.44393051762951069</c:v>
                </c:pt>
                <c:pt idx="1933">
                  <c:v>0.44376229428231528</c:v>
                </c:pt>
                <c:pt idx="1934">
                  <c:v>0.44371915966122244</c:v>
                </c:pt>
                <c:pt idx="1935">
                  <c:v>0.44317711153690365</c:v>
                </c:pt>
                <c:pt idx="1936">
                  <c:v>0.44290113909164891</c:v>
                </c:pt>
                <c:pt idx="1937">
                  <c:v>0.44283269951503346</c:v>
                </c:pt>
                <c:pt idx="1938">
                  <c:v>0.44070097733261249</c:v>
                </c:pt>
                <c:pt idx="1939">
                  <c:v>0.43987890696472126</c:v>
                </c:pt>
                <c:pt idx="1940">
                  <c:v>0.43886793932961071</c:v>
                </c:pt>
                <c:pt idx="1941">
                  <c:v>0.43875143289397461</c:v>
                </c:pt>
                <c:pt idx="1942">
                  <c:v>0.43866269378900835</c:v>
                </c:pt>
                <c:pt idx="1943">
                  <c:v>0.43855441965808639</c:v>
                </c:pt>
                <c:pt idx="1944">
                  <c:v>0.4383441279593514</c:v>
                </c:pt>
                <c:pt idx="1945">
                  <c:v>0.4382534269620601</c:v>
                </c:pt>
                <c:pt idx="1946">
                  <c:v>0.43789372398164422</c:v>
                </c:pt>
                <c:pt idx="1947">
                  <c:v>0.43779654794145423</c:v>
                </c:pt>
                <c:pt idx="1948">
                  <c:v>0.43739905459527978</c:v>
                </c:pt>
                <c:pt idx="1949">
                  <c:v>0.43731268727543204</c:v>
                </c:pt>
                <c:pt idx="1950">
                  <c:v>0.43721996989794493</c:v>
                </c:pt>
                <c:pt idx="1951">
                  <c:v>0.4371683304316899</c:v>
                </c:pt>
                <c:pt idx="1952">
                  <c:v>0.43707786353807487</c:v>
                </c:pt>
                <c:pt idx="1953">
                  <c:v>0.43699997550947817</c:v>
                </c:pt>
                <c:pt idx="1954">
                  <c:v>0.43686351086711855</c:v>
                </c:pt>
                <c:pt idx="1955">
                  <c:v>0.4367271260265338</c:v>
                </c:pt>
                <c:pt idx="1956">
                  <c:v>0.43627145129245992</c:v>
                </c:pt>
                <c:pt idx="1957">
                  <c:v>0.4361473791590299</c:v>
                </c:pt>
                <c:pt idx="1958">
                  <c:v>0.43581158358408423</c:v>
                </c:pt>
                <c:pt idx="1959">
                  <c:v>0.4358110974314357</c:v>
                </c:pt>
                <c:pt idx="1960">
                  <c:v>0.4354724627717862</c:v>
                </c:pt>
                <c:pt idx="1961">
                  <c:v>0.4352036302209607</c:v>
                </c:pt>
                <c:pt idx="1962">
                  <c:v>0.43490693952467574</c:v>
                </c:pt>
                <c:pt idx="1963">
                  <c:v>0.43479556937622443</c:v>
                </c:pt>
                <c:pt idx="1964">
                  <c:v>0.43454354198768991</c:v>
                </c:pt>
                <c:pt idx="1965">
                  <c:v>0.43447031724944923</c:v>
                </c:pt>
                <c:pt idx="1966">
                  <c:v>0.43389743949808429</c:v>
                </c:pt>
                <c:pt idx="1967">
                  <c:v>0.43275619988949388</c:v>
                </c:pt>
                <c:pt idx="1968">
                  <c:v>0.4322923882135889</c:v>
                </c:pt>
                <c:pt idx="1969">
                  <c:v>0.43228133901914917</c:v>
                </c:pt>
                <c:pt idx="1970">
                  <c:v>0.4317232122176427</c:v>
                </c:pt>
                <c:pt idx="1971">
                  <c:v>0.43155218380854354</c:v>
                </c:pt>
                <c:pt idx="1972">
                  <c:v>0.43133213501312145</c:v>
                </c:pt>
                <c:pt idx="1973">
                  <c:v>0.43027021718373959</c:v>
                </c:pt>
                <c:pt idx="1974">
                  <c:v>0.42980698228628517</c:v>
                </c:pt>
                <c:pt idx="1975">
                  <c:v>0.4297026272047057</c:v>
                </c:pt>
                <c:pt idx="1976">
                  <c:v>0.42942202880542868</c:v>
                </c:pt>
                <c:pt idx="1977">
                  <c:v>0.42924854791500144</c:v>
                </c:pt>
                <c:pt idx="1978">
                  <c:v>0.42917856636578733</c:v>
                </c:pt>
                <c:pt idx="1979">
                  <c:v>0.42875292364323087</c:v>
                </c:pt>
                <c:pt idx="1980">
                  <c:v>0.42845370196731114</c:v>
                </c:pt>
                <c:pt idx="1981">
                  <c:v>0.42677859766446563</c:v>
                </c:pt>
                <c:pt idx="1982">
                  <c:v>0.4261353618870507</c:v>
                </c:pt>
                <c:pt idx="1983">
                  <c:v>0.42586307371608734</c:v>
                </c:pt>
                <c:pt idx="1984">
                  <c:v>0.42572681210801838</c:v>
                </c:pt>
                <c:pt idx="1985">
                  <c:v>0.4255181741303698</c:v>
                </c:pt>
                <c:pt idx="1986">
                  <c:v>0.42539829352264663</c:v>
                </c:pt>
                <c:pt idx="1987">
                  <c:v>0.42505488220812998</c:v>
                </c:pt>
                <c:pt idx="1988">
                  <c:v>0.42492418477753552</c:v>
                </c:pt>
                <c:pt idx="1989">
                  <c:v>0.42297965837788859</c:v>
                </c:pt>
                <c:pt idx="1990">
                  <c:v>0.422517196757425</c:v>
                </c:pt>
                <c:pt idx="1991">
                  <c:v>0.42251488514446156</c:v>
                </c:pt>
                <c:pt idx="1992">
                  <c:v>0.42243785301901104</c:v>
                </c:pt>
                <c:pt idx="1993">
                  <c:v>0.42206129140498144</c:v>
                </c:pt>
                <c:pt idx="1994">
                  <c:v>0.42145918904733781</c:v>
                </c:pt>
                <c:pt idx="1995">
                  <c:v>0.42010337342029702</c:v>
                </c:pt>
                <c:pt idx="1996">
                  <c:v>0.4197885606076287</c:v>
                </c:pt>
                <c:pt idx="1997">
                  <c:v>0.41952459442129614</c:v>
                </c:pt>
                <c:pt idx="1998">
                  <c:v>0.41948304879059062</c:v>
                </c:pt>
                <c:pt idx="1999">
                  <c:v>0.41854881405119881</c:v>
                </c:pt>
                <c:pt idx="2000">
                  <c:v>0.41839635745491704</c:v>
                </c:pt>
                <c:pt idx="2001">
                  <c:v>0.41826258320197141</c:v>
                </c:pt>
                <c:pt idx="2002">
                  <c:v>0.41766498740087421</c:v>
                </c:pt>
                <c:pt idx="2003">
                  <c:v>0.4174041765333098</c:v>
                </c:pt>
                <c:pt idx="2004">
                  <c:v>0.41669088872328341</c:v>
                </c:pt>
                <c:pt idx="2005">
                  <c:v>0.41666208293110957</c:v>
                </c:pt>
                <c:pt idx="2006">
                  <c:v>0.41595612235735724</c:v>
                </c:pt>
                <c:pt idx="2007">
                  <c:v>0.41564392163234637</c:v>
                </c:pt>
                <c:pt idx="2008">
                  <c:v>0.41533702480902129</c:v>
                </c:pt>
                <c:pt idx="2009">
                  <c:v>0.41528825747505121</c:v>
                </c:pt>
                <c:pt idx="2010">
                  <c:v>0.41512123850903082</c:v>
                </c:pt>
                <c:pt idx="2011">
                  <c:v>0.41370365821039978</c:v>
                </c:pt>
                <c:pt idx="2012">
                  <c:v>0.41346497505500185</c:v>
                </c:pt>
                <c:pt idx="2013">
                  <c:v>0.4118695871026592</c:v>
                </c:pt>
                <c:pt idx="2014">
                  <c:v>0.41152437166467787</c:v>
                </c:pt>
                <c:pt idx="2015">
                  <c:v>0.41117124349859357</c:v>
                </c:pt>
                <c:pt idx="2016">
                  <c:v>0.41068205975836569</c:v>
                </c:pt>
                <c:pt idx="2017">
                  <c:v>0.41048140512369263</c:v>
                </c:pt>
                <c:pt idx="2018">
                  <c:v>0.41010223097897336</c:v>
                </c:pt>
                <c:pt idx="2019">
                  <c:v>0.40971016273287264</c:v>
                </c:pt>
                <c:pt idx="2020">
                  <c:v>0.40970329351020673</c:v>
                </c:pt>
                <c:pt idx="2021">
                  <c:v>0.4090506935981349</c:v>
                </c:pt>
                <c:pt idx="2022">
                  <c:v>0.40835852492731833</c:v>
                </c:pt>
                <c:pt idx="2023">
                  <c:v>0.40825608520475032</c:v>
                </c:pt>
                <c:pt idx="2024">
                  <c:v>0.40719504242676402</c:v>
                </c:pt>
                <c:pt idx="2025">
                  <c:v>0.40688541869748673</c:v>
                </c:pt>
                <c:pt idx="2026">
                  <c:v>0.40571060105666362</c:v>
                </c:pt>
                <c:pt idx="2027">
                  <c:v>0.40561012816911135</c:v>
                </c:pt>
                <c:pt idx="2028">
                  <c:v>0.40531308743913286</c:v>
                </c:pt>
                <c:pt idx="2029">
                  <c:v>0.40525755020743776</c:v>
                </c:pt>
                <c:pt idx="2030">
                  <c:v>0.40487889766951729</c:v>
                </c:pt>
                <c:pt idx="2031">
                  <c:v>0.40416517463537716</c:v>
                </c:pt>
                <c:pt idx="2032">
                  <c:v>0.40390235272524921</c:v>
                </c:pt>
                <c:pt idx="2033">
                  <c:v>0.40362385374499926</c:v>
                </c:pt>
                <c:pt idx="2034">
                  <c:v>0.4032163400537101</c:v>
                </c:pt>
                <c:pt idx="2035">
                  <c:v>0.40315804932998073</c:v>
                </c:pt>
                <c:pt idx="2036">
                  <c:v>0.40244081242267182</c:v>
                </c:pt>
                <c:pt idx="2037">
                  <c:v>0.4024269849085908</c:v>
                </c:pt>
                <c:pt idx="2038">
                  <c:v>0.40234080526502086</c:v>
                </c:pt>
                <c:pt idx="2039">
                  <c:v>0.40201001741095244</c:v>
                </c:pt>
                <c:pt idx="2040">
                  <c:v>0.40191360886158672</c:v>
                </c:pt>
                <c:pt idx="2041">
                  <c:v>0.40183512964015183</c:v>
                </c:pt>
                <c:pt idx="2042">
                  <c:v>0.40163877158491657</c:v>
                </c:pt>
                <c:pt idx="2043">
                  <c:v>0.401514546888594</c:v>
                </c:pt>
                <c:pt idx="2044">
                  <c:v>0.40147970203042288</c:v>
                </c:pt>
                <c:pt idx="2045">
                  <c:v>0.40087167478898528</c:v>
                </c:pt>
                <c:pt idx="2046">
                  <c:v>0.40071550231111008</c:v>
                </c:pt>
                <c:pt idx="2047">
                  <c:v>0.40069310767115746</c:v>
                </c:pt>
                <c:pt idx="2048">
                  <c:v>0.40013128949915444</c:v>
                </c:pt>
                <c:pt idx="2049">
                  <c:v>0.39972493058284786</c:v>
                </c:pt>
                <c:pt idx="2050">
                  <c:v>0.39905902802733878</c:v>
                </c:pt>
                <c:pt idx="2051">
                  <c:v>0.39735204811668506</c:v>
                </c:pt>
                <c:pt idx="2052">
                  <c:v>0.39718869257196082</c:v>
                </c:pt>
                <c:pt idx="2053">
                  <c:v>0.39681486051995279</c:v>
                </c:pt>
                <c:pt idx="2054">
                  <c:v>0.39665223392923371</c:v>
                </c:pt>
                <c:pt idx="2055">
                  <c:v>0.39661169058604823</c:v>
                </c:pt>
                <c:pt idx="2056">
                  <c:v>0.3965473748444715</c:v>
                </c:pt>
                <c:pt idx="2057">
                  <c:v>0.39647200882704076</c:v>
                </c:pt>
                <c:pt idx="2058">
                  <c:v>0.39599303583136525</c:v>
                </c:pt>
                <c:pt idx="2059">
                  <c:v>0.39594201817932911</c:v>
                </c:pt>
                <c:pt idx="2060">
                  <c:v>0.39564421678552492</c:v>
                </c:pt>
                <c:pt idx="2061">
                  <c:v>0.39461405776409075</c:v>
                </c:pt>
                <c:pt idx="2062">
                  <c:v>0.39432206296179928</c:v>
                </c:pt>
                <c:pt idx="2063">
                  <c:v>0.39427518494218722</c:v>
                </c:pt>
                <c:pt idx="2064">
                  <c:v>0.39403355718761401</c:v>
                </c:pt>
                <c:pt idx="2065">
                  <c:v>0.39399735760042071</c:v>
                </c:pt>
                <c:pt idx="2066">
                  <c:v>0.39368374500448255</c:v>
                </c:pt>
                <c:pt idx="2067">
                  <c:v>0.39323026000855027</c:v>
                </c:pt>
                <c:pt idx="2068">
                  <c:v>0.3931439543794531</c:v>
                </c:pt>
                <c:pt idx="2069">
                  <c:v>0.39303062967223196</c:v>
                </c:pt>
                <c:pt idx="2070">
                  <c:v>0.39238604681794076</c:v>
                </c:pt>
                <c:pt idx="2071">
                  <c:v>0.39148069229206162</c:v>
                </c:pt>
                <c:pt idx="2072">
                  <c:v>0.39130979980643177</c:v>
                </c:pt>
                <c:pt idx="2073">
                  <c:v>0.39086956154905905</c:v>
                </c:pt>
                <c:pt idx="2074">
                  <c:v>0.39070780118452131</c:v>
                </c:pt>
                <c:pt idx="2075">
                  <c:v>0.3904387171899697</c:v>
                </c:pt>
                <c:pt idx="2076">
                  <c:v>0.38941642932474191</c:v>
                </c:pt>
                <c:pt idx="2077">
                  <c:v>0.3889969798928431</c:v>
                </c:pt>
                <c:pt idx="2078">
                  <c:v>0.38842717783237291</c:v>
                </c:pt>
                <c:pt idx="2079">
                  <c:v>0.38817493787081225</c:v>
                </c:pt>
                <c:pt idx="2080">
                  <c:v>0.38801614441463084</c:v>
                </c:pt>
                <c:pt idx="2081">
                  <c:v>0.38708281330730471</c:v>
                </c:pt>
                <c:pt idx="2082">
                  <c:v>0.38683316632672593</c:v>
                </c:pt>
                <c:pt idx="2083">
                  <c:v>0.38671813775676045</c:v>
                </c:pt>
                <c:pt idx="2084">
                  <c:v>0.38644944009992355</c:v>
                </c:pt>
                <c:pt idx="2085">
                  <c:v>0.38610731006976967</c:v>
                </c:pt>
                <c:pt idx="2086">
                  <c:v>0.38606610431457766</c:v>
                </c:pt>
                <c:pt idx="2087">
                  <c:v>0.38566574864662745</c:v>
                </c:pt>
                <c:pt idx="2088">
                  <c:v>0.38554362364401595</c:v>
                </c:pt>
                <c:pt idx="2089">
                  <c:v>0.3854603446544686</c:v>
                </c:pt>
                <c:pt idx="2090">
                  <c:v>0.38489452806586233</c:v>
                </c:pt>
                <c:pt idx="2091">
                  <c:v>0.38469583053676076</c:v>
                </c:pt>
                <c:pt idx="2092">
                  <c:v>0.38336041607675314</c:v>
                </c:pt>
                <c:pt idx="2093">
                  <c:v>0.38278323779226314</c:v>
                </c:pt>
                <c:pt idx="2094">
                  <c:v>0.38268424308137095</c:v>
                </c:pt>
                <c:pt idx="2095">
                  <c:v>0.38194406448543849</c:v>
                </c:pt>
                <c:pt idx="2096">
                  <c:v>0.38187251345976919</c:v>
                </c:pt>
                <c:pt idx="2097">
                  <c:v>0.38186121101851384</c:v>
                </c:pt>
                <c:pt idx="2098">
                  <c:v>0.38105619637650673</c:v>
                </c:pt>
                <c:pt idx="2099">
                  <c:v>0.38100867272898797</c:v>
                </c:pt>
                <c:pt idx="2100">
                  <c:v>0.38080356965376561</c:v>
                </c:pt>
                <c:pt idx="2101">
                  <c:v>0.38045577192643981</c:v>
                </c:pt>
                <c:pt idx="2102">
                  <c:v>0.37942791203655879</c:v>
                </c:pt>
                <c:pt idx="2103">
                  <c:v>0.37935382672773049</c:v>
                </c:pt>
                <c:pt idx="2104">
                  <c:v>0.37903370828754918</c:v>
                </c:pt>
                <c:pt idx="2105">
                  <c:v>0.37890530884201151</c:v>
                </c:pt>
                <c:pt idx="2106">
                  <c:v>0.37880920931666329</c:v>
                </c:pt>
                <c:pt idx="2107">
                  <c:v>0.3780399281151185</c:v>
                </c:pt>
                <c:pt idx="2108">
                  <c:v>0.3777622307508664</c:v>
                </c:pt>
                <c:pt idx="2109">
                  <c:v>0.37721906791593346</c:v>
                </c:pt>
                <c:pt idx="2110">
                  <c:v>0.37681490746762847</c:v>
                </c:pt>
                <c:pt idx="2111">
                  <c:v>0.37662475521179334</c:v>
                </c:pt>
                <c:pt idx="2112">
                  <c:v>0.37564273349009064</c:v>
                </c:pt>
                <c:pt idx="2113">
                  <c:v>0.37553917061729669</c:v>
                </c:pt>
                <c:pt idx="2114">
                  <c:v>0.37545027513719442</c:v>
                </c:pt>
                <c:pt idx="2115">
                  <c:v>0.37499623115613229</c:v>
                </c:pt>
                <c:pt idx="2116">
                  <c:v>0.3748912973468575</c:v>
                </c:pt>
                <c:pt idx="2117">
                  <c:v>0.37439591607681599</c:v>
                </c:pt>
                <c:pt idx="2118">
                  <c:v>0.3742062136872556</c:v>
                </c:pt>
                <c:pt idx="2119">
                  <c:v>0.37410356807164075</c:v>
                </c:pt>
                <c:pt idx="2120">
                  <c:v>0.37401647967694379</c:v>
                </c:pt>
                <c:pt idx="2121">
                  <c:v>0.37368261857010088</c:v>
                </c:pt>
                <c:pt idx="2122">
                  <c:v>0.37340758023581566</c:v>
                </c:pt>
                <c:pt idx="2123">
                  <c:v>0.37233406816595377</c:v>
                </c:pt>
                <c:pt idx="2124">
                  <c:v>0.37144876261608084</c:v>
                </c:pt>
                <c:pt idx="2125">
                  <c:v>0.37033105423629481</c:v>
                </c:pt>
                <c:pt idx="2126">
                  <c:v>0.37016764335217928</c:v>
                </c:pt>
                <c:pt idx="2127">
                  <c:v>0.37006630531597295</c:v>
                </c:pt>
                <c:pt idx="2128">
                  <c:v>0.37004861968981356</c:v>
                </c:pt>
                <c:pt idx="2129">
                  <c:v>0.36972354642338312</c:v>
                </c:pt>
                <c:pt idx="2130">
                  <c:v>0.36815861951452689</c:v>
                </c:pt>
                <c:pt idx="2131">
                  <c:v>0.3676558408859229</c:v>
                </c:pt>
                <c:pt idx="2132">
                  <c:v>0.36741976061951803</c:v>
                </c:pt>
                <c:pt idx="2133">
                  <c:v>0.36701115051069266</c:v>
                </c:pt>
                <c:pt idx="2134">
                  <c:v>0.36671513209147899</c:v>
                </c:pt>
                <c:pt idx="2135">
                  <c:v>0.36668585261683245</c:v>
                </c:pt>
                <c:pt idx="2136">
                  <c:v>0.36588521299053739</c:v>
                </c:pt>
                <c:pt idx="2137">
                  <c:v>0.36548267197908169</c:v>
                </c:pt>
                <c:pt idx="2138">
                  <c:v>0.3652469093117704</c:v>
                </c:pt>
                <c:pt idx="2139">
                  <c:v>0.3645727464857893</c:v>
                </c:pt>
                <c:pt idx="2140">
                  <c:v>0.36447058473443572</c:v>
                </c:pt>
                <c:pt idx="2141">
                  <c:v>0.36432153717224836</c:v>
                </c:pt>
                <c:pt idx="2142">
                  <c:v>0.36416612723972547</c:v>
                </c:pt>
                <c:pt idx="2143">
                  <c:v>0.36394448683892144</c:v>
                </c:pt>
                <c:pt idx="2144">
                  <c:v>0.36384507752288309</c:v>
                </c:pt>
                <c:pt idx="2145">
                  <c:v>0.36358573577316555</c:v>
                </c:pt>
                <c:pt idx="2146">
                  <c:v>0.36290097621884165</c:v>
                </c:pt>
                <c:pt idx="2147">
                  <c:v>0.36278600243476966</c:v>
                </c:pt>
                <c:pt idx="2148">
                  <c:v>0.36247360330979922</c:v>
                </c:pt>
                <c:pt idx="2149">
                  <c:v>0.3624637357774137</c:v>
                </c:pt>
                <c:pt idx="2150">
                  <c:v>0.36245564173445666</c:v>
                </c:pt>
                <c:pt idx="2151">
                  <c:v>0.3614506042762401</c:v>
                </c:pt>
                <c:pt idx="2152">
                  <c:v>0.36132803793372409</c:v>
                </c:pt>
                <c:pt idx="2153">
                  <c:v>0.36119782304681936</c:v>
                </c:pt>
                <c:pt idx="2154">
                  <c:v>0.360625889452723</c:v>
                </c:pt>
                <c:pt idx="2155">
                  <c:v>0.36052221598614503</c:v>
                </c:pt>
                <c:pt idx="2156">
                  <c:v>0.35960348591950542</c:v>
                </c:pt>
                <c:pt idx="2157">
                  <c:v>0.35925969791644857</c:v>
                </c:pt>
                <c:pt idx="2158">
                  <c:v>0.35905012931771918</c:v>
                </c:pt>
                <c:pt idx="2159">
                  <c:v>0.35785685590391353</c:v>
                </c:pt>
                <c:pt idx="2160">
                  <c:v>0.35739286110411428</c:v>
                </c:pt>
                <c:pt idx="2161">
                  <c:v>0.35733450706373177</c:v>
                </c:pt>
                <c:pt idx="2162">
                  <c:v>0.35724970718995025</c:v>
                </c:pt>
                <c:pt idx="2163">
                  <c:v>0.35693176805528054</c:v>
                </c:pt>
                <c:pt idx="2164">
                  <c:v>0.35687601684388304</c:v>
                </c:pt>
                <c:pt idx="2165">
                  <c:v>0.35668615849677093</c:v>
                </c:pt>
                <c:pt idx="2166">
                  <c:v>0.35654445841972177</c:v>
                </c:pt>
                <c:pt idx="2167">
                  <c:v>0.35652219761691561</c:v>
                </c:pt>
                <c:pt idx="2168">
                  <c:v>0.35643933017641483</c:v>
                </c:pt>
                <c:pt idx="2169">
                  <c:v>0.35614709270855383</c:v>
                </c:pt>
                <c:pt idx="2170">
                  <c:v>0.35544563808973195</c:v>
                </c:pt>
                <c:pt idx="2171">
                  <c:v>0.35543755872400395</c:v>
                </c:pt>
                <c:pt idx="2172">
                  <c:v>0.35517645324594754</c:v>
                </c:pt>
                <c:pt idx="2173">
                  <c:v>0.35487237894937224</c:v>
                </c:pt>
                <c:pt idx="2174">
                  <c:v>0.35460081038259583</c:v>
                </c:pt>
                <c:pt idx="2175">
                  <c:v>0.35410179800391223</c:v>
                </c:pt>
                <c:pt idx="2176">
                  <c:v>0.35377249805079936</c:v>
                </c:pt>
                <c:pt idx="2177">
                  <c:v>0.35363717483209234</c:v>
                </c:pt>
                <c:pt idx="2178">
                  <c:v>0.35356873083421231</c:v>
                </c:pt>
                <c:pt idx="2179">
                  <c:v>0.35312854738107075</c:v>
                </c:pt>
                <c:pt idx="2180">
                  <c:v>0.35199983894092224</c:v>
                </c:pt>
                <c:pt idx="2181">
                  <c:v>0.35184049411602886</c:v>
                </c:pt>
                <c:pt idx="2182">
                  <c:v>0.35156550418102289</c:v>
                </c:pt>
                <c:pt idx="2183">
                  <c:v>0.35151634374943563</c:v>
                </c:pt>
                <c:pt idx="2184">
                  <c:v>0.35109456173303599</c:v>
                </c:pt>
                <c:pt idx="2185">
                  <c:v>0.35096526125488331</c:v>
                </c:pt>
                <c:pt idx="2186">
                  <c:v>0.35095395176632921</c:v>
                </c:pt>
                <c:pt idx="2187">
                  <c:v>0.35087468636074559</c:v>
                </c:pt>
                <c:pt idx="2188">
                  <c:v>0.35019278364868689</c:v>
                </c:pt>
                <c:pt idx="2189">
                  <c:v>0.34974943334975234</c:v>
                </c:pt>
                <c:pt idx="2190">
                  <c:v>0.34969555245896827</c:v>
                </c:pt>
                <c:pt idx="2191">
                  <c:v>0.3493728526206506</c:v>
                </c:pt>
                <c:pt idx="2192">
                  <c:v>0.34905965095061059</c:v>
                </c:pt>
                <c:pt idx="2193">
                  <c:v>0.3490329294755688</c:v>
                </c:pt>
                <c:pt idx="2194">
                  <c:v>0.34861266304616179</c:v>
                </c:pt>
                <c:pt idx="2195">
                  <c:v>0.3481324430793401</c:v>
                </c:pt>
                <c:pt idx="2196">
                  <c:v>0.34770365253621682</c:v>
                </c:pt>
                <c:pt idx="2197">
                  <c:v>0.34751470435605097</c:v>
                </c:pt>
                <c:pt idx="2198">
                  <c:v>0.34749651208900073</c:v>
                </c:pt>
                <c:pt idx="2199">
                  <c:v>0.34704881524726949</c:v>
                </c:pt>
                <c:pt idx="2200">
                  <c:v>0.3467342948461109</c:v>
                </c:pt>
                <c:pt idx="2201">
                  <c:v>0.34640551699345157</c:v>
                </c:pt>
                <c:pt idx="2202">
                  <c:v>0.34615633755058289</c:v>
                </c:pt>
                <c:pt idx="2203">
                  <c:v>0.34615415617277412</c:v>
                </c:pt>
                <c:pt idx="2204">
                  <c:v>0.34593445593318628</c:v>
                </c:pt>
                <c:pt idx="2205">
                  <c:v>0.34569612339109967</c:v>
                </c:pt>
                <c:pt idx="2206">
                  <c:v>0.34563594993485303</c:v>
                </c:pt>
                <c:pt idx="2207">
                  <c:v>0.34517607170624892</c:v>
                </c:pt>
                <c:pt idx="2208">
                  <c:v>0.34473660016774077</c:v>
                </c:pt>
                <c:pt idx="2209">
                  <c:v>0.34448812433940157</c:v>
                </c:pt>
                <c:pt idx="2210">
                  <c:v>0.34425850245627793</c:v>
                </c:pt>
                <c:pt idx="2211">
                  <c:v>0.3442140595718664</c:v>
                </c:pt>
                <c:pt idx="2212">
                  <c:v>0.34414827176474411</c:v>
                </c:pt>
                <c:pt idx="2213">
                  <c:v>0.34406374119684346</c:v>
                </c:pt>
                <c:pt idx="2214">
                  <c:v>0.34376976234685269</c:v>
                </c:pt>
                <c:pt idx="2215">
                  <c:v>0.3434941347679677</c:v>
                </c:pt>
                <c:pt idx="2216">
                  <c:v>0.34349336236080319</c:v>
                </c:pt>
                <c:pt idx="2217">
                  <c:v>0.34275985914375334</c:v>
                </c:pt>
                <c:pt idx="2218">
                  <c:v>0.34273921659802281</c:v>
                </c:pt>
                <c:pt idx="2219">
                  <c:v>0.34215792512250703</c:v>
                </c:pt>
                <c:pt idx="2220">
                  <c:v>0.34181893603531177</c:v>
                </c:pt>
                <c:pt idx="2221">
                  <c:v>0.34170645953340018</c:v>
                </c:pt>
                <c:pt idx="2222">
                  <c:v>0.34133047043148412</c:v>
                </c:pt>
                <c:pt idx="2223">
                  <c:v>0.34110557686818627</c:v>
                </c:pt>
                <c:pt idx="2224">
                  <c:v>0.34080016240703165</c:v>
                </c:pt>
                <c:pt idx="2225">
                  <c:v>0.34050261648911267</c:v>
                </c:pt>
                <c:pt idx="2226">
                  <c:v>0.33965928743320556</c:v>
                </c:pt>
                <c:pt idx="2227">
                  <c:v>0.33953561253142878</c:v>
                </c:pt>
                <c:pt idx="2228">
                  <c:v>0.3393244891747158</c:v>
                </c:pt>
                <c:pt idx="2229">
                  <c:v>0.33919672076667406</c:v>
                </c:pt>
                <c:pt idx="2230">
                  <c:v>0.33786230533648737</c:v>
                </c:pt>
                <c:pt idx="2231">
                  <c:v>0.33745036004916679</c:v>
                </c:pt>
                <c:pt idx="2232">
                  <c:v>0.33712173006367585</c:v>
                </c:pt>
                <c:pt idx="2233">
                  <c:v>0.33660734425288641</c:v>
                </c:pt>
                <c:pt idx="2234">
                  <c:v>0.33652940886667471</c:v>
                </c:pt>
                <c:pt idx="2235">
                  <c:v>0.33650334572490281</c:v>
                </c:pt>
                <c:pt idx="2236">
                  <c:v>0.33585636701072258</c:v>
                </c:pt>
                <c:pt idx="2237">
                  <c:v>0.33576991542988877</c:v>
                </c:pt>
                <c:pt idx="2238">
                  <c:v>0.33546763475682256</c:v>
                </c:pt>
                <c:pt idx="2239">
                  <c:v>0.33531820289399183</c:v>
                </c:pt>
                <c:pt idx="2240">
                  <c:v>0.33493018117017237</c:v>
                </c:pt>
                <c:pt idx="2241">
                  <c:v>0.33466812633384196</c:v>
                </c:pt>
                <c:pt idx="2242">
                  <c:v>0.33426880450548807</c:v>
                </c:pt>
                <c:pt idx="2243">
                  <c:v>0.3335151594686821</c:v>
                </c:pt>
                <c:pt idx="2244">
                  <c:v>0.33351275882318715</c:v>
                </c:pt>
                <c:pt idx="2245">
                  <c:v>0.33335963189012008</c:v>
                </c:pt>
                <c:pt idx="2246">
                  <c:v>0.3329698695651917</c:v>
                </c:pt>
                <c:pt idx="2247">
                  <c:v>0.33280471293948699</c:v>
                </c:pt>
                <c:pt idx="2248">
                  <c:v>0.33272183115363541</c:v>
                </c:pt>
                <c:pt idx="2249">
                  <c:v>0.33212800892674771</c:v>
                </c:pt>
                <c:pt idx="2250">
                  <c:v>0.33142903304739929</c:v>
                </c:pt>
                <c:pt idx="2251">
                  <c:v>0.33119924975687559</c:v>
                </c:pt>
                <c:pt idx="2252">
                  <c:v>0.33115846731000681</c:v>
                </c:pt>
                <c:pt idx="2253">
                  <c:v>0.33111782640146292</c:v>
                </c:pt>
                <c:pt idx="2254">
                  <c:v>0.33109746290844499</c:v>
                </c:pt>
                <c:pt idx="2255">
                  <c:v>0.33107465409726605</c:v>
                </c:pt>
                <c:pt idx="2256">
                  <c:v>0.33052545148548379</c:v>
                </c:pt>
                <c:pt idx="2257">
                  <c:v>0.33030277445933748</c:v>
                </c:pt>
                <c:pt idx="2258">
                  <c:v>0.33017751947702867</c:v>
                </c:pt>
                <c:pt idx="2259">
                  <c:v>0.32999006961128369</c:v>
                </c:pt>
                <c:pt idx="2260">
                  <c:v>0.32971194679814347</c:v>
                </c:pt>
                <c:pt idx="2261">
                  <c:v>0.3296347843858734</c:v>
                </c:pt>
                <c:pt idx="2262">
                  <c:v>0.32959735968937032</c:v>
                </c:pt>
                <c:pt idx="2263">
                  <c:v>0.32950457319223403</c:v>
                </c:pt>
                <c:pt idx="2264">
                  <c:v>0.32941962015727089</c:v>
                </c:pt>
                <c:pt idx="2265">
                  <c:v>0.32935498326346596</c:v>
                </c:pt>
                <c:pt idx="2266">
                  <c:v>0.3289058023488487</c:v>
                </c:pt>
                <c:pt idx="2267">
                  <c:v>0.32848943258905161</c:v>
                </c:pt>
                <c:pt idx="2268">
                  <c:v>0.32805486160084313</c:v>
                </c:pt>
                <c:pt idx="2269">
                  <c:v>0.32787353984597611</c:v>
                </c:pt>
                <c:pt idx="2270">
                  <c:v>0.32769556709954473</c:v>
                </c:pt>
                <c:pt idx="2271">
                  <c:v>0.32721020470789264</c:v>
                </c:pt>
                <c:pt idx="2272">
                  <c:v>0.32714134618769231</c:v>
                </c:pt>
                <c:pt idx="2273">
                  <c:v>0.32696337635912365</c:v>
                </c:pt>
                <c:pt idx="2274">
                  <c:v>0.32671617025073002</c:v>
                </c:pt>
                <c:pt idx="2275">
                  <c:v>0.32647840285111251</c:v>
                </c:pt>
                <c:pt idx="2276">
                  <c:v>0.3262762655602407</c:v>
                </c:pt>
                <c:pt idx="2277">
                  <c:v>0.3254922203637361</c:v>
                </c:pt>
                <c:pt idx="2278">
                  <c:v>0.32541564677326196</c:v>
                </c:pt>
                <c:pt idx="2279">
                  <c:v>0.32512607367624635</c:v>
                </c:pt>
                <c:pt idx="2280">
                  <c:v>0.32502222439103162</c:v>
                </c:pt>
                <c:pt idx="2281">
                  <c:v>0.32434163021575646</c:v>
                </c:pt>
                <c:pt idx="2282">
                  <c:v>0.32386380336171189</c:v>
                </c:pt>
                <c:pt idx="2283">
                  <c:v>0.32349413030902791</c:v>
                </c:pt>
                <c:pt idx="2284">
                  <c:v>0.32332474375398346</c:v>
                </c:pt>
                <c:pt idx="2285">
                  <c:v>0.32296744268966621</c:v>
                </c:pt>
                <c:pt idx="2286">
                  <c:v>0.32261836750393369</c:v>
                </c:pt>
                <c:pt idx="2287">
                  <c:v>0.32236383164653526</c:v>
                </c:pt>
                <c:pt idx="2288">
                  <c:v>0.32226937000364608</c:v>
                </c:pt>
                <c:pt idx="2289">
                  <c:v>0.32195722972492341</c:v>
                </c:pt>
                <c:pt idx="2290">
                  <c:v>0.32180014056191447</c:v>
                </c:pt>
                <c:pt idx="2291">
                  <c:v>0.32177782140787187</c:v>
                </c:pt>
                <c:pt idx="2292">
                  <c:v>0.32175534335837119</c:v>
                </c:pt>
                <c:pt idx="2293">
                  <c:v>0.32173652275265496</c:v>
                </c:pt>
                <c:pt idx="2294">
                  <c:v>0.32100652336730034</c:v>
                </c:pt>
                <c:pt idx="2295">
                  <c:v>0.32085562110983334</c:v>
                </c:pt>
                <c:pt idx="2296">
                  <c:v>0.32076179897522594</c:v>
                </c:pt>
                <c:pt idx="2297">
                  <c:v>0.32059292880853796</c:v>
                </c:pt>
                <c:pt idx="2298">
                  <c:v>0.32040618939068</c:v>
                </c:pt>
                <c:pt idx="2299">
                  <c:v>0.32031507007537247</c:v>
                </c:pt>
                <c:pt idx="2300">
                  <c:v>0.3191803418927347</c:v>
                </c:pt>
                <c:pt idx="2301">
                  <c:v>0.31851643593911572</c:v>
                </c:pt>
                <c:pt idx="2302">
                  <c:v>0.31828396240651957</c:v>
                </c:pt>
                <c:pt idx="2303">
                  <c:v>0.31790591411653862</c:v>
                </c:pt>
                <c:pt idx="2304">
                  <c:v>0.31732017832752252</c:v>
                </c:pt>
                <c:pt idx="2305">
                  <c:v>0.31727747739564555</c:v>
                </c:pt>
                <c:pt idx="2306">
                  <c:v>0.31720018349294166</c:v>
                </c:pt>
                <c:pt idx="2307">
                  <c:v>0.31689272372111088</c:v>
                </c:pt>
                <c:pt idx="2308">
                  <c:v>0.31567535812494518</c:v>
                </c:pt>
                <c:pt idx="2309">
                  <c:v>0.31541703112834685</c:v>
                </c:pt>
                <c:pt idx="2310">
                  <c:v>0.31454743522694723</c:v>
                </c:pt>
                <c:pt idx="2311">
                  <c:v>0.31453546131526972</c:v>
                </c:pt>
                <c:pt idx="2312">
                  <c:v>0.3143314381683367</c:v>
                </c:pt>
                <c:pt idx="2313">
                  <c:v>0.3142433181425191</c:v>
                </c:pt>
                <c:pt idx="2314">
                  <c:v>0.31411801021392405</c:v>
                </c:pt>
                <c:pt idx="2315">
                  <c:v>0.31410218979141374</c:v>
                </c:pt>
                <c:pt idx="2316">
                  <c:v>0.31383978972196841</c:v>
                </c:pt>
                <c:pt idx="2317">
                  <c:v>0.31378479116770525</c:v>
                </c:pt>
                <c:pt idx="2318">
                  <c:v>0.31375294174468582</c:v>
                </c:pt>
                <c:pt idx="2319">
                  <c:v>0.31350199037469495</c:v>
                </c:pt>
                <c:pt idx="2320">
                  <c:v>0.31320974420773268</c:v>
                </c:pt>
                <c:pt idx="2321">
                  <c:v>0.31315932701611571</c:v>
                </c:pt>
                <c:pt idx="2322">
                  <c:v>0.31284292581636536</c:v>
                </c:pt>
                <c:pt idx="2323">
                  <c:v>0.31281030729940607</c:v>
                </c:pt>
                <c:pt idx="2324">
                  <c:v>0.31237298831839544</c:v>
                </c:pt>
                <c:pt idx="2325">
                  <c:v>0.31190735794902885</c:v>
                </c:pt>
                <c:pt idx="2326">
                  <c:v>0.31187221953345934</c:v>
                </c:pt>
                <c:pt idx="2327">
                  <c:v>0.31184825780818237</c:v>
                </c:pt>
                <c:pt idx="2328">
                  <c:v>0.31131380506457551</c:v>
                </c:pt>
                <c:pt idx="2329">
                  <c:v>0.31080630690931071</c:v>
                </c:pt>
                <c:pt idx="2330">
                  <c:v>0.31063774594518023</c:v>
                </c:pt>
                <c:pt idx="2331">
                  <c:v>0.31007277868162575</c:v>
                </c:pt>
                <c:pt idx="2332">
                  <c:v>0.31004335206310685</c:v>
                </c:pt>
                <c:pt idx="2333">
                  <c:v>0.30966235878651432</c:v>
                </c:pt>
                <c:pt idx="2334">
                  <c:v>0.30965105372034812</c:v>
                </c:pt>
                <c:pt idx="2335">
                  <c:v>0.30857255433153463</c:v>
                </c:pt>
                <c:pt idx="2336">
                  <c:v>0.3084470739381569</c:v>
                </c:pt>
                <c:pt idx="2337">
                  <c:v>0.30839296961306872</c:v>
                </c:pt>
                <c:pt idx="2338">
                  <c:v>0.30818816212227307</c:v>
                </c:pt>
                <c:pt idx="2339">
                  <c:v>0.30816290737912988</c:v>
                </c:pt>
                <c:pt idx="2340">
                  <c:v>0.30802178037458777</c:v>
                </c:pt>
                <c:pt idx="2341">
                  <c:v>0.30784558289608982</c:v>
                </c:pt>
                <c:pt idx="2342">
                  <c:v>0.30780620039625645</c:v>
                </c:pt>
                <c:pt idx="2343">
                  <c:v>0.30774983716154514</c:v>
                </c:pt>
                <c:pt idx="2344">
                  <c:v>0.30753656533708662</c:v>
                </c:pt>
                <c:pt idx="2345">
                  <c:v>0.30744226873350489</c:v>
                </c:pt>
                <c:pt idx="2346">
                  <c:v>0.30725934098900798</c:v>
                </c:pt>
                <c:pt idx="2347">
                  <c:v>0.3071084821552163</c:v>
                </c:pt>
                <c:pt idx="2348">
                  <c:v>0.30703664432111483</c:v>
                </c:pt>
                <c:pt idx="2349">
                  <c:v>0.30701872226013921</c:v>
                </c:pt>
                <c:pt idx="2350">
                  <c:v>0.30686994085787922</c:v>
                </c:pt>
                <c:pt idx="2351">
                  <c:v>0.30674000632893966</c:v>
                </c:pt>
                <c:pt idx="2352">
                  <c:v>0.30623112365862937</c:v>
                </c:pt>
                <c:pt idx="2353">
                  <c:v>0.30612888621312162</c:v>
                </c:pt>
                <c:pt idx="2354">
                  <c:v>0.30594421052635679</c:v>
                </c:pt>
                <c:pt idx="2355">
                  <c:v>0.30576939740817605</c:v>
                </c:pt>
                <c:pt idx="2356">
                  <c:v>0.30496514422055881</c:v>
                </c:pt>
                <c:pt idx="2357">
                  <c:v>0.30438911265221941</c:v>
                </c:pt>
                <c:pt idx="2358">
                  <c:v>0.3039394222765775</c:v>
                </c:pt>
                <c:pt idx="2359">
                  <c:v>0.30372959007928835</c:v>
                </c:pt>
                <c:pt idx="2360">
                  <c:v>0.3036847990240088</c:v>
                </c:pt>
                <c:pt idx="2361">
                  <c:v>0.30354986209387125</c:v>
                </c:pt>
                <c:pt idx="2362">
                  <c:v>0.30354541591991546</c:v>
                </c:pt>
                <c:pt idx="2363">
                  <c:v>0.30352425047369286</c:v>
                </c:pt>
                <c:pt idx="2364">
                  <c:v>0.3033422648929468</c:v>
                </c:pt>
                <c:pt idx="2365">
                  <c:v>0.30308462729562263</c:v>
                </c:pt>
                <c:pt idx="2366">
                  <c:v>0.30280220517995976</c:v>
                </c:pt>
                <c:pt idx="2367">
                  <c:v>0.30217643719537979</c:v>
                </c:pt>
                <c:pt idx="2368">
                  <c:v>0.30206713198462631</c:v>
                </c:pt>
                <c:pt idx="2369">
                  <c:v>0.30144280880197849</c:v>
                </c:pt>
                <c:pt idx="2370">
                  <c:v>0.30125014669245442</c:v>
                </c:pt>
                <c:pt idx="2371">
                  <c:v>0.30069533284766348</c:v>
                </c:pt>
                <c:pt idx="2372">
                  <c:v>0.30005478864700996</c:v>
                </c:pt>
                <c:pt idx="2373">
                  <c:v>0.29991135943258318</c:v>
                </c:pt>
                <c:pt idx="2374">
                  <c:v>0.29951840053690237</c:v>
                </c:pt>
                <c:pt idx="2375">
                  <c:v>0.29894383149096954</c:v>
                </c:pt>
                <c:pt idx="2376">
                  <c:v>0.29871734590181187</c:v>
                </c:pt>
                <c:pt idx="2377">
                  <c:v>0.29867876899749374</c:v>
                </c:pt>
                <c:pt idx="2378">
                  <c:v>0.29861245930718983</c:v>
                </c:pt>
                <c:pt idx="2379">
                  <c:v>0.29860067536223922</c:v>
                </c:pt>
                <c:pt idx="2380">
                  <c:v>0.2985712841057509</c:v>
                </c:pt>
                <c:pt idx="2381">
                  <c:v>0.29816375115296007</c:v>
                </c:pt>
                <c:pt idx="2382">
                  <c:v>0.2979128998777964</c:v>
                </c:pt>
                <c:pt idx="2383">
                  <c:v>0.29788299543108737</c:v>
                </c:pt>
                <c:pt idx="2384">
                  <c:v>0.29761225003815395</c:v>
                </c:pt>
                <c:pt idx="2385">
                  <c:v>0.29684228959255454</c:v>
                </c:pt>
                <c:pt idx="2386">
                  <c:v>0.29681191089306297</c:v>
                </c:pt>
                <c:pt idx="2387">
                  <c:v>0.29677391416255955</c:v>
                </c:pt>
                <c:pt idx="2388">
                  <c:v>0.29656261623702684</c:v>
                </c:pt>
                <c:pt idx="2389">
                  <c:v>0.29639878126508878</c:v>
                </c:pt>
                <c:pt idx="2390">
                  <c:v>0.29613925163647165</c:v>
                </c:pt>
                <c:pt idx="2391">
                  <c:v>0.29608379081897912</c:v>
                </c:pt>
                <c:pt idx="2392">
                  <c:v>0.29566927652776587</c:v>
                </c:pt>
                <c:pt idx="2393">
                  <c:v>0.2952282776630239</c:v>
                </c:pt>
                <c:pt idx="2394">
                  <c:v>0.29443752745017965</c:v>
                </c:pt>
                <c:pt idx="2395">
                  <c:v>0.29423335687719965</c:v>
                </c:pt>
                <c:pt idx="2396">
                  <c:v>0.29409120656275423</c:v>
                </c:pt>
                <c:pt idx="2397">
                  <c:v>0.29398775908715152</c:v>
                </c:pt>
                <c:pt idx="2398">
                  <c:v>0.29286891403731924</c:v>
                </c:pt>
                <c:pt idx="2399">
                  <c:v>0.29286807783724655</c:v>
                </c:pt>
                <c:pt idx="2400">
                  <c:v>0.29248199109845635</c:v>
                </c:pt>
                <c:pt idx="2401">
                  <c:v>0.29245302129477502</c:v>
                </c:pt>
                <c:pt idx="2402">
                  <c:v>0.29244861416310497</c:v>
                </c:pt>
                <c:pt idx="2403">
                  <c:v>0.29211030353286876</c:v>
                </c:pt>
                <c:pt idx="2404">
                  <c:v>0.29152742204194809</c:v>
                </c:pt>
                <c:pt idx="2405">
                  <c:v>0.29101569360013407</c:v>
                </c:pt>
                <c:pt idx="2406">
                  <c:v>0.29021263812748682</c:v>
                </c:pt>
                <c:pt idx="2407">
                  <c:v>0.29017933800430479</c:v>
                </c:pt>
                <c:pt idx="2408">
                  <c:v>0.29008211056705385</c:v>
                </c:pt>
                <c:pt idx="2409">
                  <c:v>0.28951169015561456</c:v>
                </c:pt>
                <c:pt idx="2410">
                  <c:v>0.28943114072474185</c:v>
                </c:pt>
                <c:pt idx="2411">
                  <c:v>0.28904858077354645</c:v>
                </c:pt>
                <c:pt idx="2412">
                  <c:v>0.28895006113125038</c:v>
                </c:pt>
                <c:pt idx="2413">
                  <c:v>0.28875246000929511</c:v>
                </c:pt>
                <c:pt idx="2414">
                  <c:v>0.28869428430332544</c:v>
                </c:pt>
                <c:pt idx="2415">
                  <c:v>0.28850809779127035</c:v>
                </c:pt>
                <c:pt idx="2416">
                  <c:v>0.2881991879152746</c:v>
                </c:pt>
                <c:pt idx="2417">
                  <c:v>0.2880276002085676</c:v>
                </c:pt>
                <c:pt idx="2418">
                  <c:v>0.2878653822834869</c:v>
                </c:pt>
                <c:pt idx="2419">
                  <c:v>0.28767965253685818</c:v>
                </c:pt>
                <c:pt idx="2420">
                  <c:v>0.28736533958436083</c:v>
                </c:pt>
                <c:pt idx="2421">
                  <c:v>0.28706719050319429</c:v>
                </c:pt>
                <c:pt idx="2422">
                  <c:v>0.28681161558949519</c:v>
                </c:pt>
                <c:pt idx="2423">
                  <c:v>0.2862586310477746</c:v>
                </c:pt>
                <c:pt idx="2424">
                  <c:v>0.28511703374900077</c:v>
                </c:pt>
                <c:pt idx="2425">
                  <c:v>0.28506160254519897</c:v>
                </c:pt>
                <c:pt idx="2426">
                  <c:v>0.2847291613694552</c:v>
                </c:pt>
                <c:pt idx="2427">
                  <c:v>0.2842958784742991</c:v>
                </c:pt>
                <c:pt idx="2428">
                  <c:v>0.28338043586801126</c:v>
                </c:pt>
                <c:pt idx="2429">
                  <c:v>0.28331940772015951</c:v>
                </c:pt>
                <c:pt idx="2430">
                  <c:v>0.28098933293018735</c:v>
                </c:pt>
                <c:pt idx="2431">
                  <c:v>0.28039595387510097</c:v>
                </c:pt>
                <c:pt idx="2432">
                  <c:v>0.27916640531459891</c:v>
                </c:pt>
                <c:pt idx="2433">
                  <c:v>0.27915612228411052</c:v>
                </c:pt>
                <c:pt idx="2434">
                  <c:v>0.27914873001558332</c:v>
                </c:pt>
                <c:pt idx="2435">
                  <c:v>0.27907863319016513</c:v>
                </c:pt>
                <c:pt idx="2436">
                  <c:v>0.27879002999919156</c:v>
                </c:pt>
                <c:pt idx="2437">
                  <c:v>0.27840328461789621</c:v>
                </c:pt>
                <c:pt idx="2438">
                  <c:v>0.27831730954947265</c:v>
                </c:pt>
                <c:pt idx="2439">
                  <c:v>0.27819217699409726</c:v>
                </c:pt>
                <c:pt idx="2440">
                  <c:v>0.27803413709650793</c:v>
                </c:pt>
                <c:pt idx="2441">
                  <c:v>0.2779743248478122</c:v>
                </c:pt>
                <c:pt idx="2442">
                  <c:v>0.27749225378200376</c:v>
                </c:pt>
                <c:pt idx="2443">
                  <c:v>0.27736695925692595</c:v>
                </c:pt>
                <c:pt idx="2444">
                  <c:v>0.27731044212192507</c:v>
                </c:pt>
                <c:pt idx="2445">
                  <c:v>0.27713649932153367</c:v>
                </c:pt>
                <c:pt idx="2446">
                  <c:v>0.27700309832750764</c:v>
                </c:pt>
                <c:pt idx="2447">
                  <c:v>0.27592725932859136</c:v>
                </c:pt>
                <c:pt idx="2448">
                  <c:v>0.27530021297869589</c:v>
                </c:pt>
                <c:pt idx="2449">
                  <c:v>0.27503866670583871</c:v>
                </c:pt>
                <c:pt idx="2450">
                  <c:v>0.27468844163114264</c:v>
                </c:pt>
                <c:pt idx="2451">
                  <c:v>0.27461786262363064</c:v>
                </c:pt>
                <c:pt idx="2452">
                  <c:v>0.27419806744204583</c:v>
                </c:pt>
                <c:pt idx="2453">
                  <c:v>0.27405244492890041</c:v>
                </c:pt>
                <c:pt idx="2454">
                  <c:v>0.2737852164101956</c:v>
                </c:pt>
                <c:pt idx="2455">
                  <c:v>0.27360169577505961</c:v>
                </c:pt>
                <c:pt idx="2456">
                  <c:v>0.27330659774621269</c:v>
                </c:pt>
                <c:pt idx="2457">
                  <c:v>0.27328845372041194</c:v>
                </c:pt>
                <c:pt idx="2458">
                  <c:v>0.27327141107980757</c:v>
                </c:pt>
                <c:pt idx="2459">
                  <c:v>0.27267693065715515</c:v>
                </c:pt>
                <c:pt idx="2460">
                  <c:v>0.27172394025777319</c:v>
                </c:pt>
                <c:pt idx="2461">
                  <c:v>0.27094760847589794</c:v>
                </c:pt>
                <c:pt idx="2462">
                  <c:v>0.27084735805805277</c:v>
                </c:pt>
                <c:pt idx="2463">
                  <c:v>0.27082755102917716</c:v>
                </c:pt>
                <c:pt idx="2464">
                  <c:v>0.2707723905365847</c:v>
                </c:pt>
                <c:pt idx="2465">
                  <c:v>0.2707438808990143</c:v>
                </c:pt>
                <c:pt idx="2466">
                  <c:v>0.27065551412484112</c:v>
                </c:pt>
                <c:pt idx="2467">
                  <c:v>0.2706431192189101</c:v>
                </c:pt>
                <c:pt idx="2468">
                  <c:v>0.27047427784090933</c:v>
                </c:pt>
                <c:pt idx="2469">
                  <c:v>0.26988266249934406</c:v>
                </c:pt>
                <c:pt idx="2470">
                  <c:v>0.26981272896206504</c:v>
                </c:pt>
                <c:pt idx="2471">
                  <c:v>0.26924483345807099</c:v>
                </c:pt>
                <c:pt idx="2472">
                  <c:v>0.26891807598003714</c:v>
                </c:pt>
                <c:pt idx="2473">
                  <c:v>0.26881190584140058</c:v>
                </c:pt>
                <c:pt idx="2474">
                  <c:v>0.26824126172960555</c:v>
                </c:pt>
                <c:pt idx="2475">
                  <c:v>0.26817877373482063</c:v>
                </c:pt>
                <c:pt idx="2476">
                  <c:v>0.2680124417938648</c:v>
                </c:pt>
                <c:pt idx="2477">
                  <c:v>0.26781522830588528</c:v>
                </c:pt>
                <c:pt idx="2478">
                  <c:v>0.26776681734649793</c:v>
                </c:pt>
                <c:pt idx="2479">
                  <c:v>0.26749658583313907</c:v>
                </c:pt>
                <c:pt idx="2480">
                  <c:v>0.26727991423756903</c:v>
                </c:pt>
                <c:pt idx="2481">
                  <c:v>0.26663949579913876</c:v>
                </c:pt>
                <c:pt idx="2482">
                  <c:v>0.26657204768733866</c:v>
                </c:pt>
                <c:pt idx="2483">
                  <c:v>0.26649698855795562</c:v>
                </c:pt>
                <c:pt idx="2484">
                  <c:v>0.26646136097536116</c:v>
                </c:pt>
                <c:pt idx="2485">
                  <c:v>0.26629132788331422</c:v>
                </c:pt>
                <c:pt idx="2486">
                  <c:v>0.26622239049384067</c:v>
                </c:pt>
                <c:pt idx="2487">
                  <c:v>0.26588164498264422</c:v>
                </c:pt>
                <c:pt idx="2488">
                  <c:v>0.26586153175763799</c:v>
                </c:pt>
                <c:pt idx="2489">
                  <c:v>0.26548967495488857</c:v>
                </c:pt>
                <c:pt idx="2490">
                  <c:v>0.26548702804280111</c:v>
                </c:pt>
                <c:pt idx="2491">
                  <c:v>0.26499227957136889</c:v>
                </c:pt>
                <c:pt idx="2492">
                  <c:v>0.26498037562340143</c:v>
                </c:pt>
                <c:pt idx="2493">
                  <c:v>0.26492602068192023</c:v>
                </c:pt>
                <c:pt idx="2494">
                  <c:v>0.26471967458552154</c:v>
                </c:pt>
                <c:pt idx="2495">
                  <c:v>0.26451327942489983</c:v>
                </c:pt>
                <c:pt idx="2496">
                  <c:v>0.2644001133362982</c:v>
                </c:pt>
                <c:pt idx="2497">
                  <c:v>0.26408489495294818</c:v>
                </c:pt>
                <c:pt idx="2498">
                  <c:v>0.26394967249732249</c:v>
                </c:pt>
                <c:pt idx="2499">
                  <c:v>0.26381285620805833</c:v>
                </c:pt>
                <c:pt idx="2500">
                  <c:v>0.26321676101992408</c:v>
                </c:pt>
                <c:pt idx="2501">
                  <c:v>0.2626887156029219</c:v>
                </c:pt>
                <c:pt idx="2502">
                  <c:v>0.26257866290676007</c:v>
                </c:pt>
                <c:pt idx="2503">
                  <c:v>0.26246196521917076</c:v>
                </c:pt>
                <c:pt idx="2504">
                  <c:v>0.26240981194013474</c:v>
                </c:pt>
                <c:pt idx="2505">
                  <c:v>0.2619986945516371</c:v>
                </c:pt>
                <c:pt idx="2506">
                  <c:v>0.26162567403697606</c:v>
                </c:pt>
                <c:pt idx="2507">
                  <c:v>0.26156420360770838</c:v>
                </c:pt>
                <c:pt idx="2508">
                  <c:v>0.26099285451646126</c:v>
                </c:pt>
                <c:pt idx="2509">
                  <c:v>0.26097263475205157</c:v>
                </c:pt>
                <c:pt idx="2510">
                  <c:v>0.26058656149034992</c:v>
                </c:pt>
                <c:pt idx="2511">
                  <c:v>0.26000942662808224</c:v>
                </c:pt>
                <c:pt idx="2512">
                  <c:v>0.25923143119379666</c:v>
                </c:pt>
                <c:pt idx="2513">
                  <c:v>0.25902805739879342</c:v>
                </c:pt>
                <c:pt idx="2514">
                  <c:v>0.25899107347837996</c:v>
                </c:pt>
                <c:pt idx="2515">
                  <c:v>0.25890564276218314</c:v>
                </c:pt>
                <c:pt idx="2516">
                  <c:v>0.25878302846444823</c:v>
                </c:pt>
                <c:pt idx="2517">
                  <c:v>0.2585121706402474</c:v>
                </c:pt>
                <c:pt idx="2518">
                  <c:v>0.25825313598491478</c:v>
                </c:pt>
                <c:pt idx="2519">
                  <c:v>0.2582485882211511</c:v>
                </c:pt>
                <c:pt idx="2520">
                  <c:v>0.25793390740883315</c:v>
                </c:pt>
                <c:pt idx="2521">
                  <c:v>0.25721789240062892</c:v>
                </c:pt>
                <c:pt idx="2522">
                  <c:v>0.25714375447204774</c:v>
                </c:pt>
                <c:pt idx="2523">
                  <c:v>0.25697240997899085</c:v>
                </c:pt>
                <c:pt idx="2524">
                  <c:v>0.25673939983293126</c:v>
                </c:pt>
                <c:pt idx="2525">
                  <c:v>0.25643559175581487</c:v>
                </c:pt>
                <c:pt idx="2526">
                  <c:v>0.25637215513808126</c:v>
                </c:pt>
                <c:pt idx="2527">
                  <c:v>0.25618162740816081</c:v>
                </c:pt>
                <c:pt idx="2528">
                  <c:v>0.25617522217720939</c:v>
                </c:pt>
                <c:pt idx="2529">
                  <c:v>0.25559073062186949</c:v>
                </c:pt>
                <c:pt idx="2530">
                  <c:v>0.2555571936107689</c:v>
                </c:pt>
                <c:pt idx="2531">
                  <c:v>0.25543686311942576</c:v>
                </c:pt>
                <c:pt idx="2532">
                  <c:v>0.25508279579092596</c:v>
                </c:pt>
                <c:pt idx="2533">
                  <c:v>0.25488451442527044</c:v>
                </c:pt>
                <c:pt idx="2534">
                  <c:v>0.25482940804223619</c:v>
                </c:pt>
                <c:pt idx="2535">
                  <c:v>0.25481439293209812</c:v>
                </c:pt>
                <c:pt idx="2536">
                  <c:v>0.25481152052560585</c:v>
                </c:pt>
                <c:pt idx="2537">
                  <c:v>0.25461628705008715</c:v>
                </c:pt>
                <c:pt idx="2538">
                  <c:v>0.25433357692808539</c:v>
                </c:pt>
                <c:pt idx="2539">
                  <c:v>0.25421809947408164</c:v>
                </c:pt>
                <c:pt idx="2540">
                  <c:v>0.25378907780116583</c:v>
                </c:pt>
                <c:pt idx="2541">
                  <c:v>0.25368667954752439</c:v>
                </c:pt>
                <c:pt idx="2542">
                  <c:v>0.25315683596235433</c:v>
                </c:pt>
                <c:pt idx="2543">
                  <c:v>0.25298460921613275</c:v>
                </c:pt>
                <c:pt idx="2544">
                  <c:v>0.25285877675255714</c:v>
                </c:pt>
                <c:pt idx="2545">
                  <c:v>0.25251505612634995</c:v>
                </c:pt>
                <c:pt idx="2546">
                  <c:v>0.25157506140874925</c:v>
                </c:pt>
                <c:pt idx="2547">
                  <c:v>0.25135704236452461</c:v>
                </c:pt>
                <c:pt idx="2548">
                  <c:v>0.25134238541776371</c:v>
                </c:pt>
                <c:pt idx="2549">
                  <c:v>0.25096597985554764</c:v>
                </c:pt>
                <c:pt idx="2550">
                  <c:v>0.25079184035809526</c:v>
                </c:pt>
                <c:pt idx="2551">
                  <c:v>0.25008688066636053</c:v>
                </c:pt>
                <c:pt idx="2552">
                  <c:v>0.25000078874517573</c:v>
                </c:pt>
                <c:pt idx="2553">
                  <c:v>0.24955898621785122</c:v>
                </c:pt>
                <c:pt idx="2554">
                  <c:v>0.2491655659492979</c:v>
                </c:pt>
                <c:pt idx="2555">
                  <c:v>0.24903737545421659</c:v>
                </c:pt>
                <c:pt idx="2556">
                  <c:v>0.24888385224305537</c:v>
                </c:pt>
                <c:pt idx="2557">
                  <c:v>0.2488328982390878</c:v>
                </c:pt>
                <c:pt idx="2558">
                  <c:v>0.24826766671568024</c:v>
                </c:pt>
                <c:pt idx="2559">
                  <c:v>0.24796639029187659</c:v>
                </c:pt>
                <c:pt idx="2560">
                  <c:v>0.24755423303139648</c:v>
                </c:pt>
                <c:pt idx="2561">
                  <c:v>0.24725169316947715</c:v>
                </c:pt>
                <c:pt idx="2562">
                  <c:v>0.2471299598960732</c:v>
                </c:pt>
                <c:pt idx="2563">
                  <c:v>0.24704653927051823</c:v>
                </c:pt>
                <c:pt idx="2564">
                  <c:v>0.24698370890126281</c:v>
                </c:pt>
                <c:pt idx="2565">
                  <c:v>0.24657975941575591</c:v>
                </c:pt>
                <c:pt idx="2566">
                  <c:v>0.24605141601976999</c:v>
                </c:pt>
                <c:pt idx="2567">
                  <c:v>0.24579821208789471</c:v>
                </c:pt>
                <c:pt idx="2568">
                  <c:v>0.24547879438989256</c:v>
                </c:pt>
                <c:pt idx="2569">
                  <c:v>0.24508900338169781</c:v>
                </c:pt>
                <c:pt idx="2570">
                  <c:v>0.24503633186377041</c:v>
                </c:pt>
                <c:pt idx="2571">
                  <c:v>0.24485545177545018</c:v>
                </c:pt>
                <c:pt idx="2572">
                  <c:v>0.24466184198297292</c:v>
                </c:pt>
                <c:pt idx="2573">
                  <c:v>0.24461544129391874</c:v>
                </c:pt>
                <c:pt idx="2574">
                  <c:v>0.24444819707514351</c:v>
                </c:pt>
                <c:pt idx="2575">
                  <c:v>0.24422200233786515</c:v>
                </c:pt>
                <c:pt idx="2576">
                  <c:v>0.24366184582006739</c:v>
                </c:pt>
                <c:pt idx="2577">
                  <c:v>0.24313292926464539</c:v>
                </c:pt>
                <c:pt idx="2578">
                  <c:v>0.24295288391134517</c:v>
                </c:pt>
                <c:pt idx="2579">
                  <c:v>0.24294358789310899</c:v>
                </c:pt>
                <c:pt idx="2580">
                  <c:v>0.24259675785354221</c:v>
                </c:pt>
                <c:pt idx="2581">
                  <c:v>0.24224380257831618</c:v>
                </c:pt>
                <c:pt idx="2582">
                  <c:v>0.24219056066814282</c:v>
                </c:pt>
                <c:pt idx="2583">
                  <c:v>0.24194905742555786</c:v>
                </c:pt>
                <c:pt idx="2584">
                  <c:v>0.24169344671335347</c:v>
                </c:pt>
                <c:pt idx="2585">
                  <c:v>0.24157043786451785</c:v>
                </c:pt>
                <c:pt idx="2586">
                  <c:v>0.24147356460569494</c:v>
                </c:pt>
                <c:pt idx="2587">
                  <c:v>0.24070280214682443</c:v>
                </c:pt>
                <c:pt idx="2588">
                  <c:v>0.24023743914719867</c:v>
                </c:pt>
                <c:pt idx="2589">
                  <c:v>0.24006758169539877</c:v>
                </c:pt>
                <c:pt idx="2590">
                  <c:v>0.23926142759916627</c:v>
                </c:pt>
                <c:pt idx="2591">
                  <c:v>0.23899545587003398</c:v>
                </c:pt>
                <c:pt idx="2592">
                  <c:v>0.23866487221409258</c:v>
                </c:pt>
                <c:pt idx="2593">
                  <c:v>0.23824534854066082</c:v>
                </c:pt>
                <c:pt idx="2594">
                  <c:v>0.23741047057225037</c:v>
                </c:pt>
                <c:pt idx="2595">
                  <c:v>0.23724104817024244</c:v>
                </c:pt>
                <c:pt idx="2596">
                  <c:v>0.23714518926564165</c:v>
                </c:pt>
                <c:pt idx="2597">
                  <c:v>0.23641930498321845</c:v>
                </c:pt>
                <c:pt idx="2598">
                  <c:v>0.23605011336532181</c:v>
                </c:pt>
                <c:pt idx="2599">
                  <c:v>0.23572779259358023</c:v>
                </c:pt>
                <c:pt idx="2600">
                  <c:v>0.23547075572526599</c:v>
                </c:pt>
                <c:pt idx="2601">
                  <c:v>0.23540219411112717</c:v>
                </c:pt>
                <c:pt idx="2602">
                  <c:v>0.23533417862137471</c:v>
                </c:pt>
                <c:pt idx="2603">
                  <c:v>0.23532170836409472</c:v>
                </c:pt>
                <c:pt idx="2604">
                  <c:v>0.23484868399418943</c:v>
                </c:pt>
                <c:pt idx="2605">
                  <c:v>0.23443562332952528</c:v>
                </c:pt>
                <c:pt idx="2606">
                  <c:v>0.2342819070417802</c:v>
                </c:pt>
                <c:pt idx="2607">
                  <c:v>0.23373690543442291</c:v>
                </c:pt>
                <c:pt idx="2608">
                  <c:v>0.23348652939290454</c:v>
                </c:pt>
                <c:pt idx="2609">
                  <c:v>0.23324367004866883</c:v>
                </c:pt>
                <c:pt idx="2610">
                  <c:v>0.23246957213320407</c:v>
                </c:pt>
                <c:pt idx="2611">
                  <c:v>0.23241334251215506</c:v>
                </c:pt>
                <c:pt idx="2612">
                  <c:v>0.23239358979914737</c:v>
                </c:pt>
                <c:pt idx="2613">
                  <c:v>0.2323636230827279</c:v>
                </c:pt>
                <c:pt idx="2614">
                  <c:v>0.23182493114841013</c:v>
                </c:pt>
                <c:pt idx="2615">
                  <c:v>0.23142292844718487</c:v>
                </c:pt>
                <c:pt idx="2616">
                  <c:v>0.23118368542562487</c:v>
                </c:pt>
                <c:pt idx="2617">
                  <c:v>0.23012061966167224</c:v>
                </c:pt>
                <c:pt idx="2618">
                  <c:v>0.22979974223890282</c:v>
                </c:pt>
                <c:pt idx="2619">
                  <c:v>0.22979277241960497</c:v>
                </c:pt>
                <c:pt idx="2620">
                  <c:v>0.22953972457140512</c:v>
                </c:pt>
                <c:pt idx="2621">
                  <c:v>0.22908489042731678</c:v>
                </c:pt>
                <c:pt idx="2622">
                  <c:v>0.22887742002785774</c:v>
                </c:pt>
                <c:pt idx="2623">
                  <c:v>0.22886110340524787</c:v>
                </c:pt>
                <c:pt idx="2624">
                  <c:v>0.22859870203988233</c:v>
                </c:pt>
                <c:pt idx="2625">
                  <c:v>0.22844493454108242</c:v>
                </c:pt>
                <c:pt idx="2626">
                  <c:v>0.22813295875064329</c:v>
                </c:pt>
                <c:pt idx="2627">
                  <c:v>0.22806083005993</c:v>
                </c:pt>
                <c:pt idx="2628">
                  <c:v>0.22800944511244672</c:v>
                </c:pt>
                <c:pt idx="2629">
                  <c:v>0.22795316158202428</c:v>
                </c:pt>
                <c:pt idx="2630">
                  <c:v>0.22761354289945601</c:v>
                </c:pt>
                <c:pt idx="2631">
                  <c:v>0.22755421972338924</c:v>
                </c:pt>
                <c:pt idx="2632">
                  <c:v>0.22734127245191754</c:v>
                </c:pt>
                <c:pt idx="2633">
                  <c:v>0.22709624913721874</c:v>
                </c:pt>
                <c:pt idx="2634">
                  <c:v>0.22635812921592166</c:v>
                </c:pt>
                <c:pt idx="2635">
                  <c:v>0.22571004963145877</c:v>
                </c:pt>
                <c:pt idx="2636">
                  <c:v>0.22539685190284922</c:v>
                </c:pt>
                <c:pt idx="2637">
                  <c:v>0.22529874439976666</c:v>
                </c:pt>
                <c:pt idx="2638">
                  <c:v>0.22519683515068664</c:v>
                </c:pt>
                <c:pt idx="2639">
                  <c:v>0.22429632121167942</c:v>
                </c:pt>
                <c:pt idx="2640">
                  <c:v>0.22392252650836827</c:v>
                </c:pt>
                <c:pt idx="2641">
                  <c:v>0.22363010851802165</c:v>
                </c:pt>
                <c:pt idx="2642">
                  <c:v>0.22337616485061368</c:v>
                </c:pt>
                <c:pt idx="2643">
                  <c:v>0.22335875928219551</c:v>
                </c:pt>
                <c:pt idx="2644">
                  <c:v>0.22288485610312847</c:v>
                </c:pt>
                <c:pt idx="2645">
                  <c:v>0.22285689134508224</c:v>
                </c:pt>
                <c:pt idx="2646">
                  <c:v>0.22260714858934172</c:v>
                </c:pt>
                <c:pt idx="2647">
                  <c:v>0.22240433662576989</c:v>
                </c:pt>
                <c:pt idx="2648">
                  <c:v>0.22224387469048926</c:v>
                </c:pt>
                <c:pt idx="2649">
                  <c:v>0.22208247862584785</c:v>
                </c:pt>
                <c:pt idx="2650">
                  <c:v>0.22193518812854537</c:v>
                </c:pt>
                <c:pt idx="2651">
                  <c:v>0.22174980329762267</c:v>
                </c:pt>
                <c:pt idx="2652">
                  <c:v>0.22156783296832488</c:v>
                </c:pt>
                <c:pt idx="2653">
                  <c:v>0.22143028474278495</c:v>
                </c:pt>
                <c:pt idx="2654">
                  <c:v>0.22047164868471314</c:v>
                </c:pt>
                <c:pt idx="2655">
                  <c:v>0.22040323069961543</c:v>
                </c:pt>
                <c:pt idx="2656">
                  <c:v>0.22027260227925485</c:v>
                </c:pt>
                <c:pt idx="2657">
                  <c:v>0.22024016272058114</c:v>
                </c:pt>
                <c:pt idx="2658">
                  <c:v>0.21928566774346647</c:v>
                </c:pt>
                <c:pt idx="2659">
                  <c:v>0.21912676451176036</c:v>
                </c:pt>
                <c:pt idx="2660">
                  <c:v>0.21863601217064366</c:v>
                </c:pt>
                <c:pt idx="2661">
                  <c:v>0.2184040951042609</c:v>
                </c:pt>
                <c:pt idx="2662">
                  <c:v>0.21822897454382822</c:v>
                </c:pt>
                <c:pt idx="2663">
                  <c:v>0.21805303239367729</c:v>
                </c:pt>
                <c:pt idx="2664">
                  <c:v>0.21804137123904035</c:v>
                </c:pt>
                <c:pt idx="2665">
                  <c:v>0.21799297234322906</c:v>
                </c:pt>
                <c:pt idx="2666">
                  <c:v>0.21759074945269669</c:v>
                </c:pt>
                <c:pt idx="2667">
                  <c:v>0.21735785793908838</c:v>
                </c:pt>
                <c:pt idx="2668">
                  <c:v>0.21672801768120578</c:v>
                </c:pt>
                <c:pt idx="2669">
                  <c:v>0.21670678454410347</c:v>
                </c:pt>
                <c:pt idx="2670">
                  <c:v>0.21661273094867436</c:v>
                </c:pt>
                <c:pt idx="2671">
                  <c:v>0.2162601462777855</c:v>
                </c:pt>
                <c:pt idx="2672">
                  <c:v>0.21625870310601886</c:v>
                </c:pt>
                <c:pt idx="2673">
                  <c:v>0.21554048650992111</c:v>
                </c:pt>
                <c:pt idx="2674">
                  <c:v>0.21546793866288769</c:v>
                </c:pt>
                <c:pt idx="2675">
                  <c:v>0.21537860974277664</c:v>
                </c:pt>
                <c:pt idx="2676">
                  <c:v>0.21534436642285196</c:v>
                </c:pt>
                <c:pt idx="2677">
                  <c:v>0.21520902628108593</c:v>
                </c:pt>
                <c:pt idx="2678">
                  <c:v>0.21480931217751617</c:v>
                </c:pt>
                <c:pt idx="2679">
                  <c:v>0.21450388176126281</c:v>
                </c:pt>
                <c:pt idx="2680">
                  <c:v>0.21439952603753409</c:v>
                </c:pt>
                <c:pt idx="2681">
                  <c:v>0.21293349306144863</c:v>
                </c:pt>
                <c:pt idx="2682">
                  <c:v>0.21293024929131932</c:v>
                </c:pt>
                <c:pt idx="2683">
                  <c:v>0.2126319593712703</c:v>
                </c:pt>
                <c:pt idx="2684">
                  <c:v>0.21261671785759562</c:v>
                </c:pt>
                <c:pt idx="2685">
                  <c:v>0.2120295852837463</c:v>
                </c:pt>
                <c:pt idx="2686">
                  <c:v>0.21175352801017716</c:v>
                </c:pt>
                <c:pt idx="2687">
                  <c:v>0.21173444215447779</c:v>
                </c:pt>
                <c:pt idx="2688">
                  <c:v>0.21158538627524939</c:v>
                </c:pt>
                <c:pt idx="2689">
                  <c:v>0.21147393508731227</c:v>
                </c:pt>
                <c:pt idx="2690">
                  <c:v>0.21126437655544592</c:v>
                </c:pt>
                <c:pt idx="2691">
                  <c:v>0.21122011862766552</c:v>
                </c:pt>
                <c:pt idx="2692">
                  <c:v>0.21114838048429901</c:v>
                </c:pt>
                <c:pt idx="2693">
                  <c:v>0.21103079394234667</c:v>
                </c:pt>
                <c:pt idx="2694">
                  <c:v>0.2107423525812275</c:v>
                </c:pt>
                <c:pt idx="2695">
                  <c:v>0.21069881959223496</c:v>
                </c:pt>
                <c:pt idx="2696">
                  <c:v>0.21046380852565325</c:v>
                </c:pt>
                <c:pt idx="2697">
                  <c:v>0.21027086982250912</c:v>
                </c:pt>
                <c:pt idx="2698">
                  <c:v>0.21016714875447232</c:v>
                </c:pt>
                <c:pt idx="2699">
                  <c:v>0.20979967260765528</c:v>
                </c:pt>
                <c:pt idx="2700">
                  <c:v>0.20923370160138668</c:v>
                </c:pt>
                <c:pt idx="2701">
                  <c:v>0.20912957051281192</c:v>
                </c:pt>
                <c:pt idx="2702">
                  <c:v>0.20904307498676339</c:v>
                </c:pt>
                <c:pt idx="2703">
                  <c:v>0.2088416181652766</c:v>
                </c:pt>
                <c:pt idx="2704">
                  <c:v>0.20850538612669117</c:v>
                </c:pt>
                <c:pt idx="2705">
                  <c:v>0.20819083147055203</c:v>
                </c:pt>
                <c:pt idx="2706">
                  <c:v>0.20763936681623812</c:v>
                </c:pt>
                <c:pt idx="2707">
                  <c:v>0.20741628361496861</c:v>
                </c:pt>
                <c:pt idx="2708">
                  <c:v>0.20712483360656625</c:v>
                </c:pt>
                <c:pt idx="2709">
                  <c:v>0.20699715932436555</c:v>
                </c:pt>
                <c:pt idx="2710">
                  <c:v>0.20644118034150513</c:v>
                </c:pt>
                <c:pt idx="2711">
                  <c:v>0.20559094796244376</c:v>
                </c:pt>
                <c:pt idx="2712">
                  <c:v>0.20555264483540392</c:v>
                </c:pt>
                <c:pt idx="2713">
                  <c:v>0.20525911735514055</c:v>
                </c:pt>
                <c:pt idx="2714">
                  <c:v>0.20503176501217446</c:v>
                </c:pt>
                <c:pt idx="2715">
                  <c:v>0.20466390906846008</c:v>
                </c:pt>
                <c:pt idx="2716">
                  <c:v>0.20428353636020175</c:v>
                </c:pt>
                <c:pt idx="2717">
                  <c:v>0.20368130298603057</c:v>
                </c:pt>
                <c:pt idx="2718">
                  <c:v>0.20358815759479884</c:v>
                </c:pt>
                <c:pt idx="2719">
                  <c:v>0.20350301299392151</c:v>
                </c:pt>
                <c:pt idx="2720">
                  <c:v>0.20328261816758214</c:v>
                </c:pt>
                <c:pt idx="2721">
                  <c:v>0.20307101868705585</c:v>
                </c:pt>
                <c:pt idx="2722">
                  <c:v>0.20274214456432263</c:v>
                </c:pt>
                <c:pt idx="2723">
                  <c:v>0.20271409619969746</c:v>
                </c:pt>
                <c:pt idx="2724">
                  <c:v>0.20262898401724136</c:v>
                </c:pt>
                <c:pt idx="2725">
                  <c:v>0.20257276384754444</c:v>
                </c:pt>
                <c:pt idx="2726">
                  <c:v>0.20202733642550427</c:v>
                </c:pt>
                <c:pt idx="2727">
                  <c:v>0.20122340578345799</c:v>
                </c:pt>
                <c:pt idx="2728">
                  <c:v>0.20112433450352324</c:v>
                </c:pt>
                <c:pt idx="2729">
                  <c:v>0.20084032811535202</c:v>
                </c:pt>
                <c:pt idx="2730">
                  <c:v>0.20046704121450851</c:v>
                </c:pt>
                <c:pt idx="2731">
                  <c:v>0.20025473521868728</c:v>
                </c:pt>
                <c:pt idx="2732">
                  <c:v>0.20021771418658391</c:v>
                </c:pt>
                <c:pt idx="2733">
                  <c:v>0.20013602959433976</c:v>
                </c:pt>
                <c:pt idx="2734">
                  <c:v>0.20009319755755664</c:v>
                </c:pt>
                <c:pt idx="2735">
                  <c:v>0.19975143205991611</c:v>
                </c:pt>
                <c:pt idx="2736">
                  <c:v>0.19968837429312744</c:v>
                </c:pt>
                <c:pt idx="2737">
                  <c:v>0.19935871665578545</c:v>
                </c:pt>
                <c:pt idx="2738">
                  <c:v>0.19935107959838644</c:v>
                </c:pt>
                <c:pt idx="2739">
                  <c:v>0.1990723890961999</c:v>
                </c:pt>
                <c:pt idx="2740">
                  <c:v>0.19897204821333778</c:v>
                </c:pt>
                <c:pt idx="2741">
                  <c:v>0.19878624038211459</c:v>
                </c:pt>
                <c:pt idx="2742">
                  <c:v>0.19870498160137073</c:v>
                </c:pt>
                <c:pt idx="2743">
                  <c:v>0.19845497546134669</c:v>
                </c:pt>
                <c:pt idx="2744">
                  <c:v>0.19838599106078794</c:v>
                </c:pt>
                <c:pt idx="2745">
                  <c:v>0.19822865936812079</c:v>
                </c:pt>
                <c:pt idx="2746">
                  <c:v>0.19802804405631227</c:v>
                </c:pt>
                <c:pt idx="2747">
                  <c:v>0.19787992133624327</c:v>
                </c:pt>
                <c:pt idx="2748">
                  <c:v>0.19784352818100401</c:v>
                </c:pt>
                <c:pt idx="2749">
                  <c:v>0.19732742037535639</c:v>
                </c:pt>
                <c:pt idx="2750">
                  <c:v>0.19700011371539117</c:v>
                </c:pt>
                <c:pt idx="2751">
                  <c:v>0.19697504661504195</c:v>
                </c:pt>
                <c:pt idx="2752">
                  <c:v>0.19672716318711503</c:v>
                </c:pt>
                <c:pt idx="2753">
                  <c:v>0.19654287862915543</c:v>
                </c:pt>
                <c:pt idx="2754">
                  <c:v>0.19533480969883116</c:v>
                </c:pt>
                <c:pt idx="2755">
                  <c:v>0.19524165637537119</c:v>
                </c:pt>
                <c:pt idx="2756">
                  <c:v>0.19516464110108164</c:v>
                </c:pt>
                <c:pt idx="2757">
                  <c:v>0.19512813072082349</c:v>
                </c:pt>
                <c:pt idx="2758">
                  <c:v>0.19501491870232848</c:v>
                </c:pt>
                <c:pt idx="2759">
                  <c:v>0.19461463578454888</c:v>
                </c:pt>
                <c:pt idx="2760">
                  <c:v>0.19453849065934145</c:v>
                </c:pt>
                <c:pt idx="2761">
                  <c:v>0.19452888769741944</c:v>
                </c:pt>
                <c:pt idx="2762">
                  <c:v>0.19434097957358359</c:v>
                </c:pt>
                <c:pt idx="2763">
                  <c:v>0.19399591788938222</c:v>
                </c:pt>
                <c:pt idx="2764">
                  <c:v>0.19392547150932724</c:v>
                </c:pt>
                <c:pt idx="2765">
                  <c:v>0.19378113024499896</c:v>
                </c:pt>
                <c:pt idx="2766">
                  <c:v>0.19353571410307754</c:v>
                </c:pt>
                <c:pt idx="2767">
                  <c:v>0.193412841540438</c:v>
                </c:pt>
                <c:pt idx="2768">
                  <c:v>0.1930376813776303</c:v>
                </c:pt>
                <c:pt idx="2769">
                  <c:v>0.1927302565190015</c:v>
                </c:pt>
                <c:pt idx="2770">
                  <c:v>0.19253209612608288</c:v>
                </c:pt>
                <c:pt idx="2771">
                  <c:v>0.19241593560483825</c:v>
                </c:pt>
                <c:pt idx="2772">
                  <c:v>0.19220771367201711</c:v>
                </c:pt>
                <c:pt idx="2773">
                  <c:v>0.1920118250935319</c:v>
                </c:pt>
                <c:pt idx="2774">
                  <c:v>0.19122081086378595</c:v>
                </c:pt>
                <c:pt idx="2775">
                  <c:v>0.19098389438386359</c:v>
                </c:pt>
                <c:pt idx="2776">
                  <c:v>0.1908620654590929</c:v>
                </c:pt>
                <c:pt idx="2777">
                  <c:v>0.19049608138806565</c:v>
                </c:pt>
                <c:pt idx="2778">
                  <c:v>0.19032212574233115</c:v>
                </c:pt>
                <c:pt idx="2779">
                  <c:v>0.19025503332277219</c:v>
                </c:pt>
                <c:pt idx="2780">
                  <c:v>0.19001409676465064</c:v>
                </c:pt>
                <c:pt idx="2781">
                  <c:v>0.18998101921093449</c:v>
                </c:pt>
                <c:pt idx="2782">
                  <c:v>0.18993908775015167</c:v>
                </c:pt>
                <c:pt idx="2783">
                  <c:v>0.18979307201782963</c:v>
                </c:pt>
                <c:pt idx="2784">
                  <c:v>0.18960830037519036</c:v>
                </c:pt>
                <c:pt idx="2785">
                  <c:v>0.18887551369727959</c:v>
                </c:pt>
                <c:pt idx="2786">
                  <c:v>0.18868770325858281</c:v>
                </c:pt>
                <c:pt idx="2787">
                  <c:v>0.18863663753230703</c:v>
                </c:pt>
                <c:pt idx="2788">
                  <c:v>0.18851043402974951</c:v>
                </c:pt>
                <c:pt idx="2789">
                  <c:v>0.18848526765468437</c:v>
                </c:pt>
                <c:pt idx="2790">
                  <c:v>0.18776345669794334</c:v>
                </c:pt>
                <c:pt idx="2791">
                  <c:v>0.18747129974008947</c:v>
                </c:pt>
                <c:pt idx="2792">
                  <c:v>0.187213235803418</c:v>
                </c:pt>
                <c:pt idx="2793">
                  <c:v>0.18687686276167598</c:v>
                </c:pt>
                <c:pt idx="2794">
                  <c:v>0.18652262856815757</c:v>
                </c:pt>
                <c:pt idx="2795">
                  <c:v>0.18640200316422126</c:v>
                </c:pt>
                <c:pt idx="2796">
                  <c:v>0.18636638772594025</c:v>
                </c:pt>
                <c:pt idx="2797">
                  <c:v>0.18621131999779642</c:v>
                </c:pt>
                <c:pt idx="2798">
                  <c:v>0.1859197802498547</c:v>
                </c:pt>
                <c:pt idx="2799">
                  <c:v>0.18590260799777766</c:v>
                </c:pt>
                <c:pt idx="2800">
                  <c:v>0.18586339034922456</c:v>
                </c:pt>
                <c:pt idx="2801">
                  <c:v>0.18582360445633633</c:v>
                </c:pt>
                <c:pt idx="2802">
                  <c:v>0.18571976671305579</c:v>
                </c:pt>
                <c:pt idx="2803">
                  <c:v>0.18570853206308319</c:v>
                </c:pt>
                <c:pt idx="2804">
                  <c:v>0.18539840854895134</c:v>
                </c:pt>
                <c:pt idx="2805">
                  <c:v>0.18492479675569462</c:v>
                </c:pt>
                <c:pt idx="2806">
                  <c:v>0.18492101877691661</c:v>
                </c:pt>
                <c:pt idx="2807">
                  <c:v>0.18475424425024067</c:v>
                </c:pt>
                <c:pt idx="2808">
                  <c:v>0.1846906625332233</c:v>
                </c:pt>
                <c:pt idx="2809">
                  <c:v>0.18456591990363433</c:v>
                </c:pt>
                <c:pt idx="2810">
                  <c:v>0.18451150817749029</c:v>
                </c:pt>
                <c:pt idx="2811">
                  <c:v>0.18426943348310898</c:v>
                </c:pt>
                <c:pt idx="2812">
                  <c:v>0.18422263680455842</c:v>
                </c:pt>
                <c:pt idx="2813">
                  <c:v>0.18411631575065579</c:v>
                </c:pt>
                <c:pt idx="2814">
                  <c:v>0.18354538293176495</c:v>
                </c:pt>
                <c:pt idx="2815">
                  <c:v>0.18346165808266179</c:v>
                </c:pt>
                <c:pt idx="2816">
                  <c:v>0.18295371374436761</c:v>
                </c:pt>
                <c:pt idx="2817">
                  <c:v>0.18265214678884448</c:v>
                </c:pt>
                <c:pt idx="2818">
                  <c:v>0.18229852873866892</c:v>
                </c:pt>
                <c:pt idx="2819">
                  <c:v>0.18208342152242585</c:v>
                </c:pt>
                <c:pt idx="2820">
                  <c:v>0.18175193365909106</c:v>
                </c:pt>
                <c:pt idx="2821">
                  <c:v>0.18119829480842659</c:v>
                </c:pt>
                <c:pt idx="2822">
                  <c:v>0.18106191946242664</c:v>
                </c:pt>
                <c:pt idx="2823">
                  <c:v>0.1809962446546208</c:v>
                </c:pt>
                <c:pt idx="2824">
                  <c:v>0.17948016869970279</c:v>
                </c:pt>
                <c:pt idx="2825">
                  <c:v>0.17853578990548216</c:v>
                </c:pt>
                <c:pt idx="2826">
                  <c:v>0.17799555463794217</c:v>
                </c:pt>
                <c:pt idx="2827">
                  <c:v>0.17748774298939973</c:v>
                </c:pt>
                <c:pt idx="2828">
                  <c:v>0.17745595600579953</c:v>
                </c:pt>
                <c:pt idx="2829">
                  <c:v>0.17732869080092004</c:v>
                </c:pt>
                <c:pt idx="2830">
                  <c:v>0.17729329502681232</c:v>
                </c:pt>
                <c:pt idx="2831">
                  <c:v>0.17716388278447731</c:v>
                </c:pt>
                <c:pt idx="2832">
                  <c:v>0.1770864833790759</c:v>
                </c:pt>
                <c:pt idx="2833">
                  <c:v>0.17677266119085155</c:v>
                </c:pt>
                <c:pt idx="2834">
                  <c:v>0.17628304636061307</c:v>
                </c:pt>
                <c:pt idx="2835">
                  <c:v>0.17597489339560604</c:v>
                </c:pt>
                <c:pt idx="2836">
                  <c:v>0.17558855583189253</c:v>
                </c:pt>
                <c:pt idx="2837">
                  <c:v>0.17451451504216794</c:v>
                </c:pt>
                <c:pt idx="2838">
                  <c:v>0.17410596651071528</c:v>
                </c:pt>
                <c:pt idx="2839">
                  <c:v>0.17381505371190267</c:v>
                </c:pt>
                <c:pt idx="2840">
                  <c:v>0.17358459392573797</c:v>
                </c:pt>
                <c:pt idx="2841">
                  <c:v>0.1730836933046494</c:v>
                </c:pt>
                <c:pt idx="2842">
                  <c:v>0.17300578647416776</c:v>
                </c:pt>
                <c:pt idx="2843">
                  <c:v>0.1729932712663346</c:v>
                </c:pt>
                <c:pt idx="2844">
                  <c:v>0.17247363371976554</c:v>
                </c:pt>
                <c:pt idx="2845">
                  <c:v>0.17207933248358701</c:v>
                </c:pt>
                <c:pt idx="2846">
                  <c:v>0.17155694557669973</c:v>
                </c:pt>
                <c:pt idx="2847">
                  <c:v>0.17146573724114852</c:v>
                </c:pt>
                <c:pt idx="2848">
                  <c:v>0.17137760375298958</c:v>
                </c:pt>
                <c:pt idx="2849">
                  <c:v>0.17120771468036619</c:v>
                </c:pt>
                <c:pt idx="2850">
                  <c:v>0.17091794145110537</c:v>
                </c:pt>
                <c:pt idx="2851">
                  <c:v>0.17078488975302009</c:v>
                </c:pt>
                <c:pt idx="2852">
                  <c:v>0.17037771307398383</c:v>
                </c:pt>
                <c:pt idx="2853">
                  <c:v>0.17019432592830752</c:v>
                </c:pt>
                <c:pt idx="2854">
                  <c:v>0.16978209720607559</c:v>
                </c:pt>
                <c:pt idx="2855">
                  <c:v>0.16902602284313395</c:v>
                </c:pt>
                <c:pt idx="2856">
                  <c:v>0.16883923172777601</c:v>
                </c:pt>
                <c:pt idx="2857">
                  <c:v>0.16850379279992247</c:v>
                </c:pt>
                <c:pt idx="2858">
                  <c:v>0.16811204769977806</c:v>
                </c:pt>
                <c:pt idx="2859">
                  <c:v>0.1680732937719987</c:v>
                </c:pt>
                <c:pt idx="2860">
                  <c:v>0.16780844340609</c:v>
                </c:pt>
                <c:pt idx="2861">
                  <c:v>0.16777649124826999</c:v>
                </c:pt>
                <c:pt idx="2862">
                  <c:v>0.16745635757029778</c:v>
                </c:pt>
                <c:pt idx="2863">
                  <c:v>0.1667406981148675</c:v>
                </c:pt>
                <c:pt idx="2864">
                  <c:v>0.16668241915405513</c:v>
                </c:pt>
                <c:pt idx="2865">
                  <c:v>0.16665175909887234</c:v>
                </c:pt>
                <c:pt idx="2866">
                  <c:v>0.16626268313219866</c:v>
                </c:pt>
                <c:pt idx="2867">
                  <c:v>0.16624978666329979</c:v>
                </c:pt>
                <c:pt idx="2868">
                  <c:v>0.16595109740782729</c:v>
                </c:pt>
                <c:pt idx="2869">
                  <c:v>0.165884844402966</c:v>
                </c:pt>
                <c:pt idx="2870">
                  <c:v>0.16547303534357297</c:v>
                </c:pt>
                <c:pt idx="2871">
                  <c:v>0.16536899112743753</c:v>
                </c:pt>
                <c:pt idx="2872">
                  <c:v>0.16527762981231314</c:v>
                </c:pt>
                <c:pt idx="2873">
                  <c:v>0.16522507421047072</c:v>
                </c:pt>
                <c:pt idx="2874">
                  <c:v>0.16457603963534945</c:v>
                </c:pt>
                <c:pt idx="2875">
                  <c:v>0.16439439698058786</c:v>
                </c:pt>
                <c:pt idx="2876">
                  <c:v>0.16409450290754976</c:v>
                </c:pt>
                <c:pt idx="2877">
                  <c:v>0.16352195179955817</c:v>
                </c:pt>
                <c:pt idx="2878">
                  <c:v>0.16339837711532568</c:v>
                </c:pt>
                <c:pt idx="2879">
                  <c:v>0.16268648596141547</c:v>
                </c:pt>
                <c:pt idx="2880">
                  <c:v>0.16267011840184595</c:v>
                </c:pt>
                <c:pt idx="2881">
                  <c:v>0.16258038562368671</c:v>
                </c:pt>
                <c:pt idx="2882">
                  <c:v>0.16241862326826373</c:v>
                </c:pt>
                <c:pt idx="2883">
                  <c:v>0.16234999843413953</c:v>
                </c:pt>
                <c:pt idx="2884">
                  <c:v>0.16227989463741668</c:v>
                </c:pt>
                <c:pt idx="2885">
                  <c:v>0.16215829717880154</c:v>
                </c:pt>
                <c:pt idx="2886">
                  <c:v>0.16215230135294487</c:v>
                </c:pt>
                <c:pt idx="2887">
                  <c:v>0.1614339876201257</c:v>
                </c:pt>
                <c:pt idx="2888">
                  <c:v>0.16122826348169397</c:v>
                </c:pt>
                <c:pt idx="2889">
                  <c:v>0.16122378441887805</c:v>
                </c:pt>
                <c:pt idx="2890">
                  <c:v>0.16047971922510393</c:v>
                </c:pt>
                <c:pt idx="2891">
                  <c:v>0.15992157006230834</c:v>
                </c:pt>
                <c:pt idx="2892">
                  <c:v>0.15963559777647088</c:v>
                </c:pt>
                <c:pt idx="2893">
                  <c:v>0.15926566657112903</c:v>
                </c:pt>
                <c:pt idx="2894">
                  <c:v>0.15898954431480158</c:v>
                </c:pt>
                <c:pt idx="2895">
                  <c:v>0.15889342556619196</c:v>
                </c:pt>
                <c:pt idx="2896">
                  <c:v>0.15864118078818959</c:v>
                </c:pt>
                <c:pt idx="2897">
                  <c:v>0.15837464826683254</c:v>
                </c:pt>
                <c:pt idx="2898">
                  <c:v>0.15755629823782741</c:v>
                </c:pt>
                <c:pt idx="2899">
                  <c:v>0.15751042475849561</c:v>
                </c:pt>
                <c:pt idx="2900">
                  <c:v>0.15696286792206146</c:v>
                </c:pt>
                <c:pt idx="2901">
                  <c:v>0.15693689794970475</c:v>
                </c:pt>
                <c:pt idx="2902">
                  <c:v>0.15683724861011003</c:v>
                </c:pt>
                <c:pt idx="2903">
                  <c:v>0.15666994408852339</c:v>
                </c:pt>
                <c:pt idx="2904">
                  <c:v>0.15651439790920996</c:v>
                </c:pt>
                <c:pt idx="2905">
                  <c:v>0.15625140079016858</c:v>
                </c:pt>
                <c:pt idx="2906">
                  <c:v>0.15605555659150411</c:v>
                </c:pt>
                <c:pt idx="2907">
                  <c:v>0.15597348010267281</c:v>
                </c:pt>
                <c:pt idx="2908">
                  <c:v>0.15597289310583967</c:v>
                </c:pt>
                <c:pt idx="2909">
                  <c:v>0.15596669609126251</c:v>
                </c:pt>
                <c:pt idx="2910">
                  <c:v>0.15593203056637261</c:v>
                </c:pt>
                <c:pt idx="2911">
                  <c:v>0.15584484826246561</c:v>
                </c:pt>
                <c:pt idx="2912">
                  <c:v>0.15558884518262345</c:v>
                </c:pt>
                <c:pt idx="2913">
                  <c:v>0.15535419229281652</c:v>
                </c:pt>
                <c:pt idx="2914">
                  <c:v>0.15529467364572644</c:v>
                </c:pt>
                <c:pt idx="2915">
                  <c:v>0.15447259111130368</c:v>
                </c:pt>
                <c:pt idx="2916">
                  <c:v>0.15374828776260702</c:v>
                </c:pt>
                <c:pt idx="2917">
                  <c:v>0.15288287009530094</c:v>
                </c:pt>
                <c:pt idx="2918">
                  <c:v>0.15287386216958926</c:v>
                </c:pt>
                <c:pt idx="2919">
                  <c:v>0.15284469321070954</c:v>
                </c:pt>
                <c:pt idx="2920">
                  <c:v>0.15241332839993485</c:v>
                </c:pt>
                <c:pt idx="2921">
                  <c:v>0.15221372871076141</c:v>
                </c:pt>
                <c:pt idx="2922">
                  <c:v>0.15207307492417926</c:v>
                </c:pt>
                <c:pt idx="2923">
                  <c:v>0.15200547028069486</c:v>
                </c:pt>
                <c:pt idx="2924">
                  <c:v>0.15093079494356454</c:v>
                </c:pt>
                <c:pt idx="2925">
                  <c:v>0.15070320043819863</c:v>
                </c:pt>
                <c:pt idx="2926">
                  <c:v>0.15068296239495732</c:v>
                </c:pt>
                <c:pt idx="2927">
                  <c:v>0.15067191637936536</c:v>
                </c:pt>
                <c:pt idx="2928">
                  <c:v>0.15039057900195701</c:v>
                </c:pt>
                <c:pt idx="2929">
                  <c:v>0.1503140411282988</c:v>
                </c:pt>
                <c:pt idx="2930">
                  <c:v>0.15022867488860889</c:v>
                </c:pt>
                <c:pt idx="2931">
                  <c:v>0.15005144760679268</c:v>
                </c:pt>
                <c:pt idx="2932">
                  <c:v>0.15002077184415932</c:v>
                </c:pt>
                <c:pt idx="2933">
                  <c:v>0.14998069782705076</c:v>
                </c:pt>
                <c:pt idx="2934">
                  <c:v>0.14989937583885812</c:v>
                </c:pt>
                <c:pt idx="2935">
                  <c:v>0.14970561788239986</c:v>
                </c:pt>
                <c:pt idx="2936">
                  <c:v>0.14965175609872636</c:v>
                </c:pt>
                <c:pt idx="2937">
                  <c:v>0.14936393055970465</c:v>
                </c:pt>
                <c:pt idx="2938">
                  <c:v>0.14916136939031935</c:v>
                </c:pt>
                <c:pt idx="2939">
                  <c:v>0.14904607575010756</c:v>
                </c:pt>
                <c:pt idx="2940">
                  <c:v>0.14903517513059356</c:v>
                </c:pt>
                <c:pt idx="2941">
                  <c:v>0.14903249950444836</c:v>
                </c:pt>
                <c:pt idx="2942">
                  <c:v>0.14866569137724472</c:v>
                </c:pt>
                <c:pt idx="2943">
                  <c:v>0.14840441713471791</c:v>
                </c:pt>
                <c:pt idx="2944">
                  <c:v>0.14829011375695766</c:v>
                </c:pt>
                <c:pt idx="2945">
                  <c:v>0.14826816875662069</c:v>
                </c:pt>
                <c:pt idx="2946">
                  <c:v>0.14820860880689327</c:v>
                </c:pt>
                <c:pt idx="2947">
                  <c:v>0.14815938207152926</c:v>
                </c:pt>
                <c:pt idx="2948">
                  <c:v>0.14742951965419271</c:v>
                </c:pt>
                <c:pt idx="2949">
                  <c:v>0.1474095933748738</c:v>
                </c:pt>
                <c:pt idx="2950">
                  <c:v>0.14716383638804487</c:v>
                </c:pt>
                <c:pt idx="2951">
                  <c:v>0.14669539565157463</c:v>
                </c:pt>
                <c:pt idx="2952">
                  <c:v>0.14668312643474754</c:v>
                </c:pt>
                <c:pt idx="2953">
                  <c:v>0.14658928859226786</c:v>
                </c:pt>
                <c:pt idx="2954">
                  <c:v>0.14606908132095556</c:v>
                </c:pt>
                <c:pt idx="2955">
                  <c:v>0.14559855114168371</c:v>
                </c:pt>
                <c:pt idx="2956">
                  <c:v>0.14540154006212316</c:v>
                </c:pt>
                <c:pt idx="2957">
                  <c:v>0.14539843382793782</c:v>
                </c:pt>
                <c:pt idx="2958">
                  <c:v>0.14529931761155482</c:v>
                </c:pt>
                <c:pt idx="2959">
                  <c:v>0.14513733413261737</c:v>
                </c:pt>
                <c:pt idx="2960">
                  <c:v>0.14495158699965563</c:v>
                </c:pt>
                <c:pt idx="2961">
                  <c:v>0.14414677003347115</c:v>
                </c:pt>
                <c:pt idx="2962">
                  <c:v>0.14326616322532343</c:v>
                </c:pt>
                <c:pt idx="2963">
                  <c:v>0.14321364269189521</c:v>
                </c:pt>
                <c:pt idx="2964">
                  <c:v>0.14293709899263751</c:v>
                </c:pt>
                <c:pt idx="2965">
                  <c:v>0.14247923225629808</c:v>
                </c:pt>
                <c:pt idx="2966">
                  <c:v>0.14245323614466748</c:v>
                </c:pt>
                <c:pt idx="2967">
                  <c:v>0.14239775503266028</c:v>
                </c:pt>
                <c:pt idx="2968">
                  <c:v>0.14194592690302252</c:v>
                </c:pt>
                <c:pt idx="2969">
                  <c:v>0.14144593747418255</c:v>
                </c:pt>
                <c:pt idx="2970">
                  <c:v>0.1413703446396451</c:v>
                </c:pt>
                <c:pt idx="2971">
                  <c:v>0.14107601942992526</c:v>
                </c:pt>
                <c:pt idx="2972">
                  <c:v>0.14105553395681647</c:v>
                </c:pt>
                <c:pt idx="2973">
                  <c:v>0.14097014617474293</c:v>
                </c:pt>
                <c:pt idx="2974">
                  <c:v>0.1406988303949589</c:v>
                </c:pt>
                <c:pt idx="2975">
                  <c:v>0.14043465533370625</c:v>
                </c:pt>
                <c:pt idx="2976">
                  <c:v>0.14016685888996333</c:v>
                </c:pt>
                <c:pt idx="2977">
                  <c:v>0.13992049411871571</c:v>
                </c:pt>
                <c:pt idx="2978">
                  <c:v>0.13984816740031139</c:v>
                </c:pt>
                <c:pt idx="2979">
                  <c:v>0.13978640120332247</c:v>
                </c:pt>
                <c:pt idx="2980">
                  <c:v>0.13966516838200588</c:v>
                </c:pt>
                <c:pt idx="2981">
                  <c:v>0.13962151625210545</c:v>
                </c:pt>
                <c:pt idx="2982">
                  <c:v>0.13960332887214905</c:v>
                </c:pt>
                <c:pt idx="2983">
                  <c:v>0.13929587450792061</c:v>
                </c:pt>
                <c:pt idx="2984">
                  <c:v>0.13895233761293568</c:v>
                </c:pt>
                <c:pt idx="2985">
                  <c:v>0.13847132170669485</c:v>
                </c:pt>
                <c:pt idx="2986">
                  <c:v>0.13809723486129422</c:v>
                </c:pt>
                <c:pt idx="2987">
                  <c:v>0.13792219595475194</c:v>
                </c:pt>
                <c:pt idx="2988">
                  <c:v>0.13771755779719916</c:v>
                </c:pt>
                <c:pt idx="2989">
                  <c:v>0.13766542776566681</c:v>
                </c:pt>
                <c:pt idx="2990">
                  <c:v>0.13761648055150272</c:v>
                </c:pt>
                <c:pt idx="2991">
                  <c:v>0.13758582835669453</c:v>
                </c:pt>
                <c:pt idx="2992">
                  <c:v>0.13727543291651201</c:v>
                </c:pt>
                <c:pt idx="2993">
                  <c:v>0.13716904038322503</c:v>
                </c:pt>
                <c:pt idx="2994">
                  <c:v>0.13667184366126622</c:v>
                </c:pt>
                <c:pt idx="2995">
                  <c:v>0.13648843089445928</c:v>
                </c:pt>
                <c:pt idx="2996">
                  <c:v>0.136393414519423</c:v>
                </c:pt>
                <c:pt idx="2997">
                  <c:v>0.13625600053983614</c:v>
                </c:pt>
                <c:pt idx="2998">
                  <c:v>0.13605296507789372</c:v>
                </c:pt>
                <c:pt idx="2999">
                  <c:v>0.13603342408099259</c:v>
                </c:pt>
                <c:pt idx="3000">
                  <c:v>0.13602087783169964</c:v>
                </c:pt>
                <c:pt idx="3001">
                  <c:v>0.13514447406642319</c:v>
                </c:pt>
                <c:pt idx="3002">
                  <c:v>0.13493390297182542</c:v>
                </c:pt>
                <c:pt idx="3003">
                  <c:v>0.13475946216987425</c:v>
                </c:pt>
                <c:pt idx="3004">
                  <c:v>0.13469554028423916</c:v>
                </c:pt>
                <c:pt idx="3005">
                  <c:v>0.1346117718944306</c:v>
                </c:pt>
                <c:pt idx="3006">
                  <c:v>0.13458806889937741</c:v>
                </c:pt>
                <c:pt idx="3007">
                  <c:v>0.13437469486045811</c:v>
                </c:pt>
                <c:pt idx="3008">
                  <c:v>0.1339021856609999</c:v>
                </c:pt>
                <c:pt idx="3009">
                  <c:v>0.13371196346350897</c:v>
                </c:pt>
                <c:pt idx="3010">
                  <c:v>0.13360661177055158</c:v>
                </c:pt>
                <c:pt idx="3011">
                  <c:v>0.13355383462714712</c:v>
                </c:pt>
                <c:pt idx="3012">
                  <c:v>0.13344648502852288</c:v>
                </c:pt>
                <c:pt idx="3013">
                  <c:v>0.13335932862358557</c:v>
                </c:pt>
                <c:pt idx="3014">
                  <c:v>0.13335762029058978</c:v>
                </c:pt>
                <c:pt idx="3015">
                  <c:v>0.13291968576764721</c:v>
                </c:pt>
                <c:pt idx="3016">
                  <c:v>0.13264039778607972</c:v>
                </c:pt>
                <c:pt idx="3017">
                  <c:v>0.13202947748281113</c:v>
                </c:pt>
                <c:pt idx="3018">
                  <c:v>0.13195563636659213</c:v>
                </c:pt>
                <c:pt idx="3019">
                  <c:v>0.13173156863747226</c:v>
                </c:pt>
                <c:pt idx="3020">
                  <c:v>0.13111201137339648</c:v>
                </c:pt>
                <c:pt idx="3021">
                  <c:v>0.1310671845895407</c:v>
                </c:pt>
                <c:pt idx="3022">
                  <c:v>0.13075831100985891</c:v>
                </c:pt>
                <c:pt idx="3023">
                  <c:v>0.13009426156785256</c:v>
                </c:pt>
                <c:pt idx="3024">
                  <c:v>0.13009169849589533</c:v>
                </c:pt>
                <c:pt idx="3025">
                  <c:v>0.12967462021893311</c:v>
                </c:pt>
                <c:pt idx="3026">
                  <c:v>0.12966522180105386</c:v>
                </c:pt>
                <c:pt idx="3027">
                  <c:v>0.12930885952389576</c:v>
                </c:pt>
                <c:pt idx="3028">
                  <c:v>0.12925207366727265</c:v>
                </c:pt>
                <c:pt idx="3029">
                  <c:v>0.12879012535065074</c:v>
                </c:pt>
                <c:pt idx="3030">
                  <c:v>0.12796040476396908</c:v>
                </c:pt>
                <c:pt idx="3031">
                  <c:v>0.1277970632076055</c:v>
                </c:pt>
                <c:pt idx="3032">
                  <c:v>0.1277942390166287</c:v>
                </c:pt>
                <c:pt idx="3033">
                  <c:v>0.12760460810543234</c:v>
                </c:pt>
                <c:pt idx="3034">
                  <c:v>0.12755821797232683</c:v>
                </c:pt>
                <c:pt idx="3035">
                  <c:v>0.12755653948877105</c:v>
                </c:pt>
                <c:pt idx="3036">
                  <c:v>0.12731429780308648</c:v>
                </c:pt>
                <c:pt idx="3037">
                  <c:v>0.12727761021327638</c:v>
                </c:pt>
                <c:pt idx="3038">
                  <c:v>0.12722838277076851</c:v>
                </c:pt>
                <c:pt idx="3039">
                  <c:v>0.12715370993877576</c:v>
                </c:pt>
                <c:pt idx="3040">
                  <c:v>0.12641649591785795</c:v>
                </c:pt>
                <c:pt idx="3041">
                  <c:v>0.12635066963233749</c:v>
                </c:pt>
                <c:pt idx="3042">
                  <c:v>0.1262092884498606</c:v>
                </c:pt>
                <c:pt idx="3043">
                  <c:v>0.12600793645243219</c:v>
                </c:pt>
                <c:pt idx="3044">
                  <c:v>0.12589674982142385</c:v>
                </c:pt>
                <c:pt idx="3045">
                  <c:v>0.12528614850362529</c:v>
                </c:pt>
                <c:pt idx="3046">
                  <c:v>0.12494340974202972</c:v>
                </c:pt>
                <c:pt idx="3047">
                  <c:v>0.12473141606418513</c:v>
                </c:pt>
                <c:pt idx="3048">
                  <c:v>0.12463548055379087</c:v>
                </c:pt>
                <c:pt idx="3049">
                  <c:v>0.12449944312930558</c:v>
                </c:pt>
                <c:pt idx="3050">
                  <c:v>0.12441898505727726</c:v>
                </c:pt>
                <c:pt idx="3051">
                  <c:v>0.12441642667125806</c:v>
                </c:pt>
                <c:pt idx="3052">
                  <c:v>0.12412182122578569</c:v>
                </c:pt>
                <c:pt idx="3053">
                  <c:v>0.12393446127328989</c:v>
                </c:pt>
                <c:pt idx="3054">
                  <c:v>0.12375927725207633</c:v>
                </c:pt>
                <c:pt idx="3055">
                  <c:v>0.12332837636500216</c:v>
                </c:pt>
                <c:pt idx="3056">
                  <c:v>0.12285498999753953</c:v>
                </c:pt>
                <c:pt idx="3057">
                  <c:v>0.12280943596506612</c:v>
                </c:pt>
                <c:pt idx="3058">
                  <c:v>0.12244264258131408</c:v>
                </c:pt>
                <c:pt idx="3059">
                  <c:v>0.12233446768466803</c:v>
                </c:pt>
                <c:pt idx="3060">
                  <c:v>0.12230695552215883</c:v>
                </c:pt>
                <c:pt idx="3061">
                  <c:v>0.12208792369360393</c:v>
                </c:pt>
                <c:pt idx="3062">
                  <c:v>0.12103692013296026</c:v>
                </c:pt>
                <c:pt idx="3063">
                  <c:v>0.12087032582153745</c:v>
                </c:pt>
                <c:pt idx="3064">
                  <c:v>0.12073582947298502</c:v>
                </c:pt>
                <c:pt idx="3065">
                  <c:v>0.1207077912814872</c:v>
                </c:pt>
                <c:pt idx="3066">
                  <c:v>0.12044129597444156</c:v>
                </c:pt>
                <c:pt idx="3067">
                  <c:v>0.12016863492921406</c:v>
                </c:pt>
                <c:pt idx="3068">
                  <c:v>0.12014644145484837</c:v>
                </c:pt>
                <c:pt idx="3069">
                  <c:v>0.11982596230789393</c:v>
                </c:pt>
                <c:pt idx="3070">
                  <c:v>0.11968099941497781</c:v>
                </c:pt>
                <c:pt idx="3071">
                  <c:v>0.11965500974434617</c:v>
                </c:pt>
                <c:pt idx="3072">
                  <c:v>0.11923043446395479</c:v>
                </c:pt>
                <c:pt idx="3073">
                  <c:v>0.11912272329112895</c:v>
                </c:pt>
                <c:pt idx="3074">
                  <c:v>0.11898578084448359</c:v>
                </c:pt>
                <c:pt idx="3075">
                  <c:v>0.1188621282340141</c:v>
                </c:pt>
                <c:pt idx="3076">
                  <c:v>0.11868063765129945</c:v>
                </c:pt>
                <c:pt idx="3077">
                  <c:v>0.11832583396811876</c:v>
                </c:pt>
                <c:pt idx="3078">
                  <c:v>0.11814761309680497</c:v>
                </c:pt>
                <c:pt idx="3079">
                  <c:v>0.11810911864658437</c:v>
                </c:pt>
                <c:pt idx="3080">
                  <c:v>0.11753745771140094</c:v>
                </c:pt>
                <c:pt idx="3081">
                  <c:v>0.11696619784717188</c:v>
                </c:pt>
                <c:pt idx="3082">
                  <c:v>0.11650987395034203</c:v>
                </c:pt>
                <c:pt idx="3083">
                  <c:v>0.11644419843163149</c:v>
                </c:pt>
                <c:pt idx="3084">
                  <c:v>0.11611583439220426</c:v>
                </c:pt>
                <c:pt idx="3085">
                  <c:v>0.1160498552434409</c:v>
                </c:pt>
                <c:pt idx="3086">
                  <c:v>0.11603032967331606</c:v>
                </c:pt>
                <c:pt idx="3087">
                  <c:v>0.11590173396853409</c:v>
                </c:pt>
                <c:pt idx="3088">
                  <c:v>0.11529327386014997</c:v>
                </c:pt>
                <c:pt idx="3089">
                  <c:v>0.11519729393978875</c:v>
                </c:pt>
                <c:pt idx="3090">
                  <c:v>0.11469903983371703</c:v>
                </c:pt>
                <c:pt idx="3091">
                  <c:v>0.11441705412501654</c:v>
                </c:pt>
                <c:pt idx="3092">
                  <c:v>0.11365161086236644</c:v>
                </c:pt>
                <c:pt idx="3093">
                  <c:v>0.11309912611373127</c:v>
                </c:pt>
                <c:pt idx="3094">
                  <c:v>0.113056915627056</c:v>
                </c:pt>
                <c:pt idx="3095">
                  <c:v>0.11224826750303483</c:v>
                </c:pt>
                <c:pt idx="3096">
                  <c:v>0.11222147168342862</c:v>
                </c:pt>
                <c:pt idx="3097">
                  <c:v>0.11197101980043708</c:v>
                </c:pt>
                <c:pt idx="3098">
                  <c:v>0.11169336500585296</c:v>
                </c:pt>
                <c:pt idx="3099">
                  <c:v>0.1116097105905111</c:v>
                </c:pt>
                <c:pt idx="3100">
                  <c:v>0.11149813581960402</c:v>
                </c:pt>
                <c:pt idx="3101">
                  <c:v>0.11109382635282379</c:v>
                </c:pt>
                <c:pt idx="3102">
                  <c:v>0.11085039211686347</c:v>
                </c:pt>
                <c:pt idx="3103">
                  <c:v>0.11073269258773795</c:v>
                </c:pt>
                <c:pt idx="3104">
                  <c:v>0.11068211423331203</c:v>
                </c:pt>
                <c:pt idx="3105">
                  <c:v>0.11035317463224317</c:v>
                </c:pt>
                <c:pt idx="3106">
                  <c:v>0.11015952144767091</c:v>
                </c:pt>
                <c:pt idx="3107">
                  <c:v>0.11015884742202285</c:v>
                </c:pt>
                <c:pt idx="3108">
                  <c:v>0.10995971203254422</c:v>
                </c:pt>
                <c:pt idx="3109">
                  <c:v>0.10995348446977818</c:v>
                </c:pt>
                <c:pt idx="3110">
                  <c:v>0.10969076154603988</c:v>
                </c:pt>
                <c:pt idx="3111">
                  <c:v>0.10954705972056678</c:v>
                </c:pt>
                <c:pt idx="3112">
                  <c:v>0.10929393694482484</c:v>
                </c:pt>
                <c:pt idx="3113">
                  <c:v>0.1089579529180446</c:v>
                </c:pt>
                <c:pt idx="3114">
                  <c:v>0.108933133564365</c:v>
                </c:pt>
                <c:pt idx="3115">
                  <c:v>0.10836413484016473</c:v>
                </c:pt>
                <c:pt idx="3116">
                  <c:v>0.108225655091316</c:v>
                </c:pt>
                <c:pt idx="3117">
                  <c:v>0.10802908882968093</c:v>
                </c:pt>
                <c:pt idx="3118">
                  <c:v>0.10772861078275013</c:v>
                </c:pt>
                <c:pt idx="3119">
                  <c:v>0.10770437215686417</c:v>
                </c:pt>
                <c:pt idx="3120">
                  <c:v>0.10747000537541833</c:v>
                </c:pt>
                <c:pt idx="3121">
                  <c:v>0.10733101059445278</c:v>
                </c:pt>
                <c:pt idx="3122">
                  <c:v>0.10708864662528914</c:v>
                </c:pt>
                <c:pt idx="3123">
                  <c:v>0.10702631236994312</c:v>
                </c:pt>
                <c:pt idx="3124">
                  <c:v>0.10685969167390753</c:v>
                </c:pt>
                <c:pt idx="3125">
                  <c:v>0.10662854248731007</c:v>
                </c:pt>
                <c:pt idx="3126">
                  <c:v>0.10661099668951912</c:v>
                </c:pt>
                <c:pt idx="3127">
                  <c:v>0.10655316081443725</c:v>
                </c:pt>
                <c:pt idx="3128">
                  <c:v>0.10644945350357858</c:v>
                </c:pt>
                <c:pt idx="3129">
                  <c:v>0.10644930231454275</c:v>
                </c:pt>
                <c:pt idx="3130">
                  <c:v>0.10636495872262686</c:v>
                </c:pt>
                <c:pt idx="3131">
                  <c:v>0.10599304185986798</c:v>
                </c:pt>
                <c:pt idx="3132">
                  <c:v>0.10590006851926463</c:v>
                </c:pt>
                <c:pt idx="3133">
                  <c:v>0.10497642773633065</c:v>
                </c:pt>
                <c:pt idx="3134">
                  <c:v>0.1049167860405537</c:v>
                </c:pt>
                <c:pt idx="3135">
                  <c:v>0.10484838578135702</c:v>
                </c:pt>
                <c:pt idx="3136">
                  <c:v>0.10481232332127911</c:v>
                </c:pt>
                <c:pt idx="3137">
                  <c:v>0.10480656953217039</c:v>
                </c:pt>
                <c:pt idx="3138">
                  <c:v>0.1046178994953183</c:v>
                </c:pt>
                <c:pt idx="3139">
                  <c:v>0.10453263606006091</c:v>
                </c:pt>
                <c:pt idx="3140">
                  <c:v>0.10380122230232959</c:v>
                </c:pt>
                <c:pt idx="3141">
                  <c:v>0.10366041871129586</c:v>
                </c:pt>
                <c:pt idx="3142">
                  <c:v>0.10342165503455908</c:v>
                </c:pt>
                <c:pt idx="3143">
                  <c:v>0.10333713524668886</c:v>
                </c:pt>
                <c:pt idx="3144">
                  <c:v>0.10302232623044726</c:v>
                </c:pt>
                <c:pt idx="3145">
                  <c:v>0.10277375259954484</c:v>
                </c:pt>
                <c:pt idx="3146">
                  <c:v>0.10277088255972694</c:v>
                </c:pt>
                <c:pt idx="3147">
                  <c:v>0.10263671130286683</c:v>
                </c:pt>
                <c:pt idx="3148">
                  <c:v>0.10237743401157819</c:v>
                </c:pt>
                <c:pt idx="3149">
                  <c:v>0.10218854909271714</c:v>
                </c:pt>
                <c:pt idx="3150">
                  <c:v>0.10202684219348085</c:v>
                </c:pt>
                <c:pt idx="3151">
                  <c:v>0.1017027471354878</c:v>
                </c:pt>
                <c:pt idx="3152">
                  <c:v>0.10115115666180617</c:v>
                </c:pt>
                <c:pt idx="3153">
                  <c:v>0.10066741910113179</c:v>
                </c:pt>
                <c:pt idx="3154">
                  <c:v>0.10056871280725865</c:v>
                </c:pt>
                <c:pt idx="3155">
                  <c:v>0.1001484282358525</c:v>
                </c:pt>
                <c:pt idx="3156">
                  <c:v>9.9689690333712874E-2</c:v>
                </c:pt>
                <c:pt idx="3157">
                  <c:v>9.956435380646618E-2</c:v>
                </c:pt>
                <c:pt idx="3158">
                  <c:v>9.9560723241739896E-2</c:v>
                </c:pt>
                <c:pt idx="3159">
                  <c:v>9.8998552878659676E-2</c:v>
                </c:pt>
                <c:pt idx="3160">
                  <c:v>9.8724341741671148E-2</c:v>
                </c:pt>
                <c:pt idx="3161">
                  <c:v>9.8566026674541271E-2</c:v>
                </c:pt>
                <c:pt idx="3162">
                  <c:v>9.8353594003137493E-2</c:v>
                </c:pt>
                <c:pt idx="3163">
                  <c:v>9.8169206412261845E-2</c:v>
                </c:pt>
                <c:pt idx="3164">
                  <c:v>9.8162757124311453E-2</c:v>
                </c:pt>
                <c:pt idx="3165">
                  <c:v>9.813469819720104E-2</c:v>
                </c:pt>
                <c:pt idx="3166">
                  <c:v>9.812223566295547E-2</c:v>
                </c:pt>
                <c:pt idx="3167">
                  <c:v>9.7678291639365963E-2</c:v>
                </c:pt>
                <c:pt idx="3168">
                  <c:v>9.7295288866502627E-2</c:v>
                </c:pt>
                <c:pt idx="3169">
                  <c:v>9.6924635831806424E-2</c:v>
                </c:pt>
                <c:pt idx="3170">
                  <c:v>9.6822772779898841E-2</c:v>
                </c:pt>
                <c:pt idx="3171">
                  <c:v>9.6793273005098268E-2</c:v>
                </c:pt>
                <c:pt idx="3172">
                  <c:v>9.6755587906245111E-2</c:v>
                </c:pt>
                <c:pt idx="3173">
                  <c:v>9.6020594689967084E-2</c:v>
                </c:pt>
                <c:pt idx="3174">
                  <c:v>9.55295776154301E-2</c:v>
                </c:pt>
                <c:pt idx="3175">
                  <c:v>9.5357359985551921E-2</c:v>
                </c:pt>
                <c:pt idx="3176">
                  <c:v>9.5104177530415862E-2</c:v>
                </c:pt>
                <c:pt idx="3177">
                  <c:v>9.4635815550947661E-2</c:v>
                </c:pt>
                <c:pt idx="3178">
                  <c:v>9.4093979049110293E-2</c:v>
                </c:pt>
                <c:pt idx="3179">
                  <c:v>9.3798672500777253E-2</c:v>
                </c:pt>
                <c:pt idx="3180">
                  <c:v>9.378964072088225E-2</c:v>
                </c:pt>
                <c:pt idx="3181">
                  <c:v>9.3697019748610597E-2</c:v>
                </c:pt>
                <c:pt idx="3182">
                  <c:v>9.3542567033597104E-2</c:v>
                </c:pt>
                <c:pt idx="3183">
                  <c:v>9.3537688397320171E-2</c:v>
                </c:pt>
                <c:pt idx="3184">
                  <c:v>9.3282573518519485E-2</c:v>
                </c:pt>
                <c:pt idx="3185">
                  <c:v>9.3202570402456428E-2</c:v>
                </c:pt>
                <c:pt idx="3186">
                  <c:v>9.3151289528563802E-2</c:v>
                </c:pt>
                <c:pt idx="3187">
                  <c:v>9.3088283256231391E-2</c:v>
                </c:pt>
                <c:pt idx="3188">
                  <c:v>9.2841904726381347E-2</c:v>
                </c:pt>
                <c:pt idx="3189">
                  <c:v>9.2510499754060282E-2</c:v>
                </c:pt>
                <c:pt idx="3190">
                  <c:v>9.2431599943671047E-2</c:v>
                </c:pt>
                <c:pt idx="3191">
                  <c:v>9.1960611353684385E-2</c:v>
                </c:pt>
                <c:pt idx="3192">
                  <c:v>9.1779580707711347E-2</c:v>
                </c:pt>
                <c:pt idx="3193">
                  <c:v>9.1416228883848052E-2</c:v>
                </c:pt>
                <c:pt idx="3194">
                  <c:v>9.0958631086400843E-2</c:v>
                </c:pt>
                <c:pt idx="3195">
                  <c:v>9.0913964319398868E-2</c:v>
                </c:pt>
                <c:pt idx="3196">
                  <c:v>9.074208320669977E-2</c:v>
                </c:pt>
                <c:pt idx="3197">
                  <c:v>9.055183730352015E-2</c:v>
                </c:pt>
                <c:pt idx="3198">
                  <c:v>9.0354046001855634E-2</c:v>
                </c:pt>
                <c:pt idx="3199">
                  <c:v>9.0083546727972683E-2</c:v>
                </c:pt>
                <c:pt idx="3200">
                  <c:v>8.9846072508954794E-2</c:v>
                </c:pt>
                <c:pt idx="3201">
                  <c:v>8.9403007455493066E-2</c:v>
                </c:pt>
                <c:pt idx="3202">
                  <c:v>8.9127576946452181E-2</c:v>
                </c:pt>
                <c:pt idx="3203">
                  <c:v>8.9039276834587747E-2</c:v>
                </c:pt>
                <c:pt idx="3204">
                  <c:v>8.9025535889897756E-2</c:v>
                </c:pt>
                <c:pt idx="3205">
                  <c:v>8.8877489583478769E-2</c:v>
                </c:pt>
                <c:pt idx="3206">
                  <c:v>8.8637815983379081E-2</c:v>
                </c:pt>
                <c:pt idx="3207">
                  <c:v>8.8588069152732277E-2</c:v>
                </c:pt>
                <c:pt idx="3208">
                  <c:v>8.8208834470336214E-2</c:v>
                </c:pt>
                <c:pt idx="3209">
                  <c:v>8.8035039713862034E-2</c:v>
                </c:pt>
                <c:pt idx="3210">
                  <c:v>8.7992773565955321E-2</c:v>
                </c:pt>
                <c:pt idx="3211">
                  <c:v>8.7607987743410581E-2</c:v>
                </c:pt>
                <c:pt idx="3212">
                  <c:v>8.7583093806378881E-2</c:v>
                </c:pt>
                <c:pt idx="3213">
                  <c:v>8.7425207116440098E-2</c:v>
                </c:pt>
                <c:pt idx="3214">
                  <c:v>8.6937007765180915E-2</c:v>
                </c:pt>
                <c:pt idx="3215">
                  <c:v>8.6816064077727559E-2</c:v>
                </c:pt>
                <c:pt idx="3216">
                  <c:v>8.5926373532219713E-2</c:v>
                </c:pt>
                <c:pt idx="3217">
                  <c:v>8.570510134211784E-2</c:v>
                </c:pt>
                <c:pt idx="3218">
                  <c:v>8.4300054125632864E-2</c:v>
                </c:pt>
                <c:pt idx="3219">
                  <c:v>8.4202721179616177E-2</c:v>
                </c:pt>
                <c:pt idx="3220">
                  <c:v>8.4163640933832023E-2</c:v>
                </c:pt>
                <c:pt idx="3221">
                  <c:v>8.3761246224908922E-2</c:v>
                </c:pt>
                <c:pt idx="3222">
                  <c:v>8.3568071590688478E-2</c:v>
                </c:pt>
                <c:pt idx="3223">
                  <c:v>8.3212896684216553E-2</c:v>
                </c:pt>
                <c:pt idx="3224">
                  <c:v>8.3116154464963468E-2</c:v>
                </c:pt>
                <c:pt idx="3225">
                  <c:v>8.2800444738083234E-2</c:v>
                </c:pt>
                <c:pt idx="3226">
                  <c:v>8.2712420268943557E-2</c:v>
                </c:pt>
                <c:pt idx="3227">
                  <c:v>8.2648005963601029E-2</c:v>
                </c:pt>
                <c:pt idx="3228">
                  <c:v>8.2417640811012952E-2</c:v>
                </c:pt>
                <c:pt idx="3229">
                  <c:v>8.1612013384409307E-2</c:v>
                </c:pt>
                <c:pt idx="3230">
                  <c:v>8.1479209370863878E-2</c:v>
                </c:pt>
                <c:pt idx="3231">
                  <c:v>8.1207243297274842E-2</c:v>
                </c:pt>
                <c:pt idx="3232">
                  <c:v>8.0970453434600492E-2</c:v>
                </c:pt>
                <c:pt idx="3233">
                  <c:v>8.0752320845989226E-2</c:v>
                </c:pt>
                <c:pt idx="3234">
                  <c:v>8.0677725000754916E-2</c:v>
                </c:pt>
                <c:pt idx="3235">
                  <c:v>8.0549311775099677E-2</c:v>
                </c:pt>
                <c:pt idx="3236">
                  <c:v>8.0549291008839008E-2</c:v>
                </c:pt>
                <c:pt idx="3237">
                  <c:v>8.0536937112524534E-2</c:v>
                </c:pt>
                <c:pt idx="3238">
                  <c:v>8.0409753846199555E-2</c:v>
                </c:pt>
                <c:pt idx="3239">
                  <c:v>7.9848473046146715E-2</c:v>
                </c:pt>
                <c:pt idx="3240">
                  <c:v>7.9813314500817092E-2</c:v>
                </c:pt>
                <c:pt idx="3241">
                  <c:v>7.9773454595253132E-2</c:v>
                </c:pt>
                <c:pt idx="3242">
                  <c:v>7.966898765058987E-2</c:v>
                </c:pt>
                <c:pt idx="3243">
                  <c:v>7.9444106295452996E-2</c:v>
                </c:pt>
                <c:pt idx="3244">
                  <c:v>7.9380156107347152E-2</c:v>
                </c:pt>
                <c:pt idx="3245">
                  <c:v>7.9236772057169558E-2</c:v>
                </c:pt>
                <c:pt idx="3246">
                  <c:v>7.8949823736694805E-2</c:v>
                </c:pt>
                <c:pt idx="3247">
                  <c:v>7.8947285023014444E-2</c:v>
                </c:pt>
                <c:pt idx="3248">
                  <c:v>7.853488895130438E-2</c:v>
                </c:pt>
                <c:pt idx="3249">
                  <c:v>7.8512627180911662E-2</c:v>
                </c:pt>
                <c:pt idx="3250">
                  <c:v>7.8378109433163715E-2</c:v>
                </c:pt>
                <c:pt idx="3251">
                  <c:v>7.8326717543970845E-2</c:v>
                </c:pt>
                <c:pt idx="3252">
                  <c:v>7.8052210194793414E-2</c:v>
                </c:pt>
                <c:pt idx="3253">
                  <c:v>7.8050775228550973E-2</c:v>
                </c:pt>
                <c:pt idx="3254">
                  <c:v>7.7998464644381788E-2</c:v>
                </c:pt>
                <c:pt idx="3255">
                  <c:v>7.7599225648711134E-2</c:v>
                </c:pt>
                <c:pt idx="3256">
                  <c:v>7.7210639791962785E-2</c:v>
                </c:pt>
                <c:pt idx="3257">
                  <c:v>7.7130818226586545E-2</c:v>
                </c:pt>
                <c:pt idx="3258">
                  <c:v>7.6692018805243817E-2</c:v>
                </c:pt>
                <c:pt idx="3259">
                  <c:v>7.6405090122247707E-2</c:v>
                </c:pt>
                <c:pt idx="3260">
                  <c:v>7.6378262304015343E-2</c:v>
                </c:pt>
                <c:pt idx="3261">
                  <c:v>7.6217301776495841E-2</c:v>
                </c:pt>
                <c:pt idx="3262">
                  <c:v>7.6133851455288393E-2</c:v>
                </c:pt>
                <c:pt idx="3263">
                  <c:v>7.596190945288829E-2</c:v>
                </c:pt>
                <c:pt idx="3264">
                  <c:v>7.5423106341372934E-2</c:v>
                </c:pt>
                <c:pt idx="3265">
                  <c:v>7.5373252821191575E-2</c:v>
                </c:pt>
                <c:pt idx="3266">
                  <c:v>7.5349895423434426E-2</c:v>
                </c:pt>
                <c:pt idx="3267">
                  <c:v>7.5251929983130225E-2</c:v>
                </c:pt>
                <c:pt idx="3268">
                  <c:v>7.4962957339976266E-2</c:v>
                </c:pt>
                <c:pt idx="3269">
                  <c:v>7.4301530087707152E-2</c:v>
                </c:pt>
                <c:pt idx="3270">
                  <c:v>7.3949461941373501E-2</c:v>
                </c:pt>
                <c:pt idx="3271">
                  <c:v>7.3634615978548784E-2</c:v>
                </c:pt>
                <c:pt idx="3272">
                  <c:v>7.2802338733482116E-2</c:v>
                </c:pt>
                <c:pt idx="3273">
                  <c:v>7.2616671308126352E-2</c:v>
                </c:pt>
                <c:pt idx="3274">
                  <c:v>7.2613061719914898E-2</c:v>
                </c:pt>
                <c:pt idx="3275">
                  <c:v>7.2532460256175588E-2</c:v>
                </c:pt>
                <c:pt idx="3276">
                  <c:v>7.2479964102926273E-2</c:v>
                </c:pt>
                <c:pt idx="3277">
                  <c:v>7.2153913005248899E-2</c:v>
                </c:pt>
                <c:pt idx="3278">
                  <c:v>7.1950150160158197E-2</c:v>
                </c:pt>
                <c:pt idx="3279">
                  <c:v>7.1904002655623953E-2</c:v>
                </c:pt>
                <c:pt idx="3280">
                  <c:v>7.1692781725336871E-2</c:v>
                </c:pt>
                <c:pt idx="3281">
                  <c:v>7.1631379775313586E-2</c:v>
                </c:pt>
                <c:pt idx="3282">
                  <c:v>7.1496561977408904E-2</c:v>
                </c:pt>
                <c:pt idx="3283">
                  <c:v>7.1481759488831439E-2</c:v>
                </c:pt>
                <c:pt idx="3284">
                  <c:v>7.145707812658314E-2</c:v>
                </c:pt>
                <c:pt idx="3285">
                  <c:v>7.1446361083780718E-2</c:v>
                </c:pt>
                <c:pt idx="3286">
                  <c:v>7.1400678197982029E-2</c:v>
                </c:pt>
                <c:pt idx="3287">
                  <c:v>7.1002567226151933E-2</c:v>
                </c:pt>
                <c:pt idx="3288">
                  <c:v>7.0647008102257464E-2</c:v>
                </c:pt>
                <c:pt idx="3289">
                  <c:v>7.0353755260738976E-2</c:v>
                </c:pt>
                <c:pt idx="3290">
                  <c:v>7.0348409020051253E-2</c:v>
                </c:pt>
                <c:pt idx="3291">
                  <c:v>7.0148371804890322E-2</c:v>
                </c:pt>
                <c:pt idx="3292">
                  <c:v>7.0113960338147069E-2</c:v>
                </c:pt>
                <c:pt idx="3293">
                  <c:v>7.004272276071162E-2</c:v>
                </c:pt>
                <c:pt idx="3294">
                  <c:v>6.9466024099678059E-2</c:v>
                </c:pt>
                <c:pt idx="3295">
                  <c:v>6.9410273469224654E-2</c:v>
                </c:pt>
                <c:pt idx="3296">
                  <c:v>6.9318529461639161E-2</c:v>
                </c:pt>
                <c:pt idx="3297">
                  <c:v>6.9082881886569553E-2</c:v>
                </c:pt>
                <c:pt idx="3298">
                  <c:v>6.801635700536969E-2</c:v>
                </c:pt>
                <c:pt idx="3299">
                  <c:v>6.7986691289564846E-2</c:v>
                </c:pt>
                <c:pt idx="3300">
                  <c:v>6.752150645179586E-2</c:v>
                </c:pt>
                <c:pt idx="3301">
                  <c:v>6.7418167538901966E-2</c:v>
                </c:pt>
                <c:pt idx="3302">
                  <c:v>6.7341927662848702E-2</c:v>
                </c:pt>
                <c:pt idx="3303">
                  <c:v>6.7320302992897638E-2</c:v>
                </c:pt>
                <c:pt idx="3304">
                  <c:v>6.6645430131820463E-2</c:v>
                </c:pt>
                <c:pt idx="3305">
                  <c:v>6.5954892154911099E-2</c:v>
                </c:pt>
                <c:pt idx="3306">
                  <c:v>6.582330481902543E-2</c:v>
                </c:pt>
                <c:pt idx="3307">
                  <c:v>6.5726073172204816E-2</c:v>
                </c:pt>
                <c:pt idx="3308">
                  <c:v>6.5020122877573028E-2</c:v>
                </c:pt>
                <c:pt idx="3309">
                  <c:v>6.4981030355075936E-2</c:v>
                </c:pt>
                <c:pt idx="3310">
                  <c:v>6.4946172998392129E-2</c:v>
                </c:pt>
                <c:pt idx="3311">
                  <c:v>6.4798322922961879E-2</c:v>
                </c:pt>
                <c:pt idx="3312">
                  <c:v>6.4742903237469174E-2</c:v>
                </c:pt>
                <c:pt idx="3313">
                  <c:v>6.4659070792553869E-2</c:v>
                </c:pt>
                <c:pt idx="3314">
                  <c:v>6.462035840215731E-2</c:v>
                </c:pt>
                <c:pt idx="3315">
                  <c:v>6.4386583181503351E-2</c:v>
                </c:pt>
                <c:pt idx="3316">
                  <c:v>6.3976178789532892E-2</c:v>
                </c:pt>
                <c:pt idx="3317">
                  <c:v>6.3622139534513497E-2</c:v>
                </c:pt>
                <c:pt idx="3318">
                  <c:v>6.3208498719688769E-2</c:v>
                </c:pt>
                <c:pt idx="3319">
                  <c:v>6.3061496261146363E-2</c:v>
                </c:pt>
                <c:pt idx="3320">
                  <c:v>6.2978841038049377E-2</c:v>
                </c:pt>
                <c:pt idx="3321">
                  <c:v>6.1923155250918203E-2</c:v>
                </c:pt>
                <c:pt idx="3322">
                  <c:v>6.1761532409768921E-2</c:v>
                </c:pt>
                <c:pt idx="3323">
                  <c:v>6.1617758924699548E-2</c:v>
                </c:pt>
                <c:pt idx="3324">
                  <c:v>6.1524488630393399E-2</c:v>
                </c:pt>
                <c:pt idx="3325">
                  <c:v>6.1517536078096402E-2</c:v>
                </c:pt>
                <c:pt idx="3326">
                  <c:v>6.1330780934700249E-2</c:v>
                </c:pt>
                <c:pt idx="3327">
                  <c:v>6.1009112068816276E-2</c:v>
                </c:pt>
                <c:pt idx="3328">
                  <c:v>6.0856808812511008E-2</c:v>
                </c:pt>
                <c:pt idx="3329">
                  <c:v>6.0802639599283163E-2</c:v>
                </c:pt>
                <c:pt idx="3330">
                  <c:v>6.0707818121392962E-2</c:v>
                </c:pt>
                <c:pt idx="3331">
                  <c:v>6.0696883750748665E-2</c:v>
                </c:pt>
                <c:pt idx="3332">
                  <c:v>6.0416077989209477E-2</c:v>
                </c:pt>
                <c:pt idx="3333">
                  <c:v>5.9953944164374537E-2</c:v>
                </c:pt>
                <c:pt idx="3334">
                  <c:v>5.9848433584496083E-2</c:v>
                </c:pt>
                <c:pt idx="3335">
                  <c:v>5.9728933088210048E-2</c:v>
                </c:pt>
                <c:pt idx="3336">
                  <c:v>5.9464922825454444E-2</c:v>
                </c:pt>
                <c:pt idx="3337">
                  <c:v>5.9247372806392452E-2</c:v>
                </c:pt>
                <c:pt idx="3338">
                  <c:v>5.9147100349618925E-2</c:v>
                </c:pt>
                <c:pt idx="3339">
                  <c:v>5.8944291045724538E-2</c:v>
                </c:pt>
                <c:pt idx="3340">
                  <c:v>5.8573191210298657E-2</c:v>
                </c:pt>
                <c:pt idx="3341">
                  <c:v>5.8556501298481688E-2</c:v>
                </c:pt>
                <c:pt idx="3342">
                  <c:v>5.8456993137699448E-2</c:v>
                </c:pt>
                <c:pt idx="3343">
                  <c:v>5.8393905044450731E-2</c:v>
                </c:pt>
                <c:pt idx="3344">
                  <c:v>5.8215156970719703E-2</c:v>
                </c:pt>
                <c:pt idx="3345">
                  <c:v>5.8189708846062164E-2</c:v>
                </c:pt>
                <c:pt idx="3346">
                  <c:v>5.7914676631378753E-2</c:v>
                </c:pt>
                <c:pt idx="3347">
                  <c:v>5.7858224227438755E-2</c:v>
                </c:pt>
                <c:pt idx="3348">
                  <c:v>5.6969815501803134E-2</c:v>
                </c:pt>
                <c:pt idx="3349">
                  <c:v>5.6913600339918276E-2</c:v>
                </c:pt>
                <c:pt idx="3350">
                  <c:v>5.6875309311939883E-2</c:v>
                </c:pt>
                <c:pt idx="3351">
                  <c:v>5.6672186865984839E-2</c:v>
                </c:pt>
                <c:pt idx="3352">
                  <c:v>5.6603703092959472E-2</c:v>
                </c:pt>
                <c:pt idx="3353">
                  <c:v>5.6468138328522967E-2</c:v>
                </c:pt>
                <c:pt idx="3354">
                  <c:v>5.6387975006220982E-2</c:v>
                </c:pt>
                <c:pt idx="3355">
                  <c:v>5.6363102451965033E-2</c:v>
                </c:pt>
                <c:pt idx="3356">
                  <c:v>5.6308164254966916E-2</c:v>
                </c:pt>
                <c:pt idx="3357">
                  <c:v>5.627926077980424E-2</c:v>
                </c:pt>
                <c:pt idx="3358">
                  <c:v>5.6064379724227113E-2</c:v>
                </c:pt>
                <c:pt idx="3359">
                  <c:v>5.6055167077611767E-2</c:v>
                </c:pt>
                <c:pt idx="3360">
                  <c:v>5.6036362055727054E-2</c:v>
                </c:pt>
                <c:pt idx="3361">
                  <c:v>5.5449510396562492E-2</c:v>
                </c:pt>
                <c:pt idx="3362">
                  <c:v>5.5264782274932256E-2</c:v>
                </c:pt>
                <c:pt idx="3363">
                  <c:v>5.5162016564668431E-2</c:v>
                </c:pt>
                <c:pt idx="3364">
                  <c:v>5.485026394693205E-2</c:v>
                </c:pt>
                <c:pt idx="3365">
                  <c:v>5.4638503034053043E-2</c:v>
                </c:pt>
                <c:pt idx="3366">
                  <c:v>5.4603365424446833E-2</c:v>
                </c:pt>
                <c:pt idx="3367">
                  <c:v>5.4496923116035913E-2</c:v>
                </c:pt>
                <c:pt idx="3368">
                  <c:v>5.4105463224427837E-2</c:v>
                </c:pt>
                <c:pt idx="3369">
                  <c:v>5.3988943428456504E-2</c:v>
                </c:pt>
                <c:pt idx="3370">
                  <c:v>5.3657495210601466E-2</c:v>
                </c:pt>
                <c:pt idx="3371">
                  <c:v>5.3144412970401927E-2</c:v>
                </c:pt>
                <c:pt idx="3372">
                  <c:v>5.3136735752386199E-2</c:v>
                </c:pt>
                <c:pt idx="3373">
                  <c:v>5.2876657077410925E-2</c:v>
                </c:pt>
                <c:pt idx="3374">
                  <c:v>5.2559539926669153E-2</c:v>
                </c:pt>
                <c:pt idx="3375">
                  <c:v>5.221836961454563E-2</c:v>
                </c:pt>
                <c:pt idx="3376">
                  <c:v>5.2167722303242625E-2</c:v>
                </c:pt>
                <c:pt idx="3377">
                  <c:v>5.1792704472408829E-2</c:v>
                </c:pt>
                <c:pt idx="3378">
                  <c:v>5.175398764406277E-2</c:v>
                </c:pt>
                <c:pt idx="3379">
                  <c:v>5.1712541036858441E-2</c:v>
                </c:pt>
                <c:pt idx="3380">
                  <c:v>5.1316438594793443E-2</c:v>
                </c:pt>
                <c:pt idx="3381">
                  <c:v>5.1192501329330807E-2</c:v>
                </c:pt>
                <c:pt idx="3382">
                  <c:v>5.1169987293315636E-2</c:v>
                </c:pt>
                <c:pt idx="3383">
                  <c:v>5.0870383297385122E-2</c:v>
                </c:pt>
                <c:pt idx="3384">
                  <c:v>5.086504316503089E-2</c:v>
                </c:pt>
                <c:pt idx="3385">
                  <c:v>5.0861256705265062E-2</c:v>
                </c:pt>
                <c:pt idx="3386">
                  <c:v>5.079369123903673E-2</c:v>
                </c:pt>
                <c:pt idx="3387">
                  <c:v>5.0462632393811685E-2</c:v>
                </c:pt>
                <c:pt idx="3388">
                  <c:v>5.0306871224918358E-2</c:v>
                </c:pt>
                <c:pt idx="3389">
                  <c:v>5.0220635266596578E-2</c:v>
                </c:pt>
                <c:pt idx="3390">
                  <c:v>5.0170360696495234E-2</c:v>
                </c:pt>
                <c:pt idx="3391">
                  <c:v>5.0097060722490067E-2</c:v>
                </c:pt>
                <c:pt idx="3392">
                  <c:v>4.9496218946638852E-2</c:v>
                </c:pt>
                <c:pt idx="3393">
                  <c:v>4.9383096289067292E-2</c:v>
                </c:pt>
                <c:pt idx="3394">
                  <c:v>4.915419117457169E-2</c:v>
                </c:pt>
                <c:pt idx="3395">
                  <c:v>4.9072887745345566E-2</c:v>
                </c:pt>
                <c:pt idx="3396">
                  <c:v>4.889232070812586E-2</c:v>
                </c:pt>
                <c:pt idx="3397">
                  <c:v>4.8827242890576175E-2</c:v>
                </c:pt>
                <c:pt idx="3398">
                  <c:v>4.8631034900845853E-2</c:v>
                </c:pt>
                <c:pt idx="3399">
                  <c:v>4.8318229978420772E-2</c:v>
                </c:pt>
                <c:pt idx="3400">
                  <c:v>4.8261478140413989E-2</c:v>
                </c:pt>
                <c:pt idx="3401">
                  <c:v>4.7897148087723752E-2</c:v>
                </c:pt>
                <c:pt idx="3402">
                  <c:v>4.7870203042202832E-2</c:v>
                </c:pt>
                <c:pt idx="3403">
                  <c:v>4.7857556972722724E-2</c:v>
                </c:pt>
                <c:pt idx="3404">
                  <c:v>4.7581909163560906E-2</c:v>
                </c:pt>
                <c:pt idx="3405">
                  <c:v>4.7449332573633013E-2</c:v>
                </c:pt>
                <c:pt idx="3406">
                  <c:v>4.737589350797506E-2</c:v>
                </c:pt>
                <c:pt idx="3407">
                  <c:v>4.7321438956062542E-2</c:v>
                </c:pt>
                <c:pt idx="3408">
                  <c:v>4.7167629947235487E-2</c:v>
                </c:pt>
                <c:pt idx="3409">
                  <c:v>4.7131759531276692E-2</c:v>
                </c:pt>
                <c:pt idx="3410">
                  <c:v>4.6807516017085798E-2</c:v>
                </c:pt>
                <c:pt idx="3411">
                  <c:v>4.6795381668573284E-2</c:v>
                </c:pt>
                <c:pt idx="3412">
                  <c:v>4.662215037962527E-2</c:v>
                </c:pt>
                <c:pt idx="3413">
                  <c:v>4.6578552546251963E-2</c:v>
                </c:pt>
                <c:pt idx="3414">
                  <c:v>4.5457345673162106E-2</c:v>
                </c:pt>
                <c:pt idx="3415">
                  <c:v>4.5311467327875901E-2</c:v>
                </c:pt>
                <c:pt idx="3416">
                  <c:v>4.528777069234606E-2</c:v>
                </c:pt>
                <c:pt idx="3417">
                  <c:v>4.5042330644062899E-2</c:v>
                </c:pt>
                <c:pt idx="3418">
                  <c:v>4.4952659313652832E-2</c:v>
                </c:pt>
                <c:pt idx="3419">
                  <c:v>4.4909428279145021E-2</c:v>
                </c:pt>
                <c:pt idx="3420">
                  <c:v>4.4814268195663871E-2</c:v>
                </c:pt>
                <c:pt idx="3421">
                  <c:v>4.4811870620401283E-2</c:v>
                </c:pt>
                <c:pt idx="3422">
                  <c:v>4.4733928823774805E-2</c:v>
                </c:pt>
                <c:pt idx="3423">
                  <c:v>4.4699940216635356E-2</c:v>
                </c:pt>
                <c:pt idx="3424">
                  <c:v>4.4678452723463519E-2</c:v>
                </c:pt>
                <c:pt idx="3425">
                  <c:v>4.4616727800185906E-2</c:v>
                </c:pt>
                <c:pt idx="3426">
                  <c:v>4.4519038895468231E-2</c:v>
                </c:pt>
                <c:pt idx="3427">
                  <c:v>4.4423022131259086E-2</c:v>
                </c:pt>
                <c:pt idx="3428">
                  <c:v>4.4213496422238777E-2</c:v>
                </c:pt>
                <c:pt idx="3429">
                  <c:v>4.4007292216405869E-2</c:v>
                </c:pt>
                <c:pt idx="3430">
                  <c:v>4.3878819290313141E-2</c:v>
                </c:pt>
                <c:pt idx="3431">
                  <c:v>4.3035487460199924E-2</c:v>
                </c:pt>
                <c:pt idx="3432">
                  <c:v>4.2684296486421906E-2</c:v>
                </c:pt>
                <c:pt idx="3433">
                  <c:v>4.2628176707304365E-2</c:v>
                </c:pt>
                <c:pt idx="3434">
                  <c:v>4.2259920851374817E-2</c:v>
                </c:pt>
                <c:pt idx="3435">
                  <c:v>4.2234060787391663E-2</c:v>
                </c:pt>
                <c:pt idx="3436">
                  <c:v>4.2132917745031695E-2</c:v>
                </c:pt>
                <c:pt idx="3437">
                  <c:v>4.1772842235653702E-2</c:v>
                </c:pt>
                <c:pt idx="3438">
                  <c:v>4.1685721399775312E-2</c:v>
                </c:pt>
                <c:pt idx="3439">
                  <c:v>4.1470400251891158E-2</c:v>
                </c:pt>
                <c:pt idx="3440">
                  <c:v>4.0930960701222131E-2</c:v>
                </c:pt>
                <c:pt idx="3441">
                  <c:v>4.0770566013602523E-2</c:v>
                </c:pt>
                <c:pt idx="3442">
                  <c:v>4.0710598337915155E-2</c:v>
                </c:pt>
                <c:pt idx="3443">
                  <c:v>4.0700250753372275E-2</c:v>
                </c:pt>
                <c:pt idx="3444">
                  <c:v>4.0629650446181872E-2</c:v>
                </c:pt>
                <c:pt idx="3445">
                  <c:v>4.0490043994569354E-2</c:v>
                </c:pt>
                <c:pt idx="3446">
                  <c:v>4.0007088686468059E-2</c:v>
                </c:pt>
                <c:pt idx="3447">
                  <c:v>3.9542365219402277E-2</c:v>
                </c:pt>
                <c:pt idx="3448">
                  <c:v>3.9323166081771867E-2</c:v>
                </c:pt>
                <c:pt idx="3449">
                  <c:v>3.9217698937423474E-2</c:v>
                </c:pt>
                <c:pt idx="3450">
                  <c:v>3.9041909967656038E-2</c:v>
                </c:pt>
                <c:pt idx="3451">
                  <c:v>3.9031998918277876E-2</c:v>
                </c:pt>
                <c:pt idx="3452">
                  <c:v>3.8987649438266318E-2</c:v>
                </c:pt>
                <c:pt idx="3453">
                  <c:v>3.8825593507649095E-2</c:v>
                </c:pt>
                <c:pt idx="3454">
                  <c:v>3.8507670759867225E-2</c:v>
                </c:pt>
                <c:pt idx="3455">
                  <c:v>3.84355092574033E-2</c:v>
                </c:pt>
                <c:pt idx="3456">
                  <c:v>3.8395153112491594E-2</c:v>
                </c:pt>
                <c:pt idx="3457">
                  <c:v>3.8384014039123358E-2</c:v>
                </c:pt>
                <c:pt idx="3458">
                  <c:v>3.7734888709601927E-2</c:v>
                </c:pt>
                <c:pt idx="3459">
                  <c:v>3.7398108932712899E-2</c:v>
                </c:pt>
                <c:pt idx="3460">
                  <c:v>3.7325097389261618E-2</c:v>
                </c:pt>
                <c:pt idx="3461">
                  <c:v>3.6814990886167936E-2</c:v>
                </c:pt>
                <c:pt idx="3462">
                  <c:v>3.6700474236642439E-2</c:v>
                </c:pt>
                <c:pt idx="3463">
                  <c:v>3.657295541016297E-2</c:v>
                </c:pt>
                <c:pt idx="3464">
                  <c:v>3.6375671974977569E-2</c:v>
                </c:pt>
                <c:pt idx="3465">
                  <c:v>3.6156561197112018E-2</c:v>
                </c:pt>
                <c:pt idx="3466">
                  <c:v>3.5918592512263051E-2</c:v>
                </c:pt>
                <c:pt idx="3467">
                  <c:v>3.5801925470530398E-2</c:v>
                </c:pt>
                <c:pt idx="3468">
                  <c:v>3.5592821542756309E-2</c:v>
                </c:pt>
                <c:pt idx="3469">
                  <c:v>3.5569737600647952E-2</c:v>
                </c:pt>
                <c:pt idx="3470">
                  <c:v>3.5493592217515982E-2</c:v>
                </c:pt>
                <c:pt idx="3471">
                  <c:v>3.500592281488725E-2</c:v>
                </c:pt>
                <c:pt idx="3472">
                  <c:v>3.4832614188479577E-2</c:v>
                </c:pt>
                <c:pt idx="3473">
                  <c:v>3.4619683808769751E-2</c:v>
                </c:pt>
                <c:pt idx="3474">
                  <c:v>3.416250509054513E-2</c:v>
                </c:pt>
                <c:pt idx="3475">
                  <c:v>3.3747834398270532E-2</c:v>
                </c:pt>
                <c:pt idx="3476">
                  <c:v>3.3507313313111409E-2</c:v>
                </c:pt>
                <c:pt idx="3477">
                  <c:v>3.3173987477155449E-2</c:v>
                </c:pt>
                <c:pt idx="3478">
                  <c:v>3.2345892069121973E-2</c:v>
                </c:pt>
                <c:pt idx="3479">
                  <c:v>3.2316051251750681E-2</c:v>
                </c:pt>
                <c:pt idx="3480">
                  <c:v>3.2286278073299028E-2</c:v>
                </c:pt>
                <c:pt idx="3481">
                  <c:v>3.2198847653416025E-2</c:v>
                </c:pt>
                <c:pt idx="3482">
                  <c:v>3.2153221687799334E-2</c:v>
                </c:pt>
                <c:pt idx="3483">
                  <c:v>3.1597439173145829E-2</c:v>
                </c:pt>
                <c:pt idx="3484">
                  <c:v>3.1371239623371773E-2</c:v>
                </c:pt>
                <c:pt idx="3485">
                  <c:v>3.1310681093051157E-2</c:v>
                </c:pt>
                <c:pt idx="3486">
                  <c:v>3.1201714968792125E-2</c:v>
                </c:pt>
                <c:pt idx="3487">
                  <c:v>3.1140324370318224E-2</c:v>
                </c:pt>
                <c:pt idx="3488">
                  <c:v>3.1096027265621759E-2</c:v>
                </c:pt>
                <c:pt idx="3489">
                  <c:v>3.0739561302236203E-2</c:v>
                </c:pt>
                <c:pt idx="3490">
                  <c:v>3.0010669182758836E-2</c:v>
                </c:pt>
                <c:pt idx="3491">
                  <c:v>2.9827039884035764E-2</c:v>
                </c:pt>
                <c:pt idx="3492">
                  <c:v>2.9585353022558943E-2</c:v>
                </c:pt>
                <c:pt idx="3493">
                  <c:v>2.9464867133082672E-2</c:v>
                </c:pt>
                <c:pt idx="3494">
                  <c:v>2.8855717506883358E-2</c:v>
                </c:pt>
                <c:pt idx="3495">
                  <c:v>2.871721258633762E-2</c:v>
                </c:pt>
                <c:pt idx="3496">
                  <c:v>2.8567154443874154E-2</c:v>
                </c:pt>
                <c:pt idx="3497">
                  <c:v>2.8481332626412843E-2</c:v>
                </c:pt>
                <c:pt idx="3498">
                  <c:v>2.81987154399111E-2</c:v>
                </c:pt>
                <c:pt idx="3499">
                  <c:v>2.7999045760873829E-2</c:v>
                </c:pt>
                <c:pt idx="3500">
                  <c:v>2.7969086471020099E-2</c:v>
                </c:pt>
                <c:pt idx="3501">
                  <c:v>2.7875778135437169E-2</c:v>
                </c:pt>
                <c:pt idx="3502">
                  <c:v>2.7728461542396429E-2</c:v>
                </c:pt>
                <c:pt idx="3503">
                  <c:v>2.7587125787153537E-2</c:v>
                </c:pt>
                <c:pt idx="3504">
                  <c:v>2.7515397570645996E-2</c:v>
                </c:pt>
                <c:pt idx="3505">
                  <c:v>2.7493418440606685E-2</c:v>
                </c:pt>
                <c:pt idx="3506">
                  <c:v>2.7139948808198037E-2</c:v>
                </c:pt>
                <c:pt idx="3507">
                  <c:v>2.67934934137311E-2</c:v>
                </c:pt>
                <c:pt idx="3508">
                  <c:v>2.6460010753067711E-2</c:v>
                </c:pt>
                <c:pt idx="3509">
                  <c:v>2.6030709046775166E-2</c:v>
                </c:pt>
                <c:pt idx="3510">
                  <c:v>2.601752197792247E-2</c:v>
                </c:pt>
                <c:pt idx="3511">
                  <c:v>2.5913408143261488E-2</c:v>
                </c:pt>
                <c:pt idx="3512">
                  <c:v>2.5829944689753602E-2</c:v>
                </c:pt>
                <c:pt idx="3513">
                  <c:v>2.5594809382443517E-2</c:v>
                </c:pt>
                <c:pt idx="3514">
                  <c:v>2.5590837823432612E-2</c:v>
                </c:pt>
                <c:pt idx="3515">
                  <c:v>2.5186159486886388E-2</c:v>
                </c:pt>
                <c:pt idx="3516">
                  <c:v>2.5061294604432793E-2</c:v>
                </c:pt>
                <c:pt idx="3517">
                  <c:v>2.4922654271451503E-2</c:v>
                </c:pt>
                <c:pt idx="3518">
                  <c:v>2.4491337381482702E-2</c:v>
                </c:pt>
                <c:pt idx="3519">
                  <c:v>2.4433320628883631E-2</c:v>
                </c:pt>
                <c:pt idx="3520">
                  <c:v>2.4192976550669893E-2</c:v>
                </c:pt>
                <c:pt idx="3521">
                  <c:v>2.4026579256754173E-2</c:v>
                </c:pt>
                <c:pt idx="3522">
                  <c:v>2.4011614707498928E-2</c:v>
                </c:pt>
                <c:pt idx="3523">
                  <c:v>2.3805901705662463E-2</c:v>
                </c:pt>
                <c:pt idx="3524">
                  <c:v>2.3599272184063637E-2</c:v>
                </c:pt>
                <c:pt idx="3525">
                  <c:v>2.3491812877734029E-2</c:v>
                </c:pt>
                <c:pt idx="3526">
                  <c:v>2.3378745066421552E-2</c:v>
                </c:pt>
                <c:pt idx="3527">
                  <c:v>2.3355352043292824E-2</c:v>
                </c:pt>
                <c:pt idx="3528">
                  <c:v>2.3298601364324725E-2</c:v>
                </c:pt>
                <c:pt idx="3529">
                  <c:v>2.2984483814947696E-2</c:v>
                </c:pt>
                <c:pt idx="3530">
                  <c:v>2.290299333436616E-2</c:v>
                </c:pt>
                <c:pt idx="3531">
                  <c:v>2.2893728714181685E-2</c:v>
                </c:pt>
                <c:pt idx="3532">
                  <c:v>2.2852102901937014E-2</c:v>
                </c:pt>
                <c:pt idx="3533">
                  <c:v>2.2336133635874098E-2</c:v>
                </c:pt>
                <c:pt idx="3534">
                  <c:v>2.1933678620584741E-2</c:v>
                </c:pt>
                <c:pt idx="3535">
                  <c:v>2.1369480317897913E-2</c:v>
                </c:pt>
                <c:pt idx="3536">
                  <c:v>2.1354712300888017E-2</c:v>
                </c:pt>
                <c:pt idx="3537">
                  <c:v>2.1280228953638833E-2</c:v>
                </c:pt>
                <c:pt idx="3538">
                  <c:v>2.1070896882092377E-2</c:v>
                </c:pt>
                <c:pt idx="3539">
                  <c:v>2.0396935057043784E-2</c:v>
                </c:pt>
                <c:pt idx="3540">
                  <c:v>2.0095295009707741E-2</c:v>
                </c:pt>
                <c:pt idx="3541">
                  <c:v>1.9500077826535924E-2</c:v>
                </c:pt>
                <c:pt idx="3542">
                  <c:v>1.9357913060077652E-2</c:v>
                </c:pt>
                <c:pt idx="3543">
                  <c:v>1.932310223979972E-2</c:v>
                </c:pt>
                <c:pt idx="3544">
                  <c:v>1.925599520109755E-2</c:v>
                </c:pt>
                <c:pt idx="3545">
                  <c:v>1.9223334196875077E-2</c:v>
                </c:pt>
                <c:pt idx="3546">
                  <c:v>1.917343679543736E-2</c:v>
                </c:pt>
                <c:pt idx="3547">
                  <c:v>1.9144009558924098E-2</c:v>
                </c:pt>
                <c:pt idx="3548">
                  <c:v>1.8700177923519079E-2</c:v>
                </c:pt>
                <c:pt idx="3549">
                  <c:v>1.8285721624598236E-2</c:v>
                </c:pt>
                <c:pt idx="3550">
                  <c:v>1.811351476224201E-2</c:v>
                </c:pt>
                <c:pt idx="3551">
                  <c:v>1.7969663831081246E-2</c:v>
                </c:pt>
                <c:pt idx="3552">
                  <c:v>1.79532579766758E-2</c:v>
                </c:pt>
                <c:pt idx="3553">
                  <c:v>1.7640983358145262E-2</c:v>
                </c:pt>
                <c:pt idx="3554">
                  <c:v>1.7307176975639178E-2</c:v>
                </c:pt>
                <c:pt idx="3555">
                  <c:v>1.7303014874687932E-2</c:v>
                </c:pt>
                <c:pt idx="3556">
                  <c:v>1.7063249525104674E-2</c:v>
                </c:pt>
                <c:pt idx="3557">
                  <c:v>1.6988029027312151E-2</c:v>
                </c:pt>
                <c:pt idx="3558">
                  <c:v>1.6940862951227053E-2</c:v>
                </c:pt>
                <c:pt idx="3559">
                  <c:v>1.6921269374120765E-2</c:v>
                </c:pt>
                <c:pt idx="3560">
                  <c:v>1.6856715548135084E-2</c:v>
                </c:pt>
                <c:pt idx="3561">
                  <c:v>1.6804572460998302E-2</c:v>
                </c:pt>
                <c:pt idx="3562">
                  <c:v>1.6692356992467516E-2</c:v>
                </c:pt>
                <c:pt idx="3563">
                  <c:v>1.6612882001748513E-2</c:v>
                </c:pt>
                <c:pt idx="3564">
                  <c:v>1.6485672403952597E-2</c:v>
                </c:pt>
                <c:pt idx="3565">
                  <c:v>1.5581808967108379E-2</c:v>
                </c:pt>
                <c:pt idx="3566">
                  <c:v>1.5384240524333719E-2</c:v>
                </c:pt>
                <c:pt idx="3567">
                  <c:v>1.5253070140433738E-2</c:v>
                </c:pt>
                <c:pt idx="3568">
                  <c:v>1.5129259866845166E-2</c:v>
                </c:pt>
                <c:pt idx="3569">
                  <c:v>1.4870851633325646E-2</c:v>
                </c:pt>
                <c:pt idx="3570">
                  <c:v>1.4716937364435901E-2</c:v>
                </c:pt>
                <c:pt idx="3571">
                  <c:v>1.4517239739497593E-2</c:v>
                </c:pt>
                <c:pt idx="3572">
                  <c:v>1.4503161040328024E-2</c:v>
                </c:pt>
                <c:pt idx="3573">
                  <c:v>1.4409271141416866E-2</c:v>
                </c:pt>
                <c:pt idx="3574">
                  <c:v>1.4347800059400862E-2</c:v>
                </c:pt>
                <c:pt idx="3575">
                  <c:v>1.4182847034137781E-2</c:v>
                </c:pt>
                <c:pt idx="3576">
                  <c:v>1.40268843795267E-2</c:v>
                </c:pt>
                <c:pt idx="3577">
                  <c:v>1.3886469082992757E-2</c:v>
                </c:pt>
                <c:pt idx="3578">
                  <c:v>1.3869326962678011E-2</c:v>
                </c:pt>
                <c:pt idx="3579">
                  <c:v>1.3746403710467172E-2</c:v>
                </c:pt>
                <c:pt idx="3580">
                  <c:v>1.3428212262784409E-2</c:v>
                </c:pt>
                <c:pt idx="3581">
                  <c:v>1.3134313165731699E-2</c:v>
                </c:pt>
                <c:pt idx="3582">
                  <c:v>1.3124947979533888E-2</c:v>
                </c:pt>
                <c:pt idx="3583">
                  <c:v>1.2843006471536916E-2</c:v>
                </c:pt>
                <c:pt idx="3584">
                  <c:v>1.2793130904344613E-2</c:v>
                </c:pt>
                <c:pt idx="3585">
                  <c:v>1.2549464173153226E-2</c:v>
                </c:pt>
                <c:pt idx="3586">
                  <c:v>1.2501367230966466E-2</c:v>
                </c:pt>
                <c:pt idx="3587">
                  <c:v>1.2309892532365314E-2</c:v>
                </c:pt>
                <c:pt idx="3588">
                  <c:v>1.2278793580548611E-2</c:v>
                </c:pt>
                <c:pt idx="3589">
                  <c:v>1.2176743778384461E-2</c:v>
                </c:pt>
                <c:pt idx="3590">
                  <c:v>1.1904051085567625E-2</c:v>
                </c:pt>
                <c:pt idx="3591">
                  <c:v>1.1488930134170643E-2</c:v>
                </c:pt>
                <c:pt idx="3592">
                  <c:v>1.1198847868113673E-2</c:v>
                </c:pt>
                <c:pt idx="3593">
                  <c:v>1.0880708766386285E-2</c:v>
                </c:pt>
                <c:pt idx="3594">
                  <c:v>1.0618431787800987E-2</c:v>
                </c:pt>
                <c:pt idx="3595">
                  <c:v>1.0087609523882841E-2</c:v>
                </c:pt>
                <c:pt idx="3596">
                  <c:v>9.8077984605609084E-3</c:v>
                </c:pt>
                <c:pt idx="3597">
                  <c:v>9.7870652932627537E-3</c:v>
                </c:pt>
                <c:pt idx="3598">
                  <c:v>9.7260478377934195E-3</c:v>
                </c:pt>
                <c:pt idx="3599">
                  <c:v>9.6432061607595494E-3</c:v>
                </c:pt>
                <c:pt idx="3600">
                  <c:v>9.546164127633967E-3</c:v>
                </c:pt>
                <c:pt idx="3601">
                  <c:v>9.4954094805485782E-3</c:v>
                </c:pt>
                <c:pt idx="3602">
                  <c:v>9.2127786554679104E-3</c:v>
                </c:pt>
                <c:pt idx="3603">
                  <c:v>9.004446934459483E-3</c:v>
                </c:pt>
                <c:pt idx="3604">
                  <c:v>8.9160254665332766E-3</c:v>
                </c:pt>
                <c:pt idx="3605">
                  <c:v>8.8584626198075188E-3</c:v>
                </c:pt>
                <c:pt idx="3606">
                  <c:v>8.7580231713458561E-3</c:v>
                </c:pt>
                <c:pt idx="3607">
                  <c:v>8.7104280811120885E-3</c:v>
                </c:pt>
                <c:pt idx="3608">
                  <c:v>8.6651681620790819E-3</c:v>
                </c:pt>
                <c:pt idx="3609">
                  <c:v>8.5260290891295883E-3</c:v>
                </c:pt>
                <c:pt idx="3610">
                  <c:v>8.2711417473340983E-3</c:v>
                </c:pt>
                <c:pt idx="3611">
                  <c:v>8.1807986241382614E-3</c:v>
                </c:pt>
                <c:pt idx="3612">
                  <c:v>8.138714452449845E-3</c:v>
                </c:pt>
                <c:pt idx="3613">
                  <c:v>8.0527636094539692E-3</c:v>
                </c:pt>
                <c:pt idx="3614">
                  <c:v>7.7915535027592376E-3</c:v>
                </c:pt>
                <c:pt idx="3615">
                  <c:v>7.5477197595332736E-3</c:v>
                </c:pt>
                <c:pt idx="3616">
                  <c:v>7.246326666887801E-3</c:v>
                </c:pt>
                <c:pt idx="3617">
                  <c:v>6.7712926738130686E-3</c:v>
                </c:pt>
                <c:pt idx="3618">
                  <c:v>6.7414213731927736E-3</c:v>
                </c:pt>
                <c:pt idx="3619">
                  <c:v>6.6981497052132624E-3</c:v>
                </c:pt>
                <c:pt idx="3620">
                  <c:v>6.5005776589786152E-3</c:v>
                </c:pt>
                <c:pt idx="3621">
                  <c:v>6.1158866423337626E-3</c:v>
                </c:pt>
                <c:pt idx="3622">
                  <c:v>6.041114829546469E-3</c:v>
                </c:pt>
                <c:pt idx="3623">
                  <c:v>5.8979055850775543E-3</c:v>
                </c:pt>
                <c:pt idx="3624">
                  <c:v>5.8877363867440059E-3</c:v>
                </c:pt>
                <c:pt idx="3625">
                  <c:v>5.8332327537263199E-3</c:v>
                </c:pt>
                <c:pt idx="3626">
                  <c:v>5.6386806274230346E-3</c:v>
                </c:pt>
                <c:pt idx="3627">
                  <c:v>5.0589736019169152E-3</c:v>
                </c:pt>
                <c:pt idx="3628">
                  <c:v>4.9328664442630172E-3</c:v>
                </c:pt>
                <c:pt idx="3629">
                  <c:v>4.7857347604147466E-3</c:v>
                </c:pt>
                <c:pt idx="3630">
                  <c:v>4.6364593106388817E-3</c:v>
                </c:pt>
                <c:pt idx="3631">
                  <c:v>4.6127199347220354E-3</c:v>
                </c:pt>
                <c:pt idx="3632">
                  <c:v>4.4983918112446895E-3</c:v>
                </c:pt>
                <c:pt idx="3633">
                  <c:v>4.425420622258488E-3</c:v>
                </c:pt>
                <c:pt idx="3634">
                  <c:v>4.4196664514623259E-3</c:v>
                </c:pt>
                <c:pt idx="3635">
                  <c:v>4.3932928133672243E-3</c:v>
                </c:pt>
                <c:pt idx="3636">
                  <c:v>4.023893510066775E-3</c:v>
                </c:pt>
                <c:pt idx="3637">
                  <c:v>4.0165099488168945E-3</c:v>
                </c:pt>
                <c:pt idx="3638">
                  <c:v>3.9876751073952737E-3</c:v>
                </c:pt>
                <c:pt idx="3639">
                  <c:v>3.7730372895074483E-3</c:v>
                </c:pt>
                <c:pt idx="3640">
                  <c:v>3.7722791666078923E-3</c:v>
                </c:pt>
                <c:pt idx="3641">
                  <c:v>3.6160997271045179E-3</c:v>
                </c:pt>
                <c:pt idx="3642">
                  <c:v>3.240453510291702E-3</c:v>
                </c:pt>
                <c:pt idx="3643">
                  <c:v>3.0355988050103692E-3</c:v>
                </c:pt>
                <c:pt idx="3644">
                  <c:v>2.7457998705632388E-3</c:v>
                </c:pt>
                <c:pt idx="3645">
                  <c:v>2.7020287854603712E-3</c:v>
                </c:pt>
                <c:pt idx="3646">
                  <c:v>2.6709671249285217E-3</c:v>
                </c:pt>
                <c:pt idx="3647">
                  <c:v>2.576122671576862E-3</c:v>
                </c:pt>
                <c:pt idx="3648">
                  <c:v>2.2295582479392932E-3</c:v>
                </c:pt>
                <c:pt idx="3649">
                  <c:v>2.0853411932420032E-3</c:v>
                </c:pt>
                <c:pt idx="3650">
                  <c:v>2.0454224513655676E-3</c:v>
                </c:pt>
                <c:pt idx="3651">
                  <c:v>1.5767908092783568E-3</c:v>
                </c:pt>
                <c:pt idx="3652">
                  <c:v>1.0131853120804817E-3</c:v>
                </c:pt>
                <c:pt idx="3653">
                  <c:v>9.6113306265372571E-4</c:v>
                </c:pt>
                <c:pt idx="3654">
                  <c:v>8.4734114544303245E-4</c:v>
                </c:pt>
                <c:pt idx="3655">
                  <c:v>7.7554892808812646E-4</c:v>
                </c:pt>
                <c:pt idx="3656">
                  <c:v>7.2027130661051722E-4</c:v>
                </c:pt>
                <c:pt idx="3657">
                  <c:v>3.5662811962822757E-4</c:v>
                </c:pt>
                <c:pt idx="3658">
                  <c:v>1.5949382718569594E-4</c:v>
                </c:pt>
                <c:pt idx="3659">
                  <c:v>5.0144715409761562E-5</c:v>
                </c:pt>
              </c:numCache>
            </c:numRef>
          </c:yVal>
          <c:smooth val="0"/>
          <c:extLst>
            <c:ext xmlns:c16="http://schemas.microsoft.com/office/drawing/2014/chart" uri="{C3380CC4-5D6E-409C-BE32-E72D297353CC}">
              <c16:uniqueId val="{00000000-4CC7-4489-BBD7-DA12053052DE}"/>
            </c:ext>
          </c:extLst>
        </c:ser>
        <c:ser>
          <c:idx val="1"/>
          <c:order val="1"/>
          <c:tx>
            <c:v>"Increased"</c:v>
          </c:tx>
          <c:spPr>
            <a:ln w="25400" cap="rnd">
              <a:noFill/>
              <a:round/>
            </a:ln>
            <a:effectLst/>
          </c:spPr>
          <c:marker>
            <c:symbol val="circle"/>
            <c:size val="5"/>
            <c:spPr>
              <a:solidFill>
                <a:srgbClr val="FF0000"/>
              </a:solidFill>
              <a:ln w="9525">
                <a:solidFill>
                  <a:srgbClr val="FF0000"/>
                </a:solidFill>
              </a:ln>
              <a:effectLst/>
            </c:spPr>
          </c:marker>
          <c:xVal>
            <c:numRef>
              <c:f>'Volcano plot '!$G$3:$G$237</c:f>
              <c:numCache>
                <c:formatCode>General</c:formatCode>
                <c:ptCount val="235"/>
                <c:pt idx="0">
                  <c:v>0.39402383556363302</c:v>
                </c:pt>
                <c:pt idx="1">
                  <c:v>0.39815311788522201</c:v>
                </c:pt>
                <c:pt idx="2">
                  <c:v>0.41425269994567798</c:v>
                </c:pt>
                <c:pt idx="3">
                  <c:v>0.42187210979661299</c:v>
                </c:pt>
                <c:pt idx="4">
                  <c:v>0.429556200932659</c:v>
                </c:pt>
                <c:pt idx="5">
                  <c:v>0.43524222259998502</c:v>
                </c:pt>
                <c:pt idx="6">
                  <c:v>0.44654351669266701</c:v>
                </c:pt>
                <c:pt idx="7">
                  <c:v>0.44877239448811002</c:v>
                </c:pt>
                <c:pt idx="8">
                  <c:v>0.44898012961645201</c:v>
                </c:pt>
                <c:pt idx="9">
                  <c:v>0.46218613488256099</c:v>
                </c:pt>
                <c:pt idx="10">
                  <c:v>0.46289696690026699</c:v>
                </c:pt>
                <c:pt idx="11">
                  <c:v>0.46716776667403098</c:v>
                </c:pt>
                <c:pt idx="12">
                  <c:v>0.47861420923111098</c:v>
                </c:pt>
                <c:pt idx="13">
                  <c:v>0.47966318140693398</c:v>
                </c:pt>
                <c:pt idx="14">
                  <c:v>0.48666515944338301</c:v>
                </c:pt>
                <c:pt idx="15">
                  <c:v>0.50793205985164702</c:v>
                </c:pt>
                <c:pt idx="16">
                  <c:v>0.51327569254527095</c:v>
                </c:pt>
                <c:pt idx="17">
                  <c:v>0.518520325748835</c:v>
                </c:pt>
                <c:pt idx="18">
                  <c:v>0.52171741853485898</c:v>
                </c:pt>
                <c:pt idx="19">
                  <c:v>0.53813768317534305</c:v>
                </c:pt>
                <c:pt idx="20">
                  <c:v>0.54210506147370596</c:v>
                </c:pt>
                <c:pt idx="21">
                  <c:v>0.54357187034267096</c:v>
                </c:pt>
                <c:pt idx="22">
                  <c:v>0.56443637992542195</c:v>
                </c:pt>
                <c:pt idx="23">
                  <c:v>0.57640119012447899</c:v>
                </c:pt>
                <c:pt idx="24">
                  <c:v>0.58013801687463096</c:v>
                </c:pt>
                <c:pt idx="25">
                  <c:v>0.58142585895471699</c:v>
                </c:pt>
                <c:pt idx="26">
                  <c:v>0.59135059760029995</c:v>
                </c:pt>
                <c:pt idx="27">
                  <c:v>0.59747544744539705</c:v>
                </c:pt>
                <c:pt idx="28">
                  <c:v>0.60132682352262601</c:v>
                </c:pt>
                <c:pt idx="29">
                  <c:v>0.60134555497848996</c:v>
                </c:pt>
                <c:pt idx="30">
                  <c:v>0.60145919657793501</c:v>
                </c:pt>
                <c:pt idx="31">
                  <c:v>0.60239948234841401</c:v>
                </c:pt>
                <c:pt idx="32">
                  <c:v>0.60436217693196104</c:v>
                </c:pt>
                <c:pt idx="33">
                  <c:v>0.60728070062193096</c:v>
                </c:pt>
                <c:pt idx="34">
                  <c:v>0.61163947639891003</c:v>
                </c:pt>
                <c:pt idx="35">
                  <c:v>0.61685088496935203</c:v>
                </c:pt>
                <c:pt idx="36">
                  <c:v>0.62134804860305304</c:v>
                </c:pt>
                <c:pt idx="37">
                  <c:v>0.62154071527743004</c:v>
                </c:pt>
                <c:pt idx="38">
                  <c:v>0.62837816836148996</c:v>
                </c:pt>
                <c:pt idx="39">
                  <c:v>0.63424901648283005</c:v>
                </c:pt>
                <c:pt idx="40">
                  <c:v>0.63664563227588999</c:v>
                </c:pt>
                <c:pt idx="41">
                  <c:v>0.65215058705690498</c:v>
                </c:pt>
                <c:pt idx="42">
                  <c:v>0.65389701331390504</c:v>
                </c:pt>
                <c:pt idx="43">
                  <c:v>0.65530965209542602</c:v>
                </c:pt>
                <c:pt idx="44">
                  <c:v>0.65551105580422597</c:v>
                </c:pt>
                <c:pt idx="45">
                  <c:v>0.65594470984179098</c:v>
                </c:pt>
                <c:pt idx="46">
                  <c:v>0.657161534546994</c:v>
                </c:pt>
                <c:pt idx="47">
                  <c:v>0.660435818311782</c:v>
                </c:pt>
                <c:pt idx="48">
                  <c:v>0.66835759947950601</c:v>
                </c:pt>
                <c:pt idx="49">
                  <c:v>0.67234759696025004</c:v>
                </c:pt>
                <c:pt idx="50">
                  <c:v>0.67547800427777804</c:v>
                </c:pt>
                <c:pt idx="51">
                  <c:v>0.67596617578361096</c:v>
                </c:pt>
                <c:pt idx="52">
                  <c:v>0.67641445018588797</c:v>
                </c:pt>
                <c:pt idx="53">
                  <c:v>0.67786296628348797</c:v>
                </c:pt>
                <c:pt idx="54">
                  <c:v>0.68741747529828201</c:v>
                </c:pt>
                <c:pt idx="55">
                  <c:v>0.68853012683923998</c:v>
                </c:pt>
                <c:pt idx="56">
                  <c:v>0.69061187004911795</c:v>
                </c:pt>
                <c:pt idx="57">
                  <c:v>0.69080217994098803</c:v>
                </c:pt>
                <c:pt idx="58">
                  <c:v>0.69120588269651495</c:v>
                </c:pt>
                <c:pt idx="59">
                  <c:v>0.69555494248661298</c:v>
                </c:pt>
                <c:pt idx="60">
                  <c:v>0.69577440036952998</c:v>
                </c:pt>
                <c:pt idx="61">
                  <c:v>0.69871209667806899</c:v>
                </c:pt>
                <c:pt idx="62">
                  <c:v>0.70295463830497296</c:v>
                </c:pt>
                <c:pt idx="63">
                  <c:v>0.70503412983525804</c:v>
                </c:pt>
                <c:pt idx="64">
                  <c:v>0.70523446244992605</c:v>
                </c:pt>
                <c:pt idx="65">
                  <c:v>0.705245454761666</c:v>
                </c:pt>
                <c:pt idx="66">
                  <c:v>0.71460802878950602</c:v>
                </c:pt>
                <c:pt idx="67">
                  <c:v>0.71635955406526397</c:v>
                </c:pt>
                <c:pt idx="68">
                  <c:v>0.71974592717661801</c:v>
                </c:pt>
                <c:pt idx="69">
                  <c:v>0.72055492470238702</c:v>
                </c:pt>
                <c:pt idx="70">
                  <c:v>0.72491284630585495</c:v>
                </c:pt>
                <c:pt idx="71">
                  <c:v>0.726806685863153</c:v>
                </c:pt>
                <c:pt idx="72">
                  <c:v>0.72795257010403003</c:v>
                </c:pt>
                <c:pt idx="73">
                  <c:v>0.73084600565356395</c:v>
                </c:pt>
                <c:pt idx="74">
                  <c:v>0.73528264707509505</c:v>
                </c:pt>
                <c:pt idx="75">
                  <c:v>0.74277138698841605</c:v>
                </c:pt>
                <c:pt idx="76">
                  <c:v>0.75148467192296697</c:v>
                </c:pt>
                <c:pt idx="77">
                  <c:v>0.75621681984100797</c:v>
                </c:pt>
                <c:pt idx="78">
                  <c:v>0.757601428124687</c:v>
                </c:pt>
                <c:pt idx="79">
                  <c:v>0.75852591924944301</c:v>
                </c:pt>
                <c:pt idx="80">
                  <c:v>0.76131615338895697</c:v>
                </c:pt>
                <c:pt idx="81">
                  <c:v>0.76465003535821596</c:v>
                </c:pt>
                <c:pt idx="82">
                  <c:v>0.76713876797433</c:v>
                </c:pt>
                <c:pt idx="83">
                  <c:v>0.76911819674981496</c:v>
                </c:pt>
                <c:pt idx="84">
                  <c:v>0.77118786442044795</c:v>
                </c:pt>
                <c:pt idx="85">
                  <c:v>0.77197422507936198</c:v>
                </c:pt>
                <c:pt idx="86">
                  <c:v>0.77673157474793397</c:v>
                </c:pt>
                <c:pt idx="87">
                  <c:v>0.77962749270428899</c:v>
                </c:pt>
                <c:pt idx="88">
                  <c:v>0.78075967124549805</c:v>
                </c:pt>
                <c:pt idx="89">
                  <c:v>0.783667770164442</c:v>
                </c:pt>
                <c:pt idx="90">
                  <c:v>0.786141009523181</c:v>
                </c:pt>
                <c:pt idx="91">
                  <c:v>0.78655632450130497</c:v>
                </c:pt>
                <c:pt idx="92">
                  <c:v>0.79734973173546597</c:v>
                </c:pt>
                <c:pt idx="93">
                  <c:v>0.79774509147707895</c:v>
                </c:pt>
                <c:pt idx="94">
                  <c:v>0.80565279221661301</c:v>
                </c:pt>
                <c:pt idx="95">
                  <c:v>0.808671224137541</c:v>
                </c:pt>
                <c:pt idx="96">
                  <c:v>0.80983041350505403</c:v>
                </c:pt>
                <c:pt idx="97">
                  <c:v>0.81132549171437796</c:v>
                </c:pt>
                <c:pt idx="98">
                  <c:v>0.81579204698836705</c:v>
                </c:pt>
                <c:pt idx="99">
                  <c:v>0.82263248631321095</c:v>
                </c:pt>
                <c:pt idx="100">
                  <c:v>0.82310126868768996</c:v>
                </c:pt>
                <c:pt idx="101">
                  <c:v>0.83148138065743604</c:v>
                </c:pt>
                <c:pt idx="102">
                  <c:v>0.83169033665457104</c:v>
                </c:pt>
                <c:pt idx="103">
                  <c:v>0.833081528034878</c:v>
                </c:pt>
                <c:pt idx="104">
                  <c:v>0.83702410520096004</c:v>
                </c:pt>
                <c:pt idx="105">
                  <c:v>0.84662219995543397</c:v>
                </c:pt>
                <c:pt idx="106">
                  <c:v>0.84736806519056196</c:v>
                </c:pt>
                <c:pt idx="107">
                  <c:v>0.84797834160174201</c:v>
                </c:pt>
                <c:pt idx="108">
                  <c:v>0.84848720137269895</c:v>
                </c:pt>
                <c:pt idx="109">
                  <c:v>0.85091018829520904</c:v>
                </c:pt>
                <c:pt idx="110">
                  <c:v>0.85815647738113998</c:v>
                </c:pt>
                <c:pt idx="111">
                  <c:v>0.85990247909086603</c:v>
                </c:pt>
                <c:pt idx="112">
                  <c:v>0.86069141312545505</c:v>
                </c:pt>
                <c:pt idx="113">
                  <c:v>0.86167830741722196</c:v>
                </c:pt>
                <c:pt idx="114">
                  <c:v>0.86409430400531695</c:v>
                </c:pt>
                <c:pt idx="115">
                  <c:v>0.86491155161614197</c:v>
                </c:pt>
                <c:pt idx="116">
                  <c:v>0.86862623180842702</c:v>
                </c:pt>
                <c:pt idx="117">
                  <c:v>0.87176314122587995</c:v>
                </c:pt>
                <c:pt idx="118">
                  <c:v>0.87180696751559605</c:v>
                </c:pt>
                <c:pt idx="119">
                  <c:v>0.87358749678119496</c:v>
                </c:pt>
                <c:pt idx="120">
                  <c:v>0.87464491217665596</c:v>
                </c:pt>
                <c:pt idx="121">
                  <c:v>0.87545965127576497</c:v>
                </c:pt>
                <c:pt idx="122">
                  <c:v>0.88507371234647902</c:v>
                </c:pt>
                <c:pt idx="123">
                  <c:v>0.88852551948407998</c:v>
                </c:pt>
                <c:pt idx="124">
                  <c:v>0.89048327391955695</c:v>
                </c:pt>
                <c:pt idx="125">
                  <c:v>0.89292783673485598</c:v>
                </c:pt>
                <c:pt idx="126">
                  <c:v>0.89935108096830896</c:v>
                </c:pt>
                <c:pt idx="127">
                  <c:v>0.899520686432005</c:v>
                </c:pt>
                <c:pt idx="128">
                  <c:v>0.90457512945771201</c:v>
                </c:pt>
                <c:pt idx="129">
                  <c:v>0.90510745618877297</c:v>
                </c:pt>
                <c:pt idx="130">
                  <c:v>0.91002848461441499</c:v>
                </c:pt>
                <c:pt idx="131">
                  <c:v>0.92334308106801199</c:v>
                </c:pt>
                <c:pt idx="132">
                  <c:v>0.92354608194529697</c:v>
                </c:pt>
                <c:pt idx="133">
                  <c:v>0.92411634788771502</c:v>
                </c:pt>
                <c:pt idx="134">
                  <c:v>0.92934645873350896</c:v>
                </c:pt>
                <c:pt idx="135">
                  <c:v>0.92996127799696604</c:v>
                </c:pt>
                <c:pt idx="136">
                  <c:v>0.93464256870074502</c:v>
                </c:pt>
                <c:pt idx="137">
                  <c:v>0.93469264383775696</c:v>
                </c:pt>
                <c:pt idx="138">
                  <c:v>0.93736378573624901</c:v>
                </c:pt>
                <c:pt idx="139">
                  <c:v>0.93964870571630499</c:v>
                </c:pt>
                <c:pt idx="140">
                  <c:v>0.94046864176757305</c:v>
                </c:pt>
                <c:pt idx="141">
                  <c:v>0.96594331633883401</c:v>
                </c:pt>
                <c:pt idx="142">
                  <c:v>0.96871189358962395</c:v>
                </c:pt>
                <c:pt idx="143">
                  <c:v>0.98130120966518997</c:v>
                </c:pt>
                <c:pt idx="144">
                  <c:v>0.98131934599599502</c:v>
                </c:pt>
                <c:pt idx="145">
                  <c:v>0.98192741467259004</c:v>
                </c:pt>
                <c:pt idx="146">
                  <c:v>0.98525910161175601</c:v>
                </c:pt>
                <c:pt idx="147">
                  <c:v>0.99698768994656795</c:v>
                </c:pt>
                <c:pt idx="148">
                  <c:v>1.0030601104952599</c:v>
                </c:pt>
                <c:pt idx="149">
                  <c:v>1.0032406958753799</c:v>
                </c:pt>
                <c:pt idx="150">
                  <c:v>1.01505249328027</c:v>
                </c:pt>
                <c:pt idx="151">
                  <c:v>1.0165348942175101</c:v>
                </c:pt>
                <c:pt idx="152">
                  <c:v>1.0182716331663999</c:v>
                </c:pt>
                <c:pt idx="153">
                  <c:v>1.0192997569481499</c:v>
                </c:pt>
                <c:pt idx="154">
                  <c:v>1.0404570581394801</c:v>
                </c:pt>
                <c:pt idx="155">
                  <c:v>1.0405612459504201</c:v>
                </c:pt>
                <c:pt idx="156">
                  <c:v>1.0418736581571699</c:v>
                </c:pt>
                <c:pt idx="157">
                  <c:v>1.05536872256406</c:v>
                </c:pt>
                <c:pt idx="158">
                  <c:v>1.07010629371292</c:v>
                </c:pt>
                <c:pt idx="159">
                  <c:v>1.0902399383500001</c:v>
                </c:pt>
                <c:pt idx="160">
                  <c:v>1.0925373334366</c:v>
                </c:pt>
                <c:pt idx="161">
                  <c:v>1.0937675806175899</c:v>
                </c:pt>
                <c:pt idx="162">
                  <c:v>1.10849676544697</c:v>
                </c:pt>
                <c:pt idx="163">
                  <c:v>1.1092435236004199</c:v>
                </c:pt>
                <c:pt idx="164">
                  <c:v>1.1155114461626401</c:v>
                </c:pt>
                <c:pt idx="165">
                  <c:v>1.11661589602627</c:v>
                </c:pt>
                <c:pt idx="166">
                  <c:v>1.11725544805955</c:v>
                </c:pt>
                <c:pt idx="167">
                  <c:v>1.12880760293119</c:v>
                </c:pt>
                <c:pt idx="168">
                  <c:v>1.1303340929122101</c:v>
                </c:pt>
                <c:pt idx="169">
                  <c:v>1.1304519338982399</c:v>
                </c:pt>
                <c:pt idx="170">
                  <c:v>1.1359940087471401</c:v>
                </c:pt>
                <c:pt idx="171">
                  <c:v>1.14416544052488</c:v>
                </c:pt>
                <c:pt idx="172">
                  <c:v>1.1451452656491199</c:v>
                </c:pt>
                <c:pt idx="173">
                  <c:v>1.1485349735733299</c:v>
                </c:pt>
                <c:pt idx="174">
                  <c:v>1.14967409073649</c:v>
                </c:pt>
                <c:pt idx="175">
                  <c:v>1.1590230402361299</c:v>
                </c:pt>
                <c:pt idx="176">
                  <c:v>1.1608216653058001</c:v>
                </c:pt>
                <c:pt idx="177">
                  <c:v>1.1725778343903499</c:v>
                </c:pt>
                <c:pt idx="178">
                  <c:v>1.1785996571136901</c:v>
                </c:pt>
                <c:pt idx="179">
                  <c:v>1.1814478119705001</c:v>
                </c:pt>
                <c:pt idx="180">
                  <c:v>1.19021686346987</c:v>
                </c:pt>
                <c:pt idx="181">
                  <c:v>1.1906032505770601</c:v>
                </c:pt>
                <c:pt idx="182">
                  <c:v>1.2021348033193999</c:v>
                </c:pt>
                <c:pt idx="183">
                  <c:v>1.2123707416444001</c:v>
                </c:pt>
                <c:pt idx="184">
                  <c:v>1.2128014539824601</c:v>
                </c:pt>
                <c:pt idx="185">
                  <c:v>1.2200388462117999</c:v>
                </c:pt>
                <c:pt idx="186">
                  <c:v>1.22415537162632</c:v>
                </c:pt>
                <c:pt idx="187">
                  <c:v>1.2284146001912</c:v>
                </c:pt>
                <c:pt idx="188">
                  <c:v>1.25169802007764</c:v>
                </c:pt>
                <c:pt idx="189">
                  <c:v>1.25660305061594</c:v>
                </c:pt>
                <c:pt idx="190">
                  <c:v>1.2582368832379101</c:v>
                </c:pt>
                <c:pt idx="191">
                  <c:v>1.25989299476823</c:v>
                </c:pt>
                <c:pt idx="192">
                  <c:v>1.2715880752466799</c:v>
                </c:pt>
                <c:pt idx="193">
                  <c:v>1.2921931980771599</c:v>
                </c:pt>
                <c:pt idx="194">
                  <c:v>1.29986279976955</c:v>
                </c:pt>
                <c:pt idx="195">
                  <c:v>1.3171918071375599</c:v>
                </c:pt>
                <c:pt idx="196">
                  <c:v>1.3176997717761301</c:v>
                </c:pt>
                <c:pt idx="197">
                  <c:v>1.3429767732737701</c:v>
                </c:pt>
                <c:pt idx="198">
                  <c:v>1.34377756213934</c:v>
                </c:pt>
                <c:pt idx="199">
                  <c:v>1.3439287155223301</c:v>
                </c:pt>
                <c:pt idx="200">
                  <c:v>1.3667918704019499</c:v>
                </c:pt>
                <c:pt idx="201">
                  <c:v>1.3781813849258</c:v>
                </c:pt>
                <c:pt idx="202">
                  <c:v>1.4356033865034701</c:v>
                </c:pt>
                <c:pt idx="203">
                  <c:v>1.45810620043171</c:v>
                </c:pt>
                <c:pt idx="204">
                  <c:v>1.4586327422379299</c:v>
                </c:pt>
                <c:pt idx="205">
                  <c:v>1.4626106381260799</c:v>
                </c:pt>
                <c:pt idx="206">
                  <c:v>1.46911791655488</c:v>
                </c:pt>
                <c:pt idx="207">
                  <c:v>1.5139181763843199</c:v>
                </c:pt>
                <c:pt idx="208">
                  <c:v>1.52621774636969</c:v>
                </c:pt>
                <c:pt idx="209">
                  <c:v>1.5446348590885399</c:v>
                </c:pt>
                <c:pt idx="210">
                  <c:v>1.5448842616241301</c:v>
                </c:pt>
                <c:pt idx="211">
                  <c:v>1.55780089503994</c:v>
                </c:pt>
                <c:pt idx="212">
                  <c:v>1.5872167070272001</c:v>
                </c:pt>
                <c:pt idx="213">
                  <c:v>1.5962303190906899</c:v>
                </c:pt>
                <c:pt idx="214">
                  <c:v>1.6049474957605501</c:v>
                </c:pt>
                <c:pt idx="215">
                  <c:v>1.61511553308415</c:v>
                </c:pt>
                <c:pt idx="216">
                  <c:v>1.6241347006326501</c:v>
                </c:pt>
                <c:pt idx="217">
                  <c:v>1.63305374077122</c:v>
                </c:pt>
                <c:pt idx="218">
                  <c:v>1.6363422827947101</c:v>
                </c:pt>
                <c:pt idx="219">
                  <c:v>1.6462425515047201</c:v>
                </c:pt>
                <c:pt idx="220">
                  <c:v>1.6570193667206501</c:v>
                </c:pt>
                <c:pt idx="221">
                  <c:v>1.6813557693779899</c:v>
                </c:pt>
                <c:pt idx="222">
                  <c:v>1.7163514076370101</c:v>
                </c:pt>
                <c:pt idx="223">
                  <c:v>1.76963009114083</c:v>
                </c:pt>
                <c:pt idx="224">
                  <c:v>1.8337873182442099</c:v>
                </c:pt>
                <c:pt idx="225">
                  <c:v>1.86447193606661</c:v>
                </c:pt>
                <c:pt idx="226">
                  <c:v>1.9318618284307101</c:v>
                </c:pt>
                <c:pt idx="227">
                  <c:v>1.9618568038508699</c:v>
                </c:pt>
                <c:pt idx="228">
                  <c:v>1.9699207168436801</c:v>
                </c:pt>
                <c:pt idx="229">
                  <c:v>2.2455507722267098</c:v>
                </c:pt>
                <c:pt idx="230">
                  <c:v>2.2832733670252701</c:v>
                </c:pt>
                <c:pt idx="231">
                  <c:v>2.3386931783040299</c:v>
                </c:pt>
                <c:pt idx="232">
                  <c:v>2.8058768148154898</c:v>
                </c:pt>
                <c:pt idx="233">
                  <c:v>2.8173536947943298</c:v>
                </c:pt>
                <c:pt idx="234">
                  <c:v>2.8340330747890099</c:v>
                </c:pt>
              </c:numCache>
            </c:numRef>
          </c:xVal>
          <c:yVal>
            <c:numRef>
              <c:f>'Volcano plot '!$H$3:$H$237</c:f>
              <c:numCache>
                <c:formatCode>General</c:formatCode>
                <c:ptCount val="235"/>
                <c:pt idx="0">
                  <c:v>1.4615425322338351</c:v>
                </c:pt>
                <c:pt idx="1">
                  <c:v>1.4030647218453627</c:v>
                </c:pt>
                <c:pt idx="2">
                  <c:v>1.4391483301185521</c:v>
                </c:pt>
                <c:pt idx="3">
                  <c:v>1.303249812560654</c:v>
                </c:pt>
                <c:pt idx="4">
                  <c:v>1.3250226662595666</c:v>
                </c:pt>
                <c:pt idx="5">
                  <c:v>1.3697870106091523</c:v>
                </c:pt>
                <c:pt idx="6">
                  <c:v>1.3733509866959293</c:v>
                </c:pt>
                <c:pt idx="7">
                  <c:v>1.513511592832971</c:v>
                </c:pt>
                <c:pt idx="8">
                  <c:v>1.434539699206989</c:v>
                </c:pt>
                <c:pt idx="9">
                  <c:v>1.3776171728471109</c:v>
                </c:pt>
                <c:pt idx="10">
                  <c:v>1.4214328736161546</c:v>
                </c:pt>
                <c:pt idx="11">
                  <c:v>1.5567876170640433</c:v>
                </c:pt>
                <c:pt idx="12">
                  <c:v>1.617075760207296</c:v>
                </c:pt>
                <c:pt idx="13">
                  <c:v>1.3342445262829716</c:v>
                </c:pt>
                <c:pt idx="14">
                  <c:v>1.3281118480970457</c:v>
                </c:pt>
                <c:pt idx="15">
                  <c:v>1.4135403584501161</c:v>
                </c:pt>
                <c:pt idx="16">
                  <c:v>1.3102828242827498</c:v>
                </c:pt>
                <c:pt idx="17">
                  <c:v>1.3228817144543203</c:v>
                </c:pt>
                <c:pt idx="18">
                  <c:v>1.4015517653284248</c:v>
                </c:pt>
                <c:pt idx="19">
                  <c:v>1.5541585660969948</c:v>
                </c:pt>
                <c:pt idx="20">
                  <c:v>1.3331837944682585</c:v>
                </c:pt>
                <c:pt idx="21">
                  <c:v>1.4326271581804566</c:v>
                </c:pt>
                <c:pt idx="22">
                  <c:v>1.3935921634083859</c:v>
                </c:pt>
                <c:pt idx="23">
                  <c:v>1.5108414497259213</c:v>
                </c:pt>
                <c:pt idx="24">
                  <c:v>1.5204404454737257</c:v>
                </c:pt>
                <c:pt idx="25">
                  <c:v>1.8440403424065115</c:v>
                </c:pt>
                <c:pt idx="26">
                  <c:v>1.4295994569868344</c:v>
                </c:pt>
                <c:pt idx="27">
                  <c:v>1.453147607466575</c:v>
                </c:pt>
                <c:pt idx="28">
                  <c:v>1.4348710709620676</c:v>
                </c:pt>
                <c:pt idx="29">
                  <c:v>1.5644057166650798</c:v>
                </c:pt>
                <c:pt idx="30">
                  <c:v>1.6992027179153211</c:v>
                </c:pt>
                <c:pt idx="31">
                  <c:v>1.3508870381739015</c:v>
                </c:pt>
                <c:pt idx="32">
                  <c:v>1.4674148801158875</c:v>
                </c:pt>
                <c:pt idx="33">
                  <c:v>1.5081820561462831</c:v>
                </c:pt>
                <c:pt idx="34">
                  <c:v>1.5728543732585827</c:v>
                </c:pt>
                <c:pt idx="35">
                  <c:v>1.3605486138767446</c:v>
                </c:pt>
                <c:pt idx="36">
                  <c:v>1.8420861674961535</c:v>
                </c:pt>
                <c:pt idx="37">
                  <c:v>1.5707821962044775</c:v>
                </c:pt>
                <c:pt idx="38">
                  <c:v>1.3946351660375618</c:v>
                </c:pt>
                <c:pt idx="39">
                  <c:v>1.4506640820728478</c:v>
                </c:pt>
                <c:pt idx="40">
                  <c:v>2.0706011424284272</c:v>
                </c:pt>
                <c:pt idx="41">
                  <c:v>1.4582690802750793</c:v>
                </c:pt>
                <c:pt idx="42">
                  <c:v>1.6274899244311016</c:v>
                </c:pt>
                <c:pt idx="43">
                  <c:v>1.4305325632400778</c:v>
                </c:pt>
                <c:pt idx="44">
                  <c:v>1.4475913881808899</c:v>
                </c:pt>
                <c:pt idx="45">
                  <c:v>1.5239553761928979</c:v>
                </c:pt>
                <c:pt idx="46">
                  <c:v>1.9993789463767206</c:v>
                </c:pt>
                <c:pt idx="47">
                  <c:v>1.9808875883056081</c:v>
                </c:pt>
                <c:pt idx="48">
                  <c:v>2.0758493800569946</c:v>
                </c:pt>
                <c:pt idx="49">
                  <c:v>2.0286880245863594</c:v>
                </c:pt>
                <c:pt idx="50">
                  <c:v>1.8307391164178484</c:v>
                </c:pt>
                <c:pt idx="51">
                  <c:v>1.510924011052192</c:v>
                </c:pt>
                <c:pt idx="52">
                  <c:v>1.6280278083871074</c:v>
                </c:pt>
                <c:pt idx="53">
                  <c:v>1.4653278165446646</c:v>
                </c:pt>
                <c:pt idx="54">
                  <c:v>1.6891715047029161</c:v>
                </c:pt>
                <c:pt idx="55">
                  <c:v>1.3865233356839379</c:v>
                </c:pt>
                <c:pt idx="56">
                  <c:v>1.4872288718769053</c:v>
                </c:pt>
                <c:pt idx="57">
                  <c:v>1.5353429751561709</c:v>
                </c:pt>
                <c:pt idx="58">
                  <c:v>1.5855238595587473</c:v>
                </c:pt>
                <c:pt idx="59">
                  <c:v>1.4705355323311178</c:v>
                </c:pt>
                <c:pt idx="60">
                  <c:v>1.6839063536026622</c:v>
                </c:pt>
                <c:pt idx="61">
                  <c:v>1.4871084906431669</c:v>
                </c:pt>
                <c:pt idx="62">
                  <c:v>1.9960394214565633</c:v>
                </c:pt>
                <c:pt idx="63">
                  <c:v>1.7160524973043862</c:v>
                </c:pt>
                <c:pt idx="64">
                  <c:v>1.5452631478430665</c:v>
                </c:pt>
                <c:pt idx="65">
                  <c:v>1.3036278674273647</c:v>
                </c:pt>
                <c:pt idx="66">
                  <c:v>1.6714073700740151</c:v>
                </c:pt>
                <c:pt idx="67">
                  <c:v>1.3880270213338322</c:v>
                </c:pt>
                <c:pt idx="68">
                  <c:v>1.4382363591104543</c:v>
                </c:pt>
                <c:pt idx="69">
                  <c:v>2.1513748541983979</c:v>
                </c:pt>
                <c:pt idx="70">
                  <c:v>1.5790161540778369</c:v>
                </c:pt>
                <c:pt idx="71">
                  <c:v>2.6594080242354066</c:v>
                </c:pt>
                <c:pt idx="72">
                  <c:v>1.9957877564280377</c:v>
                </c:pt>
                <c:pt idx="73">
                  <c:v>1.9878636625599013</c:v>
                </c:pt>
                <c:pt idx="74">
                  <c:v>1.339828347939257</c:v>
                </c:pt>
                <c:pt idx="75">
                  <c:v>1.8945880347784574</c:v>
                </c:pt>
                <c:pt idx="76">
                  <c:v>2.0323896526318554</c:v>
                </c:pt>
                <c:pt idx="77">
                  <c:v>1.6851569043301864</c:v>
                </c:pt>
                <c:pt idx="78">
                  <c:v>1.7292779531209759</c:v>
                </c:pt>
                <c:pt idx="79">
                  <c:v>1.7371136041660273</c:v>
                </c:pt>
                <c:pt idx="80">
                  <c:v>1.5166106547998404</c:v>
                </c:pt>
                <c:pt idx="81">
                  <c:v>1.9911470392882578</c:v>
                </c:pt>
                <c:pt idx="82">
                  <c:v>2.3692410842558069</c:v>
                </c:pt>
                <c:pt idx="83">
                  <c:v>1.6493150613155605</c:v>
                </c:pt>
                <c:pt idx="84">
                  <c:v>2.7169197173111939</c:v>
                </c:pt>
                <c:pt idx="85">
                  <c:v>1.5450705347565201</c:v>
                </c:pt>
                <c:pt idx="86">
                  <c:v>1.5130385866199463</c:v>
                </c:pt>
                <c:pt idx="87">
                  <c:v>2.1909963326503252</c:v>
                </c:pt>
                <c:pt idx="88">
                  <c:v>1.9307807641736512</c:v>
                </c:pt>
                <c:pt idx="89">
                  <c:v>1.5348497041271658</c:v>
                </c:pt>
                <c:pt idx="90">
                  <c:v>1.920753145296813</c:v>
                </c:pt>
                <c:pt idx="91">
                  <c:v>1.6797514782932537</c:v>
                </c:pt>
                <c:pt idx="92">
                  <c:v>1.9219972088131361</c:v>
                </c:pt>
                <c:pt idx="93">
                  <c:v>1.6635754744783802</c:v>
                </c:pt>
                <c:pt idx="94">
                  <c:v>1.4299621670387654</c:v>
                </c:pt>
                <c:pt idx="95">
                  <c:v>1.4558822476258235</c:v>
                </c:pt>
                <c:pt idx="96">
                  <c:v>1.6291829793860877</c:v>
                </c:pt>
                <c:pt idx="97">
                  <c:v>1.5405185448520344</c:v>
                </c:pt>
                <c:pt idx="98">
                  <c:v>1.3680831293842706</c:v>
                </c:pt>
                <c:pt idx="99">
                  <c:v>1.9459105830093726</c:v>
                </c:pt>
                <c:pt idx="100">
                  <c:v>1.3030461860651523</c:v>
                </c:pt>
                <c:pt idx="101">
                  <c:v>1.9840790578665948</c:v>
                </c:pt>
                <c:pt idx="102">
                  <c:v>2.0862316777602405</c:v>
                </c:pt>
                <c:pt idx="103">
                  <c:v>1.3660779991271212</c:v>
                </c:pt>
                <c:pt idx="104">
                  <c:v>1.4458534018383458</c:v>
                </c:pt>
                <c:pt idx="105">
                  <c:v>1.4015595677828214</c:v>
                </c:pt>
                <c:pt idx="106">
                  <c:v>1.3390665650740909</c:v>
                </c:pt>
                <c:pt idx="107">
                  <c:v>1.380840414875842</c:v>
                </c:pt>
                <c:pt idx="108">
                  <c:v>1.5044784417279833</c:v>
                </c:pt>
                <c:pt idx="109">
                  <c:v>2.2575434040780755</c:v>
                </c:pt>
                <c:pt idx="110">
                  <c:v>1.5870307002812074</c:v>
                </c:pt>
                <c:pt idx="111">
                  <c:v>1.3896022963093617</c:v>
                </c:pt>
                <c:pt idx="112">
                  <c:v>2.0093921841746085</c:v>
                </c:pt>
                <c:pt idx="113">
                  <c:v>1.6940633025184457</c:v>
                </c:pt>
                <c:pt idx="114">
                  <c:v>1.4430879202872506</c:v>
                </c:pt>
                <c:pt idx="115">
                  <c:v>1.5976711439708811</c:v>
                </c:pt>
                <c:pt idx="116">
                  <c:v>2.5655645117274135</c:v>
                </c:pt>
                <c:pt idx="117">
                  <c:v>1.9163343018213908</c:v>
                </c:pt>
                <c:pt idx="118">
                  <c:v>2.7362798662484749</c:v>
                </c:pt>
                <c:pt idx="119">
                  <c:v>1.5522463288938844</c:v>
                </c:pt>
                <c:pt idx="120">
                  <c:v>1.7629494392014993</c:v>
                </c:pt>
                <c:pt idx="121">
                  <c:v>1.4715137686583895</c:v>
                </c:pt>
                <c:pt idx="122">
                  <c:v>1.6972082856321173</c:v>
                </c:pt>
                <c:pt idx="123">
                  <c:v>1.7147317665065149</c:v>
                </c:pt>
                <c:pt idx="124">
                  <c:v>1.9857593245492993</c:v>
                </c:pt>
                <c:pt idx="125">
                  <c:v>1.8573410691739085</c:v>
                </c:pt>
                <c:pt idx="126">
                  <c:v>1.5116880372337678</c:v>
                </c:pt>
                <c:pt idx="127">
                  <c:v>1.7867271160626548</c:v>
                </c:pt>
                <c:pt idx="128">
                  <c:v>1.9509336479740926</c:v>
                </c:pt>
                <c:pt idx="129">
                  <c:v>1.442947665017384</c:v>
                </c:pt>
                <c:pt idx="130">
                  <c:v>1.5950653806492108</c:v>
                </c:pt>
                <c:pt idx="131">
                  <c:v>1.5160306124803831</c:v>
                </c:pt>
                <c:pt idx="132">
                  <c:v>1.5231503402326416</c:v>
                </c:pt>
                <c:pt idx="133">
                  <c:v>1.5031391230840716</c:v>
                </c:pt>
                <c:pt idx="134">
                  <c:v>1.7813155082848551</c:v>
                </c:pt>
                <c:pt idx="135">
                  <c:v>1.5937780354660396</c:v>
                </c:pt>
                <c:pt idx="136">
                  <c:v>1.410779878778365</c:v>
                </c:pt>
                <c:pt idx="137">
                  <c:v>3.0321612144981005</c:v>
                </c:pt>
                <c:pt idx="138">
                  <c:v>1.5339257344403285</c:v>
                </c:pt>
                <c:pt idx="139">
                  <c:v>1.7890061954351828</c:v>
                </c:pt>
                <c:pt idx="140">
                  <c:v>2.0681753260561901</c:v>
                </c:pt>
                <c:pt idx="141">
                  <c:v>1.8698003295180297</c:v>
                </c:pt>
                <c:pt idx="142">
                  <c:v>1.5587816543237833</c:v>
                </c:pt>
                <c:pt idx="143">
                  <c:v>1.5829521508853195</c:v>
                </c:pt>
                <c:pt idx="144">
                  <c:v>2.2932767586476337</c:v>
                </c:pt>
                <c:pt idx="145">
                  <c:v>1.3511812414197943</c:v>
                </c:pt>
                <c:pt idx="146">
                  <c:v>1.9081373921242546</c:v>
                </c:pt>
                <c:pt idx="147">
                  <c:v>1.3634630267905719</c:v>
                </c:pt>
                <c:pt idx="148">
                  <c:v>1.6075718794335863</c:v>
                </c:pt>
                <c:pt idx="149">
                  <c:v>1.6161848933001635</c:v>
                </c:pt>
                <c:pt idx="150">
                  <c:v>1.5186058111403917</c:v>
                </c:pt>
                <c:pt idx="151">
                  <c:v>2.6921359033001435</c:v>
                </c:pt>
                <c:pt idx="152">
                  <c:v>1.5580245905063657</c:v>
                </c:pt>
                <c:pt idx="153">
                  <c:v>1.4308201333358004</c:v>
                </c:pt>
                <c:pt idx="154">
                  <c:v>1.8189115952874306</c:v>
                </c:pt>
                <c:pt idx="155">
                  <c:v>1.4122163237904894</c:v>
                </c:pt>
                <c:pt idx="156">
                  <c:v>3.2524171649053808</c:v>
                </c:pt>
                <c:pt idx="157">
                  <c:v>1.8100628148757025</c:v>
                </c:pt>
                <c:pt idx="158">
                  <c:v>1.4603329926051218</c:v>
                </c:pt>
                <c:pt idx="159">
                  <c:v>2.2177200615374697</c:v>
                </c:pt>
                <c:pt idx="160">
                  <c:v>1.4115230870238895</c:v>
                </c:pt>
                <c:pt idx="161">
                  <c:v>2.1355792287330204</c:v>
                </c:pt>
                <c:pt idx="162">
                  <c:v>1.5498421046267898</c:v>
                </c:pt>
                <c:pt idx="163">
                  <c:v>1.8503440518744971</c:v>
                </c:pt>
                <c:pt idx="164">
                  <c:v>2.2749187484732349</c:v>
                </c:pt>
                <c:pt idx="165">
                  <c:v>1.3733013301437185</c:v>
                </c:pt>
                <c:pt idx="166">
                  <c:v>1.704360109870398</c:v>
                </c:pt>
                <c:pt idx="167">
                  <c:v>1.3486028586839036</c:v>
                </c:pt>
                <c:pt idx="168">
                  <c:v>1.4360675669217486</c:v>
                </c:pt>
                <c:pt idx="169">
                  <c:v>1.6272528209536645</c:v>
                </c:pt>
                <c:pt idx="170">
                  <c:v>1.3482739216629906</c:v>
                </c:pt>
                <c:pt idx="171">
                  <c:v>1.7832128589395098</c:v>
                </c:pt>
                <c:pt idx="172">
                  <c:v>1.7953999689851943</c:v>
                </c:pt>
                <c:pt idx="173">
                  <c:v>2.0614348056951206</c:v>
                </c:pt>
                <c:pt idx="174">
                  <c:v>1.7380525234746953</c:v>
                </c:pt>
                <c:pt idx="175">
                  <c:v>1.6870794861039997</c:v>
                </c:pt>
                <c:pt idx="176">
                  <c:v>1.3570038764181795</c:v>
                </c:pt>
                <c:pt idx="177">
                  <c:v>2.0252583875546573</c:v>
                </c:pt>
                <c:pt idx="178">
                  <c:v>1.7930516069541589</c:v>
                </c:pt>
                <c:pt idx="179">
                  <c:v>1.9186461853141639</c:v>
                </c:pt>
                <c:pt idx="180">
                  <c:v>1.4365184377875115</c:v>
                </c:pt>
                <c:pt idx="181">
                  <c:v>1.7666789705367831</c:v>
                </c:pt>
                <c:pt idx="182">
                  <c:v>2.1685990195108684</c:v>
                </c:pt>
                <c:pt idx="183">
                  <c:v>2.3380137654031055</c:v>
                </c:pt>
                <c:pt idx="184">
                  <c:v>1.8231041534786676</c:v>
                </c:pt>
                <c:pt idx="185">
                  <c:v>1.5564284867704916</c:v>
                </c:pt>
                <c:pt idx="186">
                  <c:v>1.4080332451729685</c:v>
                </c:pt>
                <c:pt idx="187">
                  <c:v>1.4265328474322976</c:v>
                </c:pt>
                <c:pt idx="188">
                  <c:v>2.1654824201143232</c:v>
                </c:pt>
                <c:pt idx="189">
                  <c:v>2.5434882772805834</c:v>
                </c:pt>
                <c:pt idx="190">
                  <c:v>2.2880027526388513</c:v>
                </c:pt>
                <c:pt idx="191">
                  <c:v>1.8383459506199289</c:v>
                </c:pt>
                <c:pt idx="192">
                  <c:v>1.753110989460368</c:v>
                </c:pt>
                <c:pt idx="193">
                  <c:v>1.3780692325815258</c:v>
                </c:pt>
                <c:pt idx="194">
                  <c:v>2.1276020794955257</c:v>
                </c:pt>
                <c:pt idx="195">
                  <c:v>1.8048800768927404</c:v>
                </c:pt>
                <c:pt idx="196">
                  <c:v>1.7671799660313618</c:v>
                </c:pt>
                <c:pt idx="197">
                  <c:v>2.3392394021612515</c:v>
                </c:pt>
                <c:pt idx="198">
                  <c:v>1.4643331409471552</c:v>
                </c:pt>
                <c:pt idx="199">
                  <c:v>1.5742139204878609</c:v>
                </c:pt>
                <c:pt idx="200">
                  <c:v>1.5696731379319036</c:v>
                </c:pt>
                <c:pt idx="201">
                  <c:v>1.5902550824562389</c:v>
                </c:pt>
                <c:pt idx="202">
                  <c:v>2.7107298064736596</c:v>
                </c:pt>
                <c:pt idx="203">
                  <c:v>1.6427207748170691</c:v>
                </c:pt>
                <c:pt idx="204">
                  <c:v>1.7157024649432544</c:v>
                </c:pt>
                <c:pt idx="205">
                  <c:v>1.5326591017654163</c:v>
                </c:pt>
                <c:pt idx="206">
                  <c:v>1.9142835243413183</c:v>
                </c:pt>
                <c:pt idx="207">
                  <c:v>1.4902583400940015</c:v>
                </c:pt>
                <c:pt idx="208">
                  <c:v>2.8978428749197311</c:v>
                </c:pt>
                <c:pt idx="209">
                  <c:v>1.8670113914089512</c:v>
                </c:pt>
                <c:pt idx="210">
                  <c:v>2.1060531133922149</c:v>
                </c:pt>
                <c:pt idx="211">
                  <c:v>2.316123465781279</c:v>
                </c:pt>
                <c:pt idx="212">
                  <c:v>2.1748314813542162</c:v>
                </c:pt>
                <c:pt idx="213">
                  <c:v>1.782436832223357</c:v>
                </c:pt>
                <c:pt idx="214">
                  <c:v>1.6053567810250891</c:v>
                </c:pt>
                <c:pt idx="215">
                  <c:v>1.8457129263757943</c:v>
                </c:pt>
                <c:pt idx="216">
                  <c:v>1.5224244038571995</c:v>
                </c:pt>
                <c:pt idx="217">
                  <c:v>1.9260248924954688</c:v>
                </c:pt>
                <c:pt idx="218">
                  <c:v>2.4178634397824683</c:v>
                </c:pt>
                <c:pt idx="219">
                  <c:v>1.4956748712263939</c:v>
                </c:pt>
                <c:pt idx="220">
                  <c:v>1.6607921539410908</c:v>
                </c:pt>
                <c:pt idx="221">
                  <c:v>2.3556702575513371</c:v>
                </c:pt>
                <c:pt idx="222">
                  <c:v>1.4589506584446292</c:v>
                </c:pt>
                <c:pt idx="223">
                  <c:v>1.7205676048110501</c:v>
                </c:pt>
                <c:pt idx="224">
                  <c:v>1.9544733775340477</c:v>
                </c:pt>
                <c:pt idx="225">
                  <c:v>1.6542912799984075</c:v>
                </c:pt>
                <c:pt idx="226">
                  <c:v>2.2021313641592331</c:v>
                </c:pt>
                <c:pt idx="227">
                  <c:v>3.6795083622117826</c:v>
                </c:pt>
                <c:pt idx="228">
                  <c:v>1.4634007088984811</c:v>
                </c:pt>
                <c:pt idx="229">
                  <c:v>1.3018043444176157</c:v>
                </c:pt>
                <c:pt idx="230">
                  <c:v>2.4633902596498287</c:v>
                </c:pt>
                <c:pt idx="231">
                  <c:v>1.5872925724451112</c:v>
                </c:pt>
                <c:pt idx="232">
                  <c:v>1.4256235123043144</c:v>
                </c:pt>
                <c:pt idx="233">
                  <c:v>1.343898314829284</c:v>
                </c:pt>
                <c:pt idx="234">
                  <c:v>1.4293450198513658</c:v>
                </c:pt>
              </c:numCache>
            </c:numRef>
          </c:yVal>
          <c:smooth val="0"/>
          <c:extLst>
            <c:ext xmlns:c16="http://schemas.microsoft.com/office/drawing/2014/chart" uri="{C3380CC4-5D6E-409C-BE32-E72D297353CC}">
              <c16:uniqueId val="{00000001-4CC7-4489-BBD7-DA12053052DE}"/>
            </c:ext>
          </c:extLst>
        </c:ser>
        <c:ser>
          <c:idx val="2"/>
          <c:order val="2"/>
          <c:tx>
            <c:v>"Decreased"</c:v>
          </c:tx>
          <c:spPr>
            <a:ln w="25400" cap="rnd">
              <a:noFill/>
              <a:round/>
            </a:ln>
            <a:effectLst/>
          </c:spPr>
          <c:marker>
            <c:symbol val="circle"/>
            <c:size val="5"/>
            <c:spPr>
              <a:solidFill>
                <a:srgbClr val="00B0F0"/>
              </a:solidFill>
              <a:ln w="9525">
                <a:solidFill>
                  <a:srgbClr val="00B0F0"/>
                </a:solidFill>
              </a:ln>
              <a:effectLst/>
            </c:spPr>
          </c:marker>
          <c:xVal>
            <c:numRef>
              <c:f>'Volcano plot '!$K$3:$K$233</c:f>
              <c:numCache>
                <c:formatCode>General</c:formatCode>
                <c:ptCount val="231"/>
                <c:pt idx="0">
                  <c:v>-2.7310165483823301</c:v>
                </c:pt>
                <c:pt idx="1">
                  <c:v>-2.5260594929931601</c:v>
                </c:pt>
                <c:pt idx="2">
                  <c:v>-2.5093556510600701</c:v>
                </c:pt>
                <c:pt idx="3">
                  <c:v>-2.3683002064853702</c:v>
                </c:pt>
                <c:pt idx="4">
                  <c:v>-2.2128413714883899</c:v>
                </c:pt>
                <c:pt idx="5">
                  <c:v>-2.0994351830580702</c:v>
                </c:pt>
                <c:pt idx="6">
                  <c:v>-1.96519329960181</c:v>
                </c:pt>
                <c:pt idx="7">
                  <c:v>-1.95524347878273</c:v>
                </c:pt>
                <c:pt idx="8">
                  <c:v>-1.91415693817484</c:v>
                </c:pt>
                <c:pt idx="9">
                  <c:v>-1.8766188035286899</c:v>
                </c:pt>
                <c:pt idx="10">
                  <c:v>-1.8349871064248</c:v>
                </c:pt>
                <c:pt idx="11">
                  <c:v>-1.7997341779623599</c:v>
                </c:pt>
                <c:pt idx="12">
                  <c:v>-1.78726634049717</c:v>
                </c:pt>
                <c:pt idx="13">
                  <c:v>-1.74774876938249</c:v>
                </c:pt>
                <c:pt idx="14">
                  <c:v>-1.73426890227335</c:v>
                </c:pt>
                <c:pt idx="15">
                  <c:v>-1.72510606225955</c:v>
                </c:pt>
                <c:pt idx="16">
                  <c:v>-1.5629779280893601</c:v>
                </c:pt>
                <c:pt idx="17">
                  <c:v>-1.55871857604446</c:v>
                </c:pt>
                <c:pt idx="18">
                  <c:v>-1.55606519827087</c:v>
                </c:pt>
                <c:pt idx="19">
                  <c:v>-1.55423855501027</c:v>
                </c:pt>
                <c:pt idx="20">
                  <c:v>-1.5508287631639499</c:v>
                </c:pt>
                <c:pt idx="21">
                  <c:v>-1.53875153439969</c:v>
                </c:pt>
                <c:pt idx="22">
                  <c:v>-1.52678053544384</c:v>
                </c:pt>
                <c:pt idx="23">
                  <c:v>-1.51839359287931</c:v>
                </c:pt>
                <c:pt idx="24">
                  <c:v>-1.50928564643631</c:v>
                </c:pt>
                <c:pt idx="25">
                  <c:v>-1.49737483133458</c:v>
                </c:pt>
                <c:pt idx="26">
                  <c:v>-1.4846798009934801</c:v>
                </c:pt>
                <c:pt idx="27">
                  <c:v>-1.4753320829019401</c:v>
                </c:pt>
                <c:pt idx="28">
                  <c:v>-1.4744578364082701</c:v>
                </c:pt>
                <c:pt idx="29">
                  <c:v>-1.46297561331033</c:v>
                </c:pt>
                <c:pt idx="30">
                  <c:v>-1.45597511064005</c:v>
                </c:pt>
                <c:pt idx="31">
                  <c:v>-1.4557718818012499</c:v>
                </c:pt>
                <c:pt idx="32">
                  <c:v>-1.4519904498596401</c:v>
                </c:pt>
                <c:pt idx="33">
                  <c:v>-1.43941489925524</c:v>
                </c:pt>
                <c:pt idx="34">
                  <c:v>-1.4269560579884499</c:v>
                </c:pt>
                <c:pt idx="35">
                  <c:v>-1.4227338080505101</c:v>
                </c:pt>
                <c:pt idx="36">
                  <c:v>-1.3974497693674699</c:v>
                </c:pt>
                <c:pt idx="37">
                  <c:v>-1.3850502108260201</c:v>
                </c:pt>
                <c:pt idx="38">
                  <c:v>-1.37676710123496</c:v>
                </c:pt>
                <c:pt idx="39">
                  <c:v>-1.3690826748909899</c:v>
                </c:pt>
                <c:pt idx="40">
                  <c:v>-1.3573539530638801</c:v>
                </c:pt>
                <c:pt idx="41">
                  <c:v>-1.3302611681707099</c:v>
                </c:pt>
                <c:pt idx="42">
                  <c:v>-1.32498302283911</c:v>
                </c:pt>
                <c:pt idx="43">
                  <c:v>-1.3204593146011301</c:v>
                </c:pt>
                <c:pt idx="44">
                  <c:v>-1.3064525512095599</c:v>
                </c:pt>
                <c:pt idx="45">
                  <c:v>-1.29681938515734</c:v>
                </c:pt>
                <c:pt idx="46">
                  <c:v>-1.29252142311805</c:v>
                </c:pt>
                <c:pt idx="47">
                  <c:v>-1.2823219524573899</c:v>
                </c:pt>
                <c:pt idx="48">
                  <c:v>-1.27260661516439</c:v>
                </c:pt>
                <c:pt idx="49">
                  <c:v>-1.2695245271061499</c:v>
                </c:pt>
                <c:pt idx="50">
                  <c:v>-1.26615413952054</c:v>
                </c:pt>
                <c:pt idx="51">
                  <c:v>-1.2637317141314399</c:v>
                </c:pt>
                <c:pt idx="52">
                  <c:v>-1.25355348561234</c:v>
                </c:pt>
                <c:pt idx="53">
                  <c:v>-1.25079731464688</c:v>
                </c:pt>
                <c:pt idx="54">
                  <c:v>-1.2342905953299299</c:v>
                </c:pt>
                <c:pt idx="55">
                  <c:v>-1.20872662113145</c:v>
                </c:pt>
                <c:pt idx="56">
                  <c:v>-1.20578381002391</c:v>
                </c:pt>
                <c:pt idx="57">
                  <c:v>-1.2011490331242201</c:v>
                </c:pt>
                <c:pt idx="58">
                  <c:v>-1.19891713506266</c:v>
                </c:pt>
                <c:pt idx="59">
                  <c:v>-1.18187745786746</c:v>
                </c:pt>
                <c:pt idx="60">
                  <c:v>-1.17720750463297</c:v>
                </c:pt>
                <c:pt idx="61">
                  <c:v>-1.17153833322167</c:v>
                </c:pt>
                <c:pt idx="62">
                  <c:v>-1.1702835144302299</c:v>
                </c:pt>
                <c:pt idx="63">
                  <c:v>-1.1570554901694201</c:v>
                </c:pt>
                <c:pt idx="64">
                  <c:v>-1.1550143739688801</c:v>
                </c:pt>
                <c:pt idx="65">
                  <c:v>-1.13145601941697</c:v>
                </c:pt>
                <c:pt idx="66">
                  <c:v>-1.12192314605011</c:v>
                </c:pt>
                <c:pt idx="67">
                  <c:v>-1.11925462383114</c:v>
                </c:pt>
                <c:pt idx="68">
                  <c:v>-1.11817598720318</c:v>
                </c:pt>
                <c:pt idx="69">
                  <c:v>-1.1090790451152399</c:v>
                </c:pt>
                <c:pt idx="70">
                  <c:v>-1.1076690406410601</c:v>
                </c:pt>
                <c:pt idx="71">
                  <c:v>-1.10755023961006</c:v>
                </c:pt>
                <c:pt idx="72">
                  <c:v>-1.0991601055350499</c:v>
                </c:pt>
                <c:pt idx="73">
                  <c:v>-1.0966923450392301</c:v>
                </c:pt>
                <c:pt idx="74">
                  <c:v>-1.0938079088889801</c:v>
                </c:pt>
                <c:pt idx="75">
                  <c:v>-1.0915451360438799</c:v>
                </c:pt>
                <c:pt idx="76">
                  <c:v>-1.0904634636071899</c:v>
                </c:pt>
                <c:pt idx="77">
                  <c:v>-1.0890331399350699</c:v>
                </c:pt>
                <c:pt idx="78">
                  <c:v>-1.08709519674188</c:v>
                </c:pt>
                <c:pt idx="79">
                  <c:v>-1.0815204641190701</c:v>
                </c:pt>
                <c:pt idx="80">
                  <c:v>-1.0808714816173599</c:v>
                </c:pt>
                <c:pt idx="81">
                  <c:v>-1.0770882657612799</c:v>
                </c:pt>
                <c:pt idx="82">
                  <c:v>-1.06538352241492</c:v>
                </c:pt>
                <c:pt idx="83">
                  <c:v>-1.05370063475024</c:v>
                </c:pt>
                <c:pt idx="84">
                  <c:v>-1.0484002635588501</c:v>
                </c:pt>
                <c:pt idx="85">
                  <c:v>-1.03952932321337</c:v>
                </c:pt>
                <c:pt idx="86">
                  <c:v>-1.0202351801159699</c:v>
                </c:pt>
                <c:pt idx="87">
                  <c:v>-1.0084557639701901</c:v>
                </c:pt>
                <c:pt idx="88">
                  <c:v>-0.99272271384630895</c:v>
                </c:pt>
                <c:pt idx="89">
                  <c:v>-0.99264289362373104</c:v>
                </c:pt>
                <c:pt idx="90">
                  <c:v>-0.98424145004389596</c:v>
                </c:pt>
                <c:pt idx="91">
                  <c:v>-0.96997706007422102</c:v>
                </c:pt>
                <c:pt idx="92">
                  <c:v>-0.95384388513061003</c:v>
                </c:pt>
                <c:pt idx="93">
                  <c:v>-0.94521063456185705</c:v>
                </c:pt>
                <c:pt idx="94">
                  <c:v>-0.94007762704453102</c:v>
                </c:pt>
                <c:pt idx="95">
                  <c:v>-0.93908079767608399</c:v>
                </c:pt>
                <c:pt idx="96">
                  <c:v>-0.93882783429729999</c:v>
                </c:pt>
                <c:pt idx="97">
                  <c:v>-0.93190835837194197</c:v>
                </c:pt>
                <c:pt idx="98">
                  <c:v>-0.92628312795118695</c:v>
                </c:pt>
                <c:pt idx="99">
                  <c:v>-0.91935273105899296</c:v>
                </c:pt>
                <c:pt idx="100">
                  <c:v>-0.91823735871605205</c:v>
                </c:pt>
                <c:pt idx="101">
                  <c:v>-0.91159492679879195</c:v>
                </c:pt>
                <c:pt idx="102">
                  <c:v>-0.90873744184363403</c:v>
                </c:pt>
                <c:pt idx="103">
                  <c:v>-0.90634852819706102</c:v>
                </c:pt>
                <c:pt idx="104">
                  <c:v>-0.90263681795018502</c:v>
                </c:pt>
                <c:pt idx="105">
                  <c:v>-0.89300517920758404</c:v>
                </c:pt>
                <c:pt idx="106">
                  <c:v>-0.89090006647298703</c:v>
                </c:pt>
                <c:pt idx="107">
                  <c:v>-0.88880164009212603</c:v>
                </c:pt>
                <c:pt idx="108">
                  <c:v>-0.88642181526187303</c:v>
                </c:pt>
                <c:pt idx="109">
                  <c:v>-0.88473650732936804</c:v>
                </c:pt>
                <c:pt idx="110">
                  <c:v>-0.87564238165808195</c:v>
                </c:pt>
                <c:pt idx="111">
                  <c:v>-0.87369485490326704</c:v>
                </c:pt>
                <c:pt idx="112">
                  <c:v>-0.87302773290361202</c:v>
                </c:pt>
                <c:pt idx="113">
                  <c:v>-0.86980546963819105</c:v>
                </c:pt>
                <c:pt idx="114">
                  <c:v>-0.865715582313896</c:v>
                </c:pt>
                <c:pt idx="115">
                  <c:v>-0.864532145446962</c:v>
                </c:pt>
                <c:pt idx="116">
                  <c:v>-0.86380467400002903</c:v>
                </c:pt>
                <c:pt idx="117">
                  <c:v>-0.86183860476680596</c:v>
                </c:pt>
                <c:pt idx="118">
                  <c:v>-0.86072215765023696</c:v>
                </c:pt>
                <c:pt idx="119">
                  <c:v>-0.859607419961257</c:v>
                </c:pt>
                <c:pt idx="120">
                  <c:v>-0.85455872020102996</c:v>
                </c:pt>
                <c:pt idx="121">
                  <c:v>-0.84886924680779396</c:v>
                </c:pt>
                <c:pt idx="122">
                  <c:v>-0.84867495794834003</c:v>
                </c:pt>
                <c:pt idx="123">
                  <c:v>-0.84653243964543301</c:v>
                </c:pt>
                <c:pt idx="124">
                  <c:v>-0.84583376622635198</c:v>
                </c:pt>
                <c:pt idx="125">
                  <c:v>-0.84466535021508404</c:v>
                </c:pt>
                <c:pt idx="126">
                  <c:v>-0.83845923883194795</c:v>
                </c:pt>
                <c:pt idx="127">
                  <c:v>-0.83574740262704195</c:v>
                </c:pt>
                <c:pt idx="128">
                  <c:v>-0.83508906816906103</c:v>
                </c:pt>
                <c:pt idx="129">
                  <c:v>-0.833300088022636</c:v>
                </c:pt>
                <c:pt idx="130">
                  <c:v>-0.825458536154141</c:v>
                </c:pt>
                <c:pt idx="131">
                  <c:v>-0.82034618381189595</c:v>
                </c:pt>
                <c:pt idx="132">
                  <c:v>-0.81956476495030695</c:v>
                </c:pt>
                <c:pt idx="133">
                  <c:v>-0.81622781976219705</c:v>
                </c:pt>
                <c:pt idx="134">
                  <c:v>-0.81512354628444705</c:v>
                </c:pt>
                <c:pt idx="135">
                  <c:v>-0.81462642608124403</c:v>
                </c:pt>
                <c:pt idx="136">
                  <c:v>-0.81340431348142805</c:v>
                </c:pt>
                <c:pt idx="137">
                  <c:v>-0.80529618024344896</c:v>
                </c:pt>
                <c:pt idx="138">
                  <c:v>-0.80473325927462702</c:v>
                </c:pt>
                <c:pt idx="139">
                  <c:v>-0.79991339522938198</c:v>
                </c:pt>
                <c:pt idx="140">
                  <c:v>-0.79802446345302502</c:v>
                </c:pt>
                <c:pt idx="141">
                  <c:v>-0.79240464759805096</c:v>
                </c:pt>
                <c:pt idx="142">
                  <c:v>-0.78894645354467496</c:v>
                </c:pt>
                <c:pt idx="143">
                  <c:v>-0.78360287462976397</c:v>
                </c:pt>
                <c:pt idx="144">
                  <c:v>-0.77599288438237601</c:v>
                </c:pt>
                <c:pt idx="145">
                  <c:v>-0.77249980712160105</c:v>
                </c:pt>
                <c:pt idx="146">
                  <c:v>-0.77064878525382996</c:v>
                </c:pt>
                <c:pt idx="147">
                  <c:v>-0.77026458085446903</c:v>
                </c:pt>
                <c:pt idx="148">
                  <c:v>-0.76972685797510099</c:v>
                </c:pt>
                <c:pt idx="149">
                  <c:v>-0.76581608706582605</c:v>
                </c:pt>
                <c:pt idx="150">
                  <c:v>-0.76448354562260301</c:v>
                </c:pt>
                <c:pt idx="151">
                  <c:v>-0.76033532461142495</c:v>
                </c:pt>
                <c:pt idx="152">
                  <c:v>-0.75628069029879097</c:v>
                </c:pt>
                <c:pt idx="153">
                  <c:v>-0.75624373800687605</c:v>
                </c:pt>
                <c:pt idx="154">
                  <c:v>-0.74838806592297802</c:v>
                </c:pt>
                <c:pt idx="155">
                  <c:v>-0.746059404742621</c:v>
                </c:pt>
                <c:pt idx="156">
                  <c:v>-0.74268729123339505</c:v>
                </c:pt>
                <c:pt idx="157">
                  <c:v>-0.74105300449269196</c:v>
                </c:pt>
                <c:pt idx="158">
                  <c:v>-0.73366078182802097</c:v>
                </c:pt>
                <c:pt idx="159">
                  <c:v>-0.73359694488547</c:v>
                </c:pt>
                <c:pt idx="160">
                  <c:v>-0.73342097302690901</c:v>
                </c:pt>
                <c:pt idx="161">
                  <c:v>-0.733169522674466</c:v>
                </c:pt>
                <c:pt idx="162">
                  <c:v>-0.72794037954228197</c:v>
                </c:pt>
                <c:pt idx="163">
                  <c:v>-0.72592851085259003</c:v>
                </c:pt>
                <c:pt idx="164">
                  <c:v>-0.71139702909915703</c:v>
                </c:pt>
                <c:pt idx="165">
                  <c:v>-0.71033923872795401</c:v>
                </c:pt>
                <c:pt idx="166">
                  <c:v>-0.70527835161068397</c:v>
                </c:pt>
                <c:pt idx="167">
                  <c:v>-0.70153117149730804</c:v>
                </c:pt>
                <c:pt idx="168">
                  <c:v>-0.69767021146466801</c:v>
                </c:pt>
                <c:pt idx="169">
                  <c:v>-0.69655579138962098</c:v>
                </c:pt>
                <c:pt idx="170">
                  <c:v>-0.69401734250927705</c:v>
                </c:pt>
                <c:pt idx="171">
                  <c:v>-0.69306950016453295</c:v>
                </c:pt>
                <c:pt idx="172">
                  <c:v>-0.68903364821170898</c:v>
                </c:pt>
                <c:pt idx="173">
                  <c:v>-0.68861419344436203</c:v>
                </c:pt>
                <c:pt idx="174">
                  <c:v>-0.68610394237236605</c:v>
                </c:pt>
                <c:pt idx="175">
                  <c:v>-0.68135837527287202</c:v>
                </c:pt>
                <c:pt idx="176">
                  <c:v>-0.68018654273452805</c:v>
                </c:pt>
                <c:pt idx="177">
                  <c:v>-0.67971142311981603</c:v>
                </c:pt>
                <c:pt idx="178">
                  <c:v>-0.678524462439555</c:v>
                </c:pt>
                <c:pt idx="179">
                  <c:v>-0.67786350224502101</c:v>
                </c:pt>
                <c:pt idx="180">
                  <c:v>-0.67036881330419695</c:v>
                </c:pt>
                <c:pt idx="181">
                  <c:v>-0.66952696003402301</c:v>
                </c:pt>
                <c:pt idx="182">
                  <c:v>-0.66890599849075705</c:v>
                </c:pt>
                <c:pt idx="183">
                  <c:v>-0.66788921122734002</c:v>
                </c:pt>
                <c:pt idx="184">
                  <c:v>-0.66423297307191798</c:v>
                </c:pt>
                <c:pt idx="185">
                  <c:v>-0.66071414228018799</c:v>
                </c:pt>
                <c:pt idx="186">
                  <c:v>-0.65677014220366603</c:v>
                </c:pt>
                <c:pt idx="187">
                  <c:v>-0.65088159753293695</c:v>
                </c:pt>
                <c:pt idx="188">
                  <c:v>-0.648040734585273</c:v>
                </c:pt>
                <c:pt idx="189">
                  <c:v>-0.64451866521123302</c:v>
                </c:pt>
                <c:pt idx="190">
                  <c:v>-0.64223511814877199</c:v>
                </c:pt>
                <c:pt idx="191">
                  <c:v>-0.63834874182198198</c:v>
                </c:pt>
                <c:pt idx="192">
                  <c:v>-0.63774387650052899</c:v>
                </c:pt>
                <c:pt idx="193">
                  <c:v>-0.632733633143999</c:v>
                </c:pt>
                <c:pt idx="194">
                  <c:v>-0.63205144228239996</c:v>
                </c:pt>
                <c:pt idx="195">
                  <c:v>-0.62382069180280197</c:v>
                </c:pt>
                <c:pt idx="196">
                  <c:v>-0.61623135804590801</c:v>
                </c:pt>
                <c:pt idx="197">
                  <c:v>-0.61391405766205798</c:v>
                </c:pt>
                <c:pt idx="198">
                  <c:v>-0.6004694667064</c:v>
                </c:pt>
                <c:pt idx="199">
                  <c:v>-0.60017288270493596</c:v>
                </c:pt>
                <c:pt idx="200">
                  <c:v>-0.59973779341685696</c:v>
                </c:pt>
                <c:pt idx="201">
                  <c:v>-0.59379417865237005</c:v>
                </c:pt>
                <c:pt idx="202">
                  <c:v>-0.59125777706712102</c:v>
                </c:pt>
                <c:pt idx="203">
                  <c:v>-0.59124095435156199</c:v>
                </c:pt>
                <c:pt idx="204">
                  <c:v>-0.58905167354172105</c:v>
                </c:pt>
                <c:pt idx="205">
                  <c:v>-0.58172652883569498</c:v>
                </c:pt>
                <c:pt idx="206">
                  <c:v>-0.579226458721951</c:v>
                </c:pt>
                <c:pt idx="207">
                  <c:v>-0.57550192276021805</c:v>
                </c:pt>
                <c:pt idx="208">
                  <c:v>-0.57326410582037102</c:v>
                </c:pt>
                <c:pt idx="209">
                  <c:v>-0.57081839508312604</c:v>
                </c:pt>
                <c:pt idx="210">
                  <c:v>-0.56776523831774695</c:v>
                </c:pt>
                <c:pt idx="211">
                  <c:v>-0.56590076750818197</c:v>
                </c:pt>
                <c:pt idx="212">
                  <c:v>-0.56360803000682602</c:v>
                </c:pt>
                <c:pt idx="213">
                  <c:v>-0.56029964515673902</c:v>
                </c:pt>
                <c:pt idx="214">
                  <c:v>-0.55967757800656404</c:v>
                </c:pt>
                <c:pt idx="215">
                  <c:v>-0.55812208079016301</c:v>
                </c:pt>
                <c:pt idx="216">
                  <c:v>-0.54441873174048505</c:v>
                </c:pt>
                <c:pt idx="217">
                  <c:v>-0.53933634590461599</c:v>
                </c:pt>
                <c:pt idx="218">
                  <c:v>-0.52879994404577202</c:v>
                </c:pt>
                <c:pt idx="219">
                  <c:v>-0.52482134524176904</c:v>
                </c:pt>
                <c:pt idx="220">
                  <c:v>-0.52222200562153598</c:v>
                </c:pt>
                <c:pt idx="221">
                  <c:v>-0.51651012420127496</c:v>
                </c:pt>
                <c:pt idx="222">
                  <c:v>-0.50455904937921003</c:v>
                </c:pt>
                <c:pt idx="223">
                  <c:v>-0.49395978663239898</c:v>
                </c:pt>
                <c:pt idx="224">
                  <c:v>-0.477397936373464</c:v>
                </c:pt>
                <c:pt idx="225">
                  <c:v>-0.47685778036530402</c:v>
                </c:pt>
                <c:pt idx="226">
                  <c:v>-0.44607794068486201</c:v>
                </c:pt>
                <c:pt idx="227">
                  <c:v>-0.443714092785918</c:v>
                </c:pt>
                <c:pt idx="228">
                  <c:v>-0.42454012308028399</c:v>
                </c:pt>
                <c:pt idx="229">
                  <c:v>-0.42376826932199302</c:v>
                </c:pt>
                <c:pt idx="230">
                  <c:v>-0.39175150674900999</c:v>
                </c:pt>
              </c:numCache>
            </c:numRef>
          </c:xVal>
          <c:yVal>
            <c:numRef>
              <c:f>'Volcano plot '!$L$3:$L$233</c:f>
              <c:numCache>
                <c:formatCode>General</c:formatCode>
                <c:ptCount val="231"/>
                <c:pt idx="0">
                  <c:v>2.4607483934002423</c:v>
                </c:pt>
                <c:pt idx="1">
                  <c:v>2.369938173436676</c:v>
                </c:pt>
                <c:pt idx="2">
                  <c:v>3.5137365835017875</c:v>
                </c:pt>
                <c:pt idx="3">
                  <c:v>1.8639862249563219</c:v>
                </c:pt>
                <c:pt idx="4">
                  <c:v>2.0405040317492347</c:v>
                </c:pt>
                <c:pt idx="5">
                  <c:v>2.4254517978918937</c:v>
                </c:pt>
                <c:pt idx="6">
                  <c:v>2.943997209603368</c:v>
                </c:pt>
                <c:pt idx="7">
                  <c:v>3.0227068635003196</c:v>
                </c:pt>
                <c:pt idx="8">
                  <c:v>2.3630403973559728</c:v>
                </c:pt>
                <c:pt idx="9">
                  <c:v>1.9945924167085012</c:v>
                </c:pt>
                <c:pt idx="10">
                  <c:v>1.4570249742821193</c:v>
                </c:pt>
                <c:pt idx="11">
                  <c:v>1.6612884871013283</c:v>
                </c:pt>
                <c:pt idx="12">
                  <c:v>1.9676013131584467</c:v>
                </c:pt>
                <c:pt idx="13">
                  <c:v>2.8005443165998471</c:v>
                </c:pt>
                <c:pt idx="14">
                  <c:v>2.4750526388820409</c:v>
                </c:pt>
                <c:pt idx="15">
                  <c:v>2.2782730036777821</c:v>
                </c:pt>
                <c:pt idx="16">
                  <c:v>3.5303015556349671</c:v>
                </c:pt>
                <c:pt idx="17">
                  <c:v>1.8272239240583725</c:v>
                </c:pt>
                <c:pt idx="18">
                  <c:v>1.968190687248647</c:v>
                </c:pt>
                <c:pt idx="19">
                  <c:v>1.5755492383225222</c:v>
                </c:pt>
                <c:pt idx="20">
                  <c:v>1.7675286545390894</c:v>
                </c:pt>
                <c:pt idx="21">
                  <c:v>1.742473648891512</c:v>
                </c:pt>
                <c:pt idx="22">
                  <c:v>2.4013004785892189</c:v>
                </c:pt>
                <c:pt idx="23">
                  <c:v>3.1438153145137457</c:v>
                </c:pt>
                <c:pt idx="24">
                  <c:v>1.6937809475590122</c:v>
                </c:pt>
                <c:pt idx="25">
                  <c:v>2.0616530346638609</c:v>
                </c:pt>
                <c:pt idx="26">
                  <c:v>1.4610654161833443</c:v>
                </c:pt>
                <c:pt idx="27">
                  <c:v>1.5995961933729419</c:v>
                </c:pt>
                <c:pt idx="28">
                  <c:v>2.6382558039638138</c:v>
                </c:pt>
                <c:pt idx="29">
                  <c:v>1.468194946494656</c:v>
                </c:pt>
                <c:pt idx="30">
                  <c:v>2.1392797526467215</c:v>
                </c:pt>
                <c:pt idx="31">
                  <c:v>2.2698125661094264</c:v>
                </c:pt>
                <c:pt idx="32">
                  <c:v>2.0062925263863107</c:v>
                </c:pt>
                <c:pt idx="33">
                  <c:v>3.226775460440185</c:v>
                </c:pt>
                <c:pt idx="34">
                  <c:v>2.8138825520962789</c:v>
                </c:pt>
                <c:pt idx="35">
                  <c:v>2.2341789212427345</c:v>
                </c:pt>
                <c:pt idx="36">
                  <c:v>3.2472345126909135</c:v>
                </c:pt>
                <c:pt idx="37">
                  <c:v>2.2181862564783108</c:v>
                </c:pt>
                <c:pt idx="38">
                  <c:v>1.4281061964241366</c:v>
                </c:pt>
                <c:pt idx="39">
                  <c:v>1.7291952716508914</c:v>
                </c:pt>
                <c:pt idx="40">
                  <c:v>2.4032185063161062</c:v>
                </c:pt>
                <c:pt idx="41">
                  <c:v>2.6696922169211081</c:v>
                </c:pt>
                <c:pt idx="42">
                  <c:v>1.6162417686270136</c:v>
                </c:pt>
                <c:pt idx="43">
                  <c:v>1.9851236099412299</c:v>
                </c:pt>
                <c:pt idx="44">
                  <c:v>2.3078693212871682</c:v>
                </c:pt>
                <c:pt idx="45">
                  <c:v>3.6559509634515375</c:v>
                </c:pt>
                <c:pt idx="46">
                  <c:v>1.685240629494366</c:v>
                </c:pt>
                <c:pt idx="47">
                  <c:v>1.6515823027204972</c:v>
                </c:pt>
                <c:pt idx="48">
                  <c:v>1.5551721201101141</c:v>
                </c:pt>
                <c:pt idx="49">
                  <c:v>1.7473183510557941</c:v>
                </c:pt>
                <c:pt idx="50">
                  <c:v>2.0695188877668187</c:v>
                </c:pt>
                <c:pt idx="51">
                  <c:v>2.0540196366414598</c:v>
                </c:pt>
                <c:pt idx="52">
                  <c:v>2.8084013161262531</c:v>
                </c:pt>
                <c:pt idx="53">
                  <c:v>1.8819461387117722</c:v>
                </c:pt>
                <c:pt idx="54">
                  <c:v>1.4461598383396146</c:v>
                </c:pt>
                <c:pt idx="55">
                  <c:v>1.3276870021207663</c:v>
                </c:pt>
                <c:pt idx="56">
                  <c:v>2.2675945621051317</c:v>
                </c:pt>
                <c:pt idx="57">
                  <c:v>3.0194206910287882</c:v>
                </c:pt>
                <c:pt idx="58">
                  <c:v>1.7141410693911654</c:v>
                </c:pt>
                <c:pt idx="59">
                  <c:v>2.7893244183521881</c:v>
                </c:pt>
                <c:pt idx="60">
                  <c:v>2.2225223515451957</c:v>
                </c:pt>
                <c:pt idx="61">
                  <c:v>1.9817160972306247</c:v>
                </c:pt>
                <c:pt idx="62">
                  <c:v>1.569343223014301</c:v>
                </c:pt>
                <c:pt idx="63">
                  <c:v>3.0077078723559572</c:v>
                </c:pt>
                <c:pt idx="64">
                  <c:v>1.3168632246607801</c:v>
                </c:pt>
                <c:pt idx="65">
                  <c:v>1.4809207158182209</c:v>
                </c:pt>
                <c:pt idx="66">
                  <c:v>1.5101777763736337</c:v>
                </c:pt>
                <c:pt idx="67">
                  <c:v>1.5715436915928329</c:v>
                </c:pt>
                <c:pt idx="68">
                  <c:v>1.9071164225761712</c:v>
                </c:pt>
                <c:pt idx="69">
                  <c:v>1.5225918651543011</c:v>
                </c:pt>
                <c:pt idx="70">
                  <c:v>1.6330722473671464</c:v>
                </c:pt>
                <c:pt idx="71">
                  <c:v>1.3359426039120879</c:v>
                </c:pt>
                <c:pt idx="72">
                  <c:v>1.6726928970060402</c:v>
                </c:pt>
                <c:pt idx="73">
                  <c:v>2.0672269700230461</c:v>
                </c:pt>
                <c:pt idx="74">
                  <c:v>1.3241227396940458</c:v>
                </c:pt>
                <c:pt idx="75">
                  <c:v>2.1050552006510084</c:v>
                </c:pt>
                <c:pt idx="76">
                  <c:v>2.8142521813576846</c:v>
                </c:pt>
                <c:pt idx="77">
                  <c:v>2.1493390866809379</c:v>
                </c:pt>
                <c:pt idx="78">
                  <c:v>2.1965485579608997</c:v>
                </c:pt>
                <c:pt idx="79">
                  <c:v>2.0513246315622595</c:v>
                </c:pt>
                <c:pt idx="80">
                  <c:v>2.0137429278637526</c:v>
                </c:pt>
                <c:pt idx="81">
                  <c:v>2.7137012039955684</c:v>
                </c:pt>
                <c:pt idx="82">
                  <c:v>1.6376972661120035</c:v>
                </c:pt>
                <c:pt idx="83">
                  <c:v>1.330676932965722</c:v>
                </c:pt>
                <c:pt idx="84">
                  <c:v>2.1538402422344536</c:v>
                </c:pt>
                <c:pt idx="85">
                  <c:v>2.0855725345962028</c:v>
                </c:pt>
                <c:pt idx="86">
                  <c:v>2.1771134498797213</c:v>
                </c:pt>
                <c:pt idx="87">
                  <c:v>2.0946172814571278</c:v>
                </c:pt>
                <c:pt idx="88">
                  <c:v>2.1442608798126668</c:v>
                </c:pt>
                <c:pt idx="89">
                  <c:v>1.6124368901748731</c:v>
                </c:pt>
                <c:pt idx="90">
                  <c:v>2.1895904442202925</c:v>
                </c:pt>
                <c:pt idx="91">
                  <c:v>1.4202682722370763</c:v>
                </c:pt>
                <c:pt idx="92">
                  <c:v>2.1741174959605449</c:v>
                </c:pt>
                <c:pt idx="93">
                  <c:v>1.8433830502285489</c:v>
                </c:pt>
                <c:pt idx="94">
                  <c:v>2.3446993786129964</c:v>
                </c:pt>
                <c:pt idx="95">
                  <c:v>1.3495405899666879</c:v>
                </c:pt>
                <c:pt idx="96">
                  <c:v>2.555055022647795</c:v>
                </c:pt>
                <c:pt idx="97">
                  <c:v>1.3041168988987695</c:v>
                </c:pt>
                <c:pt idx="98">
                  <c:v>1.6134922250090973</c:v>
                </c:pt>
                <c:pt idx="99">
                  <c:v>1.3099112493300602</c:v>
                </c:pt>
                <c:pt idx="100">
                  <c:v>1.6154070531856137</c:v>
                </c:pt>
                <c:pt idx="101">
                  <c:v>1.8462887769420464</c:v>
                </c:pt>
                <c:pt idx="102">
                  <c:v>1.7480910761498294</c:v>
                </c:pt>
                <c:pt idx="103">
                  <c:v>1.5258866528712021</c:v>
                </c:pt>
                <c:pt idx="104">
                  <c:v>2.6690151884694417</c:v>
                </c:pt>
                <c:pt idx="105">
                  <c:v>1.3740423477053618</c:v>
                </c:pt>
                <c:pt idx="106">
                  <c:v>1.3854575864127769</c:v>
                </c:pt>
                <c:pt idx="107">
                  <c:v>1.5975093917639174</c:v>
                </c:pt>
                <c:pt idx="108">
                  <c:v>1.7147830376868096</c:v>
                </c:pt>
                <c:pt idx="109">
                  <c:v>1.4041990996797991</c:v>
                </c:pt>
                <c:pt idx="110">
                  <c:v>1.3341850361986141</c:v>
                </c:pt>
                <c:pt idx="111">
                  <c:v>2.0289392160562398</c:v>
                </c:pt>
                <c:pt idx="112">
                  <c:v>1.7754686635439592</c:v>
                </c:pt>
                <c:pt idx="113">
                  <c:v>2.1505799467612499</c:v>
                </c:pt>
                <c:pt idx="114">
                  <c:v>1.4158830072733355</c:v>
                </c:pt>
                <c:pt idx="115">
                  <c:v>1.7018880343738838</c:v>
                </c:pt>
                <c:pt idx="116">
                  <c:v>2.055885647037019</c:v>
                </c:pt>
                <c:pt idx="117">
                  <c:v>1.8175516376627499</c:v>
                </c:pt>
                <c:pt idx="118">
                  <c:v>2.3756175658150847</c:v>
                </c:pt>
                <c:pt idx="119">
                  <c:v>1.9663981124539027</c:v>
                </c:pt>
                <c:pt idx="120">
                  <c:v>1.694431399921221</c:v>
                </c:pt>
                <c:pt idx="121">
                  <c:v>2.3610506685697437</c:v>
                </c:pt>
                <c:pt idx="122">
                  <c:v>2.4013184101944081</c:v>
                </c:pt>
                <c:pt idx="123">
                  <c:v>1.3165429859860087</c:v>
                </c:pt>
                <c:pt idx="124">
                  <c:v>1.3976787712918655</c:v>
                </c:pt>
                <c:pt idx="125">
                  <c:v>2.8926089698502091</c:v>
                </c:pt>
                <c:pt idx="126">
                  <c:v>2.3322944797098377</c:v>
                </c:pt>
                <c:pt idx="127">
                  <c:v>1.4529897586655962</c:v>
                </c:pt>
                <c:pt idx="128">
                  <c:v>2.2555855389884014</c:v>
                </c:pt>
                <c:pt idx="129">
                  <c:v>1.3936266393360728</c:v>
                </c:pt>
                <c:pt idx="130">
                  <c:v>1.4711910278423808</c:v>
                </c:pt>
                <c:pt idx="131">
                  <c:v>1.4657705600520652</c:v>
                </c:pt>
                <c:pt idx="132">
                  <c:v>1.5300964106741224</c:v>
                </c:pt>
                <c:pt idx="133">
                  <c:v>1.3209654305036642</c:v>
                </c:pt>
                <c:pt idx="134">
                  <c:v>2.1259441388522453</c:v>
                </c:pt>
                <c:pt idx="135">
                  <c:v>1.4069909905853026</c:v>
                </c:pt>
                <c:pt idx="136">
                  <c:v>1.3148930686800748</c:v>
                </c:pt>
                <c:pt idx="137">
                  <c:v>1.6387441873177397</c:v>
                </c:pt>
                <c:pt idx="138">
                  <c:v>1.6512466415529885</c:v>
                </c:pt>
                <c:pt idx="139">
                  <c:v>1.5543436904066414</c:v>
                </c:pt>
                <c:pt idx="140">
                  <c:v>1.6667124155774333</c:v>
                </c:pt>
                <c:pt idx="141">
                  <c:v>1.7545833772532333</c:v>
                </c:pt>
                <c:pt idx="142">
                  <c:v>1.5079503681967248</c:v>
                </c:pt>
                <c:pt idx="143">
                  <c:v>1.3257382467487897</c:v>
                </c:pt>
                <c:pt idx="144">
                  <c:v>1.3829662799002711</c:v>
                </c:pt>
                <c:pt idx="145">
                  <c:v>1.6077506405257942</c:v>
                </c:pt>
                <c:pt idx="146">
                  <c:v>1.9421252862922382</c:v>
                </c:pt>
                <c:pt idx="147">
                  <c:v>1.7645748925852827</c:v>
                </c:pt>
                <c:pt idx="148">
                  <c:v>1.5072435171676768</c:v>
                </c:pt>
                <c:pt idx="149">
                  <c:v>1.4564712210555273</c:v>
                </c:pt>
                <c:pt idx="150">
                  <c:v>1.8345538449487826</c:v>
                </c:pt>
                <c:pt idx="151">
                  <c:v>1.8859912181998468</c:v>
                </c:pt>
                <c:pt idx="152">
                  <c:v>1.4671516613493889</c:v>
                </c:pt>
                <c:pt idx="153">
                  <c:v>1.3161760353970922</c:v>
                </c:pt>
                <c:pt idx="154">
                  <c:v>1.6940960281845554</c:v>
                </c:pt>
                <c:pt idx="155">
                  <c:v>1.5305369153129669</c:v>
                </c:pt>
                <c:pt idx="156">
                  <c:v>2.356466018654908</c:v>
                </c:pt>
                <c:pt idx="157">
                  <c:v>1.327537409816526</c:v>
                </c:pt>
                <c:pt idx="158">
                  <c:v>1.8685908081400671</c:v>
                </c:pt>
                <c:pt idx="159">
                  <c:v>1.6600654800384729</c:v>
                </c:pt>
                <c:pt idx="160">
                  <c:v>1.4835955889218262</c:v>
                </c:pt>
                <c:pt idx="161">
                  <c:v>1.8946843739852952</c:v>
                </c:pt>
                <c:pt idx="162">
                  <c:v>2.3485964590713388</c:v>
                </c:pt>
                <c:pt idx="163">
                  <c:v>1.9218520775843186</c:v>
                </c:pt>
                <c:pt idx="164">
                  <c:v>1.6533391941152826</c:v>
                </c:pt>
                <c:pt idx="165">
                  <c:v>1.8428255542564764</c:v>
                </c:pt>
                <c:pt idx="166">
                  <c:v>1.324214248194147</c:v>
                </c:pt>
                <c:pt idx="167">
                  <c:v>1.517209315942549</c:v>
                </c:pt>
                <c:pt idx="168">
                  <c:v>1.7056339040470685</c:v>
                </c:pt>
                <c:pt idx="169">
                  <c:v>1.4623903680913835</c:v>
                </c:pt>
                <c:pt idx="170">
                  <c:v>2.0185086102978427</c:v>
                </c:pt>
                <c:pt idx="171">
                  <c:v>2.2116100456603824</c:v>
                </c:pt>
                <c:pt idx="172">
                  <c:v>1.9425356995805527</c:v>
                </c:pt>
                <c:pt idx="173">
                  <c:v>2.0312661305167068</c:v>
                </c:pt>
                <c:pt idx="174">
                  <c:v>1.5067530413969221</c:v>
                </c:pt>
                <c:pt idx="175">
                  <c:v>1.5461776980567372</c:v>
                </c:pt>
                <c:pt idx="176">
                  <c:v>2.0878842134401032</c:v>
                </c:pt>
                <c:pt idx="177">
                  <c:v>1.8554537110932381</c:v>
                </c:pt>
                <c:pt idx="178">
                  <c:v>1.7226438058900615</c:v>
                </c:pt>
                <c:pt idx="179">
                  <c:v>1.3299536845664008</c:v>
                </c:pt>
                <c:pt idx="180">
                  <c:v>1.33366380879653</c:v>
                </c:pt>
                <c:pt idx="181">
                  <c:v>1.7171072554322602</c:v>
                </c:pt>
                <c:pt idx="182">
                  <c:v>1.4051918520616833</c:v>
                </c:pt>
                <c:pt idx="183">
                  <c:v>1.4643227314146992</c:v>
                </c:pt>
                <c:pt idx="184">
                  <c:v>1.763910660628685</c:v>
                </c:pt>
                <c:pt idx="185">
                  <c:v>1.9103320764853036</c:v>
                </c:pt>
                <c:pt idx="186">
                  <c:v>1.420977187075412</c:v>
                </c:pt>
                <c:pt idx="187">
                  <c:v>1.320107833685507</c:v>
                </c:pt>
                <c:pt idx="188">
                  <c:v>2.0279268287746479</c:v>
                </c:pt>
                <c:pt idx="189">
                  <c:v>1.4771797363339025</c:v>
                </c:pt>
                <c:pt idx="190">
                  <c:v>1.7320115335948476</c:v>
                </c:pt>
                <c:pt idx="191">
                  <c:v>1.3452122920726697</c:v>
                </c:pt>
                <c:pt idx="192">
                  <c:v>1.4465233196113609</c:v>
                </c:pt>
                <c:pt idx="193">
                  <c:v>1.5853122062892564</c:v>
                </c:pt>
                <c:pt idx="194">
                  <c:v>1.3247521714322585</c:v>
                </c:pt>
                <c:pt idx="195">
                  <c:v>1.4175047922177608</c:v>
                </c:pt>
                <c:pt idx="196">
                  <c:v>1.6647433941234433</c:v>
                </c:pt>
                <c:pt idx="197">
                  <c:v>1.7376611289786317</c:v>
                </c:pt>
                <c:pt idx="198">
                  <c:v>2.1713897993876192</c:v>
                </c:pt>
                <c:pt idx="199">
                  <c:v>1.3117708508408383</c:v>
                </c:pt>
                <c:pt idx="200">
                  <c:v>1.3781131397876709</c:v>
                </c:pt>
                <c:pt idx="201">
                  <c:v>1.7840408069563645</c:v>
                </c:pt>
                <c:pt idx="202">
                  <c:v>1.4654981886288512</c:v>
                </c:pt>
                <c:pt idx="203">
                  <c:v>1.675864347577896</c:v>
                </c:pt>
                <c:pt idx="204">
                  <c:v>1.3939251989632824</c:v>
                </c:pt>
                <c:pt idx="205">
                  <c:v>2.2173260016748624</c:v>
                </c:pt>
                <c:pt idx="206">
                  <c:v>1.4460392076115021</c:v>
                </c:pt>
                <c:pt idx="207">
                  <c:v>1.4267567416052334</c:v>
                </c:pt>
                <c:pt idx="208">
                  <c:v>1.5675143620022811</c:v>
                </c:pt>
                <c:pt idx="209">
                  <c:v>1.5808858206910938</c:v>
                </c:pt>
                <c:pt idx="210">
                  <c:v>1.3017705923597642</c:v>
                </c:pt>
                <c:pt idx="211">
                  <c:v>1.4506677464712672</c:v>
                </c:pt>
                <c:pt idx="212">
                  <c:v>1.7075252479939991</c:v>
                </c:pt>
                <c:pt idx="213">
                  <c:v>1.5609711389711716</c:v>
                </c:pt>
                <c:pt idx="214">
                  <c:v>1.9612318827215658</c:v>
                </c:pt>
                <c:pt idx="215">
                  <c:v>1.5353601307273665</c:v>
                </c:pt>
                <c:pt idx="216">
                  <c:v>1.3936805659108822</c:v>
                </c:pt>
                <c:pt idx="217">
                  <c:v>1.5646511114895389</c:v>
                </c:pt>
                <c:pt idx="218">
                  <c:v>1.4112948729396118</c:v>
                </c:pt>
                <c:pt idx="219">
                  <c:v>1.3690805828193102</c:v>
                </c:pt>
                <c:pt idx="220">
                  <c:v>1.5873941477265401</c:v>
                </c:pt>
                <c:pt idx="221">
                  <c:v>1.5180086677556468</c:v>
                </c:pt>
                <c:pt idx="222">
                  <c:v>1.6717820227829712</c:v>
                </c:pt>
                <c:pt idx="223">
                  <c:v>1.5297489503509452</c:v>
                </c:pt>
                <c:pt idx="224">
                  <c:v>1.4717071661601453</c:v>
                </c:pt>
                <c:pt idx="225">
                  <c:v>1.6590510550492044</c:v>
                </c:pt>
                <c:pt idx="226">
                  <c:v>1.4890893056857852</c:v>
                </c:pt>
                <c:pt idx="227">
                  <c:v>1.3847222762158522</c:v>
                </c:pt>
                <c:pt idx="228">
                  <c:v>1.3382257880356727</c:v>
                </c:pt>
                <c:pt idx="229">
                  <c:v>1.5086832845747926</c:v>
                </c:pt>
                <c:pt idx="230">
                  <c:v>1.3304358833707981</c:v>
                </c:pt>
              </c:numCache>
            </c:numRef>
          </c:yVal>
          <c:smooth val="0"/>
          <c:extLst>
            <c:ext xmlns:c16="http://schemas.microsoft.com/office/drawing/2014/chart" uri="{C3380CC4-5D6E-409C-BE32-E72D297353CC}">
              <c16:uniqueId val="{00000002-4CC7-4489-BBD7-DA12053052DE}"/>
            </c:ext>
          </c:extLst>
        </c:ser>
        <c:dLbls>
          <c:showLegendKey val="0"/>
          <c:showVal val="0"/>
          <c:showCatName val="0"/>
          <c:showSerName val="0"/>
          <c:showPercent val="0"/>
          <c:showBubbleSize val="0"/>
        </c:dLbls>
        <c:axId val="20842207"/>
        <c:axId val="20847007"/>
      </c:scatterChart>
      <c:valAx>
        <c:axId val="20842207"/>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solidFill>
                      <a:schemeClr val="tx1"/>
                    </a:solidFill>
                  </a:rPr>
                  <a:t>Log Fold-change </a:t>
                </a:r>
              </a:p>
            </c:rich>
          </c:tx>
          <c:layout>
            <c:manualLayout>
              <c:xMode val="edge"/>
              <c:yMode val="edge"/>
              <c:x val="0.37603055578781963"/>
              <c:y val="0.892810457516339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47007"/>
        <c:crosses val="autoZero"/>
        <c:crossBetween val="midCat"/>
        <c:majorUnit val="0.5"/>
      </c:valAx>
      <c:valAx>
        <c:axId val="20847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solidFill>
                      <a:schemeClr val="tx1"/>
                    </a:solidFill>
                  </a:rPr>
                  <a:t>-Log10(P-value)</a:t>
                </a:r>
              </a:p>
            </c:rich>
          </c:tx>
          <c:layout>
            <c:manualLayout>
              <c:xMode val="edge"/>
              <c:yMode val="edge"/>
              <c:x val="2.7439248022204901E-2"/>
              <c:y val="0.313204920052950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42207"/>
        <c:crossesAt val="-5.5"/>
        <c:crossBetween val="midCat"/>
      </c:valAx>
      <c:spPr>
        <a:noFill/>
        <a:ln>
          <a:noFill/>
        </a:ln>
        <a:effectLst/>
      </c:spPr>
    </c:plotArea>
    <c:legend>
      <c:legendPos val="r"/>
      <c:layout>
        <c:manualLayout>
          <c:xMode val="edge"/>
          <c:yMode val="edge"/>
          <c:x val="0.71190315796780657"/>
          <c:y val="1.0807676245745457E-2"/>
          <c:w val="0.28809684203219338"/>
          <c:h val="0.255501003551026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AU" sz="1000">
                <a:solidFill>
                  <a:schemeClr val="tx1"/>
                </a:solidFill>
                <a:latin typeface="Arial" panose="020B0604020202020204" pitchFamily="34" charset="0"/>
                <a:cs typeface="Arial" panose="020B0604020202020204" pitchFamily="34" charset="0"/>
              </a:rPr>
              <a:t>B vs A (Intestine)</a:t>
            </a:r>
          </a:p>
        </c:rich>
      </c:tx>
      <c:layout>
        <c:manualLayout>
          <c:xMode val="edge"/>
          <c:yMode val="edge"/>
          <c:x val="0.44190271535375808"/>
          <c:y val="8.850023216220399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3161061289357179"/>
          <c:y val="0.1430924934383202"/>
          <c:w val="0.80624451760043769"/>
          <c:h val="0.6807605249343831"/>
        </c:manualLayout>
      </c:layout>
      <c:scatterChart>
        <c:scatterStyle val="lineMarker"/>
        <c:varyColors val="0"/>
        <c:ser>
          <c:idx val="0"/>
          <c:order val="0"/>
          <c:tx>
            <c:v>"Not changed"</c:v>
          </c:tx>
          <c:spPr>
            <a:ln w="25400" cap="rnd">
              <a:noFill/>
              <a:round/>
            </a:ln>
            <a:effectLst/>
          </c:spPr>
          <c:marker>
            <c:symbol val="circle"/>
            <c:size val="5"/>
            <c:spPr>
              <a:solidFill>
                <a:schemeClr val="tx1"/>
              </a:solidFill>
              <a:ln w="9525">
                <a:solidFill>
                  <a:schemeClr val="tx1"/>
                </a:solidFill>
              </a:ln>
              <a:effectLst/>
            </c:spPr>
          </c:marker>
          <c:xVal>
            <c:numRef>
              <c:f>'Volcano Plot '!$C$3:$C$5027</c:f>
              <c:numCache>
                <c:formatCode>General</c:formatCode>
                <c:ptCount val="5025"/>
                <c:pt idx="0">
                  <c:v>1.5064853542077701</c:v>
                </c:pt>
                <c:pt idx="1">
                  <c:v>-3.8608785617558401</c:v>
                </c:pt>
                <c:pt idx="2">
                  <c:v>1.49669058884548</c:v>
                </c:pt>
                <c:pt idx="3">
                  <c:v>1.50212775964139</c:v>
                </c:pt>
                <c:pt idx="4">
                  <c:v>2.2471624897407101</c:v>
                </c:pt>
                <c:pt idx="5">
                  <c:v>-1.0394477920391201</c:v>
                </c:pt>
                <c:pt idx="6">
                  <c:v>1.13330896025378</c:v>
                </c:pt>
                <c:pt idx="7">
                  <c:v>1.1421043512693201</c:v>
                </c:pt>
                <c:pt idx="8">
                  <c:v>1.7697699428573599</c:v>
                </c:pt>
                <c:pt idx="9">
                  <c:v>1.34749426798184</c:v>
                </c:pt>
                <c:pt idx="10">
                  <c:v>2.7915727178148702</c:v>
                </c:pt>
                <c:pt idx="11">
                  <c:v>1.19969216084382</c:v>
                </c:pt>
                <c:pt idx="12">
                  <c:v>0.89491506474171301</c:v>
                </c:pt>
                <c:pt idx="13">
                  <c:v>1.2385641858044001</c:v>
                </c:pt>
                <c:pt idx="14">
                  <c:v>1.5645297766610999</c:v>
                </c:pt>
                <c:pt idx="15">
                  <c:v>1.2647148585511201</c:v>
                </c:pt>
                <c:pt idx="16">
                  <c:v>-2.3096817398466798</c:v>
                </c:pt>
                <c:pt idx="17">
                  <c:v>-1.4456152644114499</c:v>
                </c:pt>
                <c:pt idx="18">
                  <c:v>-1.9650514241907999</c:v>
                </c:pt>
                <c:pt idx="19">
                  <c:v>0.839275990744071</c:v>
                </c:pt>
                <c:pt idx="20">
                  <c:v>-0.88995488520746602</c:v>
                </c:pt>
                <c:pt idx="21">
                  <c:v>1.0407328282697199</c:v>
                </c:pt>
                <c:pt idx="22">
                  <c:v>-1.2029687887241101</c:v>
                </c:pt>
                <c:pt idx="23">
                  <c:v>0.87391601089653304</c:v>
                </c:pt>
                <c:pt idx="24">
                  <c:v>3.1897644867469199</c:v>
                </c:pt>
                <c:pt idx="25">
                  <c:v>1.0574396671113899</c:v>
                </c:pt>
                <c:pt idx="26">
                  <c:v>-0.92020863559105603</c:v>
                </c:pt>
                <c:pt idx="27">
                  <c:v>0.88636312843359399</c:v>
                </c:pt>
                <c:pt idx="28">
                  <c:v>0.67686041388387297</c:v>
                </c:pt>
                <c:pt idx="29">
                  <c:v>0.78423445169625705</c:v>
                </c:pt>
                <c:pt idx="30">
                  <c:v>-1.18045431584615</c:v>
                </c:pt>
                <c:pt idx="31">
                  <c:v>-0.99249330214072995</c:v>
                </c:pt>
                <c:pt idx="32">
                  <c:v>-1.3530070361945601</c:v>
                </c:pt>
                <c:pt idx="33">
                  <c:v>1.0216022223582</c:v>
                </c:pt>
                <c:pt idx="34">
                  <c:v>1.07516231370071</c:v>
                </c:pt>
                <c:pt idx="35">
                  <c:v>0.96335956448411497</c:v>
                </c:pt>
                <c:pt idx="36">
                  <c:v>1.4094434767493</c:v>
                </c:pt>
                <c:pt idx="37">
                  <c:v>-0.99873480753067401</c:v>
                </c:pt>
                <c:pt idx="38">
                  <c:v>1.12154373083582</c:v>
                </c:pt>
                <c:pt idx="39">
                  <c:v>0.977183056361564</c:v>
                </c:pt>
                <c:pt idx="40">
                  <c:v>-0.621675646400771</c:v>
                </c:pt>
                <c:pt idx="41">
                  <c:v>1.2333001487162301</c:v>
                </c:pt>
                <c:pt idx="42">
                  <c:v>-1.2712969135099701</c:v>
                </c:pt>
                <c:pt idx="43">
                  <c:v>1.32830096456845</c:v>
                </c:pt>
                <c:pt idx="44">
                  <c:v>0.77472708817460401</c:v>
                </c:pt>
                <c:pt idx="45">
                  <c:v>-1.3131275528891</c:v>
                </c:pt>
                <c:pt idx="46">
                  <c:v>-0.69554839182384498</c:v>
                </c:pt>
                <c:pt idx="47">
                  <c:v>-1.3157973116666899</c:v>
                </c:pt>
                <c:pt idx="48">
                  <c:v>0.79843617533494204</c:v>
                </c:pt>
                <c:pt idx="49">
                  <c:v>0.84970156068249703</c:v>
                </c:pt>
                <c:pt idx="50">
                  <c:v>-0.74186890041615094</c:v>
                </c:pt>
                <c:pt idx="51">
                  <c:v>0.72812859718429501</c:v>
                </c:pt>
                <c:pt idx="52">
                  <c:v>1.4402819572783201</c:v>
                </c:pt>
                <c:pt idx="53">
                  <c:v>0.8219948785915</c:v>
                </c:pt>
                <c:pt idx="54">
                  <c:v>0.83273900206687301</c:v>
                </c:pt>
                <c:pt idx="55">
                  <c:v>-0.57990765607875305</c:v>
                </c:pt>
                <c:pt idx="56">
                  <c:v>1.70896043583986</c:v>
                </c:pt>
                <c:pt idx="57">
                  <c:v>0.82550158728221501</c:v>
                </c:pt>
                <c:pt idx="58">
                  <c:v>-1.0023616546894001</c:v>
                </c:pt>
                <c:pt idx="59">
                  <c:v>1.0197013368246</c:v>
                </c:pt>
                <c:pt idx="60">
                  <c:v>-0.57731512986795497</c:v>
                </c:pt>
                <c:pt idx="61">
                  <c:v>0.52752850129212403</c:v>
                </c:pt>
                <c:pt idx="62">
                  <c:v>-0.83747896721514103</c:v>
                </c:pt>
                <c:pt idx="63">
                  <c:v>0.67795759396743405</c:v>
                </c:pt>
                <c:pt idx="64">
                  <c:v>0.61725624972627102</c:v>
                </c:pt>
                <c:pt idx="65">
                  <c:v>-0.758618673898795</c:v>
                </c:pt>
                <c:pt idx="66">
                  <c:v>1.2041718607059499</c:v>
                </c:pt>
                <c:pt idx="67">
                  <c:v>0.75719666190512702</c:v>
                </c:pt>
                <c:pt idx="68">
                  <c:v>1.02943274252037</c:v>
                </c:pt>
                <c:pt idx="69">
                  <c:v>0.68411208950812596</c:v>
                </c:pt>
                <c:pt idx="70">
                  <c:v>0.69494100781251</c:v>
                </c:pt>
                <c:pt idx="71">
                  <c:v>1.3566055044968199</c:v>
                </c:pt>
                <c:pt idx="72">
                  <c:v>-1.332048007662</c:v>
                </c:pt>
                <c:pt idx="73">
                  <c:v>0.67845556650316796</c:v>
                </c:pt>
                <c:pt idx="74">
                  <c:v>0.63782623453725396</c:v>
                </c:pt>
                <c:pt idx="75">
                  <c:v>1.1924050746747401</c:v>
                </c:pt>
                <c:pt idx="76">
                  <c:v>0.79204616340060596</c:v>
                </c:pt>
                <c:pt idx="77">
                  <c:v>-0.92438851668951805</c:v>
                </c:pt>
                <c:pt idx="78">
                  <c:v>-1.6724421645213401</c:v>
                </c:pt>
                <c:pt idx="79">
                  <c:v>0.74171395346145297</c:v>
                </c:pt>
                <c:pt idx="80">
                  <c:v>-0.64051039697254797</c:v>
                </c:pt>
                <c:pt idx="81">
                  <c:v>0.65381356011102598</c:v>
                </c:pt>
                <c:pt idx="82">
                  <c:v>-0.56881347691017903</c:v>
                </c:pt>
                <c:pt idx="83">
                  <c:v>-1.3673681000118101</c:v>
                </c:pt>
                <c:pt idx="84">
                  <c:v>0.82128032719601396</c:v>
                </c:pt>
                <c:pt idx="85">
                  <c:v>1.5299464582970601</c:v>
                </c:pt>
                <c:pt idx="86">
                  <c:v>-0.75137673847328301</c:v>
                </c:pt>
                <c:pt idx="87">
                  <c:v>-1.2839192135414801</c:v>
                </c:pt>
                <c:pt idx="88">
                  <c:v>-1.36394056969224</c:v>
                </c:pt>
                <c:pt idx="89">
                  <c:v>-0.75192854035202195</c:v>
                </c:pt>
                <c:pt idx="90">
                  <c:v>0.51262440054118497</c:v>
                </c:pt>
                <c:pt idx="91">
                  <c:v>0.78859275824643005</c:v>
                </c:pt>
                <c:pt idx="92">
                  <c:v>0.858018775079195</c:v>
                </c:pt>
                <c:pt idx="93">
                  <c:v>0.72831397951526</c:v>
                </c:pt>
                <c:pt idx="94">
                  <c:v>0.61886928647774297</c:v>
                </c:pt>
                <c:pt idx="95">
                  <c:v>-0.77209323051939505</c:v>
                </c:pt>
                <c:pt idx="96">
                  <c:v>1.5367168340195001</c:v>
                </c:pt>
                <c:pt idx="97">
                  <c:v>0.92644018496160596</c:v>
                </c:pt>
                <c:pt idx="98">
                  <c:v>0.89392464358234502</c:v>
                </c:pt>
                <c:pt idx="99">
                  <c:v>-0.88837078375585299</c:v>
                </c:pt>
                <c:pt idx="100">
                  <c:v>0.70791163857954598</c:v>
                </c:pt>
                <c:pt idx="101">
                  <c:v>-1.3530943435335501</c:v>
                </c:pt>
                <c:pt idx="102">
                  <c:v>0.64823910722788702</c:v>
                </c:pt>
                <c:pt idx="103">
                  <c:v>0.85500996603997903</c:v>
                </c:pt>
                <c:pt idx="104">
                  <c:v>0.79939570780081604</c:v>
                </c:pt>
                <c:pt idx="105">
                  <c:v>-0.70532711147694704</c:v>
                </c:pt>
                <c:pt idx="106">
                  <c:v>2.0734425737615898</c:v>
                </c:pt>
                <c:pt idx="107">
                  <c:v>1.42803346030561</c:v>
                </c:pt>
                <c:pt idx="108">
                  <c:v>0.85837705492698302</c:v>
                </c:pt>
                <c:pt idx="109">
                  <c:v>0.86650889679666299</c:v>
                </c:pt>
                <c:pt idx="110">
                  <c:v>-0.77281053831290003</c:v>
                </c:pt>
                <c:pt idx="111">
                  <c:v>0.69169905693664202</c:v>
                </c:pt>
                <c:pt idx="112">
                  <c:v>-0.86723547120604705</c:v>
                </c:pt>
                <c:pt idx="113">
                  <c:v>0.72537771761908598</c:v>
                </c:pt>
                <c:pt idx="114">
                  <c:v>-0.90449677991754696</c:v>
                </c:pt>
                <c:pt idx="115">
                  <c:v>1.20902427751411</c:v>
                </c:pt>
                <c:pt idx="116">
                  <c:v>-0.55526257763286702</c:v>
                </c:pt>
                <c:pt idx="117">
                  <c:v>0.599395238609155</c:v>
                </c:pt>
                <c:pt idx="118">
                  <c:v>0.86783432343126399</c:v>
                </c:pt>
                <c:pt idx="119">
                  <c:v>0.99617316174973403</c:v>
                </c:pt>
                <c:pt idx="120">
                  <c:v>0.71723350417332898</c:v>
                </c:pt>
                <c:pt idx="121">
                  <c:v>0.60165701242463099</c:v>
                </c:pt>
                <c:pt idx="122">
                  <c:v>0.74266658524501095</c:v>
                </c:pt>
                <c:pt idx="123">
                  <c:v>1.11262898667849</c:v>
                </c:pt>
                <c:pt idx="124">
                  <c:v>0.78371512818937095</c:v>
                </c:pt>
                <c:pt idx="125">
                  <c:v>-1.22112232881662</c:v>
                </c:pt>
                <c:pt idx="126">
                  <c:v>0.72728678726250695</c:v>
                </c:pt>
                <c:pt idx="127">
                  <c:v>0.71551663535939303</c:v>
                </c:pt>
                <c:pt idx="128">
                  <c:v>0.89875954576660899</c:v>
                </c:pt>
                <c:pt idx="129">
                  <c:v>1.45368938163455</c:v>
                </c:pt>
                <c:pt idx="130">
                  <c:v>0.72640205000374902</c:v>
                </c:pt>
                <c:pt idx="131">
                  <c:v>-0.66238783088907405</c:v>
                </c:pt>
                <c:pt idx="132">
                  <c:v>-0.70295560828010695</c:v>
                </c:pt>
                <c:pt idx="133">
                  <c:v>-1.3554072597819</c:v>
                </c:pt>
                <c:pt idx="134">
                  <c:v>-0.57569117848881701</c:v>
                </c:pt>
                <c:pt idx="135">
                  <c:v>-0.48475416199245902</c:v>
                </c:pt>
                <c:pt idx="136">
                  <c:v>0.73376737957479299</c:v>
                </c:pt>
                <c:pt idx="137">
                  <c:v>-1.3408428970772299</c:v>
                </c:pt>
                <c:pt idx="138">
                  <c:v>0.52914777691225001</c:v>
                </c:pt>
                <c:pt idx="139">
                  <c:v>0.70513461414118705</c:v>
                </c:pt>
                <c:pt idx="140">
                  <c:v>0.58796815534732605</c:v>
                </c:pt>
                <c:pt idx="141">
                  <c:v>0.67430100264192605</c:v>
                </c:pt>
                <c:pt idx="142">
                  <c:v>0.60183834293452798</c:v>
                </c:pt>
                <c:pt idx="143">
                  <c:v>2.36777681307007</c:v>
                </c:pt>
                <c:pt idx="144">
                  <c:v>-0.94486365678595896</c:v>
                </c:pt>
                <c:pt idx="145">
                  <c:v>0.93717897629500901</c:v>
                </c:pt>
                <c:pt idx="146">
                  <c:v>-0.54966602373368501</c:v>
                </c:pt>
                <c:pt idx="147">
                  <c:v>-1.01894509596628</c:v>
                </c:pt>
                <c:pt idx="148">
                  <c:v>2.4039759336397402</c:v>
                </c:pt>
                <c:pt idx="149">
                  <c:v>-0.97452334035077104</c:v>
                </c:pt>
                <c:pt idx="150">
                  <c:v>0.68512300409998905</c:v>
                </c:pt>
                <c:pt idx="151">
                  <c:v>-0.451499764860678</c:v>
                </c:pt>
                <c:pt idx="152">
                  <c:v>-0.87841372832164299</c:v>
                </c:pt>
                <c:pt idx="153">
                  <c:v>-0.82443370914106096</c:v>
                </c:pt>
                <c:pt idx="154">
                  <c:v>0.85065275938213603</c:v>
                </c:pt>
                <c:pt idx="155">
                  <c:v>-0.46493871581833801</c:v>
                </c:pt>
                <c:pt idx="156">
                  <c:v>1.2032741170056001</c:v>
                </c:pt>
                <c:pt idx="157">
                  <c:v>-0.85683497176411205</c:v>
                </c:pt>
                <c:pt idx="158">
                  <c:v>-1.4288498396721001</c:v>
                </c:pt>
                <c:pt idx="159">
                  <c:v>1.03211024509986</c:v>
                </c:pt>
                <c:pt idx="160">
                  <c:v>1.3098418963524701</c:v>
                </c:pt>
                <c:pt idx="161">
                  <c:v>-0.65052435244858098</c:v>
                </c:pt>
                <c:pt idx="162">
                  <c:v>0.88503070901640901</c:v>
                </c:pt>
                <c:pt idx="163">
                  <c:v>0.60803403593411398</c:v>
                </c:pt>
                <c:pt idx="164">
                  <c:v>0.68639496453739901</c:v>
                </c:pt>
                <c:pt idx="165">
                  <c:v>0.451603806408301</c:v>
                </c:pt>
                <c:pt idx="166">
                  <c:v>1.1038859929251901</c:v>
                </c:pt>
                <c:pt idx="167">
                  <c:v>-0.496461923388409</c:v>
                </c:pt>
                <c:pt idx="168">
                  <c:v>0.61983467760384803</c:v>
                </c:pt>
                <c:pt idx="169">
                  <c:v>-0.53336396517584495</c:v>
                </c:pt>
                <c:pt idx="170">
                  <c:v>0.582423569664833</c:v>
                </c:pt>
                <c:pt idx="171">
                  <c:v>-0.53631918851819205</c:v>
                </c:pt>
                <c:pt idx="172">
                  <c:v>-1.18555503515377</c:v>
                </c:pt>
                <c:pt idx="173">
                  <c:v>1.1166463394000801</c:v>
                </c:pt>
                <c:pt idx="174">
                  <c:v>0.66011227198602995</c:v>
                </c:pt>
                <c:pt idx="175">
                  <c:v>-0.83051904363809104</c:v>
                </c:pt>
                <c:pt idx="176">
                  <c:v>0.62058453172872097</c:v>
                </c:pt>
                <c:pt idx="177">
                  <c:v>-0.62185620857509605</c:v>
                </c:pt>
                <c:pt idx="178">
                  <c:v>-0.55393944524060101</c:v>
                </c:pt>
                <c:pt idx="179">
                  <c:v>1.1977774587199901</c:v>
                </c:pt>
                <c:pt idx="180">
                  <c:v>-0.56350513940390101</c:v>
                </c:pt>
                <c:pt idx="181">
                  <c:v>-1.0198084933011899</c:v>
                </c:pt>
                <c:pt idx="182">
                  <c:v>0.94875801024894102</c:v>
                </c:pt>
                <c:pt idx="183">
                  <c:v>-0.55420244306113597</c:v>
                </c:pt>
                <c:pt idx="184">
                  <c:v>0.681547805982476</c:v>
                </c:pt>
                <c:pt idx="185">
                  <c:v>-1.2157477609091101</c:v>
                </c:pt>
                <c:pt idx="186">
                  <c:v>0.70446288256124501</c:v>
                </c:pt>
                <c:pt idx="187">
                  <c:v>1.00669863927023</c:v>
                </c:pt>
                <c:pt idx="188">
                  <c:v>-0.63900259843288898</c:v>
                </c:pt>
                <c:pt idx="189">
                  <c:v>0.59278544592306304</c:v>
                </c:pt>
                <c:pt idx="190">
                  <c:v>0.76895991499781502</c:v>
                </c:pt>
                <c:pt idx="191">
                  <c:v>0.709674733984762</c:v>
                </c:pt>
                <c:pt idx="192">
                  <c:v>0.74030326766561705</c:v>
                </c:pt>
                <c:pt idx="193">
                  <c:v>-0.710083873803949</c:v>
                </c:pt>
                <c:pt idx="194">
                  <c:v>1.2534952367690799</c:v>
                </c:pt>
                <c:pt idx="195">
                  <c:v>0.55054567498950002</c:v>
                </c:pt>
                <c:pt idx="196">
                  <c:v>-1.0296383933205799</c:v>
                </c:pt>
                <c:pt idx="197">
                  <c:v>0.67274336799937695</c:v>
                </c:pt>
                <c:pt idx="198">
                  <c:v>0.76453695460493198</c:v>
                </c:pt>
                <c:pt idx="199">
                  <c:v>-0.52821446017245699</c:v>
                </c:pt>
                <c:pt idx="200">
                  <c:v>-1.4424276235103</c:v>
                </c:pt>
                <c:pt idx="201">
                  <c:v>1.3920966222303801</c:v>
                </c:pt>
                <c:pt idx="202">
                  <c:v>-0.59633623186868301</c:v>
                </c:pt>
                <c:pt idx="203">
                  <c:v>-1.07578117830168</c:v>
                </c:pt>
                <c:pt idx="204">
                  <c:v>-0.49729148204401202</c:v>
                </c:pt>
                <c:pt idx="205">
                  <c:v>0.59589794576545796</c:v>
                </c:pt>
                <c:pt idx="206">
                  <c:v>-1.67678733764001</c:v>
                </c:pt>
                <c:pt idx="207">
                  <c:v>0.93108110943236599</c:v>
                </c:pt>
                <c:pt idx="208">
                  <c:v>0.87637316134612298</c:v>
                </c:pt>
                <c:pt idx="209">
                  <c:v>-0.63347803386003698</c:v>
                </c:pt>
                <c:pt idx="210">
                  <c:v>2.1399534443017201</c:v>
                </c:pt>
                <c:pt idx="211">
                  <c:v>0.974902270576671</c:v>
                </c:pt>
                <c:pt idx="212">
                  <c:v>-0.55520650348480804</c:v>
                </c:pt>
                <c:pt idx="213">
                  <c:v>-1.55558072266368</c:v>
                </c:pt>
                <c:pt idx="214">
                  <c:v>0.71916966652348402</c:v>
                </c:pt>
                <c:pt idx="215">
                  <c:v>-1.3567745701406</c:v>
                </c:pt>
                <c:pt idx="216">
                  <c:v>-3.9544518242600502</c:v>
                </c:pt>
                <c:pt idx="217">
                  <c:v>0.69194489766932699</c:v>
                </c:pt>
                <c:pt idx="218">
                  <c:v>0.51272373835780605</c:v>
                </c:pt>
                <c:pt idx="219">
                  <c:v>-0.43882167942766898</c:v>
                </c:pt>
                <c:pt idx="220">
                  <c:v>-1.3780991227461199</c:v>
                </c:pt>
                <c:pt idx="221">
                  <c:v>-0.419535271245909</c:v>
                </c:pt>
                <c:pt idx="222">
                  <c:v>0.93710913723377598</c:v>
                </c:pt>
                <c:pt idx="223">
                  <c:v>0.44165121134382401</c:v>
                </c:pt>
                <c:pt idx="224">
                  <c:v>-0.44273125703365701</c:v>
                </c:pt>
                <c:pt idx="225">
                  <c:v>1.1141098968961101</c:v>
                </c:pt>
                <c:pt idx="226">
                  <c:v>0.69330501353440999</c:v>
                </c:pt>
                <c:pt idx="227">
                  <c:v>1.37113621143596</c:v>
                </c:pt>
                <c:pt idx="228">
                  <c:v>-0.63533206930263098</c:v>
                </c:pt>
                <c:pt idx="229">
                  <c:v>0.94938795527659903</c:v>
                </c:pt>
                <c:pt idx="230">
                  <c:v>-0.73531346985028601</c:v>
                </c:pt>
                <c:pt idx="231">
                  <c:v>-1.24352959176554</c:v>
                </c:pt>
                <c:pt idx="232">
                  <c:v>-0.38340932370270803</c:v>
                </c:pt>
                <c:pt idx="233">
                  <c:v>-0.76378795135893196</c:v>
                </c:pt>
                <c:pt idx="234">
                  <c:v>-0.436355093727542</c:v>
                </c:pt>
                <c:pt idx="235">
                  <c:v>-0.62081907658169699</c:v>
                </c:pt>
                <c:pt idx="236">
                  <c:v>1.2672906328428799</c:v>
                </c:pt>
                <c:pt idx="237">
                  <c:v>-0.73997047049725495</c:v>
                </c:pt>
                <c:pt idx="238">
                  <c:v>-0.88047690146054003</c:v>
                </c:pt>
                <c:pt idx="239">
                  <c:v>0.69628223455732297</c:v>
                </c:pt>
                <c:pt idx="240">
                  <c:v>0.61170020430262495</c:v>
                </c:pt>
                <c:pt idx="241">
                  <c:v>1.1718453827156601</c:v>
                </c:pt>
                <c:pt idx="242">
                  <c:v>0.75878826555377199</c:v>
                </c:pt>
                <c:pt idx="243">
                  <c:v>0.67753091374476804</c:v>
                </c:pt>
                <c:pt idx="244">
                  <c:v>-1.6908993625638</c:v>
                </c:pt>
                <c:pt idx="245">
                  <c:v>0.68145562594624898</c:v>
                </c:pt>
                <c:pt idx="246">
                  <c:v>-0.43475560462639601</c:v>
                </c:pt>
                <c:pt idx="247">
                  <c:v>1.1432285354266101</c:v>
                </c:pt>
                <c:pt idx="248">
                  <c:v>-0.43603367939635601</c:v>
                </c:pt>
                <c:pt idx="249">
                  <c:v>-1.58080126952553</c:v>
                </c:pt>
                <c:pt idx="250">
                  <c:v>-1.0228915592252199</c:v>
                </c:pt>
                <c:pt idx="251">
                  <c:v>-0.94977787535417202</c:v>
                </c:pt>
                <c:pt idx="252">
                  <c:v>-0.44424964563471597</c:v>
                </c:pt>
                <c:pt idx="253">
                  <c:v>0.811719296779987</c:v>
                </c:pt>
                <c:pt idx="254">
                  <c:v>0.89083351461054905</c:v>
                </c:pt>
                <c:pt idx="255">
                  <c:v>1.6301685756130899</c:v>
                </c:pt>
                <c:pt idx="256">
                  <c:v>0.514355621047066</c:v>
                </c:pt>
                <c:pt idx="257">
                  <c:v>0.57767002631145603</c:v>
                </c:pt>
                <c:pt idx="258">
                  <c:v>-0.74378598767544402</c:v>
                </c:pt>
                <c:pt idx="259">
                  <c:v>-0.383863747027409</c:v>
                </c:pt>
                <c:pt idx="260">
                  <c:v>0.78558082434493703</c:v>
                </c:pt>
                <c:pt idx="261">
                  <c:v>-0.80763643251267303</c:v>
                </c:pt>
                <c:pt idx="262">
                  <c:v>-1.7492684805432801</c:v>
                </c:pt>
                <c:pt idx="263">
                  <c:v>-0.76791288600281105</c:v>
                </c:pt>
                <c:pt idx="264">
                  <c:v>0.68467124804208301</c:v>
                </c:pt>
                <c:pt idx="265">
                  <c:v>0.43882577218676</c:v>
                </c:pt>
                <c:pt idx="266">
                  <c:v>0.99178841961030195</c:v>
                </c:pt>
                <c:pt idx="267">
                  <c:v>0.77584769184479496</c:v>
                </c:pt>
                <c:pt idx="268">
                  <c:v>0.92897252982033196</c:v>
                </c:pt>
                <c:pt idx="269">
                  <c:v>-0.86298781437457694</c:v>
                </c:pt>
                <c:pt idx="270">
                  <c:v>1.40095790306038</c:v>
                </c:pt>
                <c:pt idx="271">
                  <c:v>0.64539149694439901</c:v>
                </c:pt>
                <c:pt idx="272">
                  <c:v>1.09663442541199</c:v>
                </c:pt>
                <c:pt idx="273">
                  <c:v>0.7896841343712</c:v>
                </c:pt>
                <c:pt idx="274">
                  <c:v>-0.86812750306884501</c:v>
                </c:pt>
                <c:pt idx="275">
                  <c:v>-0.50502423734881297</c:v>
                </c:pt>
                <c:pt idx="276">
                  <c:v>-0.84174714665552097</c:v>
                </c:pt>
                <c:pt idx="277">
                  <c:v>1.1283205159363601</c:v>
                </c:pt>
                <c:pt idx="278">
                  <c:v>0.64274232343969495</c:v>
                </c:pt>
                <c:pt idx="279">
                  <c:v>0.59020697087823504</c:v>
                </c:pt>
                <c:pt idx="280">
                  <c:v>0.93706548893047903</c:v>
                </c:pt>
                <c:pt idx="281">
                  <c:v>0.57620818986719202</c:v>
                </c:pt>
                <c:pt idx="282">
                  <c:v>-0.85816004526677103</c:v>
                </c:pt>
                <c:pt idx="283">
                  <c:v>0.67799635027766003</c:v>
                </c:pt>
                <c:pt idx="284">
                  <c:v>-0.62949644298949503</c:v>
                </c:pt>
                <c:pt idx="285">
                  <c:v>-1.2425980846895299</c:v>
                </c:pt>
                <c:pt idx="286">
                  <c:v>0.53394226830965197</c:v>
                </c:pt>
                <c:pt idx="287">
                  <c:v>0.56900126356074698</c:v>
                </c:pt>
                <c:pt idx="288">
                  <c:v>0.58567049483079003</c:v>
                </c:pt>
                <c:pt idx="289">
                  <c:v>-0.774617318441994</c:v>
                </c:pt>
                <c:pt idx="290">
                  <c:v>1.0064965956024201</c:v>
                </c:pt>
                <c:pt idx="291">
                  <c:v>-0.53071430555984</c:v>
                </c:pt>
                <c:pt idx="292">
                  <c:v>1.0239697385034801</c:v>
                </c:pt>
                <c:pt idx="293">
                  <c:v>0.77948044291511898</c:v>
                </c:pt>
                <c:pt idx="294">
                  <c:v>0.61125301782860197</c:v>
                </c:pt>
                <c:pt idx="295">
                  <c:v>0.62152341773919095</c:v>
                </c:pt>
                <c:pt idx="296">
                  <c:v>-1.4202673593897499</c:v>
                </c:pt>
                <c:pt idx="297">
                  <c:v>-1.01201247039334</c:v>
                </c:pt>
                <c:pt idx="298">
                  <c:v>-0.48970858399247402</c:v>
                </c:pt>
                <c:pt idx="299">
                  <c:v>1.1696520171718701</c:v>
                </c:pt>
                <c:pt idx="300">
                  <c:v>0.38407619690169498</c:v>
                </c:pt>
                <c:pt idx="301">
                  <c:v>0.69976037896384102</c:v>
                </c:pt>
                <c:pt idx="302">
                  <c:v>-0.59038835861906602</c:v>
                </c:pt>
                <c:pt idx="303">
                  <c:v>0.45304172587973901</c:v>
                </c:pt>
                <c:pt idx="304">
                  <c:v>1.2903064090518599</c:v>
                </c:pt>
                <c:pt idx="305">
                  <c:v>-0.570626197695145</c:v>
                </c:pt>
                <c:pt idx="306">
                  <c:v>-0.60579476962770995</c:v>
                </c:pt>
                <c:pt idx="307">
                  <c:v>-0.67837691016814705</c:v>
                </c:pt>
                <c:pt idx="308">
                  <c:v>-1.50689922929517</c:v>
                </c:pt>
                <c:pt idx="309">
                  <c:v>0.40332622169962901</c:v>
                </c:pt>
                <c:pt idx="310">
                  <c:v>-0.46490725644377001</c:v>
                </c:pt>
                <c:pt idx="311">
                  <c:v>1.0768283382450401</c:v>
                </c:pt>
                <c:pt idx="312">
                  <c:v>1.16151055910686</c:v>
                </c:pt>
                <c:pt idx="313">
                  <c:v>0.51682258301109096</c:v>
                </c:pt>
                <c:pt idx="314">
                  <c:v>0.60418704727580097</c:v>
                </c:pt>
                <c:pt idx="315">
                  <c:v>0.55642831221630495</c:v>
                </c:pt>
                <c:pt idx="316">
                  <c:v>0.62535878745761397</c:v>
                </c:pt>
                <c:pt idx="317">
                  <c:v>0.40984538480451599</c:v>
                </c:pt>
                <c:pt idx="318">
                  <c:v>0.35405885689708699</c:v>
                </c:pt>
                <c:pt idx="319">
                  <c:v>0.90053335226666698</c:v>
                </c:pt>
                <c:pt idx="320">
                  <c:v>0.73519400979493099</c:v>
                </c:pt>
                <c:pt idx="321">
                  <c:v>0.71191390299661705</c:v>
                </c:pt>
                <c:pt idx="322">
                  <c:v>-0.43485122164506201</c:v>
                </c:pt>
                <c:pt idx="323">
                  <c:v>-0.49902524651100699</c:v>
                </c:pt>
                <c:pt idx="324">
                  <c:v>0.38490106316397299</c:v>
                </c:pt>
                <c:pt idx="325">
                  <c:v>-0.405231540721182</c:v>
                </c:pt>
                <c:pt idx="326">
                  <c:v>-1.62158735745664</c:v>
                </c:pt>
                <c:pt idx="327">
                  <c:v>0.73803820921333196</c:v>
                </c:pt>
                <c:pt idx="328">
                  <c:v>-0.66029864377177805</c:v>
                </c:pt>
                <c:pt idx="329">
                  <c:v>1.1172652268090599</c:v>
                </c:pt>
                <c:pt idx="330">
                  <c:v>0.86817177797913903</c:v>
                </c:pt>
                <c:pt idx="331">
                  <c:v>-0.56502561765515602</c:v>
                </c:pt>
                <c:pt idx="332">
                  <c:v>0.86754019044759501</c:v>
                </c:pt>
                <c:pt idx="333">
                  <c:v>1.13862835543316</c:v>
                </c:pt>
                <c:pt idx="334">
                  <c:v>0.68000091264519102</c:v>
                </c:pt>
                <c:pt idx="335">
                  <c:v>0.46596290532023599</c:v>
                </c:pt>
                <c:pt idx="336">
                  <c:v>-0.49040007777764</c:v>
                </c:pt>
                <c:pt idx="337">
                  <c:v>-0.64269261536044597</c:v>
                </c:pt>
                <c:pt idx="338">
                  <c:v>-0.43812161634114599</c:v>
                </c:pt>
                <c:pt idx="339">
                  <c:v>0.67351309917900803</c:v>
                </c:pt>
                <c:pt idx="340">
                  <c:v>-0.78061933398776895</c:v>
                </c:pt>
                <c:pt idx="341">
                  <c:v>-0.584471999547027</c:v>
                </c:pt>
                <c:pt idx="342">
                  <c:v>-0.452030126061299</c:v>
                </c:pt>
                <c:pt idx="343">
                  <c:v>0.869224154883106</c:v>
                </c:pt>
                <c:pt idx="344">
                  <c:v>-0.54505335497236396</c:v>
                </c:pt>
                <c:pt idx="345">
                  <c:v>1.9711010790552099</c:v>
                </c:pt>
                <c:pt idx="346">
                  <c:v>0.76757734347306406</c:v>
                </c:pt>
                <c:pt idx="347">
                  <c:v>1.1429836951633801</c:v>
                </c:pt>
                <c:pt idx="348">
                  <c:v>0.57825704478703699</c:v>
                </c:pt>
                <c:pt idx="349">
                  <c:v>-0.69808855394425295</c:v>
                </c:pt>
                <c:pt idx="350">
                  <c:v>-0.62268585256841602</c:v>
                </c:pt>
                <c:pt idx="351">
                  <c:v>0.43612476715364001</c:v>
                </c:pt>
                <c:pt idx="352">
                  <c:v>-0.60757737130203904</c:v>
                </c:pt>
                <c:pt idx="353">
                  <c:v>0.74429948939370405</c:v>
                </c:pt>
                <c:pt idx="354">
                  <c:v>0.80003498555509001</c:v>
                </c:pt>
                <c:pt idx="355">
                  <c:v>0.60904357818513</c:v>
                </c:pt>
                <c:pt idx="356">
                  <c:v>0.75189693129768298</c:v>
                </c:pt>
                <c:pt idx="357">
                  <c:v>0.59035669905171095</c:v>
                </c:pt>
                <c:pt idx="358">
                  <c:v>0.36988227633449</c:v>
                </c:pt>
                <c:pt idx="359">
                  <c:v>0.67057521762120897</c:v>
                </c:pt>
                <c:pt idx="360">
                  <c:v>-0.71032855724054</c:v>
                </c:pt>
                <c:pt idx="361">
                  <c:v>0.61241838328799103</c:v>
                </c:pt>
                <c:pt idx="362">
                  <c:v>-0.52083459066205495</c:v>
                </c:pt>
                <c:pt idx="363">
                  <c:v>0.37464996281571</c:v>
                </c:pt>
                <c:pt idx="364">
                  <c:v>0.381630822343485</c:v>
                </c:pt>
                <c:pt idx="365">
                  <c:v>-0.52021136401993595</c:v>
                </c:pt>
                <c:pt idx="366">
                  <c:v>0.71255683666721104</c:v>
                </c:pt>
                <c:pt idx="367">
                  <c:v>1.31933812611265</c:v>
                </c:pt>
                <c:pt idx="368">
                  <c:v>-1.27986296480855</c:v>
                </c:pt>
                <c:pt idx="369">
                  <c:v>0.85378162952621794</c:v>
                </c:pt>
                <c:pt idx="370">
                  <c:v>-0.67077170585951196</c:v>
                </c:pt>
                <c:pt idx="371">
                  <c:v>-0.58932495604572199</c:v>
                </c:pt>
                <c:pt idx="372">
                  <c:v>0.39133632375762101</c:v>
                </c:pt>
                <c:pt idx="373">
                  <c:v>0.52527539264397305</c:v>
                </c:pt>
                <c:pt idx="374">
                  <c:v>0.44698710057393898</c:v>
                </c:pt>
                <c:pt idx="375">
                  <c:v>-0.65637445382655502</c:v>
                </c:pt>
                <c:pt idx="376">
                  <c:v>-1.1295506280235399</c:v>
                </c:pt>
                <c:pt idx="377">
                  <c:v>-0.39010101250213602</c:v>
                </c:pt>
                <c:pt idx="378">
                  <c:v>0.75629334035046702</c:v>
                </c:pt>
                <c:pt idx="379">
                  <c:v>0.72233469188701005</c:v>
                </c:pt>
                <c:pt idx="380">
                  <c:v>-1.04960849735909</c:v>
                </c:pt>
                <c:pt idx="381">
                  <c:v>-0.37320512494935798</c:v>
                </c:pt>
                <c:pt idx="382">
                  <c:v>0.49883845426775503</c:v>
                </c:pt>
                <c:pt idx="383">
                  <c:v>-0.94872939071711604</c:v>
                </c:pt>
                <c:pt idx="384">
                  <c:v>0.71754502916847296</c:v>
                </c:pt>
                <c:pt idx="385">
                  <c:v>-0.36539428393534501</c:v>
                </c:pt>
                <c:pt idx="386">
                  <c:v>0.70187803538789995</c:v>
                </c:pt>
                <c:pt idx="387">
                  <c:v>1.5350429308451199</c:v>
                </c:pt>
                <c:pt idx="388">
                  <c:v>0.72072736731718101</c:v>
                </c:pt>
                <c:pt idx="389">
                  <c:v>0.964213696241078</c:v>
                </c:pt>
                <c:pt idx="390">
                  <c:v>-0.419701834919188</c:v>
                </c:pt>
                <c:pt idx="391">
                  <c:v>1.3159439916312601</c:v>
                </c:pt>
                <c:pt idx="392">
                  <c:v>0.65851324674330403</c:v>
                </c:pt>
                <c:pt idx="393">
                  <c:v>0.93214171398248202</c:v>
                </c:pt>
                <c:pt idx="394">
                  <c:v>-0.40208323877991597</c:v>
                </c:pt>
                <c:pt idx="395">
                  <c:v>1.39679783420807</c:v>
                </c:pt>
                <c:pt idx="396">
                  <c:v>0.41253497576959902</c:v>
                </c:pt>
                <c:pt idx="397">
                  <c:v>-0.47581869422234702</c:v>
                </c:pt>
                <c:pt idx="398">
                  <c:v>0.57180816231840104</c:v>
                </c:pt>
                <c:pt idx="399">
                  <c:v>-0.42835740986757997</c:v>
                </c:pt>
                <c:pt idx="400">
                  <c:v>-0.48386345681205301</c:v>
                </c:pt>
                <c:pt idx="401">
                  <c:v>-0.34190205209570501</c:v>
                </c:pt>
                <c:pt idx="402">
                  <c:v>0.59385920811883597</c:v>
                </c:pt>
                <c:pt idx="403">
                  <c:v>-0.38255977363565202</c:v>
                </c:pt>
                <c:pt idx="404">
                  <c:v>0.64152519631601401</c:v>
                </c:pt>
                <c:pt idx="405">
                  <c:v>-0.41853014267852701</c:v>
                </c:pt>
                <c:pt idx="406">
                  <c:v>-0.61489115381308301</c:v>
                </c:pt>
                <c:pt idx="407">
                  <c:v>-0.35527049091235702</c:v>
                </c:pt>
                <c:pt idx="408">
                  <c:v>-0.57506973803943895</c:v>
                </c:pt>
                <c:pt idx="409">
                  <c:v>0.59517422507995499</c:v>
                </c:pt>
                <c:pt idx="410">
                  <c:v>-0.46671933623711598</c:v>
                </c:pt>
                <c:pt idx="411">
                  <c:v>0.37250703278386899</c:v>
                </c:pt>
                <c:pt idx="412">
                  <c:v>0.72739636141207997</c:v>
                </c:pt>
                <c:pt idx="413">
                  <c:v>-0.50875004252350198</c:v>
                </c:pt>
                <c:pt idx="414">
                  <c:v>-0.39023374064462502</c:v>
                </c:pt>
                <c:pt idx="415">
                  <c:v>-0.368806267513555</c:v>
                </c:pt>
                <c:pt idx="416">
                  <c:v>0.73942617198289196</c:v>
                </c:pt>
                <c:pt idx="417">
                  <c:v>0.75063407915144598</c:v>
                </c:pt>
                <c:pt idx="418">
                  <c:v>-0.85127271151648598</c:v>
                </c:pt>
                <c:pt idx="419">
                  <c:v>0.87889650581225398</c:v>
                </c:pt>
                <c:pt idx="420">
                  <c:v>1.2682353996840701</c:v>
                </c:pt>
                <c:pt idx="421">
                  <c:v>0.676641721647258</c:v>
                </c:pt>
                <c:pt idx="422">
                  <c:v>0.40378975377980098</c:v>
                </c:pt>
                <c:pt idx="423">
                  <c:v>0.68323611377662297</c:v>
                </c:pt>
                <c:pt idx="424">
                  <c:v>-0.59700429528898302</c:v>
                </c:pt>
                <c:pt idx="425">
                  <c:v>0.91420042328318396</c:v>
                </c:pt>
                <c:pt idx="426">
                  <c:v>0.57074585830463997</c:v>
                </c:pt>
                <c:pt idx="427">
                  <c:v>-0.54655144062547101</c:v>
                </c:pt>
                <c:pt idx="428">
                  <c:v>-0.48421574032631998</c:v>
                </c:pt>
                <c:pt idx="429">
                  <c:v>0.50634810698584698</c:v>
                </c:pt>
                <c:pt idx="430">
                  <c:v>0.44215641205466799</c:v>
                </c:pt>
                <c:pt idx="431">
                  <c:v>-0.80076302960158297</c:v>
                </c:pt>
                <c:pt idx="432">
                  <c:v>0.49845819723271501</c:v>
                </c:pt>
                <c:pt idx="433">
                  <c:v>0.33116592825687602</c:v>
                </c:pt>
                <c:pt idx="434">
                  <c:v>0.37328634981446701</c:v>
                </c:pt>
                <c:pt idx="435">
                  <c:v>-1.45258280199699</c:v>
                </c:pt>
                <c:pt idx="436">
                  <c:v>-0.57603827168233601</c:v>
                </c:pt>
                <c:pt idx="437">
                  <c:v>0.57447999788221105</c:v>
                </c:pt>
                <c:pt idx="438">
                  <c:v>0.68508209117486996</c:v>
                </c:pt>
                <c:pt idx="439">
                  <c:v>-0.70065198253218597</c:v>
                </c:pt>
                <c:pt idx="440">
                  <c:v>0.482602579801508</c:v>
                </c:pt>
                <c:pt idx="441">
                  <c:v>0.87075104367043099</c:v>
                </c:pt>
                <c:pt idx="442">
                  <c:v>0.48096246629023698</c:v>
                </c:pt>
                <c:pt idx="443">
                  <c:v>-0.57844856468949901</c:v>
                </c:pt>
                <c:pt idx="444">
                  <c:v>0.61538551890630799</c:v>
                </c:pt>
                <c:pt idx="445">
                  <c:v>0.84784141333613805</c:v>
                </c:pt>
                <c:pt idx="446">
                  <c:v>-0.64447817204343105</c:v>
                </c:pt>
                <c:pt idx="447">
                  <c:v>-0.73393638950635398</c:v>
                </c:pt>
                <c:pt idx="448">
                  <c:v>0.434125415573625</c:v>
                </c:pt>
                <c:pt idx="449">
                  <c:v>1.51917173753283</c:v>
                </c:pt>
                <c:pt idx="450">
                  <c:v>0.76542527978514097</c:v>
                </c:pt>
                <c:pt idx="451">
                  <c:v>0.78972803125019198</c:v>
                </c:pt>
                <c:pt idx="452">
                  <c:v>-0.458707256918583</c:v>
                </c:pt>
                <c:pt idx="453">
                  <c:v>0.72778503835374397</c:v>
                </c:pt>
                <c:pt idx="454">
                  <c:v>0.31945793703987502</c:v>
                </c:pt>
                <c:pt idx="455">
                  <c:v>2.0127231422977401</c:v>
                </c:pt>
                <c:pt idx="456">
                  <c:v>0.76591576637595105</c:v>
                </c:pt>
                <c:pt idx="457">
                  <c:v>0.52465232245859605</c:v>
                </c:pt>
                <c:pt idx="458">
                  <c:v>0.58730408366873699</c:v>
                </c:pt>
                <c:pt idx="459">
                  <c:v>1.1657148563169699</c:v>
                </c:pt>
                <c:pt idx="460">
                  <c:v>0.84561526998853898</c:v>
                </c:pt>
                <c:pt idx="461">
                  <c:v>-0.36726060347384898</c:v>
                </c:pt>
                <c:pt idx="462">
                  <c:v>-0.64596811308007296</c:v>
                </c:pt>
                <c:pt idx="463">
                  <c:v>-0.929269470622476</c:v>
                </c:pt>
                <c:pt idx="464">
                  <c:v>0.63370095362328305</c:v>
                </c:pt>
                <c:pt idx="465">
                  <c:v>0.63390708598716095</c:v>
                </c:pt>
                <c:pt idx="466">
                  <c:v>-1.0822330267393101</c:v>
                </c:pt>
                <c:pt idx="467">
                  <c:v>-0.35534819811475798</c:v>
                </c:pt>
                <c:pt idx="468">
                  <c:v>-0.62396485470601704</c:v>
                </c:pt>
                <c:pt idx="469">
                  <c:v>0.52815120816487804</c:v>
                </c:pt>
                <c:pt idx="470">
                  <c:v>-0.764698002656235</c:v>
                </c:pt>
                <c:pt idx="471">
                  <c:v>0.94490869414673295</c:v>
                </c:pt>
                <c:pt idx="472">
                  <c:v>0.75170687543400705</c:v>
                </c:pt>
                <c:pt idx="473">
                  <c:v>-0.98635139811864303</c:v>
                </c:pt>
                <c:pt idx="474">
                  <c:v>0.32295723563847301</c:v>
                </c:pt>
                <c:pt idx="475">
                  <c:v>0.61855310675224495</c:v>
                </c:pt>
                <c:pt idx="476">
                  <c:v>-0.53400372806692398</c:v>
                </c:pt>
                <c:pt idx="477">
                  <c:v>0.53399275719043304</c:v>
                </c:pt>
                <c:pt idx="478">
                  <c:v>0.90123732114825805</c:v>
                </c:pt>
                <c:pt idx="479">
                  <c:v>-0.36920365964562402</c:v>
                </c:pt>
                <c:pt idx="480">
                  <c:v>-0.33650338411054598</c:v>
                </c:pt>
                <c:pt idx="481">
                  <c:v>-0.32760664063165701</c:v>
                </c:pt>
                <c:pt idx="482">
                  <c:v>0.33836489877888498</c:v>
                </c:pt>
                <c:pt idx="483">
                  <c:v>0.70513565000437906</c:v>
                </c:pt>
                <c:pt idx="484">
                  <c:v>-1.0508039374953499</c:v>
                </c:pt>
                <c:pt idx="485">
                  <c:v>0.925331565792611</c:v>
                </c:pt>
                <c:pt idx="486">
                  <c:v>-2.47150025699161</c:v>
                </c:pt>
                <c:pt idx="487">
                  <c:v>0.69658888075216996</c:v>
                </c:pt>
                <c:pt idx="488">
                  <c:v>0.50796680431489705</c:v>
                </c:pt>
                <c:pt idx="489">
                  <c:v>0.38967239414099802</c:v>
                </c:pt>
                <c:pt idx="490">
                  <c:v>1.3180454747368899</c:v>
                </c:pt>
                <c:pt idx="491">
                  <c:v>0.58475392816229299</c:v>
                </c:pt>
                <c:pt idx="492">
                  <c:v>0.40345949781025298</c:v>
                </c:pt>
                <c:pt idx="493">
                  <c:v>0.53758810290074899</c:v>
                </c:pt>
                <c:pt idx="494">
                  <c:v>-0.37430839474100702</c:v>
                </c:pt>
                <c:pt idx="495">
                  <c:v>-0.43701161975434</c:v>
                </c:pt>
                <c:pt idx="496">
                  <c:v>0.49145279690741001</c:v>
                </c:pt>
                <c:pt idx="497">
                  <c:v>-0.37562793201080102</c:v>
                </c:pt>
                <c:pt idx="498">
                  <c:v>0.41636959260217998</c:v>
                </c:pt>
                <c:pt idx="499">
                  <c:v>0.31489306987299398</c:v>
                </c:pt>
                <c:pt idx="500">
                  <c:v>-0.37721040706718501</c:v>
                </c:pt>
                <c:pt idx="501">
                  <c:v>-0.861602867725345</c:v>
                </c:pt>
                <c:pt idx="502">
                  <c:v>0.86707118668961403</c:v>
                </c:pt>
                <c:pt idx="503">
                  <c:v>0.43176230462273701</c:v>
                </c:pt>
                <c:pt idx="504">
                  <c:v>1.81882217918427</c:v>
                </c:pt>
                <c:pt idx="505">
                  <c:v>-0.56834798663984598</c:v>
                </c:pt>
                <c:pt idx="506">
                  <c:v>-0.57747876355871997</c:v>
                </c:pt>
                <c:pt idx="507">
                  <c:v>-1.06369578675066</c:v>
                </c:pt>
                <c:pt idx="508">
                  <c:v>-0.44878416709270003</c:v>
                </c:pt>
                <c:pt idx="509">
                  <c:v>-0.41582039818285599</c:v>
                </c:pt>
                <c:pt idx="510">
                  <c:v>0.64485718297486005</c:v>
                </c:pt>
                <c:pt idx="511">
                  <c:v>0.54030764462031999</c:v>
                </c:pt>
                <c:pt idx="512">
                  <c:v>-0.37283646639791002</c:v>
                </c:pt>
                <c:pt idx="513">
                  <c:v>-0.30914713038833203</c:v>
                </c:pt>
                <c:pt idx="514">
                  <c:v>-0.35216839742558997</c:v>
                </c:pt>
                <c:pt idx="515">
                  <c:v>-1.0250537024908399</c:v>
                </c:pt>
                <c:pt idx="516">
                  <c:v>-0.85017986349075902</c:v>
                </c:pt>
                <c:pt idx="517">
                  <c:v>0.82247362553907499</c:v>
                </c:pt>
                <c:pt idx="518">
                  <c:v>0.57562014545599305</c:v>
                </c:pt>
                <c:pt idx="519">
                  <c:v>-1.77089149190004</c:v>
                </c:pt>
                <c:pt idx="520">
                  <c:v>-1.19820105374868</c:v>
                </c:pt>
                <c:pt idx="521">
                  <c:v>0.87378347631041497</c:v>
                </c:pt>
                <c:pt idx="522">
                  <c:v>-0.507115789355577</c:v>
                </c:pt>
                <c:pt idx="523">
                  <c:v>1.18302417838554</c:v>
                </c:pt>
                <c:pt idx="524">
                  <c:v>-0.74958446628444297</c:v>
                </c:pt>
                <c:pt idx="525">
                  <c:v>-0.36486871652481101</c:v>
                </c:pt>
                <c:pt idx="526">
                  <c:v>0.64943360918901405</c:v>
                </c:pt>
                <c:pt idx="527">
                  <c:v>0.43924085280314501</c:v>
                </c:pt>
                <c:pt idx="528">
                  <c:v>0.41016550504500399</c:v>
                </c:pt>
                <c:pt idx="529">
                  <c:v>-0.60053699717550302</c:v>
                </c:pt>
                <c:pt idx="530">
                  <c:v>-0.60247606821079502</c:v>
                </c:pt>
                <c:pt idx="531">
                  <c:v>-0.87864151030714099</c:v>
                </c:pt>
                <c:pt idx="532">
                  <c:v>-0.54450365262046296</c:v>
                </c:pt>
                <c:pt idx="533">
                  <c:v>0.78753622715356597</c:v>
                </c:pt>
                <c:pt idx="534">
                  <c:v>0.51287580527156995</c:v>
                </c:pt>
                <c:pt idx="535">
                  <c:v>0.49450882156922998</c:v>
                </c:pt>
                <c:pt idx="536">
                  <c:v>-0.49332750506627598</c:v>
                </c:pt>
                <c:pt idx="537">
                  <c:v>0.32311682325924801</c:v>
                </c:pt>
                <c:pt idx="538">
                  <c:v>-0.60965828029573599</c:v>
                </c:pt>
                <c:pt idx="539">
                  <c:v>0.77045429255915099</c:v>
                </c:pt>
                <c:pt idx="540">
                  <c:v>0.63184930062973899</c:v>
                </c:pt>
                <c:pt idx="541">
                  <c:v>-0.80957005654928005</c:v>
                </c:pt>
                <c:pt idx="542">
                  <c:v>-0.37916434010342598</c:v>
                </c:pt>
                <c:pt idx="543">
                  <c:v>0.71072602951055297</c:v>
                </c:pt>
                <c:pt idx="544">
                  <c:v>0.322456275327209</c:v>
                </c:pt>
                <c:pt idx="545">
                  <c:v>0.31774987198361498</c:v>
                </c:pt>
                <c:pt idx="546">
                  <c:v>0.69256457842152097</c:v>
                </c:pt>
                <c:pt idx="547">
                  <c:v>0.52294703014351596</c:v>
                </c:pt>
                <c:pt idx="548">
                  <c:v>0.48380969527489998</c:v>
                </c:pt>
                <c:pt idx="549">
                  <c:v>-0.756990386426175</c:v>
                </c:pt>
                <c:pt idx="550">
                  <c:v>-0.77582334974174605</c:v>
                </c:pt>
                <c:pt idx="551">
                  <c:v>0.53119618707462701</c:v>
                </c:pt>
                <c:pt idx="552">
                  <c:v>0.89976937899863396</c:v>
                </c:pt>
                <c:pt idx="553">
                  <c:v>0.47691601289263003</c:v>
                </c:pt>
                <c:pt idx="554">
                  <c:v>0.80405412044671498</c:v>
                </c:pt>
                <c:pt idx="555">
                  <c:v>0.36853492331375298</c:v>
                </c:pt>
                <c:pt idx="556">
                  <c:v>0.76793969706878695</c:v>
                </c:pt>
                <c:pt idx="557">
                  <c:v>1.0116329410648901</c:v>
                </c:pt>
                <c:pt idx="558">
                  <c:v>0.531560145563297</c:v>
                </c:pt>
                <c:pt idx="559">
                  <c:v>-0.45974378309755798</c:v>
                </c:pt>
                <c:pt idx="560">
                  <c:v>-0.35342071749579401</c:v>
                </c:pt>
                <c:pt idx="561">
                  <c:v>0.56648584463082596</c:v>
                </c:pt>
                <c:pt idx="562">
                  <c:v>-0.47707317167534302</c:v>
                </c:pt>
                <c:pt idx="563">
                  <c:v>-0.35282033986501599</c:v>
                </c:pt>
                <c:pt idx="564">
                  <c:v>-0.32842587229113801</c:v>
                </c:pt>
                <c:pt idx="565">
                  <c:v>0.954377363120543</c:v>
                </c:pt>
                <c:pt idx="566">
                  <c:v>-0.34502116740255001</c:v>
                </c:pt>
                <c:pt idx="567">
                  <c:v>0.53049801227179205</c:v>
                </c:pt>
                <c:pt idx="568">
                  <c:v>0.64487728693924096</c:v>
                </c:pt>
                <c:pt idx="569">
                  <c:v>0.313749812597241</c:v>
                </c:pt>
                <c:pt idx="570">
                  <c:v>0.35579226067835601</c:v>
                </c:pt>
                <c:pt idx="571">
                  <c:v>-0.34009418217484499</c:v>
                </c:pt>
                <c:pt idx="572">
                  <c:v>0.50869870406139805</c:v>
                </c:pt>
                <c:pt idx="573">
                  <c:v>0.332180585819977</c:v>
                </c:pt>
                <c:pt idx="574">
                  <c:v>0.65831045283943701</c:v>
                </c:pt>
                <c:pt idx="575">
                  <c:v>0.54370433636305604</c:v>
                </c:pt>
                <c:pt idx="576">
                  <c:v>0.63510687872202698</c:v>
                </c:pt>
                <c:pt idx="577">
                  <c:v>-0.41495484073543298</c:v>
                </c:pt>
                <c:pt idx="578">
                  <c:v>-0.90257346287386797</c:v>
                </c:pt>
                <c:pt idx="579">
                  <c:v>0.72505760018327703</c:v>
                </c:pt>
                <c:pt idx="580">
                  <c:v>-0.43105278930673302</c:v>
                </c:pt>
                <c:pt idx="581">
                  <c:v>1.00145298641324</c:v>
                </c:pt>
                <c:pt idx="582">
                  <c:v>-0.56905503492456999</c:v>
                </c:pt>
                <c:pt idx="583">
                  <c:v>-0.60618637969491496</c:v>
                </c:pt>
                <c:pt idx="584">
                  <c:v>0.51391404783092998</c:v>
                </c:pt>
                <c:pt idx="585">
                  <c:v>0.54848413601574497</c:v>
                </c:pt>
                <c:pt idx="586">
                  <c:v>0.70459092961609604</c:v>
                </c:pt>
                <c:pt idx="587">
                  <c:v>0.34263644097526202</c:v>
                </c:pt>
                <c:pt idx="588">
                  <c:v>-0.32874896587698599</c:v>
                </c:pt>
                <c:pt idx="589">
                  <c:v>-0.50638472821681901</c:v>
                </c:pt>
                <c:pt idx="590">
                  <c:v>-0.53481682708816802</c:v>
                </c:pt>
                <c:pt idx="591">
                  <c:v>-1.6741719401086499</c:v>
                </c:pt>
                <c:pt idx="592">
                  <c:v>-0.30290749193800098</c:v>
                </c:pt>
                <c:pt idx="593">
                  <c:v>-0.36909674690372202</c:v>
                </c:pt>
                <c:pt idx="594">
                  <c:v>0.41029853188098298</c:v>
                </c:pt>
                <c:pt idx="595">
                  <c:v>0.64024766484927997</c:v>
                </c:pt>
                <c:pt idx="596">
                  <c:v>-0.29406404057171198</c:v>
                </c:pt>
                <c:pt idx="597">
                  <c:v>0.58170610568429004</c:v>
                </c:pt>
                <c:pt idx="598">
                  <c:v>-0.42373277234365903</c:v>
                </c:pt>
                <c:pt idx="599">
                  <c:v>-0.72332989391678704</c:v>
                </c:pt>
                <c:pt idx="600">
                  <c:v>-0.60148783107039305</c:v>
                </c:pt>
                <c:pt idx="601">
                  <c:v>-0.38778686930850598</c:v>
                </c:pt>
                <c:pt idx="602">
                  <c:v>0.45081297811355697</c:v>
                </c:pt>
                <c:pt idx="603">
                  <c:v>-0.38119693767818302</c:v>
                </c:pt>
                <c:pt idx="604">
                  <c:v>-0.33357042207018101</c:v>
                </c:pt>
                <c:pt idx="605">
                  <c:v>-0.41433037314335802</c:v>
                </c:pt>
                <c:pt idx="606">
                  <c:v>-0.36128159784963298</c:v>
                </c:pt>
                <c:pt idx="607">
                  <c:v>-0.51479306226034904</c:v>
                </c:pt>
                <c:pt idx="608">
                  <c:v>-0.32307362358797698</c:v>
                </c:pt>
                <c:pt idx="609">
                  <c:v>-0.39744772197553102</c:v>
                </c:pt>
                <c:pt idx="610">
                  <c:v>-0.4107424208255</c:v>
                </c:pt>
                <c:pt idx="611">
                  <c:v>0.62160713271860102</c:v>
                </c:pt>
                <c:pt idx="612">
                  <c:v>0.45374882404427902</c:v>
                </c:pt>
                <c:pt idx="613">
                  <c:v>-0.74957917082506498</c:v>
                </c:pt>
                <c:pt idx="614">
                  <c:v>-0.77088713159455202</c:v>
                </c:pt>
                <c:pt idx="615">
                  <c:v>-0.75844299558805905</c:v>
                </c:pt>
                <c:pt idx="616">
                  <c:v>-0.38176738809694699</c:v>
                </c:pt>
                <c:pt idx="617">
                  <c:v>-0.43777206740033803</c:v>
                </c:pt>
                <c:pt idx="618">
                  <c:v>0.33814201162913099</c:v>
                </c:pt>
                <c:pt idx="619">
                  <c:v>-0.39992190266444899</c:v>
                </c:pt>
                <c:pt idx="620">
                  <c:v>0.74651688119511705</c:v>
                </c:pt>
                <c:pt idx="621">
                  <c:v>0.31912883722246099</c:v>
                </c:pt>
                <c:pt idx="622">
                  <c:v>-0.36625573837778103</c:v>
                </c:pt>
                <c:pt idx="623">
                  <c:v>-0.73906126788937598</c:v>
                </c:pt>
                <c:pt idx="624">
                  <c:v>0.34629587268233297</c:v>
                </c:pt>
                <c:pt idx="625">
                  <c:v>0.49347148422995701</c:v>
                </c:pt>
                <c:pt idx="626">
                  <c:v>2.00020207719587</c:v>
                </c:pt>
                <c:pt idx="627">
                  <c:v>-0.45072817055541797</c:v>
                </c:pt>
                <c:pt idx="628">
                  <c:v>-0.372980477987227</c:v>
                </c:pt>
                <c:pt idx="629">
                  <c:v>-1.04777670550947</c:v>
                </c:pt>
                <c:pt idx="630">
                  <c:v>-0.30511750917594699</c:v>
                </c:pt>
                <c:pt idx="631">
                  <c:v>0.58302379117731096</c:v>
                </c:pt>
                <c:pt idx="632">
                  <c:v>-1.1699003398147501</c:v>
                </c:pt>
                <c:pt idx="633">
                  <c:v>-0.58769588494918801</c:v>
                </c:pt>
                <c:pt idx="634">
                  <c:v>0.29016981828872401</c:v>
                </c:pt>
                <c:pt idx="635">
                  <c:v>-0.27455882920099101</c:v>
                </c:pt>
                <c:pt idx="636">
                  <c:v>-0.34440174017748498</c:v>
                </c:pt>
                <c:pt idx="637">
                  <c:v>0.69892153800851597</c:v>
                </c:pt>
                <c:pt idx="638">
                  <c:v>1.11420614495169</c:v>
                </c:pt>
                <c:pt idx="639">
                  <c:v>0.61222367878369999</c:v>
                </c:pt>
                <c:pt idx="640">
                  <c:v>-0.27700010002030201</c:v>
                </c:pt>
                <c:pt idx="641">
                  <c:v>-0.82258532348165003</c:v>
                </c:pt>
                <c:pt idx="642">
                  <c:v>0.57887611611563705</c:v>
                </c:pt>
                <c:pt idx="643">
                  <c:v>0.37728973587688902</c:v>
                </c:pt>
                <c:pt idx="644">
                  <c:v>-0.30659371236128402</c:v>
                </c:pt>
                <c:pt idx="645">
                  <c:v>-0.59700325812762101</c:v>
                </c:pt>
                <c:pt idx="646">
                  <c:v>0.32998824842125202</c:v>
                </c:pt>
                <c:pt idx="647">
                  <c:v>0.40161872137657201</c:v>
                </c:pt>
                <c:pt idx="648">
                  <c:v>-0.55118781940718997</c:v>
                </c:pt>
                <c:pt idx="649">
                  <c:v>-0.41403371348426898</c:v>
                </c:pt>
                <c:pt idx="650">
                  <c:v>0.57422273924559197</c:v>
                </c:pt>
                <c:pt idx="651">
                  <c:v>-0.85673081972370801</c:v>
                </c:pt>
                <c:pt idx="652">
                  <c:v>-0.61928914189290696</c:v>
                </c:pt>
                <c:pt idx="653">
                  <c:v>-0.39078082466952002</c:v>
                </c:pt>
                <c:pt idx="654">
                  <c:v>1.22215521340947</c:v>
                </c:pt>
                <c:pt idx="655">
                  <c:v>0.29056853975206598</c:v>
                </c:pt>
                <c:pt idx="656">
                  <c:v>-0.27619964082495901</c:v>
                </c:pt>
                <c:pt idx="657">
                  <c:v>-0.33685963950952003</c:v>
                </c:pt>
                <c:pt idx="658">
                  <c:v>-0.34544691748360601</c:v>
                </c:pt>
                <c:pt idx="659">
                  <c:v>-0.29214032194851203</c:v>
                </c:pt>
                <c:pt idx="660">
                  <c:v>-0.54069889881343203</c:v>
                </c:pt>
                <c:pt idx="661">
                  <c:v>0.81358207294907803</c:v>
                </c:pt>
                <c:pt idx="662">
                  <c:v>0.48125343695060302</c:v>
                </c:pt>
                <c:pt idx="663">
                  <c:v>0.52560331019653395</c:v>
                </c:pt>
                <c:pt idx="664">
                  <c:v>1.23745124615951</c:v>
                </c:pt>
                <c:pt idx="665">
                  <c:v>0.86543447216470104</c:v>
                </c:pt>
                <c:pt idx="666">
                  <c:v>0.44889955181331198</c:v>
                </c:pt>
                <c:pt idx="667">
                  <c:v>-0.97803787105296203</c:v>
                </c:pt>
                <c:pt idx="668">
                  <c:v>0.55967649784592399</c:v>
                </c:pt>
                <c:pt idx="669">
                  <c:v>0.65537856944244399</c:v>
                </c:pt>
                <c:pt idx="670">
                  <c:v>0.436117552967072</c:v>
                </c:pt>
                <c:pt idx="671">
                  <c:v>1.57421109418122</c:v>
                </c:pt>
                <c:pt idx="672">
                  <c:v>0.53958900172774804</c:v>
                </c:pt>
                <c:pt idx="673">
                  <c:v>-0.311332636074585</c:v>
                </c:pt>
                <c:pt idx="674">
                  <c:v>1.28738218539085</c:v>
                </c:pt>
                <c:pt idx="675">
                  <c:v>-0.28369013085269801</c:v>
                </c:pt>
                <c:pt idx="676">
                  <c:v>-0.92509609813448501</c:v>
                </c:pt>
                <c:pt idx="677">
                  <c:v>0.40539806813767498</c:v>
                </c:pt>
                <c:pt idx="678">
                  <c:v>0.73607206794621804</c:v>
                </c:pt>
                <c:pt idx="679">
                  <c:v>-0.32298111800685803</c:v>
                </c:pt>
                <c:pt idx="680">
                  <c:v>-0.68844467921866204</c:v>
                </c:pt>
                <c:pt idx="681">
                  <c:v>0.27309218800162</c:v>
                </c:pt>
                <c:pt idx="682">
                  <c:v>-0.26853390483196499</c:v>
                </c:pt>
                <c:pt idx="683">
                  <c:v>0.37535564409414901</c:v>
                </c:pt>
                <c:pt idx="684">
                  <c:v>0.38853257621286003</c:v>
                </c:pt>
                <c:pt idx="685">
                  <c:v>-0.34231417720702201</c:v>
                </c:pt>
                <c:pt idx="686">
                  <c:v>0.40643452641696598</c:v>
                </c:pt>
                <c:pt idx="687">
                  <c:v>0.75566557092618702</c:v>
                </c:pt>
                <c:pt idx="688">
                  <c:v>0.346081590676455</c:v>
                </c:pt>
                <c:pt idx="689">
                  <c:v>-0.39302357121085102</c:v>
                </c:pt>
                <c:pt idx="690">
                  <c:v>0.397850747066407</c:v>
                </c:pt>
                <c:pt idx="691">
                  <c:v>0.91028218815069195</c:v>
                </c:pt>
                <c:pt idx="692">
                  <c:v>0.63196673064292197</c:v>
                </c:pt>
                <c:pt idx="693">
                  <c:v>0.74733590715610299</c:v>
                </c:pt>
                <c:pt idx="694">
                  <c:v>-0.27681765977047901</c:v>
                </c:pt>
                <c:pt idx="695">
                  <c:v>-0.94180453798700703</c:v>
                </c:pt>
                <c:pt idx="696">
                  <c:v>1.1489129880128801</c:v>
                </c:pt>
                <c:pt idx="697">
                  <c:v>0.40001542776497001</c:v>
                </c:pt>
                <c:pt idx="698">
                  <c:v>-0.80831914494031998</c:v>
                </c:pt>
                <c:pt idx="699">
                  <c:v>0.33803048174626599</c:v>
                </c:pt>
                <c:pt idx="700">
                  <c:v>0.312324269338209</c:v>
                </c:pt>
                <c:pt idx="701">
                  <c:v>0.336851141010655</c:v>
                </c:pt>
                <c:pt idx="702">
                  <c:v>-0.33007213987363598</c:v>
                </c:pt>
                <c:pt idx="703">
                  <c:v>-0.70473096148516501</c:v>
                </c:pt>
                <c:pt idx="704">
                  <c:v>0.75265862016446095</c:v>
                </c:pt>
                <c:pt idx="705">
                  <c:v>0.37953599559126899</c:v>
                </c:pt>
                <c:pt idx="706">
                  <c:v>-1.4648895402070801</c:v>
                </c:pt>
                <c:pt idx="707">
                  <c:v>0.31667100436797602</c:v>
                </c:pt>
                <c:pt idx="708">
                  <c:v>1.2877003203190001</c:v>
                </c:pt>
                <c:pt idx="709">
                  <c:v>0.47661276228673399</c:v>
                </c:pt>
                <c:pt idx="710">
                  <c:v>1.0142450040729201</c:v>
                </c:pt>
                <c:pt idx="711">
                  <c:v>-0.77745705113102304</c:v>
                </c:pt>
                <c:pt idx="712">
                  <c:v>0.81618757329280101</c:v>
                </c:pt>
                <c:pt idx="713">
                  <c:v>-0.35946271425479298</c:v>
                </c:pt>
                <c:pt idx="714">
                  <c:v>-0.76993356322504902</c:v>
                </c:pt>
                <c:pt idx="715">
                  <c:v>-0.96118822884621802</c:v>
                </c:pt>
                <c:pt idx="716">
                  <c:v>-1.10480377586272</c:v>
                </c:pt>
                <c:pt idx="717">
                  <c:v>0.36991143153915801</c:v>
                </c:pt>
                <c:pt idx="718">
                  <c:v>-0.88760754643463402</c:v>
                </c:pt>
                <c:pt idx="719">
                  <c:v>-0.54225407777258305</c:v>
                </c:pt>
                <c:pt idx="720">
                  <c:v>-0.78966000595457997</c:v>
                </c:pt>
                <c:pt idx="721">
                  <c:v>-0.358675116758011</c:v>
                </c:pt>
                <c:pt idx="722">
                  <c:v>-0.95687744845086398</c:v>
                </c:pt>
                <c:pt idx="723">
                  <c:v>0.64851917435503403</c:v>
                </c:pt>
                <c:pt idx="724">
                  <c:v>0.59998034597635197</c:v>
                </c:pt>
                <c:pt idx="725">
                  <c:v>0.592705207162183</c:v>
                </c:pt>
                <c:pt idx="726">
                  <c:v>0.65952149518221104</c:v>
                </c:pt>
                <c:pt idx="727">
                  <c:v>1.44760303170599</c:v>
                </c:pt>
                <c:pt idx="728">
                  <c:v>0.451661038974429</c:v>
                </c:pt>
                <c:pt idx="729">
                  <c:v>0.38761486726186301</c:v>
                </c:pt>
                <c:pt idx="730">
                  <c:v>0.64422955889105205</c:v>
                </c:pt>
                <c:pt idx="731">
                  <c:v>0.51067788400101899</c:v>
                </c:pt>
                <c:pt idx="732">
                  <c:v>0.75583257200391796</c:v>
                </c:pt>
                <c:pt idx="733">
                  <c:v>-0.74015095584630297</c:v>
                </c:pt>
                <c:pt idx="734">
                  <c:v>0.35563268222557198</c:v>
                </c:pt>
                <c:pt idx="735">
                  <c:v>-0.58624562292369098</c:v>
                </c:pt>
                <c:pt idx="736">
                  <c:v>0.30885002998722999</c:v>
                </c:pt>
                <c:pt idx="737">
                  <c:v>-0.42935829050692198</c:v>
                </c:pt>
                <c:pt idx="738">
                  <c:v>0.97504436781100201</c:v>
                </c:pt>
                <c:pt idx="739">
                  <c:v>0.35338622058217001</c:v>
                </c:pt>
                <c:pt idx="740">
                  <c:v>-0.46980205087274401</c:v>
                </c:pt>
                <c:pt idx="741">
                  <c:v>-0.43753580141193998</c:v>
                </c:pt>
                <c:pt idx="742">
                  <c:v>0.46447475064318799</c:v>
                </c:pt>
                <c:pt idx="743">
                  <c:v>1.1131938278062601</c:v>
                </c:pt>
                <c:pt idx="744">
                  <c:v>-0.47679772837055301</c:v>
                </c:pt>
                <c:pt idx="745">
                  <c:v>-0.51054405637400502</c:v>
                </c:pt>
                <c:pt idx="746">
                  <c:v>-0.32145222621372199</c:v>
                </c:pt>
                <c:pt idx="747">
                  <c:v>-1.2943628526001201</c:v>
                </c:pt>
                <c:pt idx="748">
                  <c:v>0.391929294370222</c:v>
                </c:pt>
                <c:pt idx="749">
                  <c:v>0.35014265817413598</c:v>
                </c:pt>
                <c:pt idx="750">
                  <c:v>-0.69762423116486305</c:v>
                </c:pt>
                <c:pt idx="751">
                  <c:v>0.71993350212652596</c:v>
                </c:pt>
                <c:pt idx="752">
                  <c:v>0.55636786667454896</c:v>
                </c:pt>
                <c:pt idx="753">
                  <c:v>-0.67018825167774299</c:v>
                </c:pt>
                <c:pt idx="754">
                  <c:v>0.39852421229724999</c:v>
                </c:pt>
                <c:pt idx="755">
                  <c:v>-0.41066660893496698</c:v>
                </c:pt>
                <c:pt idx="756">
                  <c:v>-0.48611605089279702</c:v>
                </c:pt>
                <c:pt idx="757">
                  <c:v>-0.33039365116322</c:v>
                </c:pt>
                <c:pt idx="758">
                  <c:v>0.72340673024375601</c:v>
                </c:pt>
                <c:pt idx="759">
                  <c:v>-0.33354896926710298</c:v>
                </c:pt>
                <c:pt idx="760">
                  <c:v>0.63750774639849395</c:v>
                </c:pt>
                <c:pt idx="761">
                  <c:v>0.60528966530068096</c:v>
                </c:pt>
                <c:pt idx="762">
                  <c:v>-0.41498381212490898</c:v>
                </c:pt>
                <c:pt idx="763">
                  <c:v>-0.76585909678263397</c:v>
                </c:pt>
                <c:pt idx="764">
                  <c:v>0.28173126804826898</c:v>
                </c:pt>
                <c:pt idx="765">
                  <c:v>-0.39412553676343298</c:v>
                </c:pt>
                <c:pt idx="766">
                  <c:v>-0.58033588160037697</c:v>
                </c:pt>
                <c:pt idx="767">
                  <c:v>-0.33623809293620299</c:v>
                </c:pt>
                <c:pt idx="768">
                  <c:v>0.38837022840726498</c:v>
                </c:pt>
                <c:pt idx="769">
                  <c:v>0.33880673230567399</c:v>
                </c:pt>
                <c:pt idx="770">
                  <c:v>-0.51185650358975499</c:v>
                </c:pt>
                <c:pt idx="771">
                  <c:v>0.663526912953323</c:v>
                </c:pt>
                <c:pt idx="772">
                  <c:v>0.72646947580972199</c:v>
                </c:pt>
                <c:pt idx="773">
                  <c:v>0.36959869281389501</c:v>
                </c:pt>
                <c:pt idx="774">
                  <c:v>-0.51678524121744795</c:v>
                </c:pt>
                <c:pt idx="775">
                  <c:v>0.84839633530314995</c:v>
                </c:pt>
                <c:pt idx="776">
                  <c:v>0.51592511466831303</c:v>
                </c:pt>
                <c:pt idx="777">
                  <c:v>-0.58172484538733504</c:v>
                </c:pt>
                <c:pt idx="778">
                  <c:v>-0.32895287984003102</c:v>
                </c:pt>
                <c:pt idx="779">
                  <c:v>0.38438016467210501</c:v>
                </c:pt>
                <c:pt idx="780">
                  <c:v>0.69057613763318304</c:v>
                </c:pt>
                <c:pt idx="781">
                  <c:v>-0.71748393966437596</c:v>
                </c:pt>
                <c:pt idx="782">
                  <c:v>-0.38491446039065702</c:v>
                </c:pt>
                <c:pt idx="783">
                  <c:v>0.59150249332021299</c:v>
                </c:pt>
                <c:pt idx="784">
                  <c:v>0.35356161418342003</c:v>
                </c:pt>
                <c:pt idx="785">
                  <c:v>0.308270715295965</c:v>
                </c:pt>
                <c:pt idx="786">
                  <c:v>0.84956479864645096</c:v>
                </c:pt>
                <c:pt idx="787">
                  <c:v>-0.31260057883929399</c:v>
                </c:pt>
                <c:pt idx="788">
                  <c:v>0.566495254564373</c:v>
                </c:pt>
                <c:pt idx="789">
                  <c:v>0.83041456189049301</c:v>
                </c:pt>
                <c:pt idx="790">
                  <c:v>-0.28923627074640401</c:v>
                </c:pt>
                <c:pt idx="791">
                  <c:v>-0.65462734535155298</c:v>
                </c:pt>
                <c:pt idx="792">
                  <c:v>0.544803265650465</c:v>
                </c:pt>
                <c:pt idx="793">
                  <c:v>0.88886875690987599</c:v>
                </c:pt>
                <c:pt idx="794">
                  <c:v>-0.332453786210618</c:v>
                </c:pt>
                <c:pt idx="795">
                  <c:v>-0.259988509096722</c:v>
                </c:pt>
                <c:pt idx="796">
                  <c:v>0.54466448481889895</c:v>
                </c:pt>
                <c:pt idx="797">
                  <c:v>-0.50675318806193204</c:v>
                </c:pt>
                <c:pt idx="798">
                  <c:v>0.555425372674343</c:v>
                </c:pt>
                <c:pt idx="799">
                  <c:v>0.69239663961834796</c:v>
                </c:pt>
                <c:pt idx="800">
                  <c:v>-0.42644033790512698</c:v>
                </c:pt>
                <c:pt idx="801">
                  <c:v>1.65572836426334</c:v>
                </c:pt>
                <c:pt idx="802">
                  <c:v>-0.35340273080336698</c:v>
                </c:pt>
                <c:pt idx="803">
                  <c:v>1.2090096149363601</c:v>
                </c:pt>
                <c:pt idx="804">
                  <c:v>-0.337075033311038</c:v>
                </c:pt>
                <c:pt idx="805">
                  <c:v>0.65400146846193496</c:v>
                </c:pt>
                <c:pt idx="806">
                  <c:v>0.24532928162031101</c:v>
                </c:pt>
                <c:pt idx="807">
                  <c:v>-0.36141910625690299</c:v>
                </c:pt>
                <c:pt idx="808">
                  <c:v>0.52866087744943302</c:v>
                </c:pt>
                <c:pt idx="809">
                  <c:v>-0.949892937248769</c:v>
                </c:pt>
                <c:pt idx="810">
                  <c:v>-0.97185932479838</c:v>
                </c:pt>
                <c:pt idx="811">
                  <c:v>-0.376412378823339</c:v>
                </c:pt>
                <c:pt idx="812">
                  <c:v>-0.48755573948994202</c:v>
                </c:pt>
                <c:pt idx="813">
                  <c:v>1.0003165267648899</c:v>
                </c:pt>
                <c:pt idx="814">
                  <c:v>0.83459702674042202</c:v>
                </c:pt>
                <c:pt idx="815">
                  <c:v>-0.71265371641884201</c:v>
                </c:pt>
                <c:pt idx="816">
                  <c:v>0.61153590312083095</c:v>
                </c:pt>
                <c:pt idx="817">
                  <c:v>-0.34683303909485702</c:v>
                </c:pt>
                <c:pt idx="818">
                  <c:v>-0.35120462734158098</c:v>
                </c:pt>
                <c:pt idx="819">
                  <c:v>0.40146609831515101</c:v>
                </c:pt>
                <c:pt idx="820">
                  <c:v>-0.58246491682039903</c:v>
                </c:pt>
                <c:pt idx="821">
                  <c:v>0.69827779227415498</c:v>
                </c:pt>
                <c:pt idx="822">
                  <c:v>0.67525017805796805</c:v>
                </c:pt>
                <c:pt idx="823">
                  <c:v>-0.48982203741581998</c:v>
                </c:pt>
                <c:pt idx="824">
                  <c:v>0.78136312882633496</c:v>
                </c:pt>
                <c:pt idx="825">
                  <c:v>0.24046519081477399</c:v>
                </c:pt>
                <c:pt idx="826">
                  <c:v>0.40788836212088198</c:v>
                </c:pt>
                <c:pt idx="827">
                  <c:v>-0.368715884815074</c:v>
                </c:pt>
                <c:pt idx="828">
                  <c:v>-0.35543326985651202</c:v>
                </c:pt>
                <c:pt idx="829">
                  <c:v>0.426006691560328</c:v>
                </c:pt>
                <c:pt idx="830">
                  <c:v>-0.72370530163619795</c:v>
                </c:pt>
                <c:pt idx="831">
                  <c:v>0.73853192353175201</c:v>
                </c:pt>
                <c:pt idx="832">
                  <c:v>0.320616526252195</c:v>
                </c:pt>
                <c:pt idx="833">
                  <c:v>-0.30188094360568102</c:v>
                </c:pt>
                <c:pt idx="834">
                  <c:v>0.57378709384056104</c:v>
                </c:pt>
                <c:pt idx="835">
                  <c:v>-0.50794185201744602</c:v>
                </c:pt>
                <c:pt idx="836">
                  <c:v>0.36941944989058201</c:v>
                </c:pt>
                <c:pt idx="837">
                  <c:v>-0.25020012456834501</c:v>
                </c:pt>
                <c:pt idx="838">
                  <c:v>-0.31278039750772302</c:v>
                </c:pt>
                <c:pt idx="839">
                  <c:v>-0.60365344529347797</c:v>
                </c:pt>
                <c:pt idx="840">
                  <c:v>-0.236728451295733</c:v>
                </c:pt>
                <c:pt idx="841">
                  <c:v>-0.61030147263485202</c:v>
                </c:pt>
                <c:pt idx="842">
                  <c:v>0.36820850573861802</c:v>
                </c:pt>
                <c:pt idx="843">
                  <c:v>-0.35734071136921097</c:v>
                </c:pt>
                <c:pt idx="844">
                  <c:v>0.32776380523737803</c:v>
                </c:pt>
                <c:pt idx="845">
                  <c:v>-0.29294000881194598</c:v>
                </c:pt>
                <c:pt idx="846">
                  <c:v>-0.52117309325633698</c:v>
                </c:pt>
                <c:pt idx="847">
                  <c:v>-1.0117395596540399</c:v>
                </c:pt>
                <c:pt idx="848">
                  <c:v>-1.13886914596755</c:v>
                </c:pt>
                <c:pt idx="849">
                  <c:v>-0.27656752477012198</c:v>
                </c:pt>
                <c:pt idx="850">
                  <c:v>-0.458925449847012</c:v>
                </c:pt>
                <c:pt idx="851">
                  <c:v>0.48188190031141398</c:v>
                </c:pt>
                <c:pt idx="852">
                  <c:v>0.329060276005265</c:v>
                </c:pt>
                <c:pt idx="853">
                  <c:v>-0.384861738690358</c:v>
                </c:pt>
                <c:pt idx="854">
                  <c:v>-0.43409680519906102</c:v>
                </c:pt>
                <c:pt idx="855">
                  <c:v>0.543766156442125</c:v>
                </c:pt>
                <c:pt idx="856">
                  <c:v>0.70394089750123701</c:v>
                </c:pt>
                <c:pt idx="857">
                  <c:v>-1.61534740195529</c:v>
                </c:pt>
                <c:pt idx="858">
                  <c:v>0.47026134218854698</c:v>
                </c:pt>
                <c:pt idx="859">
                  <c:v>-0.24083476833054401</c:v>
                </c:pt>
                <c:pt idx="860">
                  <c:v>-0.68128284184521004</c:v>
                </c:pt>
                <c:pt idx="861">
                  <c:v>-0.45370844225374901</c:v>
                </c:pt>
                <c:pt idx="862">
                  <c:v>0.641733445676689</c:v>
                </c:pt>
                <c:pt idx="863">
                  <c:v>0.37524968030981398</c:v>
                </c:pt>
                <c:pt idx="864">
                  <c:v>-0.85004447082223999</c:v>
                </c:pt>
                <c:pt idx="865">
                  <c:v>0.68640454379506699</c:v>
                </c:pt>
                <c:pt idx="866">
                  <c:v>-0.34097414642381801</c:v>
                </c:pt>
                <c:pt idx="867">
                  <c:v>-0.52027259598727205</c:v>
                </c:pt>
                <c:pt idx="868">
                  <c:v>-0.54865756289410295</c:v>
                </c:pt>
                <c:pt idx="869">
                  <c:v>-0.469383111234148</c:v>
                </c:pt>
                <c:pt idx="870">
                  <c:v>-0.75453395559887304</c:v>
                </c:pt>
                <c:pt idx="871">
                  <c:v>-0.58919678331334102</c:v>
                </c:pt>
                <c:pt idx="872">
                  <c:v>0.34107970518544001</c:v>
                </c:pt>
                <c:pt idx="873">
                  <c:v>-0.35932188697946499</c:v>
                </c:pt>
                <c:pt idx="874">
                  <c:v>0.82576639797190399</c:v>
                </c:pt>
                <c:pt idx="875">
                  <c:v>-0.27923544800289701</c:v>
                </c:pt>
                <c:pt idx="876">
                  <c:v>0.72176900771744501</c:v>
                </c:pt>
                <c:pt idx="877">
                  <c:v>0.72948147630524895</c:v>
                </c:pt>
                <c:pt idx="878">
                  <c:v>-0.54529987646862899</c:v>
                </c:pt>
                <c:pt idx="879">
                  <c:v>-0.42684283708873499</c:v>
                </c:pt>
                <c:pt idx="880">
                  <c:v>0.40486787934812402</c:v>
                </c:pt>
                <c:pt idx="881">
                  <c:v>-0.37799355640416399</c:v>
                </c:pt>
                <c:pt idx="882">
                  <c:v>0.52731418289457099</c:v>
                </c:pt>
                <c:pt idx="883">
                  <c:v>0.31103441210683502</c:v>
                </c:pt>
                <c:pt idx="884">
                  <c:v>-0.28630232379930798</c:v>
                </c:pt>
                <c:pt idx="885">
                  <c:v>1.2014677741602899</c:v>
                </c:pt>
                <c:pt idx="886">
                  <c:v>-0.65543430594681196</c:v>
                </c:pt>
                <c:pt idx="887">
                  <c:v>-0.55079317134584505</c:v>
                </c:pt>
                <c:pt idx="888">
                  <c:v>-0.58318277510774796</c:v>
                </c:pt>
                <c:pt idx="889">
                  <c:v>-0.33874013866715602</c:v>
                </c:pt>
                <c:pt idx="890">
                  <c:v>-0.24204695581878299</c:v>
                </c:pt>
                <c:pt idx="891">
                  <c:v>0.61156430918690996</c:v>
                </c:pt>
                <c:pt idx="892">
                  <c:v>-0.25511984501419599</c:v>
                </c:pt>
                <c:pt idx="893">
                  <c:v>-0.4427581654178</c:v>
                </c:pt>
                <c:pt idx="894">
                  <c:v>-1.4989416223006</c:v>
                </c:pt>
                <c:pt idx="895">
                  <c:v>-0.80659348321717395</c:v>
                </c:pt>
                <c:pt idx="896">
                  <c:v>-0.277289903958234</c:v>
                </c:pt>
                <c:pt idx="897">
                  <c:v>1.0808837959358399</c:v>
                </c:pt>
                <c:pt idx="898">
                  <c:v>-0.23504322828054899</c:v>
                </c:pt>
                <c:pt idx="899">
                  <c:v>0.58504315988340505</c:v>
                </c:pt>
                <c:pt idx="900">
                  <c:v>0.29433764471372098</c:v>
                </c:pt>
                <c:pt idx="901">
                  <c:v>0.38498396979743499</c:v>
                </c:pt>
                <c:pt idx="902">
                  <c:v>0.27618096501524297</c:v>
                </c:pt>
                <c:pt idx="903">
                  <c:v>-0.28637620474121001</c:v>
                </c:pt>
                <c:pt idx="904">
                  <c:v>1.0002641915638599</c:v>
                </c:pt>
                <c:pt idx="905">
                  <c:v>0.39867448988868798</c:v>
                </c:pt>
                <c:pt idx="906">
                  <c:v>-0.22594530898255299</c:v>
                </c:pt>
                <c:pt idx="907">
                  <c:v>-0.29151614592694802</c:v>
                </c:pt>
                <c:pt idx="908">
                  <c:v>-0.40138593345576401</c:v>
                </c:pt>
                <c:pt idx="909">
                  <c:v>0.288212787350211</c:v>
                </c:pt>
                <c:pt idx="910">
                  <c:v>0.55061949011644995</c:v>
                </c:pt>
                <c:pt idx="911">
                  <c:v>0.53902171822723599</c:v>
                </c:pt>
                <c:pt idx="912">
                  <c:v>-0.23523969303748901</c:v>
                </c:pt>
                <c:pt idx="913">
                  <c:v>1.1967709147018</c:v>
                </c:pt>
                <c:pt idx="914">
                  <c:v>0.31652030209503601</c:v>
                </c:pt>
                <c:pt idx="915">
                  <c:v>-0.32267653557569498</c:v>
                </c:pt>
                <c:pt idx="916">
                  <c:v>0.34167959348643301</c:v>
                </c:pt>
                <c:pt idx="917">
                  <c:v>0.33407635828161703</c:v>
                </c:pt>
                <c:pt idx="918">
                  <c:v>0.74206103814457702</c:v>
                </c:pt>
                <c:pt idx="919">
                  <c:v>-0.83655414026489405</c:v>
                </c:pt>
                <c:pt idx="920">
                  <c:v>0.29456034194143799</c:v>
                </c:pt>
                <c:pt idx="921">
                  <c:v>0.56731520118406897</c:v>
                </c:pt>
                <c:pt idx="922">
                  <c:v>-0.30652772074173001</c:v>
                </c:pt>
                <c:pt idx="923">
                  <c:v>-0.567379364712711</c:v>
                </c:pt>
                <c:pt idx="924">
                  <c:v>0.360943438540684</c:v>
                </c:pt>
                <c:pt idx="925">
                  <c:v>-0.247283823024745</c:v>
                </c:pt>
                <c:pt idx="926">
                  <c:v>-0.27540501152545699</c:v>
                </c:pt>
                <c:pt idx="927">
                  <c:v>0.91043920430927705</c:v>
                </c:pt>
                <c:pt idx="928">
                  <c:v>-0.44557405895850299</c:v>
                </c:pt>
                <c:pt idx="929">
                  <c:v>1.14935297258915</c:v>
                </c:pt>
                <c:pt idx="930">
                  <c:v>0.35488370898539001</c:v>
                </c:pt>
                <c:pt idx="931">
                  <c:v>1.2793426108952901</c:v>
                </c:pt>
                <c:pt idx="932">
                  <c:v>0.47679313259275302</c:v>
                </c:pt>
                <c:pt idx="933">
                  <c:v>0.41742560427810099</c:v>
                </c:pt>
                <c:pt idx="934">
                  <c:v>-0.25174904917642499</c:v>
                </c:pt>
                <c:pt idx="935">
                  <c:v>-1.01973404891472</c:v>
                </c:pt>
                <c:pt idx="936">
                  <c:v>0.73711660690473502</c:v>
                </c:pt>
                <c:pt idx="937">
                  <c:v>-0.52134549063567404</c:v>
                </c:pt>
                <c:pt idx="938">
                  <c:v>0.43462540801174798</c:v>
                </c:pt>
                <c:pt idx="939">
                  <c:v>-0.37390317411892598</c:v>
                </c:pt>
                <c:pt idx="940">
                  <c:v>0.49965175928863897</c:v>
                </c:pt>
                <c:pt idx="941">
                  <c:v>0.26721292150114101</c:v>
                </c:pt>
                <c:pt idx="942">
                  <c:v>0.45995682713381603</c:v>
                </c:pt>
                <c:pt idx="943">
                  <c:v>0.66181931119631798</c:v>
                </c:pt>
                <c:pt idx="944">
                  <c:v>0.60165696261757196</c:v>
                </c:pt>
                <c:pt idx="945">
                  <c:v>0.47313882248665701</c:v>
                </c:pt>
                <c:pt idx="946">
                  <c:v>0.24746697817229399</c:v>
                </c:pt>
                <c:pt idx="947">
                  <c:v>-0.32128346721240297</c:v>
                </c:pt>
                <c:pt idx="948">
                  <c:v>0.227715364267844</c:v>
                </c:pt>
                <c:pt idx="949">
                  <c:v>0.33583503155119798</c:v>
                </c:pt>
                <c:pt idx="950">
                  <c:v>0.62488481924552297</c:v>
                </c:pt>
                <c:pt idx="951">
                  <c:v>-0.80798376788362003</c:v>
                </c:pt>
                <c:pt idx="952">
                  <c:v>-0.38588582528272403</c:v>
                </c:pt>
                <c:pt idx="953">
                  <c:v>0.40458239220612302</c:v>
                </c:pt>
                <c:pt idx="954">
                  <c:v>0.63604985546564696</c:v>
                </c:pt>
                <c:pt idx="955">
                  <c:v>0.38493084944544598</c:v>
                </c:pt>
                <c:pt idx="956">
                  <c:v>0.28496398553950902</c:v>
                </c:pt>
                <c:pt idx="957">
                  <c:v>-0.29888002175108902</c:v>
                </c:pt>
                <c:pt idx="958">
                  <c:v>0.40080840097533998</c:v>
                </c:pt>
                <c:pt idx="959">
                  <c:v>-0.92530933409789595</c:v>
                </c:pt>
                <c:pt idx="960">
                  <c:v>0.63502345968820995</c:v>
                </c:pt>
                <c:pt idx="961">
                  <c:v>-0.45406550931879902</c:v>
                </c:pt>
                <c:pt idx="962">
                  <c:v>-0.57148910492091098</c:v>
                </c:pt>
                <c:pt idx="963">
                  <c:v>-0.31582608029963699</c:v>
                </c:pt>
                <c:pt idx="964">
                  <c:v>0.53966549882191495</c:v>
                </c:pt>
                <c:pt idx="965">
                  <c:v>-0.25310505097017399</c:v>
                </c:pt>
                <c:pt idx="966">
                  <c:v>0.49995101915968099</c:v>
                </c:pt>
                <c:pt idx="967">
                  <c:v>-0.59328420226763301</c:v>
                </c:pt>
                <c:pt idx="968">
                  <c:v>-0.37669889959540698</c:v>
                </c:pt>
                <c:pt idx="969">
                  <c:v>0.23865028459510301</c:v>
                </c:pt>
                <c:pt idx="970">
                  <c:v>-0.33014512796487899</c:v>
                </c:pt>
                <c:pt idx="971">
                  <c:v>-0.28818928968941299</c:v>
                </c:pt>
                <c:pt idx="972">
                  <c:v>-0.31035215459166898</c:v>
                </c:pt>
                <c:pt idx="973">
                  <c:v>0.44087799675311201</c:v>
                </c:pt>
                <c:pt idx="974">
                  <c:v>0.290079574746684</c:v>
                </c:pt>
                <c:pt idx="975">
                  <c:v>-0.65844426238770004</c:v>
                </c:pt>
                <c:pt idx="976">
                  <c:v>0.43468135625012</c:v>
                </c:pt>
                <c:pt idx="977">
                  <c:v>-0.55865379329731002</c:v>
                </c:pt>
                <c:pt idx="978">
                  <c:v>-0.54749413057259499</c:v>
                </c:pt>
                <c:pt idx="979">
                  <c:v>-0.24813631647666801</c:v>
                </c:pt>
                <c:pt idx="980">
                  <c:v>-0.54707442799580297</c:v>
                </c:pt>
                <c:pt idx="981">
                  <c:v>0.48653157385696799</c:v>
                </c:pt>
                <c:pt idx="982">
                  <c:v>1.1447573145508101</c:v>
                </c:pt>
                <c:pt idx="983">
                  <c:v>0.31261175130345398</c:v>
                </c:pt>
                <c:pt idx="984">
                  <c:v>-0.67666545838761705</c:v>
                </c:pt>
                <c:pt idx="985">
                  <c:v>-0.58842349073262301</c:v>
                </c:pt>
                <c:pt idx="986">
                  <c:v>-0.28202321576544198</c:v>
                </c:pt>
                <c:pt idx="987">
                  <c:v>0.46235998854245602</c:v>
                </c:pt>
                <c:pt idx="988">
                  <c:v>0.32441653047053598</c:v>
                </c:pt>
                <c:pt idx="989">
                  <c:v>0.26588202486406898</c:v>
                </c:pt>
                <c:pt idx="990">
                  <c:v>0.40728403409722302</c:v>
                </c:pt>
                <c:pt idx="991">
                  <c:v>1.3513328492390699</c:v>
                </c:pt>
                <c:pt idx="992">
                  <c:v>0.25814467239570899</c:v>
                </c:pt>
                <c:pt idx="993">
                  <c:v>0.66262943559464205</c:v>
                </c:pt>
                <c:pt idx="994">
                  <c:v>0.28864055535987299</c:v>
                </c:pt>
                <c:pt idx="995">
                  <c:v>0.27888281120578601</c:v>
                </c:pt>
                <c:pt idx="996">
                  <c:v>-0.78579718248588604</c:v>
                </c:pt>
                <c:pt idx="997">
                  <c:v>0.77338974762629298</c:v>
                </c:pt>
                <c:pt idx="998">
                  <c:v>-0.75082158323748904</c:v>
                </c:pt>
                <c:pt idx="999">
                  <c:v>-0.386807621512258</c:v>
                </c:pt>
                <c:pt idx="1000">
                  <c:v>-0.44655858371668</c:v>
                </c:pt>
                <c:pt idx="1001">
                  <c:v>-0.39124545283756601</c:v>
                </c:pt>
                <c:pt idx="1002">
                  <c:v>0.465717455537625</c:v>
                </c:pt>
                <c:pt idx="1003">
                  <c:v>-0.57111072828429199</c:v>
                </c:pt>
                <c:pt idx="1004">
                  <c:v>-0.28023785755095099</c:v>
                </c:pt>
                <c:pt idx="1005">
                  <c:v>0.70535476952436904</c:v>
                </c:pt>
                <c:pt idx="1006">
                  <c:v>-0.36162313830735798</c:v>
                </c:pt>
                <c:pt idx="1007">
                  <c:v>-0.37503104244008501</c:v>
                </c:pt>
                <c:pt idx="1008">
                  <c:v>0.44693204883142801</c:v>
                </c:pt>
                <c:pt idx="1009">
                  <c:v>-0.30095623803787303</c:v>
                </c:pt>
                <c:pt idx="1010">
                  <c:v>-0.36481686345478398</c:v>
                </c:pt>
                <c:pt idx="1011">
                  <c:v>0.46289279453123899</c:v>
                </c:pt>
                <c:pt idx="1012">
                  <c:v>-0.36080457006125499</c:v>
                </c:pt>
                <c:pt idx="1013">
                  <c:v>0.37831218839008302</c:v>
                </c:pt>
                <c:pt idx="1014">
                  <c:v>0.88640294644520201</c:v>
                </c:pt>
                <c:pt idx="1015">
                  <c:v>-0.327628623969279</c:v>
                </c:pt>
                <c:pt idx="1016">
                  <c:v>-0.96894871157722295</c:v>
                </c:pt>
                <c:pt idx="1017">
                  <c:v>-0.51129567961863398</c:v>
                </c:pt>
                <c:pt idx="1018">
                  <c:v>0.26215786725638801</c:v>
                </c:pt>
                <c:pt idx="1019">
                  <c:v>0.38559406437112997</c:v>
                </c:pt>
                <c:pt idx="1020">
                  <c:v>0.48735435998798898</c:v>
                </c:pt>
                <c:pt idx="1021">
                  <c:v>-0.37922750550200102</c:v>
                </c:pt>
                <c:pt idx="1022">
                  <c:v>0.28910570814423397</c:v>
                </c:pt>
                <c:pt idx="1023">
                  <c:v>0.30215394064743301</c:v>
                </c:pt>
                <c:pt idx="1024">
                  <c:v>0.35998583256265299</c:v>
                </c:pt>
                <c:pt idx="1025">
                  <c:v>0.61645027657461804</c:v>
                </c:pt>
                <c:pt idx="1026">
                  <c:v>0.98638341333995105</c:v>
                </c:pt>
                <c:pt idx="1027">
                  <c:v>-0.86076150323994904</c:v>
                </c:pt>
                <c:pt idx="1028">
                  <c:v>0.47447334705046601</c:v>
                </c:pt>
                <c:pt idx="1029">
                  <c:v>-0.58812505226073597</c:v>
                </c:pt>
                <c:pt idx="1030">
                  <c:v>-0.33612348984885199</c:v>
                </c:pt>
                <c:pt idx="1031">
                  <c:v>0.45332530822538097</c:v>
                </c:pt>
                <c:pt idx="1032">
                  <c:v>-0.43362563967740198</c:v>
                </c:pt>
                <c:pt idx="1033">
                  <c:v>-1.13957892101664</c:v>
                </c:pt>
                <c:pt idx="1034">
                  <c:v>-0.27388616129210103</c:v>
                </c:pt>
                <c:pt idx="1035">
                  <c:v>0.42349146209008698</c:v>
                </c:pt>
                <c:pt idx="1036">
                  <c:v>0.32557179689563798</c:v>
                </c:pt>
                <c:pt idx="1037">
                  <c:v>-0.75023060812745301</c:v>
                </c:pt>
                <c:pt idx="1038">
                  <c:v>-0.37976683855146498</c:v>
                </c:pt>
                <c:pt idx="1039">
                  <c:v>0.43936753890513502</c:v>
                </c:pt>
                <c:pt idx="1040">
                  <c:v>0.46561665700850302</c:v>
                </c:pt>
                <c:pt idx="1041">
                  <c:v>0.45737311330115199</c:v>
                </c:pt>
                <c:pt idx="1042">
                  <c:v>-0.39053447617134701</c:v>
                </c:pt>
                <c:pt idx="1043">
                  <c:v>0.57027757163912396</c:v>
                </c:pt>
                <c:pt idx="1044">
                  <c:v>0.437432033936485</c:v>
                </c:pt>
                <c:pt idx="1045">
                  <c:v>-0.32663648059431999</c:v>
                </c:pt>
                <c:pt idx="1046">
                  <c:v>-0.57446760394497798</c:v>
                </c:pt>
                <c:pt idx="1047">
                  <c:v>0.44719675639364498</c:v>
                </c:pt>
                <c:pt idx="1048">
                  <c:v>-0.47666366169401198</c:v>
                </c:pt>
                <c:pt idx="1049">
                  <c:v>0.251279104004698</c:v>
                </c:pt>
                <c:pt idx="1050">
                  <c:v>-0.95257333856516302</c:v>
                </c:pt>
                <c:pt idx="1051">
                  <c:v>-0.49065836868127699</c:v>
                </c:pt>
                <c:pt idx="1052">
                  <c:v>0.30023681643260097</c:v>
                </c:pt>
                <c:pt idx="1053">
                  <c:v>0.75166636693445799</c:v>
                </c:pt>
                <c:pt idx="1054">
                  <c:v>0.450314160156008</c:v>
                </c:pt>
                <c:pt idx="1055">
                  <c:v>-0.52654828928832798</c:v>
                </c:pt>
                <c:pt idx="1056">
                  <c:v>0.260731130661775</c:v>
                </c:pt>
                <c:pt idx="1057">
                  <c:v>-0.26971702010962101</c:v>
                </c:pt>
                <c:pt idx="1058">
                  <c:v>-0.23740234903333099</c:v>
                </c:pt>
                <c:pt idx="1059">
                  <c:v>0.48308974035694502</c:v>
                </c:pt>
                <c:pt idx="1060">
                  <c:v>-0.27260875624034903</c:v>
                </c:pt>
                <c:pt idx="1061">
                  <c:v>0.58255777956412702</c:v>
                </c:pt>
                <c:pt idx="1062">
                  <c:v>0.27575590044987303</c:v>
                </c:pt>
                <c:pt idx="1063">
                  <c:v>0.71758885673640505</c:v>
                </c:pt>
                <c:pt idx="1064">
                  <c:v>0.50445509923447696</c:v>
                </c:pt>
                <c:pt idx="1065">
                  <c:v>0.632473099082283</c:v>
                </c:pt>
                <c:pt idx="1066">
                  <c:v>-0.22971656112303099</c:v>
                </c:pt>
                <c:pt idx="1067">
                  <c:v>-0.29280669363116002</c:v>
                </c:pt>
                <c:pt idx="1068">
                  <c:v>0.49391545209168097</c:v>
                </c:pt>
                <c:pt idx="1069">
                  <c:v>0.85819668002634197</c:v>
                </c:pt>
                <c:pt idx="1070">
                  <c:v>0.20926270308127901</c:v>
                </c:pt>
                <c:pt idx="1071">
                  <c:v>-0.263836654837451</c:v>
                </c:pt>
                <c:pt idx="1072">
                  <c:v>0.59930055138576999</c:v>
                </c:pt>
                <c:pt idx="1073">
                  <c:v>-0.244717178401515</c:v>
                </c:pt>
                <c:pt idx="1074">
                  <c:v>-0.30916682720212002</c:v>
                </c:pt>
                <c:pt idx="1075">
                  <c:v>-0.36258016314750202</c:v>
                </c:pt>
                <c:pt idx="1076">
                  <c:v>0.365220606247529</c:v>
                </c:pt>
                <c:pt idx="1077">
                  <c:v>0.288657347680225</c:v>
                </c:pt>
                <c:pt idx="1078">
                  <c:v>0.340463875089771</c:v>
                </c:pt>
                <c:pt idx="1079">
                  <c:v>0.37497786054208898</c:v>
                </c:pt>
                <c:pt idx="1080">
                  <c:v>-0.73146308644688296</c:v>
                </c:pt>
                <c:pt idx="1081">
                  <c:v>-0.30378449410986302</c:v>
                </c:pt>
                <c:pt idx="1082">
                  <c:v>0.38943782014331402</c:v>
                </c:pt>
                <c:pt idx="1083">
                  <c:v>0.42683870974118698</c:v>
                </c:pt>
                <c:pt idx="1084">
                  <c:v>0.60290524165639803</c:v>
                </c:pt>
                <c:pt idx="1085">
                  <c:v>0.47904516692987198</c:v>
                </c:pt>
                <c:pt idx="1086">
                  <c:v>0.25761715194044399</c:v>
                </c:pt>
                <c:pt idx="1087">
                  <c:v>-0.25884510122196103</c:v>
                </c:pt>
                <c:pt idx="1088">
                  <c:v>0.42280903038159301</c:v>
                </c:pt>
                <c:pt idx="1089">
                  <c:v>0.30350791788565701</c:v>
                </c:pt>
                <c:pt idx="1090">
                  <c:v>-0.30031613773909899</c:v>
                </c:pt>
                <c:pt idx="1091">
                  <c:v>0.236103162947298</c:v>
                </c:pt>
                <c:pt idx="1092">
                  <c:v>-0.20733335766045599</c:v>
                </c:pt>
                <c:pt idx="1093">
                  <c:v>-0.49278804560842498</c:v>
                </c:pt>
                <c:pt idx="1094">
                  <c:v>-0.53068429230980696</c:v>
                </c:pt>
                <c:pt idx="1095">
                  <c:v>-0.30094238506479298</c:v>
                </c:pt>
                <c:pt idx="1096">
                  <c:v>-0.25885620263691</c:v>
                </c:pt>
                <c:pt idx="1097">
                  <c:v>0.62715755571051102</c:v>
                </c:pt>
                <c:pt idx="1098">
                  <c:v>-0.51884943966867403</c:v>
                </c:pt>
                <c:pt idx="1099">
                  <c:v>-0.885362918693954</c:v>
                </c:pt>
                <c:pt idx="1100">
                  <c:v>0.43077334386752097</c:v>
                </c:pt>
                <c:pt idx="1101">
                  <c:v>-0.25131530621074899</c:v>
                </c:pt>
                <c:pt idx="1102">
                  <c:v>0.345360314013195</c:v>
                </c:pt>
                <c:pt idx="1103">
                  <c:v>-0.49404600503847401</c:v>
                </c:pt>
                <c:pt idx="1104">
                  <c:v>-0.48208684005511798</c:v>
                </c:pt>
                <c:pt idx="1105">
                  <c:v>-0.40540199942712402</c:v>
                </c:pt>
                <c:pt idx="1106">
                  <c:v>0.28978303336307198</c:v>
                </c:pt>
                <c:pt idx="1107">
                  <c:v>-0.42923031410593998</c:v>
                </c:pt>
                <c:pt idx="1108">
                  <c:v>0.22359255992702701</c:v>
                </c:pt>
                <c:pt idx="1109">
                  <c:v>0.27567647062178902</c:v>
                </c:pt>
                <c:pt idx="1110">
                  <c:v>-0.21467755994590801</c:v>
                </c:pt>
                <c:pt idx="1111">
                  <c:v>-0.217736895600837</c:v>
                </c:pt>
                <c:pt idx="1112">
                  <c:v>-1.03533468883105</c:v>
                </c:pt>
                <c:pt idx="1113">
                  <c:v>0.25912744662611997</c:v>
                </c:pt>
                <c:pt idx="1114">
                  <c:v>0.41118125380437598</c:v>
                </c:pt>
                <c:pt idx="1115">
                  <c:v>0.28485322033247901</c:v>
                </c:pt>
                <c:pt idx="1116">
                  <c:v>0.71255286682181695</c:v>
                </c:pt>
                <c:pt idx="1117">
                  <c:v>-0.31906210299230903</c:v>
                </c:pt>
                <c:pt idx="1118">
                  <c:v>0.82978282915240298</c:v>
                </c:pt>
                <c:pt idx="1119">
                  <c:v>-0.24050933376645001</c:v>
                </c:pt>
                <c:pt idx="1120">
                  <c:v>1.02669912144459</c:v>
                </c:pt>
                <c:pt idx="1121">
                  <c:v>-1.17190338540232</c:v>
                </c:pt>
                <c:pt idx="1122">
                  <c:v>-0.40301001664270297</c:v>
                </c:pt>
                <c:pt idx="1123">
                  <c:v>0.42066721226438702</c:v>
                </c:pt>
                <c:pt idx="1124">
                  <c:v>-0.478758967726996</c:v>
                </c:pt>
                <c:pt idx="1125">
                  <c:v>0.440213575003295</c:v>
                </c:pt>
                <c:pt idx="1126">
                  <c:v>-0.33315071572944499</c:v>
                </c:pt>
                <c:pt idx="1127">
                  <c:v>0.25821396278930597</c:v>
                </c:pt>
                <c:pt idx="1128">
                  <c:v>-0.30586193693429897</c:v>
                </c:pt>
                <c:pt idx="1129">
                  <c:v>0.367591774262021</c:v>
                </c:pt>
                <c:pt idx="1130">
                  <c:v>0.24267304130568601</c:v>
                </c:pt>
                <c:pt idx="1131">
                  <c:v>0.29850072027404201</c:v>
                </c:pt>
                <c:pt idx="1132">
                  <c:v>-0.75160047899407401</c:v>
                </c:pt>
                <c:pt idx="1133">
                  <c:v>0.59135940611443505</c:v>
                </c:pt>
                <c:pt idx="1134">
                  <c:v>-0.46843589218056503</c:v>
                </c:pt>
                <c:pt idx="1135">
                  <c:v>-0.33944971151057901</c:v>
                </c:pt>
                <c:pt idx="1136">
                  <c:v>0.68237995325571199</c:v>
                </c:pt>
                <c:pt idx="1137">
                  <c:v>0.52651041710360902</c:v>
                </c:pt>
                <c:pt idx="1138">
                  <c:v>0.45808857613431497</c:v>
                </c:pt>
                <c:pt idx="1139">
                  <c:v>-0.267263278306277</c:v>
                </c:pt>
                <c:pt idx="1140">
                  <c:v>-0.523073050041578</c:v>
                </c:pt>
                <c:pt idx="1141">
                  <c:v>-0.21398952619220399</c:v>
                </c:pt>
                <c:pt idx="1142">
                  <c:v>0.53821024010213803</c:v>
                </c:pt>
                <c:pt idx="1143">
                  <c:v>0.37100248851394502</c:v>
                </c:pt>
                <c:pt idx="1144">
                  <c:v>0.26917056288497998</c:v>
                </c:pt>
                <c:pt idx="1145">
                  <c:v>0.36843698299101002</c:v>
                </c:pt>
                <c:pt idx="1146">
                  <c:v>0.41509357714816603</c:v>
                </c:pt>
                <c:pt idx="1147">
                  <c:v>-0.34762467502424599</c:v>
                </c:pt>
                <c:pt idx="1148">
                  <c:v>-1.4679278236712101</c:v>
                </c:pt>
                <c:pt idx="1149">
                  <c:v>0.24657769624103701</c:v>
                </c:pt>
                <c:pt idx="1150">
                  <c:v>-0.44139383780586899</c:v>
                </c:pt>
                <c:pt idx="1151">
                  <c:v>0.36411504916804199</c:v>
                </c:pt>
                <c:pt idx="1152">
                  <c:v>-0.597075772387615</c:v>
                </c:pt>
                <c:pt idx="1153">
                  <c:v>0.43801117207150497</c:v>
                </c:pt>
                <c:pt idx="1154">
                  <c:v>0.32456718619418701</c:v>
                </c:pt>
                <c:pt idx="1155">
                  <c:v>0.54542742775518205</c:v>
                </c:pt>
                <c:pt idx="1156">
                  <c:v>-0.65332403221709601</c:v>
                </c:pt>
                <c:pt idx="1157">
                  <c:v>0.27117418328052201</c:v>
                </c:pt>
                <c:pt idx="1158">
                  <c:v>0.24706907167825101</c:v>
                </c:pt>
                <c:pt idx="1159">
                  <c:v>-0.47883107348564402</c:v>
                </c:pt>
                <c:pt idx="1160">
                  <c:v>0.27610635367564401</c:v>
                </c:pt>
                <c:pt idx="1161">
                  <c:v>0.57781183465484498</c:v>
                </c:pt>
                <c:pt idx="1162">
                  <c:v>-0.58565993909677205</c:v>
                </c:pt>
                <c:pt idx="1163">
                  <c:v>-0.58153736753305896</c:v>
                </c:pt>
                <c:pt idx="1164">
                  <c:v>-0.80461401317440795</c:v>
                </c:pt>
                <c:pt idx="1165">
                  <c:v>-0.64785468529920098</c:v>
                </c:pt>
                <c:pt idx="1166">
                  <c:v>0.354819517839914</c:v>
                </c:pt>
                <c:pt idx="1167">
                  <c:v>-0.31740889126570698</c:v>
                </c:pt>
                <c:pt idx="1168">
                  <c:v>-0.23269570833280501</c:v>
                </c:pt>
                <c:pt idx="1169">
                  <c:v>0.41971224894516401</c:v>
                </c:pt>
                <c:pt idx="1170">
                  <c:v>-0.71011700580810799</c:v>
                </c:pt>
                <c:pt idx="1171">
                  <c:v>-0.41440982764913398</c:v>
                </c:pt>
                <c:pt idx="1172">
                  <c:v>0.36453879515290699</c:v>
                </c:pt>
                <c:pt idx="1173">
                  <c:v>0.37056026751546201</c:v>
                </c:pt>
                <c:pt idx="1174">
                  <c:v>-0.40974503216463598</c:v>
                </c:pt>
                <c:pt idx="1175">
                  <c:v>-0.285531578110508</c:v>
                </c:pt>
                <c:pt idx="1176">
                  <c:v>0.417979621325614</c:v>
                </c:pt>
                <c:pt idx="1177">
                  <c:v>0.41284797943901502</c:v>
                </c:pt>
                <c:pt idx="1178">
                  <c:v>-0.90929937437630304</c:v>
                </c:pt>
                <c:pt idx="1179">
                  <c:v>-0.47641382855851699</c:v>
                </c:pt>
                <c:pt idx="1180">
                  <c:v>-0.34418411894988299</c:v>
                </c:pt>
                <c:pt idx="1181">
                  <c:v>0.50096882732803705</c:v>
                </c:pt>
                <c:pt idx="1182">
                  <c:v>0.89318929042553896</c:v>
                </c:pt>
                <c:pt idx="1183">
                  <c:v>0.273951232920638</c:v>
                </c:pt>
                <c:pt idx="1184">
                  <c:v>0.86918267876925304</c:v>
                </c:pt>
                <c:pt idx="1185">
                  <c:v>-0.61125433922623496</c:v>
                </c:pt>
                <c:pt idx="1186">
                  <c:v>-0.76831715333872497</c:v>
                </c:pt>
                <c:pt idx="1187">
                  <c:v>-0.542647388423525</c:v>
                </c:pt>
                <c:pt idx="1188">
                  <c:v>-0.67967963755874194</c:v>
                </c:pt>
                <c:pt idx="1189">
                  <c:v>-0.23125543721699399</c:v>
                </c:pt>
                <c:pt idx="1190">
                  <c:v>0.28744451582726399</c:v>
                </c:pt>
                <c:pt idx="1191">
                  <c:v>-0.37719364836459601</c:v>
                </c:pt>
                <c:pt idx="1192">
                  <c:v>-0.30753010626864002</c:v>
                </c:pt>
                <c:pt idx="1193">
                  <c:v>0.49344598312577398</c:v>
                </c:pt>
                <c:pt idx="1194">
                  <c:v>-0.36488447956549003</c:v>
                </c:pt>
                <c:pt idx="1195">
                  <c:v>-0.87674379825261195</c:v>
                </c:pt>
                <c:pt idx="1196">
                  <c:v>-0.29126029609828702</c:v>
                </c:pt>
                <c:pt idx="1197">
                  <c:v>0.22307873414859</c:v>
                </c:pt>
                <c:pt idx="1198">
                  <c:v>-0.84979327194519505</c:v>
                </c:pt>
                <c:pt idx="1199">
                  <c:v>-0.44073732920747899</c:v>
                </c:pt>
                <c:pt idx="1200">
                  <c:v>-0.74365251582538905</c:v>
                </c:pt>
                <c:pt idx="1201">
                  <c:v>0.34716276979525101</c:v>
                </c:pt>
                <c:pt idx="1202">
                  <c:v>-0.524061031850934</c:v>
                </c:pt>
                <c:pt idx="1203">
                  <c:v>-0.64963423739165505</c:v>
                </c:pt>
                <c:pt idx="1204">
                  <c:v>-0.56460688895393596</c:v>
                </c:pt>
                <c:pt idx="1205">
                  <c:v>0.33960470513948199</c:v>
                </c:pt>
                <c:pt idx="1206">
                  <c:v>-0.209456967754171</c:v>
                </c:pt>
                <c:pt idx="1207">
                  <c:v>0.53276680024624701</c:v>
                </c:pt>
                <c:pt idx="1208">
                  <c:v>-0.22234562722304199</c:v>
                </c:pt>
                <c:pt idx="1209">
                  <c:v>-0.28749805803633099</c:v>
                </c:pt>
                <c:pt idx="1210">
                  <c:v>-0.56654867904078199</c:v>
                </c:pt>
                <c:pt idx="1211">
                  <c:v>0.27374563955953202</c:v>
                </c:pt>
                <c:pt idx="1212">
                  <c:v>0.241773312568515</c:v>
                </c:pt>
                <c:pt idx="1213">
                  <c:v>0.31844135277915298</c:v>
                </c:pt>
                <c:pt idx="1214">
                  <c:v>-0.25020448862536099</c:v>
                </c:pt>
                <c:pt idx="1215">
                  <c:v>-0.22408818899602101</c:v>
                </c:pt>
                <c:pt idx="1216">
                  <c:v>0.85818068188923402</c:v>
                </c:pt>
                <c:pt idx="1217">
                  <c:v>0.57501662826726696</c:v>
                </c:pt>
                <c:pt idx="1218">
                  <c:v>-0.30145694868741302</c:v>
                </c:pt>
                <c:pt idx="1219">
                  <c:v>0.35542451100447198</c:v>
                </c:pt>
                <c:pt idx="1220">
                  <c:v>-0.74752040850347601</c:v>
                </c:pt>
                <c:pt idx="1221">
                  <c:v>-0.33919204082003801</c:v>
                </c:pt>
                <c:pt idx="1222">
                  <c:v>0.26091527365871803</c:v>
                </c:pt>
                <c:pt idx="1223">
                  <c:v>-0.251584851957599</c:v>
                </c:pt>
                <c:pt idx="1224">
                  <c:v>0.88230212833005695</c:v>
                </c:pt>
                <c:pt idx="1225">
                  <c:v>0.39460930547025402</c:v>
                </c:pt>
                <c:pt idx="1226">
                  <c:v>-0.25835335022506101</c:v>
                </c:pt>
                <c:pt idx="1227">
                  <c:v>-0.22979905764549699</c:v>
                </c:pt>
                <c:pt idx="1228">
                  <c:v>-0.42911553870982999</c:v>
                </c:pt>
                <c:pt idx="1229">
                  <c:v>-0.27469982034531198</c:v>
                </c:pt>
                <c:pt idx="1230">
                  <c:v>0.42088280912473802</c:v>
                </c:pt>
                <c:pt idx="1231">
                  <c:v>-0.59528410605969695</c:v>
                </c:pt>
                <c:pt idx="1232">
                  <c:v>0.25225037004173601</c:v>
                </c:pt>
                <c:pt idx="1233">
                  <c:v>-0.44901855679915997</c:v>
                </c:pt>
                <c:pt idx="1234">
                  <c:v>-0.53843727451600598</c:v>
                </c:pt>
                <c:pt idx="1235">
                  <c:v>0.706368110686316</c:v>
                </c:pt>
                <c:pt idx="1236">
                  <c:v>-0.21241666185462499</c:v>
                </c:pt>
                <c:pt idx="1237">
                  <c:v>-0.87713481117205205</c:v>
                </c:pt>
                <c:pt idx="1238">
                  <c:v>-0.37791314861646802</c:v>
                </c:pt>
                <c:pt idx="1239">
                  <c:v>-0.420679699367419</c:v>
                </c:pt>
                <c:pt idx="1240">
                  <c:v>0.380865545639892</c:v>
                </c:pt>
                <c:pt idx="1241">
                  <c:v>-0.212356433841183</c:v>
                </c:pt>
                <c:pt idx="1242">
                  <c:v>-1.13636270065825</c:v>
                </c:pt>
                <c:pt idx="1243">
                  <c:v>-0.44340868278550999</c:v>
                </c:pt>
                <c:pt idx="1244">
                  <c:v>0.24463391899450601</c:v>
                </c:pt>
                <c:pt idx="1245">
                  <c:v>-0.37945144000979197</c:v>
                </c:pt>
                <c:pt idx="1246">
                  <c:v>-0.52880751696035899</c:v>
                </c:pt>
                <c:pt idx="1247">
                  <c:v>0.47426841772922401</c:v>
                </c:pt>
                <c:pt idx="1248">
                  <c:v>0.28244104471860998</c:v>
                </c:pt>
                <c:pt idx="1249">
                  <c:v>0.42978724013830999</c:v>
                </c:pt>
                <c:pt idx="1250">
                  <c:v>-0.193475694858432</c:v>
                </c:pt>
                <c:pt idx="1251">
                  <c:v>-0.36057804283792899</c:v>
                </c:pt>
                <c:pt idx="1252">
                  <c:v>-0.37249475543108401</c:v>
                </c:pt>
                <c:pt idx="1253">
                  <c:v>0.29362605054311802</c:v>
                </c:pt>
                <c:pt idx="1254">
                  <c:v>-0.19414294640115101</c:v>
                </c:pt>
                <c:pt idx="1255">
                  <c:v>-0.33935511316760297</c:v>
                </c:pt>
                <c:pt idx="1256">
                  <c:v>-1.0632906447653201</c:v>
                </c:pt>
                <c:pt idx="1257">
                  <c:v>-0.89985341942711705</c:v>
                </c:pt>
                <c:pt idx="1258">
                  <c:v>-0.22895852341342501</c:v>
                </c:pt>
                <c:pt idx="1259">
                  <c:v>0.25287806319065698</c:v>
                </c:pt>
                <c:pt idx="1260">
                  <c:v>0.34557705050675802</c:v>
                </c:pt>
                <c:pt idx="1261">
                  <c:v>0.19903652188588999</c:v>
                </c:pt>
                <c:pt idx="1262">
                  <c:v>0.37317784285707101</c:v>
                </c:pt>
                <c:pt idx="1263">
                  <c:v>0.51270528119044201</c:v>
                </c:pt>
                <c:pt idx="1264">
                  <c:v>0.20099009961425901</c:v>
                </c:pt>
                <c:pt idx="1265">
                  <c:v>-0.21642179845030499</c:v>
                </c:pt>
                <c:pt idx="1266">
                  <c:v>0.36488016180428701</c:v>
                </c:pt>
                <c:pt idx="1267">
                  <c:v>0.58129610571466706</c:v>
                </c:pt>
                <c:pt idx="1268">
                  <c:v>0.88522978708313005</c:v>
                </c:pt>
                <c:pt idx="1269">
                  <c:v>-0.34164610206485702</c:v>
                </c:pt>
                <c:pt idx="1270">
                  <c:v>0.23744001209355001</c:v>
                </c:pt>
                <c:pt idx="1271">
                  <c:v>0.41167864913536101</c:v>
                </c:pt>
                <c:pt idx="1272">
                  <c:v>-0.52167988393795595</c:v>
                </c:pt>
                <c:pt idx="1273">
                  <c:v>-0.35812637826863603</c:v>
                </c:pt>
                <c:pt idx="1274">
                  <c:v>-0.248891467836689</c:v>
                </c:pt>
                <c:pt idx="1275">
                  <c:v>0.29544811614640298</c:v>
                </c:pt>
                <c:pt idx="1276">
                  <c:v>0.38967366270071602</c:v>
                </c:pt>
                <c:pt idx="1277">
                  <c:v>0.29853854427688697</c:v>
                </c:pt>
                <c:pt idx="1278">
                  <c:v>-0.45107789171157398</c:v>
                </c:pt>
                <c:pt idx="1279">
                  <c:v>-0.20733280743625199</c:v>
                </c:pt>
                <c:pt idx="1280">
                  <c:v>-0.39202642323597198</c:v>
                </c:pt>
                <c:pt idx="1281">
                  <c:v>0.54765258409913997</c:v>
                </c:pt>
                <c:pt idx="1282">
                  <c:v>-0.43667057477049598</c:v>
                </c:pt>
                <c:pt idx="1283">
                  <c:v>-0.58370314624159303</c:v>
                </c:pt>
                <c:pt idx="1284">
                  <c:v>-0.86197332689912498</c:v>
                </c:pt>
                <c:pt idx="1285">
                  <c:v>-0.52366550047290195</c:v>
                </c:pt>
                <c:pt idx="1286">
                  <c:v>-0.23345469669788299</c:v>
                </c:pt>
                <c:pt idx="1287">
                  <c:v>-0.23407178668268699</c:v>
                </c:pt>
                <c:pt idx="1288">
                  <c:v>0.23541066111210501</c:v>
                </c:pt>
                <c:pt idx="1289">
                  <c:v>-0.43645497996932298</c:v>
                </c:pt>
                <c:pt idx="1290">
                  <c:v>-0.28873745963154102</c:v>
                </c:pt>
                <c:pt idx="1291">
                  <c:v>-0.26769619312694798</c:v>
                </c:pt>
                <c:pt idx="1292">
                  <c:v>1.19097293424136</c:v>
                </c:pt>
                <c:pt idx="1293">
                  <c:v>0.49601671536615999</c:v>
                </c:pt>
                <c:pt idx="1294">
                  <c:v>0.388670870738753</c:v>
                </c:pt>
                <c:pt idx="1295">
                  <c:v>0.43869648048257998</c:v>
                </c:pt>
                <c:pt idx="1296">
                  <c:v>-0.38122787261862401</c:v>
                </c:pt>
                <c:pt idx="1297">
                  <c:v>-0.312046304356976</c:v>
                </c:pt>
                <c:pt idx="1298">
                  <c:v>-0.20035983886935699</c:v>
                </c:pt>
                <c:pt idx="1299">
                  <c:v>0.26089215401953297</c:v>
                </c:pt>
                <c:pt idx="1300">
                  <c:v>-0.39350016948186101</c:v>
                </c:pt>
                <c:pt idx="1301">
                  <c:v>0.23145664574612801</c:v>
                </c:pt>
                <c:pt idx="1302">
                  <c:v>-0.24731371095640101</c:v>
                </c:pt>
                <c:pt idx="1303">
                  <c:v>-0.211543814043676</c:v>
                </c:pt>
                <c:pt idx="1304">
                  <c:v>0.70314780517948305</c:v>
                </c:pt>
                <c:pt idx="1305">
                  <c:v>-0.469124977511509</c:v>
                </c:pt>
                <c:pt idx="1306">
                  <c:v>0.38440487440238202</c:v>
                </c:pt>
                <c:pt idx="1307">
                  <c:v>-0.22804257571261399</c:v>
                </c:pt>
                <c:pt idx="1308">
                  <c:v>-0.25709250920878202</c:v>
                </c:pt>
                <c:pt idx="1309">
                  <c:v>0.34460099325690102</c:v>
                </c:pt>
                <c:pt idx="1310">
                  <c:v>-0.19981833855668199</c:v>
                </c:pt>
                <c:pt idx="1311">
                  <c:v>-0.31148912415496</c:v>
                </c:pt>
                <c:pt idx="1312">
                  <c:v>0.29236966056205899</c:v>
                </c:pt>
                <c:pt idx="1313">
                  <c:v>0.58210187374624001</c:v>
                </c:pt>
                <c:pt idx="1314">
                  <c:v>0.236279100930744</c:v>
                </c:pt>
                <c:pt idx="1315">
                  <c:v>-0.30956441561067599</c:v>
                </c:pt>
                <c:pt idx="1316">
                  <c:v>0.37904962062196601</c:v>
                </c:pt>
                <c:pt idx="1317">
                  <c:v>0.24518785286741701</c:v>
                </c:pt>
                <c:pt idx="1318">
                  <c:v>-0.243140981311015</c:v>
                </c:pt>
                <c:pt idx="1319">
                  <c:v>-0.21477021129061999</c:v>
                </c:pt>
                <c:pt idx="1320">
                  <c:v>0.22625762471849201</c:v>
                </c:pt>
                <c:pt idx="1321">
                  <c:v>0.30229377589748202</c:v>
                </c:pt>
                <c:pt idx="1322">
                  <c:v>-0.38260200796487698</c:v>
                </c:pt>
                <c:pt idx="1323">
                  <c:v>-0.30860258934364299</c:v>
                </c:pt>
                <c:pt idx="1324">
                  <c:v>0.51115117977037305</c:v>
                </c:pt>
                <c:pt idx="1325">
                  <c:v>-0.49811928259183003</c:v>
                </c:pt>
                <c:pt idx="1326">
                  <c:v>0.41382321691563501</c:v>
                </c:pt>
                <c:pt idx="1327">
                  <c:v>0.39059803342904698</c:v>
                </c:pt>
                <c:pt idx="1328">
                  <c:v>0.54629750902061103</c:v>
                </c:pt>
                <c:pt idx="1329">
                  <c:v>0.25892882555316299</c:v>
                </c:pt>
                <c:pt idx="1330">
                  <c:v>0.49109560460436802</c:v>
                </c:pt>
                <c:pt idx="1331">
                  <c:v>0.39054670142758102</c:v>
                </c:pt>
                <c:pt idx="1332">
                  <c:v>0.44331962489226101</c:v>
                </c:pt>
                <c:pt idx="1333">
                  <c:v>-0.42897131676049599</c:v>
                </c:pt>
                <c:pt idx="1334">
                  <c:v>-0.49466341675329101</c:v>
                </c:pt>
                <c:pt idx="1335">
                  <c:v>0.47065286729345202</c:v>
                </c:pt>
                <c:pt idx="1336">
                  <c:v>0.365290901082926</c:v>
                </c:pt>
                <c:pt idx="1337">
                  <c:v>0.57860038717175399</c:v>
                </c:pt>
                <c:pt idx="1338">
                  <c:v>0.27680961513697999</c:v>
                </c:pt>
                <c:pt idx="1339">
                  <c:v>-1.0062821219603399</c:v>
                </c:pt>
                <c:pt idx="1340">
                  <c:v>1.1039484209093799</c:v>
                </c:pt>
                <c:pt idx="1341">
                  <c:v>-0.201411292052356</c:v>
                </c:pt>
                <c:pt idx="1342">
                  <c:v>1.1463222523827199</c:v>
                </c:pt>
                <c:pt idx="1343">
                  <c:v>-0.58278089701170899</c:v>
                </c:pt>
                <c:pt idx="1344">
                  <c:v>-0.30271753890021802</c:v>
                </c:pt>
                <c:pt idx="1345">
                  <c:v>0.26996385411311902</c:v>
                </c:pt>
                <c:pt idx="1346">
                  <c:v>-1.56576722159281</c:v>
                </c:pt>
                <c:pt idx="1347">
                  <c:v>0.30571980984360903</c:v>
                </c:pt>
                <c:pt idx="1348">
                  <c:v>0.44496342943824302</c:v>
                </c:pt>
                <c:pt idx="1349">
                  <c:v>-0.34344890687097901</c:v>
                </c:pt>
                <c:pt idx="1350">
                  <c:v>-0.24890708365907699</c:v>
                </c:pt>
                <c:pt idx="1351">
                  <c:v>-0.23831160949091101</c:v>
                </c:pt>
                <c:pt idx="1352">
                  <c:v>0.47295805442199801</c:v>
                </c:pt>
                <c:pt idx="1353">
                  <c:v>-0.25734547398501201</c:v>
                </c:pt>
                <c:pt idx="1354">
                  <c:v>0.337257150648611</c:v>
                </c:pt>
                <c:pt idx="1355">
                  <c:v>-0.195626730128723</c:v>
                </c:pt>
                <c:pt idx="1356">
                  <c:v>-0.42843976710163301</c:v>
                </c:pt>
                <c:pt idx="1357">
                  <c:v>-0.276303211545748</c:v>
                </c:pt>
                <c:pt idx="1358">
                  <c:v>0.35440714568031201</c:v>
                </c:pt>
                <c:pt idx="1359">
                  <c:v>-1.5492984692194001</c:v>
                </c:pt>
                <c:pt idx="1360">
                  <c:v>-0.19987404012628901</c:v>
                </c:pt>
                <c:pt idx="1361">
                  <c:v>-0.31364501215183099</c:v>
                </c:pt>
                <c:pt idx="1362">
                  <c:v>0.398774517641588</c:v>
                </c:pt>
                <c:pt idx="1363">
                  <c:v>-0.317000136844165</c:v>
                </c:pt>
                <c:pt idx="1364">
                  <c:v>0.24346244628722499</c:v>
                </c:pt>
                <c:pt idx="1365">
                  <c:v>0.28800234943801301</c:v>
                </c:pt>
                <c:pt idx="1366">
                  <c:v>-0.42379794202507198</c:v>
                </c:pt>
                <c:pt idx="1367">
                  <c:v>-0.183856945633597</c:v>
                </c:pt>
                <c:pt idx="1368">
                  <c:v>0.22887003960932301</c:v>
                </c:pt>
                <c:pt idx="1369">
                  <c:v>1.10584497361191</c:v>
                </c:pt>
                <c:pt idx="1370">
                  <c:v>0.33701776644348103</c:v>
                </c:pt>
                <c:pt idx="1371">
                  <c:v>0.44010734603289597</c:v>
                </c:pt>
                <c:pt idx="1372">
                  <c:v>0.63302871043286801</c:v>
                </c:pt>
                <c:pt idx="1373">
                  <c:v>-0.293930811655848</c:v>
                </c:pt>
                <c:pt idx="1374">
                  <c:v>-0.200944251752947</c:v>
                </c:pt>
                <c:pt idx="1375">
                  <c:v>0.187001057154731</c:v>
                </c:pt>
                <c:pt idx="1376">
                  <c:v>-0.423664533238444</c:v>
                </c:pt>
                <c:pt idx="1377">
                  <c:v>0.23597011006504301</c:v>
                </c:pt>
                <c:pt idx="1378">
                  <c:v>0.42238380681555998</c:v>
                </c:pt>
                <c:pt idx="1379">
                  <c:v>0.55671172724597195</c:v>
                </c:pt>
                <c:pt idx="1380">
                  <c:v>-0.54308366689221499</c:v>
                </c:pt>
                <c:pt idx="1381">
                  <c:v>-0.36346393039663699</c:v>
                </c:pt>
                <c:pt idx="1382">
                  <c:v>0.656125226715918</c:v>
                </c:pt>
                <c:pt idx="1383">
                  <c:v>-0.30992543356747498</c:v>
                </c:pt>
                <c:pt idx="1384">
                  <c:v>-0.53353889088387896</c:v>
                </c:pt>
                <c:pt idx="1385">
                  <c:v>-0.22264221247988999</c:v>
                </c:pt>
                <c:pt idx="1386">
                  <c:v>-0.20879656721992701</c:v>
                </c:pt>
                <c:pt idx="1387">
                  <c:v>-0.19710333873522901</c:v>
                </c:pt>
                <c:pt idx="1388">
                  <c:v>0.351943364683237</c:v>
                </c:pt>
                <c:pt idx="1389">
                  <c:v>-0.23092587165779599</c:v>
                </c:pt>
                <c:pt idx="1390">
                  <c:v>0.33252917044709601</c:v>
                </c:pt>
                <c:pt idx="1391">
                  <c:v>-0.18729733267242199</c:v>
                </c:pt>
                <c:pt idx="1392">
                  <c:v>-0.561054657748006</c:v>
                </c:pt>
                <c:pt idx="1393">
                  <c:v>0.29676036491934399</c:v>
                </c:pt>
                <c:pt idx="1394">
                  <c:v>0.58282793619066497</c:v>
                </c:pt>
                <c:pt idx="1395">
                  <c:v>-0.41131117040482201</c:v>
                </c:pt>
                <c:pt idx="1396">
                  <c:v>-0.19019924272216601</c:v>
                </c:pt>
                <c:pt idx="1397">
                  <c:v>-0.24083769576191799</c:v>
                </c:pt>
                <c:pt idx="1398">
                  <c:v>0.29395167935396999</c:v>
                </c:pt>
                <c:pt idx="1399">
                  <c:v>-0.55425410171357503</c:v>
                </c:pt>
                <c:pt idx="1400">
                  <c:v>0.29310887300351901</c:v>
                </c:pt>
                <c:pt idx="1401">
                  <c:v>0.61506286097130702</c:v>
                </c:pt>
                <c:pt idx="1402">
                  <c:v>-0.92858459476823896</c:v>
                </c:pt>
                <c:pt idx="1403">
                  <c:v>0.42732307894210197</c:v>
                </c:pt>
                <c:pt idx="1404">
                  <c:v>0.23191193816629499</c:v>
                </c:pt>
                <c:pt idx="1405">
                  <c:v>-0.18305469868169799</c:v>
                </c:pt>
                <c:pt idx="1406">
                  <c:v>-0.30716269465046198</c:v>
                </c:pt>
                <c:pt idx="1407">
                  <c:v>-1.05930893108154</c:v>
                </c:pt>
                <c:pt idx="1408">
                  <c:v>-0.32631211034830399</c:v>
                </c:pt>
                <c:pt idx="1409">
                  <c:v>0.47597215840159601</c:v>
                </c:pt>
                <c:pt idx="1410">
                  <c:v>0.38592695239081098</c:v>
                </c:pt>
                <c:pt idx="1411">
                  <c:v>-0.32100286720891102</c:v>
                </c:pt>
                <c:pt idx="1412">
                  <c:v>-0.19560503933531601</c:v>
                </c:pt>
                <c:pt idx="1413">
                  <c:v>-0.485424190375014</c:v>
                </c:pt>
                <c:pt idx="1414">
                  <c:v>0.24240598968937399</c:v>
                </c:pt>
                <c:pt idx="1415">
                  <c:v>0.31353059960838098</c:v>
                </c:pt>
                <c:pt idx="1416">
                  <c:v>0.26531868282849302</c:v>
                </c:pt>
                <c:pt idx="1417">
                  <c:v>-0.72199534557328005</c:v>
                </c:pt>
                <c:pt idx="1418">
                  <c:v>0.29002761022148599</c:v>
                </c:pt>
                <c:pt idx="1419">
                  <c:v>-0.17901712951271501</c:v>
                </c:pt>
                <c:pt idx="1420">
                  <c:v>0.47614663232305798</c:v>
                </c:pt>
                <c:pt idx="1421">
                  <c:v>0.39360128426483199</c:v>
                </c:pt>
                <c:pt idx="1422">
                  <c:v>-0.17568585511276399</c:v>
                </c:pt>
                <c:pt idx="1423">
                  <c:v>-0.62255745755985004</c:v>
                </c:pt>
                <c:pt idx="1424">
                  <c:v>0.47694259784947901</c:v>
                </c:pt>
                <c:pt idx="1425">
                  <c:v>0.72021375188564796</c:v>
                </c:pt>
                <c:pt idx="1426">
                  <c:v>-0.30083626910824501</c:v>
                </c:pt>
                <c:pt idx="1427">
                  <c:v>0.227583246141499</c:v>
                </c:pt>
                <c:pt idx="1428">
                  <c:v>-0.45750247537554101</c:v>
                </c:pt>
                <c:pt idx="1429">
                  <c:v>-0.50151986928057102</c:v>
                </c:pt>
                <c:pt idx="1430">
                  <c:v>0.35715781362121402</c:v>
                </c:pt>
                <c:pt idx="1431">
                  <c:v>0.33684280068806799</c:v>
                </c:pt>
                <c:pt idx="1432">
                  <c:v>-0.491208666096206</c:v>
                </c:pt>
                <c:pt idx="1433">
                  <c:v>-0.19745161372627601</c:v>
                </c:pt>
                <c:pt idx="1434">
                  <c:v>-0.441330248097898</c:v>
                </c:pt>
                <c:pt idx="1435">
                  <c:v>0.20920176066624699</c:v>
                </c:pt>
                <c:pt idx="1436">
                  <c:v>0.29505121190255301</c:v>
                </c:pt>
                <c:pt idx="1437">
                  <c:v>-0.21325642469766501</c:v>
                </c:pt>
                <c:pt idx="1438">
                  <c:v>0.250067153446768</c:v>
                </c:pt>
                <c:pt idx="1439">
                  <c:v>0.72378621940101295</c:v>
                </c:pt>
                <c:pt idx="1440">
                  <c:v>0.44900923737647203</c:v>
                </c:pt>
                <c:pt idx="1441">
                  <c:v>-0.19242763994279999</c:v>
                </c:pt>
                <c:pt idx="1442">
                  <c:v>-0.67031677613412899</c:v>
                </c:pt>
                <c:pt idx="1443">
                  <c:v>-0.76032845502678004</c:v>
                </c:pt>
                <c:pt idx="1444">
                  <c:v>0.31369508583406303</c:v>
                </c:pt>
                <c:pt idx="1445">
                  <c:v>0.30400999167808601</c:v>
                </c:pt>
                <c:pt idx="1446">
                  <c:v>0.31311091070256902</c:v>
                </c:pt>
                <c:pt idx="1447">
                  <c:v>0.37798125230979501</c:v>
                </c:pt>
                <c:pt idx="1448">
                  <c:v>-0.433107522889699</c:v>
                </c:pt>
                <c:pt idx="1449">
                  <c:v>0.22648675178458799</c:v>
                </c:pt>
                <c:pt idx="1450">
                  <c:v>0.64707176903128505</c:v>
                </c:pt>
                <c:pt idx="1451">
                  <c:v>0.27996916933640698</c:v>
                </c:pt>
                <c:pt idx="1452">
                  <c:v>0.96467473487555799</c:v>
                </c:pt>
                <c:pt idx="1453">
                  <c:v>-0.20659458433453201</c:v>
                </c:pt>
                <c:pt idx="1454">
                  <c:v>-0.226855350969174</c:v>
                </c:pt>
                <c:pt idx="1455">
                  <c:v>0.287802155578952</c:v>
                </c:pt>
                <c:pt idx="1456">
                  <c:v>0.242044347281578</c:v>
                </c:pt>
                <c:pt idx="1457">
                  <c:v>0.307356406264852</c:v>
                </c:pt>
                <c:pt idx="1458">
                  <c:v>-0.726830358389144</c:v>
                </c:pt>
                <c:pt idx="1459">
                  <c:v>-0.19854386597121701</c:v>
                </c:pt>
                <c:pt idx="1460">
                  <c:v>-0.32100149633434</c:v>
                </c:pt>
                <c:pt idx="1461">
                  <c:v>-0.31413500210717199</c:v>
                </c:pt>
                <c:pt idx="1462">
                  <c:v>-0.38527920850370001</c:v>
                </c:pt>
                <c:pt idx="1463">
                  <c:v>-0.29573215693509902</c:v>
                </c:pt>
                <c:pt idx="1464">
                  <c:v>-0.53843299404045897</c:v>
                </c:pt>
                <c:pt idx="1465">
                  <c:v>-0.36647887884817398</c:v>
                </c:pt>
                <c:pt idx="1466">
                  <c:v>0.45209499329636998</c:v>
                </c:pt>
                <c:pt idx="1467">
                  <c:v>0.31367982492031399</c:v>
                </c:pt>
                <c:pt idx="1468">
                  <c:v>0.26063694187750702</c:v>
                </c:pt>
                <c:pt idx="1469">
                  <c:v>1.2503629352580401</c:v>
                </c:pt>
                <c:pt idx="1470">
                  <c:v>1.5259279036476801</c:v>
                </c:pt>
                <c:pt idx="1471">
                  <c:v>0.39218243918821799</c:v>
                </c:pt>
                <c:pt idx="1472">
                  <c:v>-0.38326308222676198</c:v>
                </c:pt>
                <c:pt idx="1473">
                  <c:v>-0.27393845586066201</c:v>
                </c:pt>
                <c:pt idx="1474">
                  <c:v>-0.33109798921391598</c:v>
                </c:pt>
                <c:pt idx="1475">
                  <c:v>0.19101603320277899</c:v>
                </c:pt>
                <c:pt idx="1476">
                  <c:v>-0.41553710270752098</c:v>
                </c:pt>
                <c:pt idx="1477">
                  <c:v>-0.35003657531063198</c:v>
                </c:pt>
                <c:pt idx="1478">
                  <c:v>-0.38162566584614399</c:v>
                </c:pt>
                <c:pt idx="1479">
                  <c:v>-0.38160742748988602</c:v>
                </c:pt>
                <c:pt idx="1480">
                  <c:v>-0.28111509873971102</c:v>
                </c:pt>
                <c:pt idx="1481">
                  <c:v>0.31672483216674502</c:v>
                </c:pt>
                <c:pt idx="1482">
                  <c:v>-0.20360591555042301</c:v>
                </c:pt>
                <c:pt idx="1483">
                  <c:v>0.48098259738365501</c:v>
                </c:pt>
                <c:pt idx="1484">
                  <c:v>-0.28545848518741201</c:v>
                </c:pt>
                <c:pt idx="1485">
                  <c:v>0.24365718828841301</c:v>
                </c:pt>
                <c:pt idx="1486">
                  <c:v>0.47371350309792998</c:v>
                </c:pt>
                <c:pt idx="1487">
                  <c:v>-2.0158459129125501</c:v>
                </c:pt>
                <c:pt idx="1488">
                  <c:v>-0.43143392123129598</c:v>
                </c:pt>
                <c:pt idx="1489">
                  <c:v>-0.45475503911079002</c:v>
                </c:pt>
                <c:pt idx="1490">
                  <c:v>0.58110921737306498</c:v>
                </c:pt>
                <c:pt idx="1491">
                  <c:v>1.7752691394841</c:v>
                </c:pt>
                <c:pt idx="1492">
                  <c:v>-0.21455914112298699</c:v>
                </c:pt>
                <c:pt idx="1493">
                  <c:v>-0.232706552217401</c:v>
                </c:pt>
                <c:pt idx="1494">
                  <c:v>0.59030263335979805</c:v>
                </c:pt>
                <c:pt idx="1495">
                  <c:v>-0.75222917129136502</c:v>
                </c:pt>
                <c:pt idx="1496">
                  <c:v>0.268602472987435</c:v>
                </c:pt>
                <c:pt idx="1497">
                  <c:v>-0.17008287163309199</c:v>
                </c:pt>
                <c:pt idx="1498">
                  <c:v>-1.0580535708354599</c:v>
                </c:pt>
                <c:pt idx="1499">
                  <c:v>0.44783326551427999</c:v>
                </c:pt>
                <c:pt idx="1500">
                  <c:v>-0.571762966284176</c:v>
                </c:pt>
                <c:pt idx="1501">
                  <c:v>0.50531986666170803</c:v>
                </c:pt>
                <c:pt idx="1502">
                  <c:v>-0.58453624853477504</c:v>
                </c:pt>
                <c:pt idx="1503">
                  <c:v>0.38650791374463001</c:v>
                </c:pt>
                <c:pt idx="1504">
                  <c:v>0.30993476117135899</c:v>
                </c:pt>
                <c:pt idx="1505">
                  <c:v>-0.29925553678256001</c:v>
                </c:pt>
                <c:pt idx="1506">
                  <c:v>-0.30118594088735101</c:v>
                </c:pt>
                <c:pt idx="1507">
                  <c:v>-0.40885141116218898</c:v>
                </c:pt>
                <c:pt idx="1508">
                  <c:v>0.18319644582511099</c:v>
                </c:pt>
                <c:pt idx="1509">
                  <c:v>0.25164969111277802</c:v>
                </c:pt>
                <c:pt idx="1510">
                  <c:v>-0.47181301562421402</c:v>
                </c:pt>
                <c:pt idx="1511">
                  <c:v>0.19611320434712501</c:v>
                </c:pt>
                <c:pt idx="1512">
                  <c:v>0.38656109340667699</c:v>
                </c:pt>
                <c:pt idx="1513">
                  <c:v>0.21744741724396699</c:v>
                </c:pt>
                <c:pt idx="1514">
                  <c:v>0.28149342464595201</c:v>
                </c:pt>
                <c:pt idx="1515">
                  <c:v>-0.56965303007895296</c:v>
                </c:pt>
                <c:pt idx="1516">
                  <c:v>-0.48055730360503202</c:v>
                </c:pt>
                <c:pt idx="1517">
                  <c:v>-0.60466132198464695</c:v>
                </c:pt>
                <c:pt idx="1518">
                  <c:v>-0.32287441529955202</c:v>
                </c:pt>
                <c:pt idx="1519">
                  <c:v>-0.223829097808558</c:v>
                </c:pt>
                <c:pt idx="1520">
                  <c:v>-0.22195343862102801</c:v>
                </c:pt>
                <c:pt idx="1521">
                  <c:v>0.81405119938024095</c:v>
                </c:pt>
                <c:pt idx="1522">
                  <c:v>-0.57953170258197395</c:v>
                </c:pt>
                <c:pt idx="1523">
                  <c:v>0.62998370476917398</c:v>
                </c:pt>
                <c:pt idx="1524">
                  <c:v>-1.04288340307839</c:v>
                </c:pt>
                <c:pt idx="1525">
                  <c:v>-0.32603181280030602</c:v>
                </c:pt>
                <c:pt idx="1526">
                  <c:v>0.20206163366552601</c:v>
                </c:pt>
                <c:pt idx="1527">
                  <c:v>0.43075041552985399</c:v>
                </c:pt>
                <c:pt idx="1528">
                  <c:v>-0.350825095185268</c:v>
                </c:pt>
                <c:pt idx="1529">
                  <c:v>1.0210207947563701</c:v>
                </c:pt>
                <c:pt idx="1530">
                  <c:v>0.45325435256534902</c:v>
                </c:pt>
                <c:pt idx="1531">
                  <c:v>-0.51255525616236497</c:v>
                </c:pt>
                <c:pt idx="1532">
                  <c:v>0.395941794667095</c:v>
                </c:pt>
                <c:pt idx="1533">
                  <c:v>-0.20394695318695</c:v>
                </c:pt>
                <c:pt idx="1534">
                  <c:v>-0.25816179496872099</c:v>
                </c:pt>
                <c:pt idx="1535">
                  <c:v>-0.17622485027917301</c:v>
                </c:pt>
                <c:pt idx="1536">
                  <c:v>0.71427034777811504</c:v>
                </c:pt>
                <c:pt idx="1537">
                  <c:v>-0.28393053125366702</c:v>
                </c:pt>
                <c:pt idx="1538">
                  <c:v>-0.53177522818624501</c:v>
                </c:pt>
                <c:pt idx="1539">
                  <c:v>0.190343352229778</c:v>
                </c:pt>
                <c:pt idx="1540">
                  <c:v>0.19836811770576199</c:v>
                </c:pt>
                <c:pt idx="1541">
                  <c:v>-0.52890707071783505</c:v>
                </c:pt>
                <c:pt idx="1542">
                  <c:v>0.35640705061498301</c:v>
                </c:pt>
                <c:pt idx="1543">
                  <c:v>0.49003195185896697</c:v>
                </c:pt>
                <c:pt idx="1544">
                  <c:v>0.22184397899184899</c:v>
                </c:pt>
                <c:pt idx="1545">
                  <c:v>0.29002555216108999</c:v>
                </c:pt>
                <c:pt idx="1546">
                  <c:v>0.74868711460344906</c:v>
                </c:pt>
                <c:pt idx="1547">
                  <c:v>0.22272593762471299</c:v>
                </c:pt>
                <c:pt idx="1548">
                  <c:v>0.337273111251569</c:v>
                </c:pt>
                <c:pt idx="1549">
                  <c:v>-0.205500049300092</c:v>
                </c:pt>
                <c:pt idx="1550">
                  <c:v>0.37056306650355397</c:v>
                </c:pt>
                <c:pt idx="1551">
                  <c:v>0.60370128643259902</c:v>
                </c:pt>
                <c:pt idx="1552">
                  <c:v>0.90719196814858105</c:v>
                </c:pt>
                <c:pt idx="1553">
                  <c:v>-0.50905577206635799</c:v>
                </c:pt>
                <c:pt idx="1554">
                  <c:v>-1.9076645890569099</c:v>
                </c:pt>
                <c:pt idx="1555">
                  <c:v>-0.29564873818721799</c:v>
                </c:pt>
                <c:pt idx="1556">
                  <c:v>0.30269162756162499</c:v>
                </c:pt>
                <c:pt idx="1557">
                  <c:v>-0.24580008779781401</c:v>
                </c:pt>
                <c:pt idx="1558">
                  <c:v>-0.19792961499286901</c:v>
                </c:pt>
                <c:pt idx="1559">
                  <c:v>0.729084356547677</c:v>
                </c:pt>
                <c:pt idx="1560">
                  <c:v>0.77326449319924295</c:v>
                </c:pt>
                <c:pt idx="1561">
                  <c:v>-0.39299202274483502</c:v>
                </c:pt>
                <c:pt idx="1562">
                  <c:v>-0.36791425679551198</c:v>
                </c:pt>
                <c:pt idx="1563">
                  <c:v>0.299839927311634</c:v>
                </c:pt>
                <c:pt idx="1564">
                  <c:v>-0.42072979226901502</c:v>
                </c:pt>
                <c:pt idx="1565">
                  <c:v>-0.28711984255212297</c:v>
                </c:pt>
                <c:pt idx="1566">
                  <c:v>0.35353116873018198</c:v>
                </c:pt>
                <c:pt idx="1567">
                  <c:v>0.62873002193600103</c:v>
                </c:pt>
                <c:pt idx="1568">
                  <c:v>0.34750214134730201</c:v>
                </c:pt>
                <c:pt idx="1569">
                  <c:v>0.31609872784016302</c:v>
                </c:pt>
                <c:pt idx="1570">
                  <c:v>-0.20477679147999001</c:v>
                </c:pt>
                <c:pt idx="1571">
                  <c:v>0.55797367025380096</c:v>
                </c:pt>
                <c:pt idx="1572">
                  <c:v>0.38011056600461002</c:v>
                </c:pt>
                <c:pt idx="1573">
                  <c:v>-0.58229803254433299</c:v>
                </c:pt>
                <c:pt idx="1574">
                  <c:v>-0.27672279947571699</c:v>
                </c:pt>
                <c:pt idx="1575">
                  <c:v>-0.18210340292358801</c:v>
                </c:pt>
                <c:pt idx="1576">
                  <c:v>0.621799511319992</c:v>
                </c:pt>
                <c:pt idx="1577">
                  <c:v>0.19153587414364601</c:v>
                </c:pt>
                <c:pt idx="1578">
                  <c:v>0.29788388081142603</c:v>
                </c:pt>
                <c:pt idx="1579">
                  <c:v>0.405686355612218</c:v>
                </c:pt>
                <c:pt idx="1580">
                  <c:v>0.34389816884061403</c:v>
                </c:pt>
                <c:pt idx="1581">
                  <c:v>-0.93013227588023595</c:v>
                </c:pt>
                <c:pt idx="1582">
                  <c:v>-0.34521139540178702</c:v>
                </c:pt>
                <c:pt idx="1583">
                  <c:v>-0.85905145853215403</c:v>
                </c:pt>
                <c:pt idx="1584">
                  <c:v>-0.50376184200850804</c:v>
                </c:pt>
                <c:pt idx="1585">
                  <c:v>0.193570701916599</c:v>
                </c:pt>
                <c:pt idx="1586">
                  <c:v>0.39154421812853402</c:v>
                </c:pt>
                <c:pt idx="1587">
                  <c:v>-0.207034198413133</c:v>
                </c:pt>
                <c:pt idx="1588">
                  <c:v>0.671072253632083</c:v>
                </c:pt>
                <c:pt idx="1589">
                  <c:v>0.42116840978237102</c:v>
                </c:pt>
                <c:pt idx="1590">
                  <c:v>-0.26694027521235197</c:v>
                </c:pt>
                <c:pt idx="1591">
                  <c:v>1.0639614324097599</c:v>
                </c:pt>
                <c:pt idx="1592">
                  <c:v>-0.38597008775651898</c:v>
                </c:pt>
                <c:pt idx="1593">
                  <c:v>0.32898118215899802</c:v>
                </c:pt>
                <c:pt idx="1594">
                  <c:v>0.45844517191710898</c:v>
                </c:pt>
                <c:pt idx="1595">
                  <c:v>-0.35441260604063601</c:v>
                </c:pt>
                <c:pt idx="1596">
                  <c:v>0.51910210559310999</c:v>
                </c:pt>
                <c:pt idx="1597">
                  <c:v>0.30272658875484398</c:v>
                </c:pt>
                <c:pt idx="1598">
                  <c:v>-0.16672223668745501</c:v>
                </c:pt>
                <c:pt idx="1599">
                  <c:v>0.39637245874090998</c:v>
                </c:pt>
                <c:pt idx="1600">
                  <c:v>-0.28515310078949302</c:v>
                </c:pt>
                <c:pt idx="1601">
                  <c:v>0.47237696386767403</c:v>
                </c:pt>
                <c:pt idx="1602">
                  <c:v>-0.424888317427424</c:v>
                </c:pt>
                <c:pt idx="1603">
                  <c:v>0.36144120945290897</c:v>
                </c:pt>
                <c:pt idx="1604">
                  <c:v>-0.51325128479902904</c:v>
                </c:pt>
                <c:pt idx="1605">
                  <c:v>-0.485179704250776</c:v>
                </c:pt>
                <c:pt idx="1606">
                  <c:v>-0.402990228299071</c:v>
                </c:pt>
                <c:pt idx="1607">
                  <c:v>-0.74596932649623704</c:v>
                </c:pt>
                <c:pt idx="1608">
                  <c:v>0.246332553187187</c:v>
                </c:pt>
                <c:pt idx="1609">
                  <c:v>-0.23267065791486599</c:v>
                </c:pt>
                <c:pt idx="1610">
                  <c:v>-0.22729064262398799</c:v>
                </c:pt>
                <c:pt idx="1611">
                  <c:v>-0.224973239033151</c:v>
                </c:pt>
                <c:pt idx="1612">
                  <c:v>-0.33985886843873903</c:v>
                </c:pt>
                <c:pt idx="1613">
                  <c:v>0.55757933343964805</c:v>
                </c:pt>
                <c:pt idx="1614">
                  <c:v>0.34581791643875098</c:v>
                </c:pt>
                <c:pt idx="1615">
                  <c:v>0.266615588915744</c:v>
                </c:pt>
                <c:pt idx="1616">
                  <c:v>0.220552953255019</c:v>
                </c:pt>
                <c:pt idx="1617">
                  <c:v>-0.293132235827958</c:v>
                </c:pt>
                <c:pt idx="1618">
                  <c:v>-0.21966201151909501</c:v>
                </c:pt>
                <c:pt idx="1619">
                  <c:v>0.22977061548865099</c:v>
                </c:pt>
                <c:pt idx="1620">
                  <c:v>-0.31980750363980098</c:v>
                </c:pt>
                <c:pt idx="1621">
                  <c:v>-0.39846998892144098</c:v>
                </c:pt>
                <c:pt idx="1622">
                  <c:v>0.19603242374736901</c:v>
                </c:pt>
                <c:pt idx="1623">
                  <c:v>-0.45291499135476299</c:v>
                </c:pt>
                <c:pt idx="1624">
                  <c:v>0.29598196980517999</c:v>
                </c:pt>
                <c:pt idx="1625">
                  <c:v>-0.80407638164523498</c:v>
                </c:pt>
                <c:pt idx="1626">
                  <c:v>-0.37940784335083999</c:v>
                </c:pt>
                <c:pt idx="1627">
                  <c:v>-0.21746048974541299</c:v>
                </c:pt>
                <c:pt idx="1628">
                  <c:v>0.33629319202818703</c:v>
                </c:pt>
                <c:pt idx="1629">
                  <c:v>-0.34330622702817198</c:v>
                </c:pt>
                <c:pt idx="1630">
                  <c:v>0.26955617907901802</c:v>
                </c:pt>
                <c:pt idx="1631">
                  <c:v>-0.72947952753676804</c:v>
                </c:pt>
                <c:pt idx="1632">
                  <c:v>-0.291166283457933</c:v>
                </c:pt>
                <c:pt idx="1633">
                  <c:v>0.29226712235621499</c:v>
                </c:pt>
                <c:pt idx="1634">
                  <c:v>0.49927645423629502</c:v>
                </c:pt>
                <c:pt idx="1635">
                  <c:v>0.436408357676836</c:v>
                </c:pt>
                <c:pt idx="1636">
                  <c:v>-0.20984252674384901</c:v>
                </c:pt>
                <c:pt idx="1637">
                  <c:v>0.63322446180130498</c:v>
                </c:pt>
                <c:pt idx="1638">
                  <c:v>0.230122447340456</c:v>
                </c:pt>
                <c:pt idx="1639">
                  <c:v>0.33259341464853198</c:v>
                </c:pt>
                <c:pt idx="1640">
                  <c:v>0.28049601460849899</c:v>
                </c:pt>
                <c:pt idx="1641">
                  <c:v>0.25911470767439898</c:v>
                </c:pt>
                <c:pt idx="1642">
                  <c:v>0.41366150990277001</c:v>
                </c:pt>
                <c:pt idx="1643">
                  <c:v>-0.75370290275787299</c:v>
                </c:pt>
                <c:pt idx="1644">
                  <c:v>0.93786510967469605</c:v>
                </c:pt>
                <c:pt idx="1645">
                  <c:v>0.43871549890717898</c:v>
                </c:pt>
                <c:pt idx="1646">
                  <c:v>0.210106533453327</c:v>
                </c:pt>
                <c:pt idx="1647">
                  <c:v>-0.27315972954696799</c:v>
                </c:pt>
                <c:pt idx="1648">
                  <c:v>0.213851968629861</c:v>
                </c:pt>
                <c:pt idx="1649">
                  <c:v>-0.49041598083056198</c:v>
                </c:pt>
                <c:pt idx="1650">
                  <c:v>0.17769848572528299</c:v>
                </c:pt>
                <c:pt idx="1651">
                  <c:v>-0.26248348264900301</c:v>
                </c:pt>
                <c:pt idx="1652">
                  <c:v>-0.18741452492584901</c:v>
                </c:pt>
                <c:pt idx="1653">
                  <c:v>0.330926558389876</c:v>
                </c:pt>
                <c:pt idx="1654">
                  <c:v>-0.544624498111411</c:v>
                </c:pt>
                <c:pt idx="1655">
                  <c:v>-0.22218402349173899</c:v>
                </c:pt>
                <c:pt idx="1656">
                  <c:v>-0.25297998048433001</c:v>
                </c:pt>
                <c:pt idx="1657">
                  <c:v>-0.20612917265563599</c:v>
                </c:pt>
                <c:pt idx="1658">
                  <c:v>0.239853580484784</c:v>
                </c:pt>
                <c:pt idx="1659">
                  <c:v>0.642887895062771</c:v>
                </c:pt>
                <c:pt idx="1660">
                  <c:v>0.31452486349877901</c:v>
                </c:pt>
                <c:pt idx="1661">
                  <c:v>-0.540059352588251</c:v>
                </c:pt>
                <c:pt idx="1662">
                  <c:v>-0.49314509030784798</c:v>
                </c:pt>
                <c:pt idx="1663">
                  <c:v>-0.40450715238005203</c:v>
                </c:pt>
                <c:pt idx="1664">
                  <c:v>0.277401422746827</c:v>
                </c:pt>
                <c:pt idx="1665">
                  <c:v>0.33902756114731097</c:v>
                </c:pt>
                <c:pt idx="1666">
                  <c:v>-0.16377111301994399</c:v>
                </c:pt>
                <c:pt idx="1667">
                  <c:v>-0.399676507827746</c:v>
                </c:pt>
                <c:pt idx="1668">
                  <c:v>-0.26957452066244197</c:v>
                </c:pt>
                <c:pt idx="1669">
                  <c:v>-0.484941336266065</c:v>
                </c:pt>
                <c:pt idx="1670">
                  <c:v>-0.30660756828135799</c:v>
                </c:pt>
                <c:pt idx="1671">
                  <c:v>-0.32194552824802303</c:v>
                </c:pt>
                <c:pt idx="1672">
                  <c:v>-0.20320019108158499</c:v>
                </c:pt>
                <c:pt idx="1673">
                  <c:v>-0.56205845154924805</c:v>
                </c:pt>
                <c:pt idx="1674">
                  <c:v>0.23291386848586301</c:v>
                </c:pt>
                <c:pt idx="1675">
                  <c:v>0.29019921237750901</c:v>
                </c:pt>
                <c:pt idx="1676">
                  <c:v>0.31349142972847599</c:v>
                </c:pt>
                <c:pt idx="1677">
                  <c:v>0.22084268814274899</c:v>
                </c:pt>
                <c:pt idx="1678">
                  <c:v>0.17709376093465001</c:v>
                </c:pt>
                <c:pt idx="1679">
                  <c:v>-0.28829928866495202</c:v>
                </c:pt>
                <c:pt idx="1680">
                  <c:v>0.203164572249143</c:v>
                </c:pt>
                <c:pt idx="1681">
                  <c:v>0.39631850778177802</c:v>
                </c:pt>
                <c:pt idx="1682">
                  <c:v>0.34242735619011799</c:v>
                </c:pt>
                <c:pt idx="1683">
                  <c:v>0.38029677980486898</c:v>
                </c:pt>
                <c:pt idx="1684">
                  <c:v>-0.44357962251479699</c:v>
                </c:pt>
                <c:pt idx="1685">
                  <c:v>-0.371347591520653</c:v>
                </c:pt>
                <c:pt idx="1686">
                  <c:v>-0.32981736420063301</c:v>
                </c:pt>
                <c:pt idx="1687">
                  <c:v>-0.23392899129559599</c:v>
                </c:pt>
                <c:pt idx="1688">
                  <c:v>-0.207374209224543</c:v>
                </c:pt>
                <c:pt idx="1689">
                  <c:v>0.53112768710565605</c:v>
                </c:pt>
                <c:pt idx="1690">
                  <c:v>0.17678206509570099</c:v>
                </c:pt>
                <c:pt idx="1691">
                  <c:v>-0.308047223364731</c:v>
                </c:pt>
                <c:pt idx="1692">
                  <c:v>-0.220172099894381</c:v>
                </c:pt>
                <c:pt idx="1693">
                  <c:v>-0.63923722081818501</c:v>
                </c:pt>
                <c:pt idx="1694">
                  <c:v>-0.16211456801388399</c:v>
                </c:pt>
                <c:pt idx="1695">
                  <c:v>-0.204730770956981</c:v>
                </c:pt>
                <c:pt idx="1696">
                  <c:v>-0.44406661220607502</c:v>
                </c:pt>
                <c:pt idx="1697">
                  <c:v>0.467521881081225</c:v>
                </c:pt>
                <c:pt idx="1698">
                  <c:v>0.61321018749522005</c:v>
                </c:pt>
                <c:pt idx="1699">
                  <c:v>-0.32814805902607003</c:v>
                </c:pt>
                <c:pt idx="1700">
                  <c:v>0.19686075789749699</c:v>
                </c:pt>
                <c:pt idx="1701">
                  <c:v>0.41940220502813103</c:v>
                </c:pt>
                <c:pt idx="1702">
                  <c:v>0.19474104774074899</c:v>
                </c:pt>
                <c:pt idx="1703">
                  <c:v>-0.20473651124351</c:v>
                </c:pt>
                <c:pt idx="1704">
                  <c:v>0.73419109722193798</c:v>
                </c:pt>
                <c:pt idx="1705">
                  <c:v>0.58415549521844701</c:v>
                </c:pt>
                <c:pt idx="1706">
                  <c:v>-0.30221648527509598</c:v>
                </c:pt>
                <c:pt idx="1707">
                  <c:v>0.461903337927144</c:v>
                </c:pt>
                <c:pt idx="1708">
                  <c:v>0.32287687797096298</c:v>
                </c:pt>
                <c:pt idx="1709">
                  <c:v>0.360886936385164</c:v>
                </c:pt>
                <c:pt idx="1710">
                  <c:v>-0.20058286630514</c:v>
                </c:pt>
                <c:pt idx="1711">
                  <c:v>-0.73653679212594303</c:v>
                </c:pt>
                <c:pt idx="1712">
                  <c:v>-0.252160806926156</c:v>
                </c:pt>
                <c:pt idx="1713">
                  <c:v>-0.75111753938187298</c:v>
                </c:pt>
                <c:pt idx="1714">
                  <c:v>-0.42450283639390202</c:v>
                </c:pt>
                <c:pt idx="1715">
                  <c:v>0.44963943453453198</c:v>
                </c:pt>
                <c:pt idx="1716">
                  <c:v>-0.37127890149843901</c:v>
                </c:pt>
                <c:pt idx="1717">
                  <c:v>-0.20777788762549701</c:v>
                </c:pt>
                <c:pt idx="1718">
                  <c:v>0.757727242630725</c:v>
                </c:pt>
                <c:pt idx="1719">
                  <c:v>0.27069738583335501</c:v>
                </c:pt>
                <c:pt idx="1720">
                  <c:v>-0.31992553896186798</c:v>
                </c:pt>
                <c:pt idx="1721">
                  <c:v>-0.40302338375518998</c:v>
                </c:pt>
                <c:pt idx="1722">
                  <c:v>-0.55951906980709498</c:v>
                </c:pt>
                <c:pt idx="1723">
                  <c:v>0.25841062855761299</c:v>
                </c:pt>
                <c:pt idx="1724">
                  <c:v>0.27105240054940799</c:v>
                </c:pt>
                <c:pt idx="1725">
                  <c:v>-0.20189902804835899</c:v>
                </c:pt>
                <c:pt idx="1726">
                  <c:v>-0.248109114046699</c:v>
                </c:pt>
                <c:pt idx="1727">
                  <c:v>-0.234761519463866</c:v>
                </c:pt>
                <c:pt idx="1728">
                  <c:v>0.20622991993145201</c:v>
                </c:pt>
                <c:pt idx="1729">
                  <c:v>-0.22873251123511201</c:v>
                </c:pt>
                <c:pt idx="1730">
                  <c:v>-0.26385862769386698</c:v>
                </c:pt>
                <c:pt idx="1731">
                  <c:v>-0.49569290273316802</c:v>
                </c:pt>
                <c:pt idx="1732">
                  <c:v>0.32318772970706899</c:v>
                </c:pt>
                <c:pt idx="1733">
                  <c:v>0.341608480904739</c:v>
                </c:pt>
                <c:pt idx="1734">
                  <c:v>-0.44521867574169599</c:v>
                </c:pt>
                <c:pt idx="1735">
                  <c:v>-0.28852883793207701</c:v>
                </c:pt>
                <c:pt idx="1736">
                  <c:v>-0.371796455060107</c:v>
                </c:pt>
                <c:pt idx="1737">
                  <c:v>-0.23930886088582401</c:v>
                </c:pt>
                <c:pt idx="1738">
                  <c:v>-0.49656410927490002</c:v>
                </c:pt>
                <c:pt idx="1739">
                  <c:v>-0.177422535719895</c:v>
                </c:pt>
                <c:pt idx="1740">
                  <c:v>-0.69742005761021297</c:v>
                </c:pt>
                <c:pt idx="1741">
                  <c:v>-0.56570215025762105</c:v>
                </c:pt>
                <c:pt idx="1742">
                  <c:v>-0.99756122630323696</c:v>
                </c:pt>
                <c:pt idx="1743">
                  <c:v>0.32675684872146199</c:v>
                </c:pt>
                <c:pt idx="1744">
                  <c:v>-0.16799015979555401</c:v>
                </c:pt>
                <c:pt idx="1745">
                  <c:v>-0.22364835917203199</c:v>
                </c:pt>
                <c:pt idx="1746">
                  <c:v>0.33423033659081403</c:v>
                </c:pt>
                <c:pt idx="1747">
                  <c:v>-0.178606290088407</c:v>
                </c:pt>
                <c:pt idx="1748">
                  <c:v>0.75261371734277605</c:v>
                </c:pt>
                <c:pt idx="1749">
                  <c:v>-0.24326466462483201</c:v>
                </c:pt>
                <c:pt idx="1750">
                  <c:v>-0.98120740499088999</c:v>
                </c:pt>
                <c:pt idx="1751">
                  <c:v>0.29800643218842598</c:v>
                </c:pt>
                <c:pt idx="1752">
                  <c:v>0.28116419080213401</c:v>
                </c:pt>
                <c:pt idx="1753">
                  <c:v>0.208766850370807</c:v>
                </c:pt>
                <c:pt idx="1754">
                  <c:v>-0.20521503931542601</c:v>
                </c:pt>
                <c:pt idx="1755">
                  <c:v>-0.154330215238552</c:v>
                </c:pt>
                <c:pt idx="1756">
                  <c:v>0.28418166383218901</c:v>
                </c:pt>
                <c:pt idx="1757">
                  <c:v>0.166152442496355</c:v>
                </c:pt>
                <c:pt idx="1758">
                  <c:v>1.13234335967185</c:v>
                </c:pt>
                <c:pt idx="1759">
                  <c:v>-0.31653257308183003</c:v>
                </c:pt>
                <c:pt idx="1760">
                  <c:v>0.42141334269606601</c:v>
                </c:pt>
                <c:pt idx="1761">
                  <c:v>0.28883743926872502</c:v>
                </c:pt>
                <c:pt idx="1762">
                  <c:v>-0.60833306599999304</c:v>
                </c:pt>
                <c:pt idx="1763">
                  <c:v>-0.80927979483478296</c:v>
                </c:pt>
                <c:pt idx="1764">
                  <c:v>-0.16878471016545801</c:v>
                </c:pt>
                <c:pt idx="1765">
                  <c:v>0.36510011937828002</c:v>
                </c:pt>
                <c:pt idx="1766">
                  <c:v>-0.238464513142773</c:v>
                </c:pt>
                <c:pt idx="1767">
                  <c:v>-1.2658564276751401</c:v>
                </c:pt>
                <c:pt idx="1768">
                  <c:v>0.34748315140959501</c:v>
                </c:pt>
                <c:pt idx="1769">
                  <c:v>0.34642781327779898</c:v>
                </c:pt>
                <c:pt idx="1770">
                  <c:v>0.763703164905703</c:v>
                </c:pt>
                <c:pt idx="1771">
                  <c:v>-0.19754297573903301</c:v>
                </c:pt>
                <c:pt idx="1772">
                  <c:v>-0.31279404149564999</c:v>
                </c:pt>
                <c:pt idx="1773">
                  <c:v>0.19465734300920101</c:v>
                </c:pt>
                <c:pt idx="1774">
                  <c:v>0.20881552499306399</c:v>
                </c:pt>
                <c:pt idx="1775">
                  <c:v>0.55739948110280602</c:v>
                </c:pt>
                <c:pt idx="1776">
                  <c:v>0.27988093235241601</c:v>
                </c:pt>
                <c:pt idx="1777">
                  <c:v>-0.30063245509324299</c:v>
                </c:pt>
                <c:pt idx="1778">
                  <c:v>-0.391340822520863</c:v>
                </c:pt>
                <c:pt idx="1779">
                  <c:v>0.65428137657088903</c:v>
                </c:pt>
                <c:pt idx="1780">
                  <c:v>0.31501459792198</c:v>
                </c:pt>
                <c:pt idx="1781">
                  <c:v>0.44246822262819002</c:v>
                </c:pt>
                <c:pt idx="1782">
                  <c:v>-0.264848549323911</c:v>
                </c:pt>
                <c:pt idx="1783">
                  <c:v>0.22634641827621099</c:v>
                </c:pt>
                <c:pt idx="1784">
                  <c:v>-0.19343591274086699</c:v>
                </c:pt>
                <c:pt idx="1785">
                  <c:v>-0.19229662795316901</c:v>
                </c:pt>
                <c:pt idx="1786">
                  <c:v>-1.0205822251894401</c:v>
                </c:pt>
                <c:pt idx="1787">
                  <c:v>-0.605365054208445</c:v>
                </c:pt>
                <c:pt idx="1788">
                  <c:v>0.28089057496784903</c:v>
                </c:pt>
                <c:pt idx="1789">
                  <c:v>0.24186360283758601</c:v>
                </c:pt>
                <c:pt idx="1790">
                  <c:v>-0.21415140196090801</c:v>
                </c:pt>
                <c:pt idx="1791">
                  <c:v>-0.16739974301140101</c:v>
                </c:pt>
                <c:pt idx="1792">
                  <c:v>-0.53845278731661095</c:v>
                </c:pt>
                <c:pt idx="1793">
                  <c:v>0.24106913083989001</c:v>
                </c:pt>
                <c:pt idx="1794">
                  <c:v>0.36869217387428699</c:v>
                </c:pt>
                <c:pt idx="1795">
                  <c:v>0.45995361131789297</c:v>
                </c:pt>
                <c:pt idx="1796">
                  <c:v>-0.184893406825339</c:v>
                </c:pt>
                <c:pt idx="1797">
                  <c:v>-0.46166337892259401</c:v>
                </c:pt>
                <c:pt idx="1798">
                  <c:v>0.54900755049946803</c:v>
                </c:pt>
                <c:pt idx="1799">
                  <c:v>0.31485961909054799</c:v>
                </c:pt>
                <c:pt idx="1800">
                  <c:v>0.33612697673419201</c:v>
                </c:pt>
                <c:pt idx="1801">
                  <c:v>0.49257679258904502</c:v>
                </c:pt>
                <c:pt idx="1802">
                  <c:v>0.59979644918681496</c:v>
                </c:pt>
                <c:pt idx="1803">
                  <c:v>-0.23615120654205399</c:v>
                </c:pt>
                <c:pt idx="1804">
                  <c:v>-0.274903950740505</c:v>
                </c:pt>
                <c:pt idx="1805">
                  <c:v>0.47478452959439799</c:v>
                </c:pt>
                <c:pt idx="1806">
                  <c:v>-0.53992307247711901</c:v>
                </c:pt>
                <c:pt idx="1807">
                  <c:v>-0.17867951097308299</c:v>
                </c:pt>
                <c:pt idx="1808">
                  <c:v>-0.262518875019911</c:v>
                </c:pt>
                <c:pt idx="1809">
                  <c:v>0.74657641314998502</c:v>
                </c:pt>
                <c:pt idx="1810">
                  <c:v>0.33926578386876799</c:v>
                </c:pt>
                <c:pt idx="1811">
                  <c:v>-0.373872554448205</c:v>
                </c:pt>
                <c:pt idx="1812">
                  <c:v>-0.80268729922230597</c:v>
                </c:pt>
                <c:pt idx="1813">
                  <c:v>-0.20958235117284801</c:v>
                </c:pt>
                <c:pt idx="1814">
                  <c:v>-0.27058314571207698</c:v>
                </c:pt>
                <c:pt idx="1815">
                  <c:v>-1.08572520021995</c:v>
                </c:pt>
                <c:pt idx="1816">
                  <c:v>-0.37508444946249497</c:v>
                </c:pt>
                <c:pt idx="1817">
                  <c:v>-0.36536722502734498</c:v>
                </c:pt>
                <c:pt idx="1818">
                  <c:v>-0.32021063947179601</c:v>
                </c:pt>
                <c:pt idx="1819">
                  <c:v>-0.220223219511201</c:v>
                </c:pt>
                <c:pt idx="1820">
                  <c:v>0.17389170145146701</c:v>
                </c:pt>
                <c:pt idx="1821">
                  <c:v>0.19290743659651399</c:v>
                </c:pt>
                <c:pt idx="1822">
                  <c:v>-0.40821141635451103</c:v>
                </c:pt>
                <c:pt idx="1823">
                  <c:v>-0.43796252641385203</c:v>
                </c:pt>
                <c:pt idx="1824">
                  <c:v>0.18076248430139299</c:v>
                </c:pt>
                <c:pt idx="1825">
                  <c:v>-0.58162359150531995</c:v>
                </c:pt>
                <c:pt idx="1826">
                  <c:v>0.57483627939825899</c:v>
                </c:pt>
                <c:pt idx="1827">
                  <c:v>-0.21839898080228401</c:v>
                </c:pt>
                <c:pt idx="1828">
                  <c:v>-0.33758999949630197</c:v>
                </c:pt>
                <c:pt idx="1829">
                  <c:v>0.28910132183507598</c:v>
                </c:pt>
                <c:pt idx="1830">
                  <c:v>0.16336021020850899</c:v>
                </c:pt>
                <c:pt idx="1831">
                  <c:v>-0.72042641973751398</c:v>
                </c:pt>
                <c:pt idx="1832">
                  <c:v>-0.180519338858975</c:v>
                </c:pt>
                <c:pt idx="1833">
                  <c:v>0.519005307326314</c:v>
                </c:pt>
                <c:pt idx="1834">
                  <c:v>-0.22806453917848299</c:v>
                </c:pt>
                <c:pt idx="1835">
                  <c:v>-0.30687292583925102</c:v>
                </c:pt>
                <c:pt idx="1836">
                  <c:v>0.15691424332529599</c:v>
                </c:pt>
                <c:pt idx="1837">
                  <c:v>0.25599662516624</c:v>
                </c:pt>
                <c:pt idx="1838">
                  <c:v>0.22856070651282301</c:v>
                </c:pt>
                <c:pt idx="1839">
                  <c:v>-0.23677316278487501</c:v>
                </c:pt>
                <c:pt idx="1840">
                  <c:v>-0.29904895715866397</c:v>
                </c:pt>
                <c:pt idx="1841">
                  <c:v>-0.37234048274106601</c:v>
                </c:pt>
                <c:pt idx="1842">
                  <c:v>0.367207851443908</c:v>
                </c:pt>
                <c:pt idx="1843">
                  <c:v>0.51342281778709498</c:v>
                </c:pt>
                <c:pt idx="1844">
                  <c:v>-0.68755365343294295</c:v>
                </c:pt>
                <c:pt idx="1845">
                  <c:v>-0.202789956851127</c:v>
                </c:pt>
                <c:pt idx="1846">
                  <c:v>0.23004946913757299</c:v>
                </c:pt>
                <c:pt idx="1847">
                  <c:v>0.2077029098132</c:v>
                </c:pt>
                <c:pt idx="1848">
                  <c:v>-0.198075268662393</c:v>
                </c:pt>
                <c:pt idx="1849">
                  <c:v>-0.25581996282261299</c:v>
                </c:pt>
                <c:pt idx="1850">
                  <c:v>0.314844271699247</c:v>
                </c:pt>
                <c:pt idx="1851">
                  <c:v>-0.36265199785562902</c:v>
                </c:pt>
                <c:pt idx="1852">
                  <c:v>0.31544170836603402</c:v>
                </c:pt>
                <c:pt idx="1853">
                  <c:v>-0.21704561422458801</c:v>
                </c:pt>
                <c:pt idx="1854">
                  <c:v>0.50804496508600006</c:v>
                </c:pt>
                <c:pt idx="1855">
                  <c:v>-0.17165630332777901</c:v>
                </c:pt>
                <c:pt idx="1856">
                  <c:v>-0.47279076188328201</c:v>
                </c:pt>
                <c:pt idx="1857">
                  <c:v>-0.48672732743006702</c:v>
                </c:pt>
                <c:pt idx="1858">
                  <c:v>0.17224590548053301</c:v>
                </c:pt>
                <c:pt idx="1859">
                  <c:v>0.30214670365152302</c:v>
                </c:pt>
                <c:pt idx="1860">
                  <c:v>0.36404684092675799</c:v>
                </c:pt>
                <c:pt idx="1861">
                  <c:v>-0.39914856620348599</c:v>
                </c:pt>
                <c:pt idx="1862">
                  <c:v>0.21529683436838801</c:v>
                </c:pt>
                <c:pt idx="1863">
                  <c:v>-0.18343149226281599</c:v>
                </c:pt>
                <c:pt idx="1864">
                  <c:v>0.35284740674924497</c:v>
                </c:pt>
                <c:pt idx="1865">
                  <c:v>0.188584219335969</c:v>
                </c:pt>
                <c:pt idx="1866">
                  <c:v>0.27944348059429902</c:v>
                </c:pt>
                <c:pt idx="1867">
                  <c:v>-0.20281882165751999</c:v>
                </c:pt>
                <c:pt idx="1868">
                  <c:v>0.26978098631993702</c:v>
                </c:pt>
                <c:pt idx="1869">
                  <c:v>0.44010860127164603</c:v>
                </c:pt>
                <c:pt idx="1870">
                  <c:v>-0.26210670064206798</c:v>
                </c:pt>
                <c:pt idx="1871">
                  <c:v>-0.17269423399056499</c:v>
                </c:pt>
                <c:pt idx="1872">
                  <c:v>0.28743995870744499</c:v>
                </c:pt>
                <c:pt idx="1873">
                  <c:v>0.212715516595093</c:v>
                </c:pt>
                <c:pt idx="1874">
                  <c:v>-0.42630755624922401</c:v>
                </c:pt>
                <c:pt idx="1875">
                  <c:v>0.150192665680699</c:v>
                </c:pt>
                <c:pt idx="1876">
                  <c:v>-1.1750872407049999</c:v>
                </c:pt>
                <c:pt idx="1877">
                  <c:v>-0.43423162006336102</c:v>
                </c:pt>
                <c:pt idx="1878">
                  <c:v>0.22182023158622899</c:v>
                </c:pt>
                <c:pt idx="1879">
                  <c:v>0.20294716100698601</c:v>
                </c:pt>
                <c:pt idx="1880">
                  <c:v>-0.158570406308328</c:v>
                </c:pt>
                <c:pt idx="1881">
                  <c:v>0.178919762890871</c:v>
                </c:pt>
                <c:pt idx="1882">
                  <c:v>-0.584241597024729</c:v>
                </c:pt>
                <c:pt idx="1883">
                  <c:v>0.33929016842962101</c:v>
                </c:pt>
                <c:pt idx="1884">
                  <c:v>0.40279835322211699</c:v>
                </c:pt>
                <c:pt idx="1885">
                  <c:v>-0.37099153990496297</c:v>
                </c:pt>
                <c:pt idx="1886">
                  <c:v>0.384833668760315</c:v>
                </c:pt>
                <c:pt idx="1887">
                  <c:v>-0.29183543600120398</c:v>
                </c:pt>
                <c:pt idx="1888">
                  <c:v>-0.18760955061271301</c:v>
                </c:pt>
                <c:pt idx="1889">
                  <c:v>-0.17485870667900699</c:v>
                </c:pt>
                <c:pt idx="1890">
                  <c:v>0.383455525077188</c:v>
                </c:pt>
                <c:pt idx="1891">
                  <c:v>-0.58731783938464199</c:v>
                </c:pt>
                <c:pt idx="1892">
                  <c:v>0.35088779711163598</c:v>
                </c:pt>
                <c:pt idx="1893">
                  <c:v>-0.15642909006344</c:v>
                </c:pt>
                <c:pt idx="1894">
                  <c:v>-0.83169893841100495</c:v>
                </c:pt>
                <c:pt idx="1895">
                  <c:v>-0.27336197027121001</c:v>
                </c:pt>
                <c:pt idx="1896">
                  <c:v>-0.64396898919876799</c:v>
                </c:pt>
                <c:pt idx="1897">
                  <c:v>-0.40684945396943201</c:v>
                </c:pt>
                <c:pt idx="1898">
                  <c:v>0.16786185263473299</c:v>
                </c:pt>
                <c:pt idx="1899">
                  <c:v>-0.172770025731324</c:v>
                </c:pt>
                <c:pt idx="1900">
                  <c:v>-0.31929917081513498</c:v>
                </c:pt>
                <c:pt idx="1901">
                  <c:v>-0.20845813712813299</c:v>
                </c:pt>
                <c:pt idx="1902">
                  <c:v>0.477699764959155</c:v>
                </c:pt>
                <c:pt idx="1903">
                  <c:v>-0.202966890737585</c:v>
                </c:pt>
                <c:pt idx="1904">
                  <c:v>0.29681395387703802</c:v>
                </c:pt>
                <c:pt idx="1905">
                  <c:v>-0.31145918784918403</c:v>
                </c:pt>
                <c:pt idx="1906">
                  <c:v>0.47072443710548101</c:v>
                </c:pt>
                <c:pt idx="1907">
                  <c:v>-0.32682002189994103</c:v>
                </c:pt>
                <c:pt idx="1908">
                  <c:v>0.162488794289704</c:v>
                </c:pt>
                <c:pt idx="1909">
                  <c:v>-0.20634668401051601</c:v>
                </c:pt>
                <c:pt idx="1910">
                  <c:v>0.38146607106702002</c:v>
                </c:pt>
                <c:pt idx="1911">
                  <c:v>-0.94105388321568695</c:v>
                </c:pt>
                <c:pt idx="1912">
                  <c:v>0.36086453705065202</c:v>
                </c:pt>
                <c:pt idx="1913">
                  <c:v>-0.353353483632045</c:v>
                </c:pt>
                <c:pt idx="1914">
                  <c:v>2.1897595261251301</c:v>
                </c:pt>
                <c:pt idx="1915">
                  <c:v>0.24600130431397499</c:v>
                </c:pt>
                <c:pt idx="1916">
                  <c:v>0.64789826602154199</c:v>
                </c:pt>
                <c:pt idx="1917">
                  <c:v>-0.27153393674699799</c:v>
                </c:pt>
                <c:pt idx="1918">
                  <c:v>-0.17699024305868999</c:v>
                </c:pt>
                <c:pt idx="1919">
                  <c:v>0.31068230922566897</c:v>
                </c:pt>
                <c:pt idx="1920">
                  <c:v>-0.36022069156529601</c:v>
                </c:pt>
                <c:pt idx="1921">
                  <c:v>-0.164091168688312</c:v>
                </c:pt>
                <c:pt idx="1922">
                  <c:v>0.18313121143144401</c:v>
                </c:pt>
                <c:pt idx="1923">
                  <c:v>0.29374124805513802</c:v>
                </c:pt>
                <c:pt idx="1924">
                  <c:v>-0.19361168472102699</c:v>
                </c:pt>
                <c:pt idx="1925">
                  <c:v>0.35624040138996399</c:v>
                </c:pt>
                <c:pt idx="1926">
                  <c:v>0.44450479096510898</c:v>
                </c:pt>
                <c:pt idx="1927">
                  <c:v>-0.14621695885073599</c:v>
                </c:pt>
                <c:pt idx="1928">
                  <c:v>0.48641920526132798</c:v>
                </c:pt>
                <c:pt idx="1929">
                  <c:v>-0.26628884254949298</c:v>
                </c:pt>
                <c:pt idx="1930">
                  <c:v>0.44600088044953201</c:v>
                </c:pt>
                <c:pt idx="1931">
                  <c:v>-0.28094599575637202</c:v>
                </c:pt>
                <c:pt idx="1932">
                  <c:v>0.195021562361305</c:v>
                </c:pt>
                <c:pt idx="1933">
                  <c:v>0.18728898467914901</c:v>
                </c:pt>
                <c:pt idx="1934">
                  <c:v>0.31680349066895602</c:v>
                </c:pt>
                <c:pt idx="1935">
                  <c:v>0.33622197589068398</c:v>
                </c:pt>
                <c:pt idx="1936">
                  <c:v>0.31485293261057701</c:v>
                </c:pt>
                <c:pt idx="1937">
                  <c:v>-0.18214809239294999</c:v>
                </c:pt>
                <c:pt idx="1938">
                  <c:v>0.343992988630411</c:v>
                </c:pt>
                <c:pt idx="1939">
                  <c:v>-0.315268868946188</c:v>
                </c:pt>
                <c:pt idx="1940">
                  <c:v>0.23069670954559399</c:v>
                </c:pt>
                <c:pt idx="1941">
                  <c:v>-0.55508148246793398</c:v>
                </c:pt>
                <c:pt idx="1942">
                  <c:v>-0.229715552937972</c:v>
                </c:pt>
                <c:pt idx="1943">
                  <c:v>-0.14852955708493801</c:v>
                </c:pt>
                <c:pt idx="1944">
                  <c:v>-0.48322472009661199</c:v>
                </c:pt>
                <c:pt idx="1945">
                  <c:v>-0.23432160046494499</c:v>
                </c:pt>
                <c:pt idx="1946">
                  <c:v>-0.24157696382548699</c:v>
                </c:pt>
                <c:pt idx="1947">
                  <c:v>-0.38529434081387098</c:v>
                </c:pt>
                <c:pt idx="1948">
                  <c:v>-0.36137624048341599</c:v>
                </c:pt>
                <c:pt idx="1949">
                  <c:v>-0.40630063452517401</c:v>
                </c:pt>
                <c:pt idx="1950">
                  <c:v>-0.377386739044482</c:v>
                </c:pt>
                <c:pt idx="1951">
                  <c:v>-0.24419695833563901</c:v>
                </c:pt>
                <c:pt idx="1952">
                  <c:v>-0.41922057681488001</c:v>
                </c:pt>
                <c:pt idx="1953">
                  <c:v>-0.325569050330973</c:v>
                </c:pt>
                <c:pt idx="1954">
                  <c:v>-0.33469398412950102</c:v>
                </c:pt>
                <c:pt idx="1955">
                  <c:v>-0.34585107300930701</c:v>
                </c:pt>
                <c:pt idx="1956">
                  <c:v>-0.27792860587891999</c:v>
                </c:pt>
                <c:pt idx="1957">
                  <c:v>-0.28670410497106102</c:v>
                </c:pt>
                <c:pt idx="1958">
                  <c:v>-0.24264492030184601</c:v>
                </c:pt>
                <c:pt idx="1959">
                  <c:v>-0.29930262487609099</c:v>
                </c:pt>
                <c:pt idx="1960">
                  <c:v>-0.15744055594554901</c:v>
                </c:pt>
                <c:pt idx="1961">
                  <c:v>-0.16359295453210301</c:v>
                </c:pt>
                <c:pt idx="1962">
                  <c:v>-0.183197377985721</c:v>
                </c:pt>
                <c:pt idx="1963">
                  <c:v>-0.195062357446286</c:v>
                </c:pt>
                <c:pt idx="1964">
                  <c:v>-0.14793618096488401</c:v>
                </c:pt>
                <c:pt idx="1965">
                  <c:v>-0.224952125787652</c:v>
                </c:pt>
                <c:pt idx="1966">
                  <c:v>-2.2961619029021301</c:v>
                </c:pt>
                <c:pt idx="1967">
                  <c:v>0.59094710862590805</c:v>
                </c:pt>
                <c:pt idx="1968">
                  <c:v>0.17407582298522301</c:v>
                </c:pt>
                <c:pt idx="1969">
                  <c:v>0.38002898685034803</c:v>
                </c:pt>
                <c:pt idx="1970">
                  <c:v>0.341241376462115</c:v>
                </c:pt>
                <c:pt idx="1971">
                  <c:v>0.22421357762052099</c:v>
                </c:pt>
                <c:pt idx="1972">
                  <c:v>-0.30908950217391201</c:v>
                </c:pt>
                <c:pt idx="1973">
                  <c:v>-0.73819889559039398</c:v>
                </c:pt>
                <c:pt idx="1974">
                  <c:v>0.20056383434422301</c:v>
                </c:pt>
                <c:pt idx="1975">
                  <c:v>-1.30124266273199</c:v>
                </c:pt>
                <c:pt idx="1976">
                  <c:v>-0.44234198494077498</c:v>
                </c:pt>
                <c:pt idx="1977">
                  <c:v>-0.240836359017742</c:v>
                </c:pt>
                <c:pt idx="1978">
                  <c:v>0.50822270769044697</c:v>
                </c:pt>
                <c:pt idx="1979">
                  <c:v>0.40212319908215099</c:v>
                </c:pt>
                <c:pt idx="1980">
                  <c:v>-0.20539839014149</c:v>
                </c:pt>
                <c:pt idx="1981">
                  <c:v>0.47426643064913798</c:v>
                </c:pt>
                <c:pt idx="1982">
                  <c:v>0.57591559339557796</c:v>
                </c:pt>
                <c:pt idx="1983">
                  <c:v>-0.18174605581666001</c:v>
                </c:pt>
                <c:pt idx="1984">
                  <c:v>0.161481479796834</c:v>
                </c:pt>
                <c:pt idx="1985">
                  <c:v>0.33625801518151399</c:v>
                </c:pt>
                <c:pt idx="1986">
                  <c:v>-0.36116688954749399</c:v>
                </c:pt>
                <c:pt idx="1987">
                  <c:v>0.75181438946082602</c:v>
                </c:pt>
                <c:pt idx="1988">
                  <c:v>0.35321778271239501</c:v>
                </c:pt>
                <c:pt idx="1989">
                  <c:v>-0.54066916618022998</c:v>
                </c:pt>
                <c:pt idx="1990">
                  <c:v>0.29339007403419298</c:v>
                </c:pt>
                <c:pt idx="1991">
                  <c:v>0.72620219040394896</c:v>
                </c:pt>
                <c:pt idx="1992">
                  <c:v>0.59699306937861296</c:v>
                </c:pt>
                <c:pt idx="1993">
                  <c:v>0.30743239053042298</c:v>
                </c:pt>
                <c:pt idx="1994">
                  <c:v>0.27354886735587097</c:v>
                </c:pt>
                <c:pt idx="1995">
                  <c:v>0.48378438346816199</c:v>
                </c:pt>
                <c:pt idx="1996">
                  <c:v>0.30826992895899302</c:v>
                </c:pt>
                <c:pt idx="1997">
                  <c:v>-0.31509108400741997</c:v>
                </c:pt>
                <c:pt idx="1998">
                  <c:v>-0.23582426323874001</c:v>
                </c:pt>
                <c:pt idx="1999">
                  <c:v>0.18841459436961799</c:v>
                </c:pt>
                <c:pt idx="2000">
                  <c:v>0.32086460642961301</c:v>
                </c:pt>
                <c:pt idx="2001">
                  <c:v>-0.32983358396714701</c:v>
                </c:pt>
                <c:pt idx="2002">
                  <c:v>0.33103398089595998</c:v>
                </c:pt>
                <c:pt idx="2003">
                  <c:v>-0.29094926310406799</c:v>
                </c:pt>
                <c:pt idx="2004">
                  <c:v>-0.28269110438838402</c:v>
                </c:pt>
                <c:pt idx="2005">
                  <c:v>0.474454789965574</c:v>
                </c:pt>
                <c:pt idx="2006">
                  <c:v>0.56903148651796098</c:v>
                </c:pt>
                <c:pt idx="2007">
                  <c:v>-0.215880000473572</c:v>
                </c:pt>
                <c:pt idx="2008">
                  <c:v>-0.81937181327101205</c:v>
                </c:pt>
                <c:pt idx="2009">
                  <c:v>-0.22905572298343899</c:v>
                </c:pt>
                <c:pt idx="2010">
                  <c:v>0.363087995251824</c:v>
                </c:pt>
                <c:pt idx="2011">
                  <c:v>0.40486757040931598</c:v>
                </c:pt>
                <c:pt idx="2012">
                  <c:v>-0.48347272922967499</c:v>
                </c:pt>
                <c:pt idx="2013">
                  <c:v>-0.25869029314964798</c:v>
                </c:pt>
                <c:pt idx="2014">
                  <c:v>0.237248702986633</c:v>
                </c:pt>
                <c:pt idx="2015">
                  <c:v>0.26288461908093602</c:v>
                </c:pt>
                <c:pt idx="2016">
                  <c:v>0.24563114438751699</c:v>
                </c:pt>
                <c:pt idx="2017">
                  <c:v>-0.33538864744633701</c:v>
                </c:pt>
                <c:pt idx="2018">
                  <c:v>-0.24842416221699201</c:v>
                </c:pt>
                <c:pt idx="2019">
                  <c:v>-0.16610683252091701</c:v>
                </c:pt>
                <c:pt idx="2020">
                  <c:v>-0.38151179446838801</c:v>
                </c:pt>
                <c:pt idx="2021">
                  <c:v>-0.412605332718115</c:v>
                </c:pt>
                <c:pt idx="2022">
                  <c:v>0.16781367566958799</c:v>
                </c:pt>
                <c:pt idx="2023">
                  <c:v>-0.51378259190318298</c:v>
                </c:pt>
                <c:pt idx="2024">
                  <c:v>-0.59410443307788796</c:v>
                </c:pt>
                <c:pt idx="2025">
                  <c:v>0.72428205336227303</c:v>
                </c:pt>
                <c:pt idx="2026">
                  <c:v>-0.166870168203509</c:v>
                </c:pt>
                <c:pt idx="2027">
                  <c:v>-0.17737863183880601</c:v>
                </c:pt>
                <c:pt idx="2028">
                  <c:v>0.357150297532765</c:v>
                </c:pt>
                <c:pt idx="2029">
                  <c:v>-0.21738186522043201</c:v>
                </c:pt>
                <c:pt idx="2030">
                  <c:v>-0.54698608204708399</c:v>
                </c:pt>
                <c:pt idx="2031">
                  <c:v>-0.259466538786359</c:v>
                </c:pt>
                <c:pt idx="2032">
                  <c:v>-0.244845942110199</c:v>
                </c:pt>
                <c:pt idx="2033">
                  <c:v>-0.19098554530086201</c:v>
                </c:pt>
                <c:pt idx="2034">
                  <c:v>-0.19311386906879599</c:v>
                </c:pt>
                <c:pt idx="2035">
                  <c:v>0.185141541006942</c:v>
                </c:pt>
                <c:pt idx="2036">
                  <c:v>0.33052138814326398</c:v>
                </c:pt>
                <c:pt idx="2037">
                  <c:v>-0.218831489434795</c:v>
                </c:pt>
                <c:pt idx="2038">
                  <c:v>0.74416347926689896</c:v>
                </c:pt>
                <c:pt idx="2039">
                  <c:v>0.26778935430026302</c:v>
                </c:pt>
                <c:pt idx="2040">
                  <c:v>-0.65793174901713403</c:v>
                </c:pt>
                <c:pt idx="2041">
                  <c:v>-0.152457188246373</c:v>
                </c:pt>
                <c:pt idx="2042">
                  <c:v>-0.58039833958501297</c:v>
                </c:pt>
                <c:pt idx="2043">
                  <c:v>-0.23801667997940601</c:v>
                </c:pt>
                <c:pt idx="2044">
                  <c:v>0.14726919341995201</c:v>
                </c:pt>
                <c:pt idx="2045">
                  <c:v>-1.18206570656304</c:v>
                </c:pt>
                <c:pt idx="2046">
                  <c:v>0.311770145593389</c:v>
                </c:pt>
                <c:pt idx="2047">
                  <c:v>0.47379835849409702</c:v>
                </c:pt>
                <c:pt idx="2048">
                  <c:v>0.29473030482111501</c:v>
                </c:pt>
                <c:pt idx="2049">
                  <c:v>0.15984270426074701</c:v>
                </c:pt>
                <c:pt idx="2050">
                  <c:v>-0.151991750712547</c:v>
                </c:pt>
                <c:pt idx="2051">
                  <c:v>0.34628218635148</c:v>
                </c:pt>
                <c:pt idx="2052">
                  <c:v>0.23435486578203801</c:v>
                </c:pt>
                <c:pt idx="2053">
                  <c:v>-1.0680796306704501</c:v>
                </c:pt>
                <c:pt idx="2054">
                  <c:v>0.31894082304469501</c:v>
                </c:pt>
                <c:pt idx="2055">
                  <c:v>0.41740429863971001</c:v>
                </c:pt>
                <c:pt idx="2056">
                  <c:v>-0.331231405704909</c:v>
                </c:pt>
                <c:pt idx="2057">
                  <c:v>0.38890048040133601</c:v>
                </c:pt>
                <c:pt idx="2058">
                  <c:v>-0.309615091072175</c:v>
                </c:pt>
                <c:pt idx="2059">
                  <c:v>0.343580780070525</c:v>
                </c:pt>
                <c:pt idx="2060">
                  <c:v>0.14839143871265401</c:v>
                </c:pt>
                <c:pt idx="2061">
                  <c:v>-0.64915662457287804</c:v>
                </c:pt>
                <c:pt idx="2062">
                  <c:v>0.57649932172060403</c:v>
                </c:pt>
                <c:pt idx="2063">
                  <c:v>-0.43227343219307501</c:v>
                </c:pt>
                <c:pt idx="2064">
                  <c:v>-0.150285361543713</c:v>
                </c:pt>
                <c:pt idx="2065">
                  <c:v>-0.16699791221461899</c:v>
                </c:pt>
                <c:pt idx="2066">
                  <c:v>0.396580137321347</c:v>
                </c:pt>
                <c:pt idx="2067">
                  <c:v>-0.73673765582557105</c:v>
                </c:pt>
                <c:pt idx="2068">
                  <c:v>0.14034980166983099</c:v>
                </c:pt>
                <c:pt idx="2069">
                  <c:v>-0.76935080841193204</c:v>
                </c:pt>
                <c:pt idx="2070">
                  <c:v>-0.17812314467896301</c:v>
                </c:pt>
                <c:pt idx="2071">
                  <c:v>0.51285003605919499</c:v>
                </c:pt>
                <c:pt idx="2072">
                  <c:v>-0.24393453696133299</c:v>
                </c:pt>
                <c:pt idx="2073">
                  <c:v>-0.315035745049908</c:v>
                </c:pt>
                <c:pt idx="2074">
                  <c:v>0.86641374515073</c:v>
                </c:pt>
                <c:pt idx="2075">
                  <c:v>0.18895712862594</c:v>
                </c:pt>
                <c:pt idx="2076">
                  <c:v>0.25259468081285502</c:v>
                </c:pt>
                <c:pt idx="2077">
                  <c:v>-0.16950229884883999</c:v>
                </c:pt>
                <c:pt idx="2078">
                  <c:v>0.36524148051787397</c:v>
                </c:pt>
                <c:pt idx="2079">
                  <c:v>0.26809548143262102</c:v>
                </c:pt>
                <c:pt idx="2080">
                  <c:v>0.299430973198476</c:v>
                </c:pt>
                <c:pt idx="2081">
                  <c:v>-0.31594974188422098</c:v>
                </c:pt>
                <c:pt idx="2082">
                  <c:v>0.34683374921719701</c:v>
                </c:pt>
                <c:pt idx="2083">
                  <c:v>-0.14174827565918599</c:v>
                </c:pt>
                <c:pt idx="2084">
                  <c:v>-0.28939709962840299</c:v>
                </c:pt>
                <c:pt idx="2085">
                  <c:v>0.67641264709350701</c:v>
                </c:pt>
                <c:pt idx="2086">
                  <c:v>0.166052767973564</c:v>
                </c:pt>
                <c:pt idx="2087">
                  <c:v>-0.24242203976662999</c:v>
                </c:pt>
                <c:pt idx="2088">
                  <c:v>0.52165520319175596</c:v>
                </c:pt>
                <c:pt idx="2089">
                  <c:v>0.21767742779868399</c:v>
                </c:pt>
                <c:pt idx="2090">
                  <c:v>-0.41544461522331499</c:v>
                </c:pt>
                <c:pt idx="2091">
                  <c:v>0.62781507108702095</c:v>
                </c:pt>
                <c:pt idx="2092">
                  <c:v>-0.16116645496131499</c:v>
                </c:pt>
                <c:pt idx="2093">
                  <c:v>-0.26902578339240102</c:v>
                </c:pt>
                <c:pt idx="2094">
                  <c:v>-0.30350490457150398</c:v>
                </c:pt>
                <c:pt idx="2095">
                  <c:v>-0.201239815334954</c:v>
                </c:pt>
                <c:pt idx="2096">
                  <c:v>-0.18305598660056399</c:v>
                </c:pt>
                <c:pt idx="2097">
                  <c:v>0.220210480869245</c:v>
                </c:pt>
                <c:pt idx="2098">
                  <c:v>0.23956791838560701</c:v>
                </c:pt>
                <c:pt idx="2099">
                  <c:v>-0.19683581729206201</c:v>
                </c:pt>
                <c:pt idx="2100">
                  <c:v>-0.21302856705123199</c:v>
                </c:pt>
                <c:pt idx="2101">
                  <c:v>-0.209290134342666</c:v>
                </c:pt>
                <c:pt idx="2102">
                  <c:v>-0.27457055964996602</c:v>
                </c:pt>
                <c:pt idx="2103">
                  <c:v>-0.15684304360839699</c:v>
                </c:pt>
                <c:pt idx="2104">
                  <c:v>0.30290797637686101</c:v>
                </c:pt>
                <c:pt idx="2105">
                  <c:v>0.18469602282962699</c:v>
                </c:pt>
                <c:pt idx="2106">
                  <c:v>0.28823890510808398</c:v>
                </c:pt>
                <c:pt idx="2107">
                  <c:v>-0.209047735856281</c:v>
                </c:pt>
                <c:pt idx="2108">
                  <c:v>0.19074694210428</c:v>
                </c:pt>
                <c:pt idx="2109">
                  <c:v>0.62884584586918302</c:v>
                </c:pt>
                <c:pt idx="2110">
                  <c:v>0.44883241553785402</c:v>
                </c:pt>
                <c:pt idx="2111">
                  <c:v>-0.156026307414418</c:v>
                </c:pt>
                <c:pt idx="2112">
                  <c:v>-0.28017671786232501</c:v>
                </c:pt>
                <c:pt idx="2113">
                  <c:v>0.46980923479968301</c:v>
                </c:pt>
                <c:pt idx="2114">
                  <c:v>0.139022027952208</c:v>
                </c:pt>
                <c:pt idx="2115">
                  <c:v>-0.52212651776920205</c:v>
                </c:pt>
                <c:pt idx="2116">
                  <c:v>1.1830587313624801</c:v>
                </c:pt>
                <c:pt idx="2117">
                  <c:v>-0.15399471771279799</c:v>
                </c:pt>
                <c:pt idx="2118">
                  <c:v>0.17279419210720801</c:v>
                </c:pt>
                <c:pt idx="2119">
                  <c:v>-0.21856586733786201</c:v>
                </c:pt>
                <c:pt idx="2120">
                  <c:v>0.252009105358592</c:v>
                </c:pt>
                <c:pt idx="2121">
                  <c:v>-0.19029070504273801</c:v>
                </c:pt>
                <c:pt idx="2122">
                  <c:v>-0.361861886622933</c:v>
                </c:pt>
                <c:pt idx="2123">
                  <c:v>0.22159908928762201</c:v>
                </c:pt>
                <c:pt idx="2124">
                  <c:v>-0.197920779724512</c:v>
                </c:pt>
                <c:pt idx="2125">
                  <c:v>0.86916434002401399</c:v>
                </c:pt>
                <c:pt idx="2126">
                  <c:v>-0.48658010967153598</c:v>
                </c:pt>
                <c:pt idx="2127">
                  <c:v>0.42532346906021001</c:v>
                </c:pt>
                <c:pt idx="2128">
                  <c:v>-0.21011770781890199</c:v>
                </c:pt>
                <c:pt idx="2129">
                  <c:v>-0.47029614560692701</c:v>
                </c:pt>
                <c:pt idx="2130">
                  <c:v>-0.13729085493336199</c:v>
                </c:pt>
                <c:pt idx="2131">
                  <c:v>-0.28369089061001801</c:v>
                </c:pt>
                <c:pt idx="2132">
                  <c:v>-0.16711609142095801</c:v>
                </c:pt>
                <c:pt idx="2133">
                  <c:v>0.71399345258729596</c:v>
                </c:pt>
                <c:pt idx="2134">
                  <c:v>-0.143985086792533</c:v>
                </c:pt>
                <c:pt idx="2135">
                  <c:v>-0.56316042724093096</c:v>
                </c:pt>
                <c:pt idx="2136">
                  <c:v>-0.20802840394925701</c:v>
                </c:pt>
                <c:pt idx="2137">
                  <c:v>0.52666082600588404</c:v>
                </c:pt>
                <c:pt idx="2138">
                  <c:v>0.32915590192695299</c:v>
                </c:pt>
                <c:pt idx="2139">
                  <c:v>0.25303316095077799</c:v>
                </c:pt>
                <c:pt idx="2140">
                  <c:v>-1.01279285376441</c:v>
                </c:pt>
                <c:pt idx="2141">
                  <c:v>-0.141660712074685</c:v>
                </c:pt>
                <c:pt idx="2142">
                  <c:v>0.412922567209137</c:v>
                </c:pt>
                <c:pt idx="2143">
                  <c:v>0.27694205127525301</c:v>
                </c:pt>
                <c:pt idx="2144">
                  <c:v>0.26911269004765298</c:v>
                </c:pt>
                <c:pt idx="2145">
                  <c:v>-0.48092880944348998</c:v>
                </c:pt>
                <c:pt idx="2146">
                  <c:v>-0.13603476155292099</c:v>
                </c:pt>
                <c:pt idx="2147">
                  <c:v>-0.25170803230408001</c:v>
                </c:pt>
                <c:pt idx="2148">
                  <c:v>0.30910866758171102</c:v>
                </c:pt>
                <c:pt idx="2149">
                  <c:v>-0.161420424617681</c:v>
                </c:pt>
                <c:pt idx="2150">
                  <c:v>0.190567908874506</c:v>
                </c:pt>
                <c:pt idx="2151">
                  <c:v>-0.79046508836106</c:v>
                </c:pt>
                <c:pt idx="2152">
                  <c:v>0.478095963831283</c:v>
                </c:pt>
                <c:pt idx="2153">
                  <c:v>-0.19709832274038799</c:v>
                </c:pt>
                <c:pt idx="2154">
                  <c:v>-0.20477446089376999</c:v>
                </c:pt>
                <c:pt idx="2155">
                  <c:v>-0.32255879037034102</c:v>
                </c:pt>
                <c:pt idx="2156">
                  <c:v>-0.17903592396904999</c:v>
                </c:pt>
                <c:pt idx="2157">
                  <c:v>-0.29941344709469297</c:v>
                </c:pt>
                <c:pt idx="2158">
                  <c:v>-0.23771308562766399</c:v>
                </c:pt>
                <c:pt idx="2159">
                  <c:v>0.17680510439038599</c:v>
                </c:pt>
                <c:pt idx="2160">
                  <c:v>0.141490303730198</c:v>
                </c:pt>
                <c:pt idx="2161">
                  <c:v>-0.29459361842003401</c:v>
                </c:pt>
                <c:pt idx="2162">
                  <c:v>-0.184684734855388</c:v>
                </c:pt>
                <c:pt idx="2163">
                  <c:v>-0.58832023859546101</c:v>
                </c:pt>
                <c:pt idx="2164">
                  <c:v>-0.51750815289080199</c:v>
                </c:pt>
                <c:pt idx="2165">
                  <c:v>0.28805119776811899</c:v>
                </c:pt>
                <c:pt idx="2166">
                  <c:v>0.31157526189709001</c:v>
                </c:pt>
                <c:pt idx="2167">
                  <c:v>-0.33357770672396497</c:v>
                </c:pt>
                <c:pt idx="2168">
                  <c:v>0.474265137085148</c:v>
                </c:pt>
                <c:pt idx="2169">
                  <c:v>0.33615210972722698</c:v>
                </c:pt>
                <c:pt idx="2170">
                  <c:v>-0.41173768462585503</c:v>
                </c:pt>
                <c:pt idx="2171">
                  <c:v>0.35287528735457502</c:v>
                </c:pt>
                <c:pt idx="2172">
                  <c:v>0.154300073267613</c:v>
                </c:pt>
                <c:pt idx="2173">
                  <c:v>0.40497253398129401</c:v>
                </c:pt>
                <c:pt idx="2174">
                  <c:v>-0.12977665512136799</c:v>
                </c:pt>
                <c:pt idx="2175">
                  <c:v>-0.188356855012838</c:v>
                </c:pt>
                <c:pt idx="2176">
                  <c:v>-0.192795808957307</c:v>
                </c:pt>
                <c:pt idx="2177">
                  <c:v>0.69990841853775299</c:v>
                </c:pt>
                <c:pt idx="2178">
                  <c:v>0.30148164602670802</c:v>
                </c:pt>
                <c:pt idx="2179">
                  <c:v>0.311073301946173</c:v>
                </c:pt>
                <c:pt idx="2180">
                  <c:v>-0.18242333660267099</c:v>
                </c:pt>
                <c:pt idx="2181">
                  <c:v>0.31268747374172901</c:v>
                </c:pt>
                <c:pt idx="2182">
                  <c:v>-0.13307229010091201</c:v>
                </c:pt>
                <c:pt idx="2183">
                  <c:v>-0.34620931944095501</c:v>
                </c:pt>
                <c:pt idx="2184">
                  <c:v>0.47439379525766201</c:v>
                </c:pt>
                <c:pt idx="2185">
                  <c:v>-0.14799297291917299</c:v>
                </c:pt>
                <c:pt idx="2186">
                  <c:v>0.34951976752005698</c:v>
                </c:pt>
                <c:pt idx="2187">
                  <c:v>0.24138906333664101</c:v>
                </c:pt>
                <c:pt idx="2188">
                  <c:v>-0.80150473912808795</c:v>
                </c:pt>
                <c:pt idx="2189">
                  <c:v>0.14314137675705799</c:v>
                </c:pt>
                <c:pt idx="2190">
                  <c:v>-0.155133438119929</c:v>
                </c:pt>
                <c:pt idx="2191">
                  <c:v>-0.176089605970873</c:v>
                </c:pt>
                <c:pt idx="2192">
                  <c:v>0.195954791071518</c:v>
                </c:pt>
                <c:pt idx="2193">
                  <c:v>-0.25242121739912399</c:v>
                </c:pt>
                <c:pt idx="2194">
                  <c:v>-0.33483108811922302</c:v>
                </c:pt>
                <c:pt idx="2195">
                  <c:v>-0.35837175680919098</c:v>
                </c:pt>
                <c:pt idx="2196">
                  <c:v>-0.17749681455364899</c:v>
                </c:pt>
                <c:pt idx="2197">
                  <c:v>-0.56061172557635097</c:v>
                </c:pt>
                <c:pt idx="2198">
                  <c:v>0.56361576503247002</c:v>
                </c:pt>
                <c:pt idx="2199">
                  <c:v>-0.398318972463859</c:v>
                </c:pt>
                <c:pt idx="2200">
                  <c:v>-0.37570247209235003</c:v>
                </c:pt>
                <c:pt idx="2201">
                  <c:v>-0.39014146808017702</c:v>
                </c:pt>
                <c:pt idx="2202">
                  <c:v>-0.33393833317291999</c:v>
                </c:pt>
                <c:pt idx="2203">
                  <c:v>0.60034049452349303</c:v>
                </c:pt>
                <c:pt idx="2204">
                  <c:v>-0.20755498274991899</c:v>
                </c:pt>
                <c:pt idx="2205">
                  <c:v>0.25325505454019698</c:v>
                </c:pt>
                <c:pt idx="2206">
                  <c:v>0.27228413657711298</c:v>
                </c:pt>
                <c:pt idx="2207">
                  <c:v>0.193898974669068</c:v>
                </c:pt>
                <c:pt idx="2208">
                  <c:v>-0.82513513289002904</c:v>
                </c:pt>
                <c:pt idx="2209">
                  <c:v>-0.440977505376555</c:v>
                </c:pt>
                <c:pt idx="2210">
                  <c:v>-0.54966345060224198</c:v>
                </c:pt>
                <c:pt idx="2211">
                  <c:v>-0.167750631571568</c:v>
                </c:pt>
                <c:pt idx="2212">
                  <c:v>0.26822654115741101</c:v>
                </c:pt>
                <c:pt idx="2213">
                  <c:v>0.45492730050435498</c:v>
                </c:pt>
                <c:pt idx="2214">
                  <c:v>-0.352317257066115</c:v>
                </c:pt>
                <c:pt idx="2215">
                  <c:v>0.40061007691213402</c:v>
                </c:pt>
                <c:pt idx="2216">
                  <c:v>0.201771409085651</c:v>
                </c:pt>
                <c:pt idx="2217">
                  <c:v>-0.26472978587769103</c:v>
                </c:pt>
                <c:pt idx="2218">
                  <c:v>-0.38328647312048097</c:v>
                </c:pt>
                <c:pt idx="2219">
                  <c:v>-0.19027075723119299</c:v>
                </c:pt>
                <c:pt idx="2220">
                  <c:v>-0.152788509610264</c:v>
                </c:pt>
                <c:pt idx="2221">
                  <c:v>-0.180817111879023</c:v>
                </c:pt>
                <c:pt idx="2222">
                  <c:v>-0.18892565635142899</c:v>
                </c:pt>
                <c:pt idx="2223">
                  <c:v>0.207641008679158</c:v>
                </c:pt>
                <c:pt idx="2224">
                  <c:v>-0.37579795816281703</c:v>
                </c:pt>
                <c:pt idx="2225">
                  <c:v>0.49958062564410699</c:v>
                </c:pt>
                <c:pt idx="2226">
                  <c:v>-0.20457399383250799</c:v>
                </c:pt>
                <c:pt idx="2227">
                  <c:v>-0.29676843690798899</c:v>
                </c:pt>
                <c:pt idx="2228">
                  <c:v>-0.39957943929887901</c:v>
                </c:pt>
                <c:pt idx="2229">
                  <c:v>-0.37062936333609298</c:v>
                </c:pt>
                <c:pt idx="2230">
                  <c:v>-0.13310036810655401</c:v>
                </c:pt>
                <c:pt idx="2231">
                  <c:v>-0.60153508781293397</c:v>
                </c:pt>
                <c:pt idx="2232">
                  <c:v>0.13337768871115299</c:v>
                </c:pt>
                <c:pt idx="2233">
                  <c:v>0.136681303396919</c:v>
                </c:pt>
                <c:pt idx="2234">
                  <c:v>-0.16033592570369801</c:v>
                </c:pt>
                <c:pt idx="2235">
                  <c:v>-0.25836026065441298</c:v>
                </c:pt>
                <c:pt idx="2236">
                  <c:v>0.23880809519222601</c:v>
                </c:pt>
                <c:pt idx="2237">
                  <c:v>-0.25079085844521398</c:v>
                </c:pt>
                <c:pt idx="2238">
                  <c:v>-0.22958885516092301</c:v>
                </c:pt>
                <c:pt idx="2239">
                  <c:v>0.15343026110663899</c:v>
                </c:pt>
                <c:pt idx="2240">
                  <c:v>-0.38376598470678402</c:v>
                </c:pt>
                <c:pt idx="2241">
                  <c:v>-0.178507523707054</c:v>
                </c:pt>
                <c:pt idx="2242">
                  <c:v>-0.17315994033583201</c:v>
                </c:pt>
                <c:pt idx="2243">
                  <c:v>0.41050340678430403</c:v>
                </c:pt>
                <c:pt idx="2244">
                  <c:v>0.170875654021167</c:v>
                </c:pt>
                <c:pt idx="2245">
                  <c:v>-0.217500468911105</c:v>
                </c:pt>
                <c:pt idx="2246">
                  <c:v>0.20298247643122699</c:v>
                </c:pt>
                <c:pt idx="2247">
                  <c:v>0.17879794218134701</c:v>
                </c:pt>
                <c:pt idx="2248">
                  <c:v>0.32776198150584801</c:v>
                </c:pt>
                <c:pt idx="2249">
                  <c:v>0.31930779712769197</c:v>
                </c:pt>
                <c:pt idx="2250">
                  <c:v>-0.43856980764007503</c:v>
                </c:pt>
                <c:pt idx="2251">
                  <c:v>-0.14607316068114801</c:v>
                </c:pt>
                <c:pt idx="2252">
                  <c:v>-0.16517650964531</c:v>
                </c:pt>
                <c:pt idx="2253">
                  <c:v>0.38752847772426002</c:v>
                </c:pt>
                <c:pt idx="2254">
                  <c:v>0.34412538533783998</c:v>
                </c:pt>
                <c:pt idx="2255">
                  <c:v>0.171853286176926</c:v>
                </c:pt>
                <c:pt idx="2256">
                  <c:v>-0.15156688211557401</c:v>
                </c:pt>
                <c:pt idx="2257">
                  <c:v>-0.31342953032396498</c:v>
                </c:pt>
                <c:pt idx="2258">
                  <c:v>0.14469440477807499</c:v>
                </c:pt>
                <c:pt idx="2259">
                  <c:v>-0.13171436419096899</c:v>
                </c:pt>
                <c:pt idx="2260">
                  <c:v>0.46871961763783399</c:v>
                </c:pt>
                <c:pt idx="2261">
                  <c:v>-0.61683655621551403</c:v>
                </c:pt>
                <c:pt idx="2262">
                  <c:v>0.151411672683714</c:v>
                </c:pt>
                <c:pt idx="2263">
                  <c:v>-0.197526440162129</c:v>
                </c:pt>
                <c:pt idx="2264">
                  <c:v>-0.206454927461763</c:v>
                </c:pt>
                <c:pt idx="2265">
                  <c:v>0.32120880100129801</c:v>
                </c:pt>
                <c:pt idx="2266">
                  <c:v>0.21273828516144999</c:v>
                </c:pt>
                <c:pt idx="2267">
                  <c:v>-0.18999869843898401</c:v>
                </c:pt>
                <c:pt idx="2268">
                  <c:v>0.40826717174723398</c:v>
                </c:pt>
                <c:pt idx="2269">
                  <c:v>-0.412920830469929</c:v>
                </c:pt>
                <c:pt idx="2270">
                  <c:v>-0.13615937830213601</c:v>
                </c:pt>
                <c:pt idx="2271">
                  <c:v>-0.40907354859205503</c:v>
                </c:pt>
                <c:pt idx="2272">
                  <c:v>0.32235937243631702</c:v>
                </c:pt>
                <c:pt idx="2273">
                  <c:v>-0.164348303248218</c:v>
                </c:pt>
                <c:pt idx="2274">
                  <c:v>-0.29925199415738701</c:v>
                </c:pt>
                <c:pt idx="2275">
                  <c:v>-0.443969113363398</c:v>
                </c:pt>
                <c:pt idx="2276">
                  <c:v>0.37052378358826099</c:v>
                </c:pt>
                <c:pt idx="2277">
                  <c:v>0.151762304215904</c:v>
                </c:pt>
                <c:pt idx="2278">
                  <c:v>0.18423275886957699</c:v>
                </c:pt>
                <c:pt idx="2279">
                  <c:v>-0.75375584287689201</c:v>
                </c:pt>
                <c:pt idx="2280">
                  <c:v>0.16400494222038001</c:v>
                </c:pt>
                <c:pt idx="2281">
                  <c:v>-0.139974492951808</c:v>
                </c:pt>
                <c:pt idx="2282">
                  <c:v>0.165290518742779</c:v>
                </c:pt>
                <c:pt idx="2283">
                  <c:v>-0.35443671877768401</c:v>
                </c:pt>
                <c:pt idx="2284">
                  <c:v>-0.33518879268568502</c:v>
                </c:pt>
                <c:pt idx="2285">
                  <c:v>-0.16638570944357101</c:v>
                </c:pt>
                <c:pt idx="2286">
                  <c:v>0.34910187000675202</c:v>
                </c:pt>
                <c:pt idx="2287">
                  <c:v>-0.30430766252265701</c:v>
                </c:pt>
                <c:pt idx="2288">
                  <c:v>-0.273104873314296</c:v>
                </c:pt>
                <c:pt idx="2289">
                  <c:v>0.157283192769203</c:v>
                </c:pt>
                <c:pt idx="2290">
                  <c:v>0.41521796598077998</c:v>
                </c:pt>
                <c:pt idx="2291">
                  <c:v>-0.143997776495596</c:v>
                </c:pt>
                <c:pt idx="2292">
                  <c:v>0.156854570153868</c:v>
                </c:pt>
                <c:pt idx="2293">
                  <c:v>-0.17542686327100701</c:v>
                </c:pt>
                <c:pt idx="2294">
                  <c:v>0.24465131703781001</c:v>
                </c:pt>
                <c:pt idx="2295">
                  <c:v>-0.12911064082993601</c:v>
                </c:pt>
                <c:pt idx="2296">
                  <c:v>-0.25242926411745298</c:v>
                </c:pt>
                <c:pt idx="2297">
                  <c:v>0.37154875352872802</c:v>
                </c:pt>
                <c:pt idx="2298">
                  <c:v>0.72744257043530802</c:v>
                </c:pt>
                <c:pt idx="2299">
                  <c:v>-0.35849561687107501</c:v>
                </c:pt>
                <c:pt idx="2300">
                  <c:v>0.53501662996643895</c:v>
                </c:pt>
                <c:pt idx="2301">
                  <c:v>0.237389919686567</c:v>
                </c:pt>
                <c:pt idx="2302">
                  <c:v>0.42052749241950899</c:v>
                </c:pt>
                <c:pt idx="2303">
                  <c:v>-0.12974904546923599</c:v>
                </c:pt>
                <c:pt idx="2304">
                  <c:v>-0.181943024149263</c:v>
                </c:pt>
                <c:pt idx="2305">
                  <c:v>0.12841482024477099</c:v>
                </c:pt>
                <c:pt idx="2306">
                  <c:v>0.51990966179215503</c:v>
                </c:pt>
                <c:pt idx="2307">
                  <c:v>-0.354908418418866</c:v>
                </c:pt>
                <c:pt idx="2308">
                  <c:v>0.28612996383211697</c:v>
                </c:pt>
                <c:pt idx="2309">
                  <c:v>-0.16446894091723199</c:v>
                </c:pt>
                <c:pt idx="2310">
                  <c:v>-0.161994152755224</c:v>
                </c:pt>
                <c:pt idx="2311">
                  <c:v>-0.16624105137225301</c:v>
                </c:pt>
                <c:pt idx="2312">
                  <c:v>0.40039252254670299</c:v>
                </c:pt>
                <c:pt idx="2313">
                  <c:v>0.12109123412544801</c:v>
                </c:pt>
                <c:pt idx="2314">
                  <c:v>0.42095389085054102</c:v>
                </c:pt>
                <c:pt idx="2315">
                  <c:v>-0.219316666256304</c:v>
                </c:pt>
                <c:pt idx="2316">
                  <c:v>0.31558605554264602</c:v>
                </c:pt>
                <c:pt idx="2317">
                  <c:v>0.19817091312313201</c:v>
                </c:pt>
                <c:pt idx="2318">
                  <c:v>-0.20087473745374099</c:v>
                </c:pt>
                <c:pt idx="2319">
                  <c:v>-0.50878249504105399</c:v>
                </c:pt>
                <c:pt idx="2320">
                  <c:v>-0.58535311979137505</c:v>
                </c:pt>
                <c:pt idx="2321">
                  <c:v>-0.22903105336761301</c:v>
                </c:pt>
                <c:pt idx="2322">
                  <c:v>-0.12764702276529899</c:v>
                </c:pt>
                <c:pt idx="2323">
                  <c:v>-0.164214986589201</c:v>
                </c:pt>
                <c:pt idx="2324">
                  <c:v>0.14578471844549801</c:v>
                </c:pt>
                <c:pt idx="2325">
                  <c:v>0.29746512562676802</c:v>
                </c:pt>
                <c:pt idx="2326">
                  <c:v>-0.29709622146478798</c:v>
                </c:pt>
                <c:pt idx="2327">
                  <c:v>-0.13949277922072101</c:v>
                </c:pt>
                <c:pt idx="2328">
                  <c:v>0.161570857603518</c:v>
                </c:pt>
                <c:pt idx="2329">
                  <c:v>0.120882427511283</c:v>
                </c:pt>
                <c:pt idx="2330">
                  <c:v>0.32895627376184999</c:v>
                </c:pt>
                <c:pt idx="2331">
                  <c:v>0.27654401093485997</c:v>
                </c:pt>
                <c:pt idx="2332">
                  <c:v>0.16184225383341999</c:v>
                </c:pt>
                <c:pt idx="2333">
                  <c:v>-0.132939193809925</c:v>
                </c:pt>
                <c:pt idx="2334">
                  <c:v>-0.25013881176017</c:v>
                </c:pt>
                <c:pt idx="2335">
                  <c:v>-0.122075474029277</c:v>
                </c:pt>
                <c:pt idx="2336">
                  <c:v>0.16673664180391501</c:v>
                </c:pt>
                <c:pt idx="2337">
                  <c:v>0.23971075661201599</c:v>
                </c:pt>
                <c:pt idx="2338">
                  <c:v>0.31144011621346501</c:v>
                </c:pt>
                <c:pt idx="2339">
                  <c:v>0.26554081844248101</c:v>
                </c:pt>
                <c:pt idx="2340">
                  <c:v>0.11936347128708</c:v>
                </c:pt>
                <c:pt idx="2341">
                  <c:v>-0.13138683397422901</c:v>
                </c:pt>
                <c:pt idx="2342">
                  <c:v>0.27861881215415002</c:v>
                </c:pt>
                <c:pt idx="2343">
                  <c:v>-0.14773712049426299</c:v>
                </c:pt>
                <c:pt idx="2344">
                  <c:v>0.22457828037790201</c:v>
                </c:pt>
                <c:pt idx="2345">
                  <c:v>-0.17206252272102099</c:v>
                </c:pt>
                <c:pt idx="2346">
                  <c:v>-0.134511975289168</c:v>
                </c:pt>
                <c:pt idx="2347">
                  <c:v>-0.14532574695997599</c:v>
                </c:pt>
                <c:pt idx="2348">
                  <c:v>0.30887973760024701</c:v>
                </c:pt>
                <c:pt idx="2349">
                  <c:v>0.55508218908075302</c:v>
                </c:pt>
                <c:pt idx="2350">
                  <c:v>0.28856167679050099</c:v>
                </c:pt>
                <c:pt idx="2351">
                  <c:v>0.182543160684915</c:v>
                </c:pt>
                <c:pt idx="2352">
                  <c:v>0.239273072785924</c:v>
                </c:pt>
                <c:pt idx="2353">
                  <c:v>-0.26228249529547298</c:v>
                </c:pt>
                <c:pt idx="2354">
                  <c:v>0.18559434326317301</c:v>
                </c:pt>
                <c:pt idx="2355">
                  <c:v>-0.212010545271447</c:v>
                </c:pt>
                <c:pt idx="2356">
                  <c:v>0.25563377013917699</c:v>
                </c:pt>
                <c:pt idx="2357">
                  <c:v>-0.21599100613874</c:v>
                </c:pt>
                <c:pt idx="2358">
                  <c:v>0.450370757823709</c:v>
                </c:pt>
                <c:pt idx="2359">
                  <c:v>0.54530271329181801</c:v>
                </c:pt>
                <c:pt idx="2360">
                  <c:v>-0.214385915893644</c:v>
                </c:pt>
                <c:pt idx="2361">
                  <c:v>-0.27709914750182602</c:v>
                </c:pt>
                <c:pt idx="2362">
                  <c:v>-0.22992896414561401</c:v>
                </c:pt>
                <c:pt idx="2363">
                  <c:v>0.12937601864764001</c:v>
                </c:pt>
                <c:pt idx="2364">
                  <c:v>-0.212246652078043</c:v>
                </c:pt>
                <c:pt idx="2365">
                  <c:v>-0.27648361529435</c:v>
                </c:pt>
                <c:pt idx="2366">
                  <c:v>0.37583093887077001</c:v>
                </c:pt>
                <c:pt idx="2367">
                  <c:v>0.201775487507831</c:v>
                </c:pt>
                <c:pt idx="2368">
                  <c:v>-0.27259474135237799</c:v>
                </c:pt>
                <c:pt idx="2369">
                  <c:v>0.281030057727918</c:v>
                </c:pt>
                <c:pt idx="2370">
                  <c:v>-0.14574116786305799</c:v>
                </c:pt>
                <c:pt idx="2371">
                  <c:v>-0.290793863276118</c:v>
                </c:pt>
                <c:pt idx="2372">
                  <c:v>0.14111993330731901</c:v>
                </c:pt>
                <c:pt idx="2373">
                  <c:v>-0.24536623313526101</c:v>
                </c:pt>
                <c:pt idx="2374">
                  <c:v>-1.2541901311038599</c:v>
                </c:pt>
                <c:pt idx="2375">
                  <c:v>-0.25241187930556203</c:v>
                </c:pt>
                <c:pt idx="2376">
                  <c:v>-0.12909514658490601</c:v>
                </c:pt>
                <c:pt idx="2377">
                  <c:v>0.16488106374582001</c:v>
                </c:pt>
                <c:pt idx="2378">
                  <c:v>0.42593369474374398</c:v>
                </c:pt>
                <c:pt idx="2379">
                  <c:v>-0.21560889020367599</c:v>
                </c:pt>
                <c:pt idx="2380">
                  <c:v>-0.31280811016969801</c:v>
                </c:pt>
                <c:pt idx="2381">
                  <c:v>-0.233914274940208</c:v>
                </c:pt>
                <c:pt idx="2382">
                  <c:v>-0.299570845630861</c:v>
                </c:pt>
                <c:pt idx="2383">
                  <c:v>-0.56511339418326001</c:v>
                </c:pt>
                <c:pt idx="2384">
                  <c:v>-0.21467589784843</c:v>
                </c:pt>
                <c:pt idx="2385">
                  <c:v>-0.34050058480737999</c:v>
                </c:pt>
                <c:pt idx="2386">
                  <c:v>-0.35377690400726902</c:v>
                </c:pt>
                <c:pt idx="2387">
                  <c:v>0.29385710216247701</c:v>
                </c:pt>
                <c:pt idx="2388">
                  <c:v>-0.36016952106396999</c:v>
                </c:pt>
                <c:pt idx="2389">
                  <c:v>-0.14451178060203801</c:v>
                </c:pt>
                <c:pt idx="2390">
                  <c:v>0.12404035236420401</c:v>
                </c:pt>
                <c:pt idx="2391">
                  <c:v>0.15787763908277</c:v>
                </c:pt>
                <c:pt idx="2392">
                  <c:v>-0.24547916978598</c:v>
                </c:pt>
                <c:pt idx="2393">
                  <c:v>0.15784697996712899</c:v>
                </c:pt>
                <c:pt idx="2394">
                  <c:v>0.44882431602779199</c:v>
                </c:pt>
                <c:pt idx="2395">
                  <c:v>0.30346645137860401</c:v>
                </c:pt>
                <c:pt idx="2396">
                  <c:v>0.187637476134736</c:v>
                </c:pt>
                <c:pt idx="2397">
                  <c:v>0.13246089370935701</c:v>
                </c:pt>
                <c:pt idx="2398">
                  <c:v>0.172363512471222</c:v>
                </c:pt>
                <c:pt idx="2399">
                  <c:v>0.58114018981777305</c:v>
                </c:pt>
                <c:pt idx="2400">
                  <c:v>0.53626290391268905</c:v>
                </c:pt>
                <c:pt idx="2401">
                  <c:v>-0.12290303239759499</c:v>
                </c:pt>
                <c:pt idx="2402">
                  <c:v>-0.15325794720844901</c:v>
                </c:pt>
                <c:pt idx="2403">
                  <c:v>-0.28140179342655702</c:v>
                </c:pt>
                <c:pt idx="2404">
                  <c:v>0.408341611827232</c:v>
                </c:pt>
                <c:pt idx="2405">
                  <c:v>-0.41094877446067801</c:v>
                </c:pt>
                <c:pt idx="2406">
                  <c:v>-0.15586279056348601</c:v>
                </c:pt>
                <c:pt idx="2407">
                  <c:v>-0.126182850042312</c:v>
                </c:pt>
                <c:pt idx="2408">
                  <c:v>0.56104209152961104</c:v>
                </c:pt>
                <c:pt idx="2409">
                  <c:v>-0.21424070580882701</c:v>
                </c:pt>
                <c:pt idx="2410">
                  <c:v>0.56039741796271503</c:v>
                </c:pt>
                <c:pt idx="2411">
                  <c:v>0.40567171000380903</c:v>
                </c:pt>
                <c:pt idx="2412">
                  <c:v>0.34273851210180001</c:v>
                </c:pt>
                <c:pt idx="2413">
                  <c:v>-0.20112043863134599</c:v>
                </c:pt>
                <c:pt idx="2414">
                  <c:v>-0.16873517920511499</c:v>
                </c:pt>
                <c:pt idx="2415">
                  <c:v>0.49405253378885999</c:v>
                </c:pt>
                <c:pt idx="2416">
                  <c:v>0.29252630762397303</c:v>
                </c:pt>
                <c:pt idx="2417">
                  <c:v>0.13161190019732399</c:v>
                </c:pt>
                <c:pt idx="2418">
                  <c:v>0.313971479005481</c:v>
                </c:pt>
                <c:pt idx="2419">
                  <c:v>0.36359851623670603</c:v>
                </c:pt>
                <c:pt idx="2420">
                  <c:v>0.30499235653434198</c:v>
                </c:pt>
                <c:pt idx="2421">
                  <c:v>0.179389912273173</c:v>
                </c:pt>
                <c:pt idx="2422">
                  <c:v>0.147570676568229</c:v>
                </c:pt>
                <c:pt idx="2423">
                  <c:v>0.30228474865129601</c:v>
                </c:pt>
                <c:pt idx="2424">
                  <c:v>0.20984114292050299</c:v>
                </c:pt>
                <c:pt idx="2425">
                  <c:v>0.17103412671745499</c:v>
                </c:pt>
                <c:pt idx="2426">
                  <c:v>-0.29318523391775703</c:v>
                </c:pt>
                <c:pt idx="2427">
                  <c:v>-0.25570504271274802</c:v>
                </c:pt>
                <c:pt idx="2428">
                  <c:v>-0.33895649336973599</c:v>
                </c:pt>
                <c:pt idx="2429">
                  <c:v>0.284793340137732</c:v>
                </c:pt>
                <c:pt idx="2430">
                  <c:v>-0.28674901187227098</c:v>
                </c:pt>
                <c:pt idx="2431">
                  <c:v>0.29311815039907402</c:v>
                </c:pt>
                <c:pt idx="2432">
                  <c:v>-0.61987939057474195</c:v>
                </c:pt>
                <c:pt idx="2433">
                  <c:v>0.219157641232016</c:v>
                </c:pt>
                <c:pt idx="2434">
                  <c:v>-0.38750228169180201</c:v>
                </c:pt>
                <c:pt idx="2435">
                  <c:v>-0.23733161129629801</c:v>
                </c:pt>
                <c:pt idx="2436">
                  <c:v>-0.14878024270187501</c:v>
                </c:pt>
                <c:pt idx="2437">
                  <c:v>-0.117476803422011</c:v>
                </c:pt>
                <c:pt idx="2438">
                  <c:v>0.128853921307439</c:v>
                </c:pt>
                <c:pt idx="2439">
                  <c:v>-0.174582273887054</c:v>
                </c:pt>
                <c:pt idx="2440">
                  <c:v>0.22315958901901201</c:v>
                </c:pt>
                <c:pt idx="2441">
                  <c:v>0.46678511070469902</c:v>
                </c:pt>
                <c:pt idx="2442">
                  <c:v>-0.28516519770669302</c:v>
                </c:pt>
                <c:pt idx="2443">
                  <c:v>-0.16628417777141599</c:v>
                </c:pt>
                <c:pt idx="2444">
                  <c:v>-0.26142322374631999</c:v>
                </c:pt>
                <c:pt idx="2445">
                  <c:v>0.75433636971645501</c:v>
                </c:pt>
                <c:pt idx="2446">
                  <c:v>-0.20587597883711301</c:v>
                </c:pt>
                <c:pt idx="2447">
                  <c:v>-0.24934625550995901</c:v>
                </c:pt>
                <c:pt idx="2448">
                  <c:v>-0.13811638559990799</c:v>
                </c:pt>
                <c:pt idx="2449">
                  <c:v>-0.22236668100563201</c:v>
                </c:pt>
                <c:pt idx="2450">
                  <c:v>0.134736141795994</c:v>
                </c:pt>
                <c:pt idx="2451">
                  <c:v>0.217221470734177</c:v>
                </c:pt>
                <c:pt idx="2452">
                  <c:v>0.53173591106119</c:v>
                </c:pt>
                <c:pt idx="2453">
                  <c:v>0.15539142667196201</c:v>
                </c:pt>
                <c:pt idx="2454">
                  <c:v>-0.151012790079744</c:v>
                </c:pt>
                <c:pt idx="2455">
                  <c:v>-0.241325414197057</c:v>
                </c:pt>
                <c:pt idx="2456">
                  <c:v>-0.55272554263563101</c:v>
                </c:pt>
                <c:pt idx="2457">
                  <c:v>0.167512408843496</c:v>
                </c:pt>
                <c:pt idx="2458">
                  <c:v>-0.13395800954974699</c:v>
                </c:pt>
                <c:pt idx="2459">
                  <c:v>0.16658417347854701</c:v>
                </c:pt>
                <c:pt idx="2460">
                  <c:v>0.21079217936229699</c:v>
                </c:pt>
                <c:pt idx="2461">
                  <c:v>-0.234354343257593</c:v>
                </c:pt>
                <c:pt idx="2462">
                  <c:v>-0.15616099786434401</c:v>
                </c:pt>
                <c:pt idx="2463">
                  <c:v>-0.55060895641979402</c:v>
                </c:pt>
                <c:pt idx="2464">
                  <c:v>-0.34344016060809701</c:v>
                </c:pt>
                <c:pt idx="2465">
                  <c:v>-0.63050079987086605</c:v>
                </c:pt>
                <c:pt idx="2466">
                  <c:v>0.56899547853102905</c:v>
                </c:pt>
                <c:pt idx="2467">
                  <c:v>-0.144305738776215</c:v>
                </c:pt>
                <c:pt idx="2468">
                  <c:v>0.43381049881206801</c:v>
                </c:pt>
                <c:pt idx="2469">
                  <c:v>-0.14390167256234301</c:v>
                </c:pt>
                <c:pt idx="2470">
                  <c:v>-0.14757332066910001</c:v>
                </c:pt>
                <c:pt idx="2471">
                  <c:v>0.24556028085670101</c:v>
                </c:pt>
                <c:pt idx="2472">
                  <c:v>0.200938777693558</c:v>
                </c:pt>
                <c:pt idx="2473">
                  <c:v>0.31851626323121002</c:v>
                </c:pt>
                <c:pt idx="2474">
                  <c:v>-0.240105988754717</c:v>
                </c:pt>
                <c:pt idx="2475">
                  <c:v>0.13548564677367</c:v>
                </c:pt>
                <c:pt idx="2476">
                  <c:v>-0.42752530197455502</c:v>
                </c:pt>
                <c:pt idx="2477">
                  <c:v>-0.29817865487088102</c:v>
                </c:pt>
                <c:pt idx="2478">
                  <c:v>-0.17508422748212399</c:v>
                </c:pt>
                <c:pt idx="2479">
                  <c:v>-0.30892501998844302</c:v>
                </c:pt>
                <c:pt idx="2480">
                  <c:v>0.137531530374186</c:v>
                </c:pt>
                <c:pt idx="2481">
                  <c:v>0.49822004281881499</c:v>
                </c:pt>
                <c:pt idx="2482">
                  <c:v>-0.127633699840452</c:v>
                </c:pt>
                <c:pt idx="2483">
                  <c:v>0.30468076981207998</c:v>
                </c:pt>
                <c:pt idx="2484">
                  <c:v>0.160641019088864</c:v>
                </c:pt>
                <c:pt idx="2485">
                  <c:v>-0.410998869367383</c:v>
                </c:pt>
                <c:pt idx="2486">
                  <c:v>0.69153336952067701</c:v>
                </c:pt>
                <c:pt idx="2487">
                  <c:v>0.367926273590921</c:v>
                </c:pt>
                <c:pt idx="2488">
                  <c:v>0.123594570408617</c:v>
                </c:pt>
                <c:pt idx="2489">
                  <c:v>0.116439160375755</c:v>
                </c:pt>
                <c:pt idx="2490">
                  <c:v>-0.16913863432675699</c:v>
                </c:pt>
                <c:pt idx="2491">
                  <c:v>0.495751127447491</c:v>
                </c:pt>
                <c:pt idx="2492">
                  <c:v>-0.310092262804673</c:v>
                </c:pt>
                <c:pt idx="2493">
                  <c:v>0.19620724700363801</c:v>
                </c:pt>
                <c:pt idx="2494">
                  <c:v>0.25103355182929499</c:v>
                </c:pt>
                <c:pt idx="2495">
                  <c:v>-0.27539940443746502</c:v>
                </c:pt>
                <c:pt idx="2496">
                  <c:v>0.12546862413589499</c:v>
                </c:pt>
                <c:pt idx="2497">
                  <c:v>0.23198108364988801</c:v>
                </c:pt>
                <c:pt idx="2498">
                  <c:v>0.16680117125982</c:v>
                </c:pt>
                <c:pt idx="2499">
                  <c:v>-0.28714740868808197</c:v>
                </c:pt>
                <c:pt idx="2500">
                  <c:v>0.43826829175384302</c:v>
                </c:pt>
                <c:pt idx="2501">
                  <c:v>-0.38589053860987099</c:v>
                </c:pt>
                <c:pt idx="2502">
                  <c:v>-0.37952352995253602</c:v>
                </c:pt>
                <c:pt idx="2503">
                  <c:v>0.34137554828767602</c:v>
                </c:pt>
                <c:pt idx="2504">
                  <c:v>-0.210054647955666</c:v>
                </c:pt>
                <c:pt idx="2505">
                  <c:v>-0.568195178053163</c:v>
                </c:pt>
                <c:pt idx="2506">
                  <c:v>-0.118853579519008</c:v>
                </c:pt>
                <c:pt idx="2507">
                  <c:v>-0.144304847568755</c:v>
                </c:pt>
                <c:pt idx="2508">
                  <c:v>-0.20720403286219</c:v>
                </c:pt>
                <c:pt idx="2509">
                  <c:v>-0.33966995018096902</c:v>
                </c:pt>
                <c:pt idx="2510">
                  <c:v>-0.48322313768683101</c:v>
                </c:pt>
                <c:pt idx="2511">
                  <c:v>-0.200876272286198</c:v>
                </c:pt>
                <c:pt idx="2512">
                  <c:v>-0.333366832465394</c:v>
                </c:pt>
                <c:pt idx="2513">
                  <c:v>0.21491258921173201</c:v>
                </c:pt>
                <c:pt idx="2514">
                  <c:v>0.319544762017692</c:v>
                </c:pt>
                <c:pt idx="2515">
                  <c:v>-0.118141979689266</c:v>
                </c:pt>
                <c:pt idx="2516">
                  <c:v>-0.13592026807742</c:v>
                </c:pt>
                <c:pt idx="2517">
                  <c:v>0.24838880086272799</c:v>
                </c:pt>
                <c:pt idx="2518">
                  <c:v>0.15624795212739401</c:v>
                </c:pt>
                <c:pt idx="2519">
                  <c:v>-0.25514135205050797</c:v>
                </c:pt>
                <c:pt idx="2520">
                  <c:v>-0.43887837798541102</c:v>
                </c:pt>
                <c:pt idx="2521">
                  <c:v>-0.40948087671446098</c:v>
                </c:pt>
                <c:pt idx="2522">
                  <c:v>0.147229016921997</c:v>
                </c:pt>
                <c:pt idx="2523">
                  <c:v>0.28190941143506298</c:v>
                </c:pt>
                <c:pt idx="2524">
                  <c:v>-0.17879014075973701</c:v>
                </c:pt>
                <c:pt idx="2525">
                  <c:v>-0.20469566731432601</c:v>
                </c:pt>
                <c:pt idx="2526">
                  <c:v>-0.128658589627133</c:v>
                </c:pt>
                <c:pt idx="2527">
                  <c:v>0.44979394479815199</c:v>
                </c:pt>
                <c:pt idx="2528">
                  <c:v>0.122071529430912</c:v>
                </c:pt>
                <c:pt idx="2529">
                  <c:v>-0.188818496499771</c:v>
                </c:pt>
                <c:pt idx="2530">
                  <c:v>-0.234383783436211</c:v>
                </c:pt>
                <c:pt idx="2531">
                  <c:v>-0.15750822039214499</c:v>
                </c:pt>
                <c:pt idx="2532">
                  <c:v>0.25296844296767101</c:v>
                </c:pt>
                <c:pt idx="2533">
                  <c:v>-0.266030259882861</c:v>
                </c:pt>
                <c:pt idx="2534">
                  <c:v>-0.22595555365419201</c:v>
                </c:pt>
                <c:pt idx="2535">
                  <c:v>0.140095215323811</c:v>
                </c:pt>
                <c:pt idx="2536">
                  <c:v>-0.30201882215770198</c:v>
                </c:pt>
                <c:pt idx="2537">
                  <c:v>0.33564877335041698</c:v>
                </c:pt>
                <c:pt idx="2538">
                  <c:v>-0.126972117215331</c:v>
                </c:pt>
                <c:pt idx="2539">
                  <c:v>0.38036615979356397</c:v>
                </c:pt>
                <c:pt idx="2540">
                  <c:v>0.14742060595096301</c:v>
                </c:pt>
                <c:pt idx="2541">
                  <c:v>-0.10674997890673101</c:v>
                </c:pt>
                <c:pt idx="2542">
                  <c:v>0.188855513762725</c:v>
                </c:pt>
                <c:pt idx="2543">
                  <c:v>0.41010839036017499</c:v>
                </c:pt>
                <c:pt idx="2544">
                  <c:v>-0.22807114383464</c:v>
                </c:pt>
                <c:pt idx="2545">
                  <c:v>-0.42423194230931199</c:v>
                </c:pt>
                <c:pt idx="2546">
                  <c:v>-0.13088576002486699</c:v>
                </c:pt>
                <c:pt idx="2547">
                  <c:v>0.17205550864979799</c:v>
                </c:pt>
                <c:pt idx="2548">
                  <c:v>-0.18069110671439501</c:v>
                </c:pt>
                <c:pt idx="2549">
                  <c:v>0.45434878825045599</c:v>
                </c:pt>
                <c:pt idx="2550">
                  <c:v>0.36696826773114199</c:v>
                </c:pt>
                <c:pt idx="2551">
                  <c:v>-0.139454835454245</c:v>
                </c:pt>
                <c:pt idx="2552">
                  <c:v>0.26398535265853701</c:v>
                </c:pt>
                <c:pt idx="2553">
                  <c:v>0.314076315406837</c:v>
                </c:pt>
                <c:pt idx="2554">
                  <c:v>0.118275616040698</c:v>
                </c:pt>
                <c:pt idx="2555">
                  <c:v>0.40057250528996502</c:v>
                </c:pt>
                <c:pt idx="2556">
                  <c:v>0.16419814105098099</c:v>
                </c:pt>
                <c:pt idx="2557">
                  <c:v>-0.298647329956783</c:v>
                </c:pt>
                <c:pt idx="2558">
                  <c:v>-0.193541107403888</c:v>
                </c:pt>
                <c:pt idx="2559">
                  <c:v>0.25559336692801099</c:v>
                </c:pt>
                <c:pt idx="2560">
                  <c:v>-0.13230590523860999</c:v>
                </c:pt>
                <c:pt idx="2561">
                  <c:v>0.16763692437505301</c:v>
                </c:pt>
                <c:pt idx="2562">
                  <c:v>0.64848822760007596</c:v>
                </c:pt>
                <c:pt idx="2563">
                  <c:v>-0.66597718160935004</c:v>
                </c:pt>
                <c:pt idx="2564">
                  <c:v>0.28505330776888399</c:v>
                </c:pt>
                <c:pt idx="2565">
                  <c:v>-0.16991749768594699</c:v>
                </c:pt>
                <c:pt idx="2566">
                  <c:v>-0.26613651422113799</c:v>
                </c:pt>
                <c:pt idx="2567">
                  <c:v>-0.26390291204234001</c:v>
                </c:pt>
                <c:pt idx="2568">
                  <c:v>0.192366124938044</c:v>
                </c:pt>
                <c:pt idx="2569">
                  <c:v>-0.29681375262361298</c:v>
                </c:pt>
                <c:pt idx="2570">
                  <c:v>0.22989393975776201</c:v>
                </c:pt>
                <c:pt idx="2571">
                  <c:v>-0.11670523889072</c:v>
                </c:pt>
                <c:pt idx="2572">
                  <c:v>-0.15187070988502399</c:v>
                </c:pt>
                <c:pt idx="2573">
                  <c:v>0.25500173345784599</c:v>
                </c:pt>
                <c:pt idx="2574">
                  <c:v>0.247528397004697</c:v>
                </c:pt>
                <c:pt idx="2575">
                  <c:v>0.228639058273053</c:v>
                </c:pt>
                <c:pt idx="2576">
                  <c:v>-0.16648569738181601</c:v>
                </c:pt>
                <c:pt idx="2577">
                  <c:v>-0.13818713002390801</c:v>
                </c:pt>
                <c:pt idx="2578">
                  <c:v>-0.48355343379159199</c:v>
                </c:pt>
                <c:pt idx="2579">
                  <c:v>0.13770199248463699</c:v>
                </c:pt>
                <c:pt idx="2580">
                  <c:v>-0.83176564505919304</c:v>
                </c:pt>
                <c:pt idx="2581">
                  <c:v>-0.12842677673900099</c:v>
                </c:pt>
                <c:pt idx="2582">
                  <c:v>0.136596960421763</c:v>
                </c:pt>
                <c:pt idx="2583">
                  <c:v>-0.117050118754552</c:v>
                </c:pt>
                <c:pt idx="2584">
                  <c:v>0.142072176749377</c:v>
                </c:pt>
                <c:pt idx="2585">
                  <c:v>-0.31956379529829299</c:v>
                </c:pt>
                <c:pt idx="2586">
                  <c:v>-0.114672357761162</c:v>
                </c:pt>
                <c:pt idx="2587">
                  <c:v>-0.15177198451217999</c:v>
                </c:pt>
                <c:pt idx="2588">
                  <c:v>-0.13615747011440099</c:v>
                </c:pt>
                <c:pt idx="2589">
                  <c:v>0.36593509716907802</c:v>
                </c:pt>
                <c:pt idx="2590">
                  <c:v>-0.15245356676072</c:v>
                </c:pt>
                <c:pt idx="2591">
                  <c:v>-0.217319928313842</c:v>
                </c:pt>
                <c:pt idx="2592">
                  <c:v>-0.156477436782406</c:v>
                </c:pt>
                <c:pt idx="2593">
                  <c:v>-0.32634223688860298</c:v>
                </c:pt>
                <c:pt idx="2594">
                  <c:v>-0.121617433409185</c:v>
                </c:pt>
                <c:pt idx="2595">
                  <c:v>0.26406556378221402</c:v>
                </c:pt>
                <c:pt idx="2596">
                  <c:v>0.89928650551760103</c:v>
                </c:pt>
                <c:pt idx="2597">
                  <c:v>-0.13975319794862201</c:v>
                </c:pt>
                <c:pt idx="2598">
                  <c:v>-0.32161014238708002</c:v>
                </c:pt>
                <c:pt idx="2599">
                  <c:v>0.24795144922010301</c:v>
                </c:pt>
                <c:pt idx="2600">
                  <c:v>-0.28257950654533898</c:v>
                </c:pt>
                <c:pt idx="2601">
                  <c:v>-0.13747378952192699</c:v>
                </c:pt>
                <c:pt idx="2602">
                  <c:v>0.17995238744485301</c:v>
                </c:pt>
                <c:pt idx="2603">
                  <c:v>-0.17811544987591399</c:v>
                </c:pt>
                <c:pt idx="2604">
                  <c:v>1.2379281577630601</c:v>
                </c:pt>
                <c:pt idx="2605">
                  <c:v>0.22172314930488601</c:v>
                </c:pt>
                <c:pt idx="2606">
                  <c:v>-0.31061066052231101</c:v>
                </c:pt>
                <c:pt idx="2607">
                  <c:v>0.22724239173873401</c:v>
                </c:pt>
                <c:pt idx="2608">
                  <c:v>0.42803851343319699</c:v>
                </c:pt>
                <c:pt idx="2609">
                  <c:v>-0.131832948466649</c:v>
                </c:pt>
                <c:pt idx="2610">
                  <c:v>0.56760332538559799</c:v>
                </c:pt>
                <c:pt idx="2611">
                  <c:v>0.45722450618834298</c:v>
                </c:pt>
                <c:pt idx="2612">
                  <c:v>0.34480883256083</c:v>
                </c:pt>
                <c:pt idx="2613">
                  <c:v>-0.15676133280910401</c:v>
                </c:pt>
                <c:pt idx="2614">
                  <c:v>-0.22954197376431701</c:v>
                </c:pt>
                <c:pt idx="2615">
                  <c:v>-0.34776465372107201</c:v>
                </c:pt>
                <c:pt idx="2616">
                  <c:v>0.20370642985048101</c:v>
                </c:pt>
                <c:pt idx="2617">
                  <c:v>0.37115977707748399</c:v>
                </c:pt>
                <c:pt idx="2618">
                  <c:v>0.17856301532729199</c:v>
                </c:pt>
                <c:pt idx="2619">
                  <c:v>-0.11316755613694</c:v>
                </c:pt>
                <c:pt idx="2620">
                  <c:v>-0.12122861669555</c:v>
                </c:pt>
                <c:pt idx="2621">
                  <c:v>0.40511292613129501</c:v>
                </c:pt>
                <c:pt idx="2622">
                  <c:v>-0.127473717316615</c:v>
                </c:pt>
                <c:pt idx="2623">
                  <c:v>-0.15864611247972599</c:v>
                </c:pt>
                <c:pt idx="2624">
                  <c:v>0.123478288884989</c:v>
                </c:pt>
                <c:pt idx="2625">
                  <c:v>-0.25875526932329201</c:v>
                </c:pt>
                <c:pt idx="2626">
                  <c:v>-0.32561812092993497</c:v>
                </c:pt>
                <c:pt idx="2627">
                  <c:v>-0.153618120836541</c:v>
                </c:pt>
                <c:pt idx="2628">
                  <c:v>0.14376159775285699</c:v>
                </c:pt>
                <c:pt idx="2629">
                  <c:v>-0.247565287377984</c:v>
                </c:pt>
                <c:pt idx="2630">
                  <c:v>0.139662429638506</c:v>
                </c:pt>
                <c:pt idx="2631">
                  <c:v>-0.41326789543321102</c:v>
                </c:pt>
                <c:pt idx="2632">
                  <c:v>-0.50158621681472904</c:v>
                </c:pt>
                <c:pt idx="2633">
                  <c:v>-0.114007746130646</c:v>
                </c:pt>
                <c:pt idx="2634">
                  <c:v>0.16060385750747799</c:v>
                </c:pt>
                <c:pt idx="2635">
                  <c:v>0.25972929636796799</c:v>
                </c:pt>
                <c:pt idx="2636">
                  <c:v>0.203586433012795</c:v>
                </c:pt>
                <c:pt idx="2637">
                  <c:v>0.46435727972558599</c:v>
                </c:pt>
                <c:pt idx="2638">
                  <c:v>-0.238203441483954</c:v>
                </c:pt>
                <c:pt idx="2639">
                  <c:v>-0.278847603706947</c:v>
                </c:pt>
                <c:pt idx="2640">
                  <c:v>-0.56470603668706298</c:v>
                </c:pt>
                <c:pt idx="2641">
                  <c:v>0.27572166868241499</c:v>
                </c:pt>
                <c:pt idx="2642">
                  <c:v>-0.101460497141275</c:v>
                </c:pt>
                <c:pt idx="2643">
                  <c:v>0.17207232255410099</c:v>
                </c:pt>
                <c:pt idx="2644">
                  <c:v>0.34030972376935198</c:v>
                </c:pt>
                <c:pt idx="2645">
                  <c:v>-0.133715073905709</c:v>
                </c:pt>
                <c:pt idx="2646">
                  <c:v>-0.24546854850474301</c:v>
                </c:pt>
                <c:pt idx="2647">
                  <c:v>0.203134507926546</c:v>
                </c:pt>
                <c:pt idx="2648">
                  <c:v>0.22837588759321301</c:v>
                </c:pt>
                <c:pt idx="2649">
                  <c:v>-0.22304582138242099</c:v>
                </c:pt>
                <c:pt idx="2650">
                  <c:v>-0.142673307797196</c:v>
                </c:pt>
                <c:pt idx="2651">
                  <c:v>-0.17378384970673</c:v>
                </c:pt>
                <c:pt idx="2652">
                  <c:v>0.253676979566343</c:v>
                </c:pt>
                <c:pt idx="2653">
                  <c:v>-0.126812640571526</c:v>
                </c:pt>
                <c:pt idx="2654">
                  <c:v>-0.33920332809284698</c:v>
                </c:pt>
                <c:pt idx="2655">
                  <c:v>0.121008211323439</c:v>
                </c:pt>
                <c:pt idx="2656">
                  <c:v>0.137337811239128</c:v>
                </c:pt>
                <c:pt idx="2657">
                  <c:v>-0.114358707766108</c:v>
                </c:pt>
                <c:pt idx="2658">
                  <c:v>-0.116721953732579</c:v>
                </c:pt>
                <c:pt idx="2659">
                  <c:v>0.28688801662160701</c:v>
                </c:pt>
                <c:pt idx="2660">
                  <c:v>-0.31879077282010498</c:v>
                </c:pt>
                <c:pt idx="2661">
                  <c:v>0.344432797629942</c:v>
                </c:pt>
                <c:pt idx="2662">
                  <c:v>-0.139512491555454</c:v>
                </c:pt>
                <c:pt idx="2663">
                  <c:v>-0.156451949447032</c:v>
                </c:pt>
                <c:pt idx="2664">
                  <c:v>0.17029652492755101</c:v>
                </c:pt>
                <c:pt idx="2665">
                  <c:v>-0.21028195173047201</c:v>
                </c:pt>
                <c:pt idx="2666">
                  <c:v>-0.12040720289830301</c:v>
                </c:pt>
                <c:pt idx="2667">
                  <c:v>-0.19702231857428401</c:v>
                </c:pt>
                <c:pt idx="2668">
                  <c:v>0.12550411608029999</c:v>
                </c:pt>
                <c:pt idx="2669">
                  <c:v>0.114560151357679</c:v>
                </c:pt>
                <c:pt idx="2670">
                  <c:v>0.27546351918872602</c:v>
                </c:pt>
                <c:pt idx="2671">
                  <c:v>-0.17725721745320699</c:v>
                </c:pt>
                <c:pt idx="2672">
                  <c:v>-0.124038517533368</c:v>
                </c:pt>
                <c:pt idx="2673">
                  <c:v>0.241321802359238</c:v>
                </c:pt>
                <c:pt idx="2674">
                  <c:v>0.17464877269541601</c:v>
                </c:pt>
                <c:pt idx="2675">
                  <c:v>0.25242608571682701</c:v>
                </c:pt>
                <c:pt idx="2676">
                  <c:v>0.13026237748685801</c:v>
                </c:pt>
                <c:pt idx="2677">
                  <c:v>-0.15912365056851699</c:v>
                </c:pt>
                <c:pt idx="2678">
                  <c:v>0.18927382776809801</c:v>
                </c:pt>
                <c:pt idx="2679">
                  <c:v>-0.159619367231144</c:v>
                </c:pt>
                <c:pt idx="2680">
                  <c:v>0.181616023961745</c:v>
                </c:pt>
                <c:pt idx="2681">
                  <c:v>0.49606163457083202</c:v>
                </c:pt>
                <c:pt idx="2682">
                  <c:v>0.34265488109043901</c:v>
                </c:pt>
                <c:pt idx="2683">
                  <c:v>0.34058503295054299</c:v>
                </c:pt>
                <c:pt idx="2684">
                  <c:v>-0.30206502086500803</c:v>
                </c:pt>
                <c:pt idx="2685">
                  <c:v>-0.49496295907322702</c:v>
                </c:pt>
                <c:pt idx="2686">
                  <c:v>-0.12356188201521</c:v>
                </c:pt>
                <c:pt idx="2687">
                  <c:v>0.19589441631549301</c:v>
                </c:pt>
                <c:pt idx="2688">
                  <c:v>0.22945218012101901</c:v>
                </c:pt>
                <c:pt idx="2689">
                  <c:v>-0.16848130744131501</c:v>
                </c:pt>
                <c:pt idx="2690">
                  <c:v>-0.132790107693495</c:v>
                </c:pt>
                <c:pt idx="2691">
                  <c:v>-0.25007509087469199</c:v>
                </c:pt>
                <c:pt idx="2692">
                  <c:v>-1.1869849068965701</c:v>
                </c:pt>
                <c:pt idx="2693">
                  <c:v>0.18354042206146601</c:v>
                </c:pt>
                <c:pt idx="2694">
                  <c:v>-0.133223170071265</c:v>
                </c:pt>
                <c:pt idx="2695">
                  <c:v>0.19080468345311599</c:v>
                </c:pt>
                <c:pt idx="2696">
                  <c:v>0.141156280656872</c:v>
                </c:pt>
                <c:pt idx="2697">
                  <c:v>-0.17670799480072899</c:v>
                </c:pt>
                <c:pt idx="2698">
                  <c:v>0.13747004958044701</c:v>
                </c:pt>
                <c:pt idx="2699">
                  <c:v>-0.33433304503558903</c:v>
                </c:pt>
                <c:pt idx="2700">
                  <c:v>0.161057179731941</c:v>
                </c:pt>
                <c:pt idx="2701">
                  <c:v>-0.22030584894774899</c:v>
                </c:pt>
                <c:pt idx="2702">
                  <c:v>-0.63516011815669104</c:v>
                </c:pt>
                <c:pt idx="2703">
                  <c:v>0.28396074085089801</c:v>
                </c:pt>
                <c:pt idx="2704">
                  <c:v>0.15891341905748399</c:v>
                </c:pt>
                <c:pt idx="2705">
                  <c:v>0.349360624092029</c:v>
                </c:pt>
                <c:pt idx="2706">
                  <c:v>0.17766922334614699</c:v>
                </c:pt>
                <c:pt idx="2707">
                  <c:v>-0.16692659688154499</c:v>
                </c:pt>
                <c:pt idx="2708">
                  <c:v>0.30964709469816398</c:v>
                </c:pt>
                <c:pt idx="2709">
                  <c:v>0.47956216216551401</c:v>
                </c:pt>
                <c:pt idx="2710">
                  <c:v>-0.19911788889835</c:v>
                </c:pt>
                <c:pt idx="2711">
                  <c:v>-0.173978612881591</c:v>
                </c:pt>
                <c:pt idx="2712">
                  <c:v>0.13327978646577099</c:v>
                </c:pt>
                <c:pt idx="2713">
                  <c:v>-0.167015538880154</c:v>
                </c:pt>
                <c:pt idx="2714">
                  <c:v>-0.236722393845294</c:v>
                </c:pt>
                <c:pt idx="2715">
                  <c:v>0.52131337887761497</c:v>
                </c:pt>
                <c:pt idx="2716">
                  <c:v>0.46081539284366402</c:v>
                </c:pt>
                <c:pt idx="2717">
                  <c:v>-0.115260753182888</c:v>
                </c:pt>
                <c:pt idx="2718">
                  <c:v>-0.47341543624876398</c:v>
                </c:pt>
                <c:pt idx="2719">
                  <c:v>-0.1636528215992</c:v>
                </c:pt>
                <c:pt idx="2720">
                  <c:v>-0.365062857158438</c:v>
                </c:pt>
                <c:pt idx="2721">
                  <c:v>-0.32545906533783497</c:v>
                </c:pt>
                <c:pt idx="2722">
                  <c:v>-0.19166354237823999</c:v>
                </c:pt>
                <c:pt idx="2723">
                  <c:v>0.231000886137188</c:v>
                </c:pt>
                <c:pt idx="2724">
                  <c:v>0.18269031464295399</c:v>
                </c:pt>
                <c:pt idx="2725">
                  <c:v>0.12992073610161001</c:v>
                </c:pt>
                <c:pt idx="2726">
                  <c:v>0.23024971566102101</c:v>
                </c:pt>
                <c:pt idx="2727">
                  <c:v>-0.34760938531188401</c:v>
                </c:pt>
                <c:pt idx="2728">
                  <c:v>9.6307242208723706E-2</c:v>
                </c:pt>
                <c:pt idx="2729">
                  <c:v>-0.422992945912323</c:v>
                </c:pt>
                <c:pt idx="2730">
                  <c:v>-0.54102869188244496</c:v>
                </c:pt>
                <c:pt idx="2731">
                  <c:v>0.435111089740506</c:v>
                </c:pt>
                <c:pt idx="2732">
                  <c:v>-0.112172183955451</c:v>
                </c:pt>
                <c:pt idx="2733">
                  <c:v>-0.147647967640744</c:v>
                </c:pt>
                <c:pt idx="2734">
                  <c:v>-0.102743641756618</c:v>
                </c:pt>
                <c:pt idx="2735">
                  <c:v>-0.229755565099062</c:v>
                </c:pt>
                <c:pt idx="2736">
                  <c:v>0.28289578681396299</c:v>
                </c:pt>
                <c:pt idx="2737">
                  <c:v>0.302756749224113</c:v>
                </c:pt>
                <c:pt idx="2738">
                  <c:v>-0.11633722492286599</c:v>
                </c:pt>
                <c:pt idx="2739">
                  <c:v>-0.28219937435416398</c:v>
                </c:pt>
                <c:pt idx="2740">
                  <c:v>0.16940656452379299</c:v>
                </c:pt>
                <c:pt idx="2741">
                  <c:v>-0.14311881295867601</c:v>
                </c:pt>
                <c:pt idx="2742">
                  <c:v>-0.297091043958012</c:v>
                </c:pt>
                <c:pt idx="2743">
                  <c:v>-0.10815908615527201</c:v>
                </c:pt>
                <c:pt idx="2744">
                  <c:v>0.224490292966287</c:v>
                </c:pt>
                <c:pt idx="2745">
                  <c:v>0.29806139807241999</c:v>
                </c:pt>
                <c:pt idx="2746">
                  <c:v>-0.26994203394829003</c:v>
                </c:pt>
                <c:pt idx="2747">
                  <c:v>0.202782591806873</c:v>
                </c:pt>
                <c:pt idx="2748">
                  <c:v>-0.25983256323102899</c:v>
                </c:pt>
                <c:pt idx="2749">
                  <c:v>-0.15777559197114099</c:v>
                </c:pt>
                <c:pt idx="2750">
                  <c:v>-0.110740294788485</c:v>
                </c:pt>
                <c:pt idx="2751">
                  <c:v>-0.14299463751854799</c:v>
                </c:pt>
                <c:pt idx="2752">
                  <c:v>0.279406030134769</c:v>
                </c:pt>
                <c:pt idx="2753">
                  <c:v>-0.15119407693525799</c:v>
                </c:pt>
                <c:pt idx="2754">
                  <c:v>-0.31157004436935398</c:v>
                </c:pt>
                <c:pt idx="2755">
                  <c:v>0.11937460119497</c:v>
                </c:pt>
                <c:pt idx="2756">
                  <c:v>-0.19191079358746399</c:v>
                </c:pt>
                <c:pt idx="2757">
                  <c:v>0.12544141348635299</c:v>
                </c:pt>
                <c:pt idx="2758">
                  <c:v>-0.13340703161277601</c:v>
                </c:pt>
                <c:pt idx="2759">
                  <c:v>-0.12012570950191299</c:v>
                </c:pt>
                <c:pt idx="2760">
                  <c:v>0.37635898199276602</c:v>
                </c:pt>
                <c:pt idx="2761">
                  <c:v>0.13764114224563101</c:v>
                </c:pt>
                <c:pt idx="2762">
                  <c:v>-0.92377242620746702</c:v>
                </c:pt>
                <c:pt idx="2763">
                  <c:v>-0.170645369520905</c:v>
                </c:pt>
                <c:pt idx="2764">
                  <c:v>-0.44225528990134699</c:v>
                </c:pt>
                <c:pt idx="2765">
                  <c:v>-0.22973139927574901</c:v>
                </c:pt>
                <c:pt idx="2766">
                  <c:v>-0.102185804580245</c:v>
                </c:pt>
                <c:pt idx="2767">
                  <c:v>-0.27790107082022802</c:v>
                </c:pt>
                <c:pt idx="2768">
                  <c:v>-0.44121893070860801</c:v>
                </c:pt>
                <c:pt idx="2769">
                  <c:v>0.201584605565365</c:v>
                </c:pt>
                <c:pt idx="2770">
                  <c:v>0.42234792779597202</c:v>
                </c:pt>
                <c:pt idx="2771">
                  <c:v>0.254628243703657</c:v>
                </c:pt>
                <c:pt idx="2772">
                  <c:v>-0.23781586579492101</c:v>
                </c:pt>
                <c:pt idx="2773">
                  <c:v>-0.121545439944473</c:v>
                </c:pt>
                <c:pt idx="2774">
                  <c:v>0.15595734080530799</c:v>
                </c:pt>
                <c:pt idx="2775">
                  <c:v>0.47840197527664002</c:v>
                </c:pt>
                <c:pt idx="2776">
                  <c:v>-0.39611041262326602</c:v>
                </c:pt>
                <c:pt idx="2777">
                  <c:v>-0.24532349655704899</c:v>
                </c:pt>
                <c:pt idx="2778">
                  <c:v>0.151939592504473</c:v>
                </c:pt>
                <c:pt idx="2779">
                  <c:v>0.31544956094493098</c:v>
                </c:pt>
                <c:pt idx="2780">
                  <c:v>0.27864050829130699</c:v>
                </c:pt>
                <c:pt idx="2781">
                  <c:v>0.108973122984256</c:v>
                </c:pt>
                <c:pt idx="2782">
                  <c:v>-0.38788313579841799</c:v>
                </c:pt>
                <c:pt idx="2783">
                  <c:v>0.117666464607183</c:v>
                </c:pt>
                <c:pt idx="2784">
                  <c:v>-0.190285898870759</c:v>
                </c:pt>
                <c:pt idx="2785">
                  <c:v>0.194400236144467</c:v>
                </c:pt>
                <c:pt idx="2786">
                  <c:v>0.25593180303999202</c:v>
                </c:pt>
                <c:pt idx="2787">
                  <c:v>-0.13847971230853401</c:v>
                </c:pt>
                <c:pt idx="2788">
                  <c:v>0.15046177041945399</c:v>
                </c:pt>
                <c:pt idx="2789">
                  <c:v>-0.106243570651117</c:v>
                </c:pt>
                <c:pt idx="2790">
                  <c:v>0.12971004894712099</c:v>
                </c:pt>
                <c:pt idx="2791">
                  <c:v>9.9179312773401307E-2</c:v>
                </c:pt>
                <c:pt idx="2792">
                  <c:v>0.324368782103928</c:v>
                </c:pt>
                <c:pt idx="2793">
                  <c:v>0.19339607735197001</c:v>
                </c:pt>
                <c:pt idx="2794">
                  <c:v>0.35457739340177602</c:v>
                </c:pt>
                <c:pt idx="2795">
                  <c:v>0.174197806748566</c:v>
                </c:pt>
                <c:pt idx="2796">
                  <c:v>-0.266349127664533</c:v>
                </c:pt>
                <c:pt idx="2797">
                  <c:v>-0.149576460857993</c:v>
                </c:pt>
                <c:pt idx="2798">
                  <c:v>0.360324719437916</c:v>
                </c:pt>
                <c:pt idx="2799">
                  <c:v>0.34821912250896098</c:v>
                </c:pt>
                <c:pt idx="2800">
                  <c:v>0.256677309573348</c:v>
                </c:pt>
                <c:pt idx="2801">
                  <c:v>-0.16839839714400601</c:v>
                </c:pt>
                <c:pt idx="2802">
                  <c:v>0.164648066791202</c:v>
                </c:pt>
                <c:pt idx="2803">
                  <c:v>-0.27499735626977501</c:v>
                </c:pt>
                <c:pt idx="2804">
                  <c:v>-0.49136104387858698</c:v>
                </c:pt>
                <c:pt idx="2805">
                  <c:v>0.48258749605414403</c:v>
                </c:pt>
                <c:pt idx="2806">
                  <c:v>-0.18346390768432</c:v>
                </c:pt>
                <c:pt idx="2807">
                  <c:v>-0.14220126541269501</c:v>
                </c:pt>
                <c:pt idx="2808">
                  <c:v>-0.35298508624457597</c:v>
                </c:pt>
                <c:pt idx="2809">
                  <c:v>-0.17117771026762801</c:v>
                </c:pt>
                <c:pt idx="2810">
                  <c:v>0.191880832802273</c:v>
                </c:pt>
                <c:pt idx="2811">
                  <c:v>0.12708319506739199</c:v>
                </c:pt>
                <c:pt idx="2812">
                  <c:v>0.11815061540112</c:v>
                </c:pt>
                <c:pt idx="2813">
                  <c:v>0.38910777402489699</c:v>
                </c:pt>
                <c:pt idx="2814">
                  <c:v>0.31247482682560002</c:v>
                </c:pt>
                <c:pt idx="2815">
                  <c:v>-0.34716284889348997</c:v>
                </c:pt>
                <c:pt idx="2816">
                  <c:v>0.39945120238056803</c:v>
                </c:pt>
                <c:pt idx="2817">
                  <c:v>-0.121256718390867</c:v>
                </c:pt>
                <c:pt idx="2818">
                  <c:v>-9.5249513744434494E-2</c:v>
                </c:pt>
                <c:pt idx="2819">
                  <c:v>-0.250957390321698</c:v>
                </c:pt>
                <c:pt idx="2820">
                  <c:v>-0.25971002365595602</c:v>
                </c:pt>
                <c:pt idx="2821">
                  <c:v>-0.18464101103625599</c:v>
                </c:pt>
                <c:pt idx="2822">
                  <c:v>-0.38359828614813202</c:v>
                </c:pt>
                <c:pt idx="2823">
                  <c:v>-9.4814399033594995E-2</c:v>
                </c:pt>
                <c:pt idx="2824">
                  <c:v>-0.174297114506615</c:v>
                </c:pt>
                <c:pt idx="2825">
                  <c:v>0.21209300445492099</c:v>
                </c:pt>
                <c:pt idx="2826">
                  <c:v>-0.18725601895966901</c:v>
                </c:pt>
                <c:pt idx="2827">
                  <c:v>0.21219003406074</c:v>
                </c:pt>
                <c:pt idx="2828">
                  <c:v>-0.43200049010841501</c:v>
                </c:pt>
                <c:pt idx="2829">
                  <c:v>-0.17431351260815101</c:v>
                </c:pt>
                <c:pt idx="2830">
                  <c:v>-0.30845990067467</c:v>
                </c:pt>
                <c:pt idx="2831">
                  <c:v>0.80918321796188797</c:v>
                </c:pt>
                <c:pt idx="2832">
                  <c:v>-0.108884360023374</c:v>
                </c:pt>
                <c:pt idx="2833">
                  <c:v>-0.14084988391539699</c:v>
                </c:pt>
                <c:pt idx="2834">
                  <c:v>-0.21064232856512899</c:v>
                </c:pt>
                <c:pt idx="2835">
                  <c:v>-0.133120796030536</c:v>
                </c:pt>
                <c:pt idx="2836">
                  <c:v>-0.45698978925210598</c:v>
                </c:pt>
                <c:pt idx="2837">
                  <c:v>0.40935326653420701</c:v>
                </c:pt>
                <c:pt idx="2838">
                  <c:v>0.11790667120331499</c:v>
                </c:pt>
                <c:pt idx="2839">
                  <c:v>0.19546588300151399</c:v>
                </c:pt>
                <c:pt idx="2840">
                  <c:v>-0.10159185702908501</c:v>
                </c:pt>
                <c:pt idx="2841">
                  <c:v>0.17583254263268</c:v>
                </c:pt>
                <c:pt idx="2842">
                  <c:v>0.32831620401782402</c:v>
                </c:pt>
                <c:pt idx="2843">
                  <c:v>0.14199624078416301</c:v>
                </c:pt>
                <c:pt idx="2844">
                  <c:v>0.287232541476037</c:v>
                </c:pt>
                <c:pt idx="2845">
                  <c:v>-0.241026458391492</c:v>
                </c:pt>
                <c:pt idx="2846">
                  <c:v>-0.17219614802723601</c:v>
                </c:pt>
                <c:pt idx="2847">
                  <c:v>0.34108654621370998</c:v>
                </c:pt>
                <c:pt idx="2848">
                  <c:v>0.12094861111432199</c:v>
                </c:pt>
                <c:pt idx="2849">
                  <c:v>-0.474494972947344</c:v>
                </c:pt>
                <c:pt idx="2850">
                  <c:v>0.12535843806392</c:v>
                </c:pt>
                <c:pt idx="2851">
                  <c:v>-0.119974641774927</c:v>
                </c:pt>
                <c:pt idx="2852">
                  <c:v>0.15279842188079201</c:v>
                </c:pt>
                <c:pt idx="2853">
                  <c:v>-0.12142864164445701</c:v>
                </c:pt>
                <c:pt idx="2854">
                  <c:v>0.241861062951017</c:v>
                </c:pt>
                <c:pt idx="2855">
                  <c:v>-0.110853674048496</c:v>
                </c:pt>
                <c:pt idx="2856">
                  <c:v>0.16544390952344701</c:v>
                </c:pt>
                <c:pt idx="2857">
                  <c:v>0.17111830437928399</c:v>
                </c:pt>
                <c:pt idx="2858">
                  <c:v>0.28323720240922201</c:v>
                </c:pt>
                <c:pt idx="2859">
                  <c:v>-0.30122010193496301</c:v>
                </c:pt>
                <c:pt idx="2860">
                  <c:v>-9.9034594343564195E-2</c:v>
                </c:pt>
                <c:pt idx="2861">
                  <c:v>0.20365576157370999</c:v>
                </c:pt>
                <c:pt idx="2862">
                  <c:v>-0.52238992083036695</c:v>
                </c:pt>
                <c:pt idx="2863">
                  <c:v>0.39549614016235402</c:v>
                </c:pt>
                <c:pt idx="2864">
                  <c:v>-0.26295354513130997</c:v>
                </c:pt>
                <c:pt idx="2865">
                  <c:v>0.17253396091477699</c:v>
                </c:pt>
                <c:pt idx="2866">
                  <c:v>-0.21484043224039001</c:v>
                </c:pt>
                <c:pt idx="2867">
                  <c:v>-0.26171626845022899</c:v>
                </c:pt>
                <c:pt idx="2868">
                  <c:v>0.19339541599059701</c:v>
                </c:pt>
                <c:pt idx="2869">
                  <c:v>-0.34375055008319699</c:v>
                </c:pt>
                <c:pt idx="2870">
                  <c:v>-0.107158685689626</c:v>
                </c:pt>
                <c:pt idx="2871">
                  <c:v>0.21241897722762501</c:v>
                </c:pt>
                <c:pt idx="2872">
                  <c:v>0.10882415263362299</c:v>
                </c:pt>
                <c:pt idx="2873">
                  <c:v>0.146292801506132</c:v>
                </c:pt>
                <c:pt idx="2874">
                  <c:v>0.115855909870259</c:v>
                </c:pt>
                <c:pt idx="2875">
                  <c:v>-0.20589971750323599</c:v>
                </c:pt>
                <c:pt idx="2876">
                  <c:v>0.16045142184789901</c:v>
                </c:pt>
                <c:pt idx="2877">
                  <c:v>0.27623450387848397</c:v>
                </c:pt>
                <c:pt idx="2878">
                  <c:v>-8.8646122802632704E-2</c:v>
                </c:pt>
                <c:pt idx="2879">
                  <c:v>-0.13639585589519501</c:v>
                </c:pt>
                <c:pt idx="2880">
                  <c:v>-0.135981995176465</c:v>
                </c:pt>
                <c:pt idx="2881">
                  <c:v>0.22582808356911199</c:v>
                </c:pt>
                <c:pt idx="2882">
                  <c:v>-0.22301474001248101</c:v>
                </c:pt>
                <c:pt idx="2883">
                  <c:v>0.192880984809538</c:v>
                </c:pt>
                <c:pt idx="2884">
                  <c:v>-0.193212573364029</c:v>
                </c:pt>
                <c:pt idx="2885">
                  <c:v>0.207830769296006</c:v>
                </c:pt>
                <c:pt idx="2886">
                  <c:v>-0.112778007331926</c:v>
                </c:pt>
                <c:pt idx="2887">
                  <c:v>0.490122970027983</c:v>
                </c:pt>
                <c:pt idx="2888">
                  <c:v>0.120997136838561</c:v>
                </c:pt>
                <c:pt idx="2889">
                  <c:v>0.128406158077979</c:v>
                </c:pt>
                <c:pt idx="2890">
                  <c:v>-0.18697807057305499</c:v>
                </c:pt>
                <c:pt idx="2891">
                  <c:v>0.130957721326805</c:v>
                </c:pt>
                <c:pt idx="2892">
                  <c:v>0.408118203144546</c:v>
                </c:pt>
                <c:pt idx="2893">
                  <c:v>0.111946429973081</c:v>
                </c:pt>
                <c:pt idx="2894">
                  <c:v>-8.71861851584015E-2</c:v>
                </c:pt>
                <c:pt idx="2895">
                  <c:v>-0.12652584566650699</c:v>
                </c:pt>
                <c:pt idx="2896">
                  <c:v>0.12743899104572201</c:v>
                </c:pt>
                <c:pt idx="2897">
                  <c:v>0.181532000575576</c:v>
                </c:pt>
                <c:pt idx="2898">
                  <c:v>0.34104498336163402</c:v>
                </c:pt>
                <c:pt idx="2899">
                  <c:v>0.117029800496049</c:v>
                </c:pt>
                <c:pt idx="2900">
                  <c:v>-0.33586845593706699</c:v>
                </c:pt>
                <c:pt idx="2901">
                  <c:v>-0.36294898270346498</c:v>
                </c:pt>
                <c:pt idx="2902">
                  <c:v>0.19408740253977899</c:v>
                </c:pt>
                <c:pt idx="2903">
                  <c:v>-0.14997076930565401</c:v>
                </c:pt>
                <c:pt idx="2904">
                  <c:v>0.18299540834644601</c:v>
                </c:pt>
                <c:pt idx="2905">
                  <c:v>-0.23836971689750899</c:v>
                </c:pt>
                <c:pt idx="2906">
                  <c:v>-0.111361049907881</c:v>
                </c:pt>
                <c:pt idx="2907">
                  <c:v>-0.38349279824279098</c:v>
                </c:pt>
                <c:pt idx="2908">
                  <c:v>-0.38049158848118497</c:v>
                </c:pt>
                <c:pt idx="2909">
                  <c:v>0.15240105597477099</c:v>
                </c:pt>
                <c:pt idx="2910">
                  <c:v>-0.227044439133117</c:v>
                </c:pt>
                <c:pt idx="2911">
                  <c:v>-0.11842559815533001</c:v>
                </c:pt>
                <c:pt idx="2912">
                  <c:v>0.117721880058241</c:v>
                </c:pt>
                <c:pt idx="2913">
                  <c:v>0.543619146309268</c:v>
                </c:pt>
                <c:pt idx="2914">
                  <c:v>-0.19828391263092399</c:v>
                </c:pt>
                <c:pt idx="2915">
                  <c:v>0.115633339400439</c:v>
                </c:pt>
                <c:pt idx="2916">
                  <c:v>-0.16443470167138599</c:v>
                </c:pt>
                <c:pt idx="2917">
                  <c:v>0.245039702924437</c:v>
                </c:pt>
                <c:pt idx="2918">
                  <c:v>0.40607711220731701</c:v>
                </c:pt>
                <c:pt idx="2919">
                  <c:v>-0.16495348750697</c:v>
                </c:pt>
                <c:pt idx="2920">
                  <c:v>0.10930165914444601</c:v>
                </c:pt>
                <c:pt idx="2921">
                  <c:v>0.18240536535530799</c:v>
                </c:pt>
                <c:pt idx="2922">
                  <c:v>-0.10492822613517599</c:v>
                </c:pt>
                <c:pt idx="2923">
                  <c:v>-0.28051296141420301</c:v>
                </c:pt>
                <c:pt idx="2924">
                  <c:v>0.23158211972374301</c:v>
                </c:pt>
                <c:pt idx="2925">
                  <c:v>-0.10661270960863301</c:v>
                </c:pt>
                <c:pt idx="2926">
                  <c:v>-0.10406814271345199</c:v>
                </c:pt>
                <c:pt idx="2927">
                  <c:v>-0.101265191842433</c:v>
                </c:pt>
                <c:pt idx="2928">
                  <c:v>-0.157313349573489</c:v>
                </c:pt>
                <c:pt idx="2929">
                  <c:v>0.18948044268769201</c:v>
                </c:pt>
                <c:pt idx="2930">
                  <c:v>0.43204810240521102</c:v>
                </c:pt>
                <c:pt idx="2931">
                  <c:v>-0.20583780828994599</c:v>
                </c:pt>
                <c:pt idx="2932">
                  <c:v>-0.25556690103595497</c:v>
                </c:pt>
                <c:pt idx="2933">
                  <c:v>0.203703230821077</c:v>
                </c:pt>
                <c:pt idx="2934">
                  <c:v>0.117437544257275</c:v>
                </c:pt>
                <c:pt idx="2935">
                  <c:v>0.22234838763223799</c:v>
                </c:pt>
                <c:pt idx="2936">
                  <c:v>-0.230812762960667</c:v>
                </c:pt>
                <c:pt idx="2937">
                  <c:v>0.159321482795583</c:v>
                </c:pt>
                <c:pt idx="2938">
                  <c:v>0.22460852727766001</c:v>
                </c:pt>
                <c:pt idx="2939">
                  <c:v>0.239806929178602</c:v>
                </c:pt>
                <c:pt idx="2940">
                  <c:v>-9.85092679085042E-2</c:v>
                </c:pt>
                <c:pt idx="2941">
                  <c:v>-0.26689684817670001</c:v>
                </c:pt>
                <c:pt idx="2942">
                  <c:v>-0.14243255870871299</c:v>
                </c:pt>
                <c:pt idx="2943">
                  <c:v>-0.202455010464927</c:v>
                </c:pt>
                <c:pt idx="2944">
                  <c:v>-0.23572087551711701</c:v>
                </c:pt>
                <c:pt idx="2945">
                  <c:v>-9.7360900561966404E-2</c:v>
                </c:pt>
                <c:pt idx="2946">
                  <c:v>-0.11517094140725</c:v>
                </c:pt>
                <c:pt idx="2947">
                  <c:v>0.36092980522455398</c:v>
                </c:pt>
                <c:pt idx="2948">
                  <c:v>0.10697955372884101</c:v>
                </c:pt>
                <c:pt idx="2949">
                  <c:v>-0.226341812105158</c:v>
                </c:pt>
                <c:pt idx="2950">
                  <c:v>-0.112322210028957</c:v>
                </c:pt>
                <c:pt idx="2951">
                  <c:v>0.38822698689485002</c:v>
                </c:pt>
                <c:pt idx="2952">
                  <c:v>0.124814770772065</c:v>
                </c:pt>
                <c:pt idx="2953">
                  <c:v>0.30637806369409398</c:v>
                </c:pt>
                <c:pt idx="2954">
                  <c:v>-0.113457312480513</c:v>
                </c:pt>
                <c:pt idx="2955">
                  <c:v>-0.14765913607659101</c:v>
                </c:pt>
                <c:pt idx="2956">
                  <c:v>0.27178974664929001</c:v>
                </c:pt>
                <c:pt idx="2957">
                  <c:v>0.27404049614801101</c:v>
                </c:pt>
                <c:pt idx="2958">
                  <c:v>-0.40615045904194602</c:v>
                </c:pt>
                <c:pt idx="2959">
                  <c:v>-0.16727482297830301</c:v>
                </c:pt>
                <c:pt idx="2960">
                  <c:v>-8.9181751016628397E-2</c:v>
                </c:pt>
                <c:pt idx="2961">
                  <c:v>0.21072845422141701</c:v>
                </c:pt>
                <c:pt idx="2962">
                  <c:v>0.39030351379798101</c:v>
                </c:pt>
                <c:pt idx="2963">
                  <c:v>-0.199086513286581</c:v>
                </c:pt>
                <c:pt idx="2964">
                  <c:v>0.28852900891566002</c:v>
                </c:pt>
                <c:pt idx="2965">
                  <c:v>-0.231248761964849</c:v>
                </c:pt>
                <c:pt idx="2966">
                  <c:v>-0.16158015931005601</c:v>
                </c:pt>
                <c:pt idx="2967">
                  <c:v>-0.202428668532669</c:v>
                </c:pt>
                <c:pt idx="2968">
                  <c:v>-0.169300823648559</c:v>
                </c:pt>
                <c:pt idx="2969">
                  <c:v>0.25499056981796298</c:v>
                </c:pt>
                <c:pt idx="2970">
                  <c:v>-0.12773793134726599</c:v>
                </c:pt>
                <c:pt idx="2971">
                  <c:v>0.27376307955731999</c:v>
                </c:pt>
                <c:pt idx="2972">
                  <c:v>-0.41935924434655197</c:v>
                </c:pt>
                <c:pt idx="2973">
                  <c:v>-0.21755675037862701</c:v>
                </c:pt>
                <c:pt idx="2974">
                  <c:v>-0.14533207729230199</c:v>
                </c:pt>
                <c:pt idx="2975">
                  <c:v>-0.204881015186196</c:v>
                </c:pt>
                <c:pt idx="2976">
                  <c:v>9.5028159334308498E-2</c:v>
                </c:pt>
                <c:pt idx="2977">
                  <c:v>-0.203371564703591</c:v>
                </c:pt>
                <c:pt idx="2978">
                  <c:v>0.20289285876250299</c:v>
                </c:pt>
                <c:pt idx="2979">
                  <c:v>-0.210219893539737</c:v>
                </c:pt>
                <c:pt idx="2980">
                  <c:v>0.196641764755903</c:v>
                </c:pt>
                <c:pt idx="2981">
                  <c:v>0.60576242552117798</c:v>
                </c:pt>
                <c:pt idx="2982">
                  <c:v>-0.21553364207019499</c:v>
                </c:pt>
                <c:pt idx="2983">
                  <c:v>0.14112729976402999</c:v>
                </c:pt>
                <c:pt idx="2984">
                  <c:v>-0.133433160881303</c:v>
                </c:pt>
                <c:pt idx="2985">
                  <c:v>0.14215308116095601</c:v>
                </c:pt>
                <c:pt idx="2986">
                  <c:v>-8.3584869347060206E-2</c:v>
                </c:pt>
                <c:pt idx="2987">
                  <c:v>0.163761570312356</c:v>
                </c:pt>
                <c:pt idx="2988">
                  <c:v>-0.54091441135152996</c:v>
                </c:pt>
                <c:pt idx="2989">
                  <c:v>-0.12398214368752</c:v>
                </c:pt>
                <c:pt idx="2990">
                  <c:v>0.108254320063701</c:v>
                </c:pt>
                <c:pt idx="2991">
                  <c:v>0.227890469499165</c:v>
                </c:pt>
                <c:pt idx="2992">
                  <c:v>-0.151004498345021</c:v>
                </c:pt>
                <c:pt idx="2993">
                  <c:v>0.119360441971608</c:v>
                </c:pt>
                <c:pt idx="2994">
                  <c:v>-0.24054954623466401</c:v>
                </c:pt>
                <c:pt idx="2995">
                  <c:v>0.11852294835888701</c:v>
                </c:pt>
                <c:pt idx="2996">
                  <c:v>0.270555406281908</c:v>
                </c:pt>
                <c:pt idx="2997">
                  <c:v>-0.26124692997061799</c:v>
                </c:pt>
                <c:pt idx="2998">
                  <c:v>-0.13815982620874201</c:v>
                </c:pt>
                <c:pt idx="2999">
                  <c:v>0.22264476741373701</c:v>
                </c:pt>
                <c:pt idx="3000">
                  <c:v>-0.34369184399167102</c:v>
                </c:pt>
                <c:pt idx="3001">
                  <c:v>0.108870079645147</c:v>
                </c:pt>
                <c:pt idx="3002">
                  <c:v>-0.11240697041419501</c:v>
                </c:pt>
                <c:pt idx="3003">
                  <c:v>-0.25177354481713698</c:v>
                </c:pt>
                <c:pt idx="3004">
                  <c:v>0.121207725911752</c:v>
                </c:pt>
                <c:pt idx="3005">
                  <c:v>0.16528395624567299</c:v>
                </c:pt>
                <c:pt idx="3006">
                  <c:v>-0.119022468208207</c:v>
                </c:pt>
                <c:pt idx="3007">
                  <c:v>-0.13646107610945901</c:v>
                </c:pt>
                <c:pt idx="3008">
                  <c:v>0.100124098501492</c:v>
                </c:pt>
                <c:pt idx="3009">
                  <c:v>-0.16576633267334601</c:v>
                </c:pt>
                <c:pt idx="3010">
                  <c:v>-0.87309594346976005</c:v>
                </c:pt>
                <c:pt idx="3011">
                  <c:v>0.11505393862565</c:v>
                </c:pt>
                <c:pt idx="3012">
                  <c:v>9.5564653821327297E-2</c:v>
                </c:pt>
                <c:pt idx="3013">
                  <c:v>0.40891055767564</c:v>
                </c:pt>
                <c:pt idx="3014">
                  <c:v>-0.20240221731851801</c:v>
                </c:pt>
                <c:pt idx="3015">
                  <c:v>0.22392066893711901</c:v>
                </c:pt>
                <c:pt idx="3016">
                  <c:v>0.17279193436888099</c:v>
                </c:pt>
                <c:pt idx="3017">
                  <c:v>0.19904469293725299</c:v>
                </c:pt>
                <c:pt idx="3018">
                  <c:v>0.23804197145411299</c:v>
                </c:pt>
                <c:pt idx="3019">
                  <c:v>-0.19820139521050401</c:v>
                </c:pt>
                <c:pt idx="3020">
                  <c:v>0.338770803431032</c:v>
                </c:pt>
                <c:pt idx="3021">
                  <c:v>-0.20353271042256399</c:v>
                </c:pt>
                <c:pt idx="3022">
                  <c:v>-9.9697775058722002E-2</c:v>
                </c:pt>
                <c:pt idx="3023">
                  <c:v>0.107519297078131</c:v>
                </c:pt>
                <c:pt idx="3024">
                  <c:v>-9.2954992400898107E-2</c:v>
                </c:pt>
                <c:pt idx="3025">
                  <c:v>-0.13331985793507101</c:v>
                </c:pt>
                <c:pt idx="3026">
                  <c:v>0.19632254776802999</c:v>
                </c:pt>
                <c:pt idx="3027">
                  <c:v>-0.26543071417789599</c:v>
                </c:pt>
                <c:pt idx="3028">
                  <c:v>-0.27519133578350002</c:v>
                </c:pt>
                <c:pt idx="3029">
                  <c:v>0.25058444529351898</c:v>
                </c:pt>
                <c:pt idx="3030">
                  <c:v>-0.108972381948597</c:v>
                </c:pt>
                <c:pt idx="3031">
                  <c:v>-8.6586470757552506E-2</c:v>
                </c:pt>
                <c:pt idx="3032">
                  <c:v>0.20051276120478101</c:v>
                </c:pt>
                <c:pt idx="3033">
                  <c:v>-0.109061922584893</c:v>
                </c:pt>
                <c:pt idx="3034">
                  <c:v>-0.10124296432145</c:v>
                </c:pt>
                <c:pt idx="3035">
                  <c:v>9.6070588016583996E-2</c:v>
                </c:pt>
                <c:pt idx="3036">
                  <c:v>0.14595898152004899</c:v>
                </c:pt>
                <c:pt idx="3037">
                  <c:v>0.186609755294942</c:v>
                </c:pt>
                <c:pt idx="3038">
                  <c:v>-0.27052290679471702</c:v>
                </c:pt>
                <c:pt idx="3039">
                  <c:v>0.16441080196359401</c:v>
                </c:pt>
                <c:pt idx="3040">
                  <c:v>0.206770579057281</c:v>
                </c:pt>
                <c:pt idx="3041">
                  <c:v>-0.120610374148058</c:v>
                </c:pt>
                <c:pt idx="3042">
                  <c:v>0.25111563812566801</c:v>
                </c:pt>
                <c:pt idx="3043">
                  <c:v>-0.30336351992886501</c:v>
                </c:pt>
                <c:pt idx="3044">
                  <c:v>-0.25543263856194198</c:v>
                </c:pt>
                <c:pt idx="3045">
                  <c:v>0.13192270613889101</c:v>
                </c:pt>
                <c:pt idx="3046">
                  <c:v>-0.116083230335033</c:v>
                </c:pt>
                <c:pt idx="3047">
                  <c:v>-0.20828458426629501</c:v>
                </c:pt>
                <c:pt idx="3048">
                  <c:v>-0.10906957656548499</c:v>
                </c:pt>
                <c:pt idx="3049">
                  <c:v>-0.24454739734873199</c:v>
                </c:pt>
                <c:pt idx="3050">
                  <c:v>0.10098742190443501</c:v>
                </c:pt>
                <c:pt idx="3051">
                  <c:v>-8.8951447597722194E-2</c:v>
                </c:pt>
                <c:pt idx="3052">
                  <c:v>-0.14797705648683401</c:v>
                </c:pt>
                <c:pt idx="3053">
                  <c:v>0.29405227115648802</c:v>
                </c:pt>
                <c:pt idx="3054">
                  <c:v>-0.24493782036289999</c:v>
                </c:pt>
                <c:pt idx="3055">
                  <c:v>-9.1600123608614595E-2</c:v>
                </c:pt>
                <c:pt idx="3056">
                  <c:v>0.14787352938064699</c:v>
                </c:pt>
                <c:pt idx="3057">
                  <c:v>0.24017990312229601</c:v>
                </c:pt>
                <c:pt idx="3058">
                  <c:v>-9.4697986041442306E-2</c:v>
                </c:pt>
                <c:pt idx="3059">
                  <c:v>0.145226673381053</c:v>
                </c:pt>
                <c:pt idx="3060">
                  <c:v>0.12504650657191299</c:v>
                </c:pt>
                <c:pt idx="3061">
                  <c:v>-0.15565048369731799</c:v>
                </c:pt>
                <c:pt idx="3062">
                  <c:v>0.127120883181217</c:v>
                </c:pt>
                <c:pt idx="3063">
                  <c:v>0.90595389313211405</c:v>
                </c:pt>
                <c:pt idx="3064">
                  <c:v>0.16799123046699199</c:v>
                </c:pt>
                <c:pt idx="3065">
                  <c:v>0.219920368873776</c:v>
                </c:pt>
                <c:pt idx="3066">
                  <c:v>0.114714220201041</c:v>
                </c:pt>
                <c:pt idx="3067">
                  <c:v>-0.102384664622509</c:v>
                </c:pt>
                <c:pt idx="3068">
                  <c:v>0.116297497439703</c:v>
                </c:pt>
                <c:pt idx="3069">
                  <c:v>0.150941387288306</c:v>
                </c:pt>
                <c:pt idx="3070">
                  <c:v>0.40017062709131301</c:v>
                </c:pt>
                <c:pt idx="3071">
                  <c:v>-0.34841727976493803</c:v>
                </c:pt>
                <c:pt idx="3072">
                  <c:v>-8.8291533379564399E-2</c:v>
                </c:pt>
                <c:pt idx="3073">
                  <c:v>0.15140292487145501</c:v>
                </c:pt>
                <c:pt idx="3074">
                  <c:v>-0.28153313003909702</c:v>
                </c:pt>
                <c:pt idx="3075">
                  <c:v>0.24729315982517999</c:v>
                </c:pt>
                <c:pt idx="3076">
                  <c:v>-0.97237780369701499</c:v>
                </c:pt>
                <c:pt idx="3077">
                  <c:v>-0.31312733389797398</c:v>
                </c:pt>
                <c:pt idx="3078">
                  <c:v>-0.25300195297121802</c:v>
                </c:pt>
                <c:pt idx="3079">
                  <c:v>-0.494315905863075</c:v>
                </c:pt>
                <c:pt idx="3080">
                  <c:v>0.15442710971096901</c:v>
                </c:pt>
                <c:pt idx="3081">
                  <c:v>-0.148768172420638</c:v>
                </c:pt>
                <c:pt idx="3082">
                  <c:v>-0.13901726970252401</c:v>
                </c:pt>
                <c:pt idx="3083">
                  <c:v>0.16675671150371901</c:v>
                </c:pt>
                <c:pt idx="3084">
                  <c:v>-0.117158242545745</c:v>
                </c:pt>
                <c:pt idx="3085">
                  <c:v>-0.21312543808610601</c:v>
                </c:pt>
                <c:pt idx="3086">
                  <c:v>0.116019509801848</c:v>
                </c:pt>
                <c:pt idx="3087">
                  <c:v>-0.30726611134937398</c:v>
                </c:pt>
                <c:pt idx="3088">
                  <c:v>-0.12521046929348101</c:v>
                </c:pt>
                <c:pt idx="3089">
                  <c:v>-0.152326994137127</c:v>
                </c:pt>
                <c:pt idx="3090">
                  <c:v>0.14544256759631199</c:v>
                </c:pt>
                <c:pt idx="3091">
                  <c:v>-0.21103872824304301</c:v>
                </c:pt>
                <c:pt idx="3092">
                  <c:v>-0.12354912976542901</c:v>
                </c:pt>
                <c:pt idx="3093">
                  <c:v>-0.385913826672315</c:v>
                </c:pt>
                <c:pt idx="3094">
                  <c:v>0.40606759698695399</c:v>
                </c:pt>
                <c:pt idx="3095">
                  <c:v>-0.143271962316117</c:v>
                </c:pt>
                <c:pt idx="3096">
                  <c:v>0.142644506622503</c:v>
                </c:pt>
                <c:pt idx="3097">
                  <c:v>-0.15128789314235999</c:v>
                </c:pt>
                <c:pt idx="3098">
                  <c:v>-0.12571594708804701</c:v>
                </c:pt>
                <c:pt idx="3099">
                  <c:v>0.161484808267993</c:v>
                </c:pt>
                <c:pt idx="3100">
                  <c:v>-0.19834597631464801</c:v>
                </c:pt>
                <c:pt idx="3101">
                  <c:v>-0.126184135044596</c:v>
                </c:pt>
                <c:pt idx="3102">
                  <c:v>-0.19362699126196101</c:v>
                </c:pt>
                <c:pt idx="3103">
                  <c:v>0.23896325552033601</c:v>
                </c:pt>
                <c:pt idx="3104">
                  <c:v>-0.31111899941629101</c:v>
                </c:pt>
                <c:pt idx="3105">
                  <c:v>0.122008969993793</c:v>
                </c:pt>
                <c:pt idx="3106">
                  <c:v>-0.12083256164683601</c:v>
                </c:pt>
                <c:pt idx="3107">
                  <c:v>-0.10216396407175</c:v>
                </c:pt>
                <c:pt idx="3108">
                  <c:v>-0.19405229699838999</c:v>
                </c:pt>
                <c:pt idx="3109">
                  <c:v>0.216850529702942</c:v>
                </c:pt>
                <c:pt idx="3110">
                  <c:v>0.44740542013033402</c:v>
                </c:pt>
                <c:pt idx="3111">
                  <c:v>0.217110797642871</c:v>
                </c:pt>
                <c:pt idx="3112">
                  <c:v>0.10765592295462099</c:v>
                </c:pt>
                <c:pt idx="3113">
                  <c:v>8.8620389580622599E-2</c:v>
                </c:pt>
                <c:pt idx="3114">
                  <c:v>-0.12298626404693599</c:v>
                </c:pt>
                <c:pt idx="3115">
                  <c:v>-9.1343376212400101E-2</c:v>
                </c:pt>
                <c:pt idx="3116">
                  <c:v>-0.18654228385424099</c:v>
                </c:pt>
                <c:pt idx="3117">
                  <c:v>-0.48531076033989301</c:v>
                </c:pt>
                <c:pt idx="3118">
                  <c:v>0.30827914516880001</c:v>
                </c:pt>
                <c:pt idx="3119">
                  <c:v>8.4026711886643596E-2</c:v>
                </c:pt>
                <c:pt idx="3120">
                  <c:v>-0.19037086760851499</c:v>
                </c:pt>
                <c:pt idx="3121">
                  <c:v>0.13606850506391099</c:v>
                </c:pt>
                <c:pt idx="3122">
                  <c:v>-0.41107430647012699</c:v>
                </c:pt>
                <c:pt idx="3123">
                  <c:v>-0.20153227672568599</c:v>
                </c:pt>
                <c:pt idx="3124">
                  <c:v>8.6573201588255003E-2</c:v>
                </c:pt>
                <c:pt idx="3125">
                  <c:v>0.115816228117978</c:v>
                </c:pt>
                <c:pt idx="3126">
                  <c:v>0.16024364316094999</c:v>
                </c:pt>
                <c:pt idx="3127">
                  <c:v>0.14533488266497599</c:v>
                </c:pt>
                <c:pt idx="3128">
                  <c:v>-0.24781219829415899</c:v>
                </c:pt>
                <c:pt idx="3129">
                  <c:v>-0.129095393840817</c:v>
                </c:pt>
                <c:pt idx="3130">
                  <c:v>-0.28719817162398098</c:v>
                </c:pt>
                <c:pt idx="3131">
                  <c:v>-0.26875246939833602</c:v>
                </c:pt>
                <c:pt idx="3132">
                  <c:v>0.20055334100413399</c:v>
                </c:pt>
                <c:pt idx="3133">
                  <c:v>0.13503988536971401</c:v>
                </c:pt>
                <c:pt idx="3134">
                  <c:v>0.20473460166626001</c:v>
                </c:pt>
                <c:pt idx="3135">
                  <c:v>-0.15789905054414499</c:v>
                </c:pt>
                <c:pt idx="3136">
                  <c:v>-8.7987577745707299E-2</c:v>
                </c:pt>
                <c:pt idx="3137">
                  <c:v>0.122560013536607</c:v>
                </c:pt>
                <c:pt idx="3138">
                  <c:v>-0.14850417361148899</c:v>
                </c:pt>
                <c:pt idx="3139">
                  <c:v>8.9585758014241207E-2</c:v>
                </c:pt>
                <c:pt idx="3140">
                  <c:v>-0.17156729009914801</c:v>
                </c:pt>
                <c:pt idx="3141">
                  <c:v>-0.232185827474574</c:v>
                </c:pt>
                <c:pt idx="3142">
                  <c:v>8.6494237059707005E-2</c:v>
                </c:pt>
                <c:pt idx="3143">
                  <c:v>0.16426080406318999</c:v>
                </c:pt>
                <c:pt idx="3144">
                  <c:v>0.42702283411666297</c:v>
                </c:pt>
                <c:pt idx="3145">
                  <c:v>0.103015085475992</c:v>
                </c:pt>
                <c:pt idx="3146">
                  <c:v>-0.322493246062379</c:v>
                </c:pt>
                <c:pt idx="3147">
                  <c:v>-0.28186846193103698</c:v>
                </c:pt>
                <c:pt idx="3148">
                  <c:v>7.9167119488886301E-2</c:v>
                </c:pt>
                <c:pt idx="3149">
                  <c:v>9.9502246198241606E-2</c:v>
                </c:pt>
                <c:pt idx="3150">
                  <c:v>0.142353643394735</c:v>
                </c:pt>
                <c:pt idx="3151">
                  <c:v>-0.32936747398073202</c:v>
                </c:pt>
                <c:pt idx="3152">
                  <c:v>0.38377604978108298</c:v>
                </c:pt>
                <c:pt idx="3153">
                  <c:v>9.7914782473470297E-2</c:v>
                </c:pt>
                <c:pt idx="3154">
                  <c:v>0.45891544280854601</c:v>
                </c:pt>
                <c:pt idx="3155">
                  <c:v>-0.108569705590604</c:v>
                </c:pt>
                <c:pt idx="3156">
                  <c:v>0.174779440941876</c:v>
                </c:pt>
                <c:pt idx="3157">
                  <c:v>-0.13960621243005999</c:v>
                </c:pt>
                <c:pt idx="3158">
                  <c:v>-0.22017235545267499</c:v>
                </c:pt>
                <c:pt idx="3159">
                  <c:v>-0.25491329850633099</c:v>
                </c:pt>
                <c:pt idx="3160">
                  <c:v>-0.156379448035604</c:v>
                </c:pt>
                <c:pt idx="3161">
                  <c:v>-0.104997239351775</c:v>
                </c:pt>
                <c:pt idx="3162">
                  <c:v>0.111295499245792</c:v>
                </c:pt>
                <c:pt idx="3163">
                  <c:v>-0.124466763174123</c:v>
                </c:pt>
                <c:pt idx="3164">
                  <c:v>-0.25124762513448201</c:v>
                </c:pt>
                <c:pt idx="3165">
                  <c:v>0.164255901157777</c:v>
                </c:pt>
                <c:pt idx="3166">
                  <c:v>-0.20095668122725399</c:v>
                </c:pt>
                <c:pt idx="3167">
                  <c:v>-0.21443863084017101</c:v>
                </c:pt>
                <c:pt idx="3168">
                  <c:v>0.20897606749865399</c:v>
                </c:pt>
                <c:pt idx="3169">
                  <c:v>-0.329961999731331</c:v>
                </c:pt>
                <c:pt idx="3170">
                  <c:v>-0.12118440585276199</c:v>
                </c:pt>
                <c:pt idx="3171">
                  <c:v>0.157968149628232</c:v>
                </c:pt>
                <c:pt idx="3172">
                  <c:v>0.14141884705323399</c:v>
                </c:pt>
                <c:pt idx="3173">
                  <c:v>-0.105470750697854</c:v>
                </c:pt>
                <c:pt idx="3174">
                  <c:v>0.172825129378047</c:v>
                </c:pt>
                <c:pt idx="3175">
                  <c:v>0.17484815769221401</c:v>
                </c:pt>
                <c:pt idx="3176">
                  <c:v>-0.21192378036519699</c:v>
                </c:pt>
                <c:pt idx="3177">
                  <c:v>0.21522940248497599</c:v>
                </c:pt>
                <c:pt idx="3178">
                  <c:v>-9.09239990901511E-2</c:v>
                </c:pt>
                <c:pt idx="3179">
                  <c:v>0.193327594960266</c:v>
                </c:pt>
                <c:pt idx="3180">
                  <c:v>0.13459438176324301</c:v>
                </c:pt>
                <c:pt idx="3181">
                  <c:v>-0.10992453061834701</c:v>
                </c:pt>
                <c:pt idx="3182">
                  <c:v>0.42140874663344602</c:v>
                </c:pt>
                <c:pt idx="3183">
                  <c:v>0.13803900241483899</c:v>
                </c:pt>
                <c:pt idx="3184">
                  <c:v>-0.11121221395127601</c:v>
                </c:pt>
                <c:pt idx="3185">
                  <c:v>-0.120139774609473</c:v>
                </c:pt>
                <c:pt idx="3186">
                  <c:v>-0.20941318707413001</c:v>
                </c:pt>
                <c:pt idx="3187">
                  <c:v>8.8668933985235995E-2</c:v>
                </c:pt>
                <c:pt idx="3188">
                  <c:v>-0.122095790731038</c:v>
                </c:pt>
                <c:pt idx="3189">
                  <c:v>-0.21629890576602201</c:v>
                </c:pt>
                <c:pt idx="3190">
                  <c:v>0.24732233372882101</c:v>
                </c:pt>
                <c:pt idx="3191">
                  <c:v>-0.20587894885892799</c:v>
                </c:pt>
                <c:pt idx="3192">
                  <c:v>-9.2456125874814901E-2</c:v>
                </c:pt>
                <c:pt idx="3193">
                  <c:v>-0.10717199735511</c:v>
                </c:pt>
                <c:pt idx="3194">
                  <c:v>0.40286405922602198</c:v>
                </c:pt>
                <c:pt idx="3195">
                  <c:v>-0.133192928033878</c:v>
                </c:pt>
                <c:pt idx="3196">
                  <c:v>0.10611787469789</c:v>
                </c:pt>
                <c:pt idx="3197">
                  <c:v>0.165619267046928</c:v>
                </c:pt>
                <c:pt idx="3198">
                  <c:v>-0.14649074130275599</c:v>
                </c:pt>
                <c:pt idx="3199">
                  <c:v>0.107350193870438</c:v>
                </c:pt>
                <c:pt idx="3200">
                  <c:v>-0.103075074597143</c:v>
                </c:pt>
                <c:pt idx="3201">
                  <c:v>-8.4854796882460407E-2</c:v>
                </c:pt>
                <c:pt idx="3202">
                  <c:v>-8.1064699588424105E-2</c:v>
                </c:pt>
                <c:pt idx="3203">
                  <c:v>-9.7864247135973401E-2</c:v>
                </c:pt>
                <c:pt idx="3204">
                  <c:v>-0.20332718396568999</c:v>
                </c:pt>
                <c:pt idx="3205">
                  <c:v>0.147510119390862</c:v>
                </c:pt>
                <c:pt idx="3206">
                  <c:v>-0.11555769789761799</c:v>
                </c:pt>
                <c:pt idx="3207">
                  <c:v>0.24348780821667801</c:v>
                </c:pt>
                <c:pt idx="3208">
                  <c:v>-0.21449167656009399</c:v>
                </c:pt>
                <c:pt idx="3209">
                  <c:v>-0.22973381546285099</c:v>
                </c:pt>
                <c:pt idx="3210">
                  <c:v>0.102511777005532</c:v>
                </c:pt>
                <c:pt idx="3211">
                  <c:v>0.27442800180918397</c:v>
                </c:pt>
                <c:pt idx="3212">
                  <c:v>8.6535622421990893E-2</c:v>
                </c:pt>
                <c:pt idx="3213">
                  <c:v>-0.23031436855520601</c:v>
                </c:pt>
                <c:pt idx="3214">
                  <c:v>-0.22467507779072801</c:v>
                </c:pt>
                <c:pt idx="3215">
                  <c:v>-0.104195581931183</c:v>
                </c:pt>
                <c:pt idx="3216">
                  <c:v>0.13964884219149101</c:v>
                </c:pt>
                <c:pt idx="3217">
                  <c:v>0.30286826741546202</c:v>
                </c:pt>
                <c:pt idx="3218">
                  <c:v>0.26374526278871002</c:v>
                </c:pt>
                <c:pt idx="3219">
                  <c:v>-0.11432257953035201</c:v>
                </c:pt>
                <c:pt idx="3220">
                  <c:v>0.12997976687923801</c:v>
                </c:pt>
                <c:pt idx="3221">
                  <c:v>0.41048386432680001</c:v>
                </c:pt>
                <c:pt idx="3222">
                  <c:v>0.18434584342353599</c:v>
                </c:pt>
                <c:pt idx="3223">
                  <c:v>0.149139645652241</c:v>
                </c:pt>
                <c:pt idx="3224">
                  <c:v>0.11882535788601301</c:v>
                </c:pt>
                <c:pt idx="3225">
                  <c:v>0.453260002324335</c:v>
                </c:pt>
                <c:pt idx="3226">
                  <c:v>-0.18450985051477201</c:v>
                </c:pt>
                <c:pt idx="3227">
                  <c:v>-0.13390251776190401</c:v>
                </c:pt>
                <c:pt idx="3228">
                  <c:v>-0.14159177542082799</c:v>
                </c:pt>
                <c:pt idx="3229">
                  <c:v>9.9086883470661705E-2</c:v>
                </c:pt>
                <c:pt idx="3230">
                  <c:v>-0.12698567359712601</c:v>
                </c:pt>
                <c:pt idx="3231">
                  <c:v>0.107287044743664</c:v>
                </c:pt>
                <c:pt idx="3232">
                  <c:v>0.18850189205554099</c:v>
                </c:pt>
                <c:pt idx="3233">
                  <c:v>-0.22612223663554701</c:v>
                </c:pt>
                <c:pt idx="3234">
                  <c:v>-0.104935743165033</c:v>
                </c:pt>
                <c:pt idx="3235">
                  <c:v>-0.17752380404284901</c:v>
                </c:pt>
                <c:pt idx="3236">
                  <c:v>0.17855038946694499</c:v>
                </c:pt>
                <c:pt idx="3237">
                  <c:v>-0.130346086081982</c:v>
                </c:pt>
                <c:pt idx="3238">
                  <c:v>0.29941916194394502</c:v>
                </c:pt>
                <c:pt idx="3239">
                  <c:v>-0.13018668647231399</c:v>
                </c:pt>
                <c:pt idx="3240">
                  <c:v>-0.141481665498702</c:v>
                </c:pt>
                <c:pt idx="3241">
                  <c:v>-0.21803119212650299</c:v>
                </c:pt>
                <c:pt idx="3242">
                  <c:v>-0.154739759240488</c:v>
                </c:pt>
                <c:pt idx="3243">
                  <c:v>0.14908620433231301</c:v>
                </c:pt>
                <c:pt idx="3244">
                  <c:v>-0.109389887983809</c:v>
                </c:pt>
                <c:pt idx="3245">
                  <c:v>-0.22283426689960401</c:v>
                </c:pt>
                <c:pt idx="3246">
                  <c:v>0.120931705174549</c:v>
                </c:pt>
                <c:pt idx="3247">
                  <c:v>9.3507322933270104E-2</c:v>
                </c:pt>
                <c:pt idx="3248">
                  <c:v>0.143302844949698</c:v>
                </c:pt>
                <c:pt idx="3249">
                  <c:v>-0.17007947598249001</c:v>
                </c:pt>
                <c:pt idx="3250">
                  <c:v>0.12946357819892301</c:v>
                </c:pt>
                <c:pt idx="3251">
                  <c:v>-0.31328044625532703</c:v>
                </c:pt>
                <c:pt idx="3252">
                  <c:v>0.15407042158088299</c:v>
                </c:pt>
                <c:pt idx="3253">
                  <c:v>0.249688596267887</c:v>
                </c:pt>
                <c:pt idx="3254">
                  <c:v>-0.100382195320378</c:v>
                </c:pt>
                <c:pt idx="3255">
                  <c:v>0.166661770843191</c:v>
                </c:pt>
                <c:pt idx="3256">
                  <c:v>-0.12680285750203199</c:v>
                </c:pt>
                <c:pt idx="3257">
                  <c:v>0.13371900611110399</c:v>
                </c:pt>
                <c:pt idx="3258">
                  <c:v>9.6302584833562604E-2</c:v>
                </c:pt>
                <c:pt idx="3259">
                  <c:v>0.58816714155185701</c:v>
                </c:pt>
                <c:pt idx="3260">
                  <c:v>-0.178822042411827</c:v>
                </c:pt>
                <c:pt idx="3261">
                  <c:v>-0.15174735407266501</c:v>
                </c:pt>
                <c:pt idx="3262">
                  <c:v>0.44312398335914999</c:v>
                </c:pt>
                <c:pt idx="3263">
                  <c:v>8.4839184533379394E-2</c:v>
                </c:pt>
                <c:pt idx="3264">
                  <c:v>-0.113105791682926</c:v>
                </c:pt>
                <c:pt idx="3265">
                  <c:v>0.132228820468619</c:v>
                </c:pt>
                <c:pt idx="3266">
                  <c:v>-0.238312037511893</c:v>
                </c:pt>
                <c:pt idx="3267">
                  <c:v>-0.117177004201469</c:v>
                </c:pt>
                <c:pt idx="3268">
                  <c:v>-0.113218577947073</c:v>
                </c:pt>
                <c:pt idx="3269">
                  <c:v>-9.2561955111470695E-2</c:v>
                </c:pt>
                <c:pt idx="3270">
                  <c:v>-0.14523958525160899</c:v>
                </c:pt>
                <c:pt idx="3271">
                  <c:v>0.150252215976032</c:v>
                </c:pt>
                <c:pt idx="3272">
                  <c:v>0.12610637335239999</c:v>
                </c:pt>
                <c:pt idx="3273">
                  <c:v>-0.129066607450849</c:v>
                </c:pt>
                <c:pt idx="3274">
                  <c:v>0.202113890994472</c:v>
                </c:pt>
                <c:pt idx="3275">
                  <c:v>0.16533685898155101</c:v>
                </c:pt>
                <c:pt idx="3276">
                  <c:v>-0.13382372313006399</c:v>
                </c:pt>
                <c:pt idx="3277">
                  <c:v>-0.253143151437975</c:v>
                </c:pt>
                <c:pt idx="3278">
                  <c:v>-9.3006124068200094E-2</c:v>
                </c:pt>
                <c:pt idx="3279">
                  <c:v>-0.117821026347205</c:v>
                </c:pt>
                <c:pt idx="3280">
                  <c:v>-9.1549165275491604E-2</c:v>
                </c:pt>
                <c:pt idx="3281">
                  <c:v>0.100959234706728</c:v>
                </c:pt>
                <c:pt idx="3282">
                  <c:v>0.125759558777258</c:v>
                </c:pt>
                <c:pt idx="3283">
                  <c:v>0.19062431474699101</c:v>
                </c:pt>
                <c:pt idx="3284">
                  <c:v>9.9134568979650298E-2</c:v>
                </c:pt>
                <c:pt idx="3285">
                  <c:v>-9.4618635864314599E-2</c:v>
                </c:pt>
                <c:pt idx="3286">
                  <c:v>0.41959477090427599</c:v>
                </c:pt>
                <c:pt idx="3287">
                  <c:v>-0.12500520067611401</c:v>
                </c:pt>
                <c:pt idx="3288">
                  <c:v>0.11261917622013901</c:v>
                </c:pt>
                <c:pt idx="3289">
                  <c:v>0.40455826852306798</c:v>
                </c:pt>
                <c:pt idx="3290">
                  <c:v>0.115721311664647</c:v>
                </c:pt>
                <c:pt idx="3291">
                  <c:v>-0.19656525839621999</c:v>
                </c:pt>
                <c:pt idx="3292">
                  <c:v>-9.1253306346583699E-2</c:v>
                </c:pt>
                <c:pt idx="3293">
                  <c:v>0.24384403757689599</c:v>
                </c:pt>
                <c:pt idx="3294">
                  <c:v>0.20778846339447901</c:v>
                </c:pt>
                <c:pt idx="3295">
                  <c:v>-0.12851430936448699</c:v>
                </c:pt>
                <c:pt idx="3296">
                  <c:v>0.122145798068448</c:v>
                </c:pt>
                <c:pt idx="3297">
                  <c:v>-0.30778794092781703</c:v>
                </c:pt>
                <c:pt idx="3298">
                  <c:v>0.196761292398833</c:v>
                </c:pt>
                <c:pt idx="3299">
                  <c:v>0.12955345192354201</c:v>
                </c:pt>
                <c:pt idx="3300">
                  <c:v>0.129885275309856</c:v>
                </c:pt>
                <c:pt idx="3301">
                  <c:v>7.6896083104656995E-2</c:v>
                </c:pt>
                <c:pt idx="3302">
                  <c:v>0.19009085956812299</c:v>
                </c:pt>
                <c:pt idx="3303">
                  <c:v>0.14668323790836299</c:v>
                </c:pt>
                <c:pt idx="3304">
                  <c:v>0.18464415304515899</c:v>
                </c:pt>
                <c:pt idx="3305">
                  <c:v>7.6397494822213502E-2</c:v>
                </c:pt>
                <c:pt idx="3306">
                  <c:v>-0.118711188984456</c:v>
                </c:pt>
                <c:pt idx="3307">
                  <c:v>0.169340755922818</c:v>
                </c:pt>
                <c:pt idx="3308">
                  <c:v>0.19749108853459099</c:v>
                </c:pt>
                <c:pt idx="3309">
                  <c:v>-0.29793786479793699</c:v>
                </c:pt>
                <c:pt idx="3310">
                  <c:v>-0.349594159907895</c:v>
                </c:pt>
                <c:pt idx="3311">
                  <c:v>-0.17110311424331601</c:v>
                </c:pt>
                <c:pt idx="3312">
                  <c:v>0.14084091387655201</c:v>
                </c:pt>
                <c:pt idx="3313">
                  <c:v>-0.188701433528628</c:v>
                </c:pt>
                <c:pt idx="3314">
                  <c:v>0.10149420446280601</c:v>
                </c:pt>
                <c:pt idx="3315">
                  <c:v>-9.1737036277258696E-2</c:v>
                </c:pt>
                <c:pt idx="3316">
                  <c:v>0.17205496674453999</c:v>
                </c:pt>
                <c:pt idx="3317">
                  <c:v>0.194581111968464</c:v>
                </c:pt>
                <c:pt idx="3318">
                  <c:v>-8.7567675794151298E-2</c:v>
                </c:pt>
                <c:pt idx="3319">
                  <c:v>0.30555694340325301</c:v>
                </c:pt>
                <c:pt idx="3320">
                  <c:v>8.6427077959339002E-2</c:v>
                </c:pt>
                <c:pt idx="3321">
                  <c:v>-0.127780724122765</c:v>
                </c:pt>
                <c:pt idx="3322">
                  <c:v>8.1536999104880395E-2</c:v>
                </c:pt>
                <c:pt idx="3323">
                  <c:v>-0.21699456947142401</c:v>
                </c:pt>
                <c:pt idx="3324">
                  <c:v>0.109085564529089</c:v>
                </c:pt>
                <c:pt idx="3325">
                  <c:v>0.16587929566159301</c:v>
                </c:pt>
                <c:pt idx="3326">
                  <c:v>0.20832259934862299</c:v>
                </c:pt>
                <c:pt idx="3327">
                  <c:v>8.1212834766176897E-2</c:v>
                </c:pt>
                <c:pt idx="3328">
                  <c:v>0.25844869070082399</c:v>
                </c:pt>
                <c:pt idx="3329">
                  <c:v>0.255195552928001</c:v>
                </c:pt>
                <c:pt idx="3330">
                  <c:v>0.14849499828537899</c:v>
                </c:pt>
                <c:pt idx="3331">
                  <c:v>-8.6906438074748807E-2</c:v>
                </c:pt>
                <c:pt idx="3332">
                  <c:v>0.125090914296624</c:v>
                </c:pt>
                <c:pt idx="3333">
                  <c:v>-0.114130688251443</c:v>
                </c:pt>
                <c:pt idx="3334">
                  <c:v>0.16685574935412401</c:v>
                </c:pt>
                <c:pt idx="3335">
                  <c:v>-7.7032849808244194E-2</c:v>
                </c:pt>
                <c:pt idx="3336">
                  <c:v>-0.163201401579641</c:v>
                </c:pt>
                <c:pt idx="3337">
                  <c:v>0.16321058194216301</c:v>
                </c:pt>
                <c:pt idx="3338">
                  <c:v>9.2943575167129894E-2</c:v>
                </c:pt>
                <c:pt idx="3339">
                  <c:v>0.262163993632193</c:v>
                </c:pt>
                <c:pt idx="3340">
                  <c:v>-0.234017355288891</c:v>
                </c:pt>
                <c:pt idx="3341">
                  <c:v>8.2465685405480799E-2</c:v>
                </c:pt>
                <c:pt idx="3342">
                  <c:v>0.143131666312343</c:v>
                </c:pt>
                <c:pt idx="3343">
                  <c:v>0.36585614263079702</c:v>
                </c:pt>
                <c:pt idx="3344">
                  <c:v>0.214832977768221</c:v>
                </c:pt>
                <c:pt idx="3345">
                  <c:v>-0.26273491742482902</c:v>
                </c:pt>
                <c:pt idx="3346">
                  <c:v>-0.126325121428255</c:v>
                </c:pt>
                <c:pt idx="3347">
                  <c:v>-0.12999860789767201</c:v>
                </c:pt>
                <c:pt idx="3348">
                  <c:v>0.179019539719285</c:v>
                </c:pt>
                <c:pt idx="3349">
                  <c:v>0.17152326608663099</c:v>
                </c:pt>
                <c:pt idx="3350">
                  <c:v>-0.33063555637353698</c:v>
                </c:pt>
                <c:pt idx="3351">
                  <c:v>0.16348001057633299</c:v>
                </c:pt>
                <c:pt idx="3352">
                  <c:v>-7.3190458069358796E-2</c:v>
                </c:pt>
                <c:pt idx="3353">
                  <c:v>-0.16167046113491401</c:v>
                </c:pt>
                <c:pt idx="3354">
                  <c:v>-0.20960899681616499</c:v>
                </c:pt>
                <c:pt idx="3355">
                  <c:v>0.10088966134614499</c:v>
                </c:pt>
                <c:pt idx="3356">
                  <c:v>0.18581969482267999</c:v>
                </c:pt>
                <c:pt idx="3357">
                  <c:v>-0.111411417398177</c:v>
                </c:pt>
                <c:pt idx="3358">
                  <c:v>0.11705491032432699</c:v>
                </c:pt>
                <c:pt idx="3359">
                  <c:v>-0.13477579342843199</c:v>
                </c:pt>
                <c:pt idx="3360">
                  <c:v>-0.16414791344673699</c:v>
                </c:pt>
                <c:pt idx="3361">
                  <c:v>0.28359732969410301</c:v>
                </c:pt>
                <c:pt idx="3362">
                  <c:v>0.25133154399063801</c:v>
                </c:pt>
                <c:pt idx="3363">
                  <c:v>-0.68928197828475701</c:v>
                </c:pt>
                <c:pt idx="3364">
                  <c:v>7.8026264313489704E-2</c:v>
                </c:pt>
                <c:pt idx="3365">
                  <c:v>-0.21422770858068299</c:v>
                </c:pt>
                <c:pt idx="3366">
                  <c:v>0.24072435067519399</c:v>
                </c:pt>
                <c:pt idx="3367">
                  <c:v>0.15483456609112201</c:v>
                </c:pt>
                <c:pt idx="3368">
                  <c:v>-8.0456195064115804E-2</c:v>
                </c:pt>
                <c:pt idx="3369">
                  <c:v>-0.110385256794196</c:v>
                </c:pt>
                <c:pt idx="3370">
                  <c:v>-0.198008078669869</c:v>
                </c:pt>
                <c:pt idx="3371">
                  <c:v>0.119910674245389</c:v>
                </c:pt>
                <c:pt idx="3372">
                  <c:v>-0.257859044275698</c:v>
                </c:pt>
                <c:pt idx="3373">
                  <c:v>-0.14985302688030799</c:v>
                </c:pt>
                <c:pt idx="3374">
                  <c:v>-7.0136139931705102E-2</c:v>
                </c:pt>
                <c:pt idx="3375">
                  <c:v>0.154017720133314</c:v>
                </c:pt>
                <c:pt idx="3376">
                  <c:v>0.14171610616741101</c:v>
                </c:pt>
                <c:pt idx="3377">
                  <c:v>-0.314142398667137</c:v>
                </c:pt>
                <c:pt idx="3378">
                  <c:v>-0.134183999264195</c:v>
                </c:pt>
                <c:pt idx="3379">
                  <c:v>0.27157956826032498</c:v>
                </c:pt>
                <c:pt idx="3380">
                  <c:v>0.22840061311857299</c:v>
                </c:pt>
                <c:pt idx="3381">
                  <c:v>-0.166443340964474</c:v>
                </c:pt>
                <c:pt idx="3382">
                  <c:v>-0.141456420112895</c:v>
                </c:pt>
                <c:pt idx="3383">
                  <c:v>-7.3729487789794504E-2</c:v>
                </c:pt>
                <c:pt idx="3384">
                  <c:v>-0.113701033995465</c:v>
                </c:pt>
                <c:pt idx="3385">
                  <c:v>0.120460707069039</c:v>
                </c:pt>
                <c:pt idx="3386">
                  <c:v>-0.139859960608547</c:v>
                </c:pt>
                <c:pt idx="3387">
                  <c:v>-0.12490553804040901</c:v>
                </c:pt>
                <c:pt idx="3388">
                  <c:v>-7.3344334935025998E-2</c:v>
                </c:pt>
                <c:pt idx="3389">
                  <c:v>0.44780242223355798</c:v>
                </c:pt>
                <c:pt idx="3390">
                  <c:v>-0.27790631764839102</c:v>
                </c:pt>
                <c:pt idx="3391">
                  <c:v>-7.69365390314007E-2</c:v>
                </c:pt>
                <c:pt idx="3392">
                  <c:v>-0.12805464616503701</c:v>
                </c:pt>
                <c:pt idx="3393">
                  <c:v>0.101037411220148</c:v>
                </c:pt>
                <c:pt idx="3394">
                  <c:v>-0.183795196244354</c:v>
                </c:pt>
                <c:pt idx="3395">
                  <c:v>-0.20379242375565099</c:v>
                </c:pt>
                <c:pt idx="3396">
                  <c:v>8.9464196312111E-2</c:v>
                </c:pt>
                <c:pt idx="3397">
                  <c:v>0.13143876082825701</c:v>
                </c:pt>
                <c:pt idx="3398">
                  <c:v>8.4696031963101603E-2</c:v>
                </c:pt>
                <c:pt idx="3399">
                  <c:v>0.10074114569774301</c:v>
                </c:pt>
                <c:pt idx="3400">
                  <c:v>0.20628261317271099</c:v>
                </c:pt>
                <c:pt idx="3401">
                  <c:v>-9.1850651789080501E-2</c:v>
                </c:pt>
                <c:pt idx="3402">
                  <c:v>0.195041026675039</c:v>
                </c:pt>
                <c:pt idx="3403">
                  <c:v>0.34069054734965898</c:v>
                </c:pt>
                <c:pt idx="3404">
                  <c:v>-9.6604743719687705E-2</c:v>
                </c:pt>
                <c:pt idx="3405">
                  <c:v>-6.6578632833934406E-2</c:v>
                </c:pt>
                <c:pt idx="3406">
                  <c:v>-0.164033926444592</c:v>
                </c:pt>
                <c:pt idx="3407">
                  <c:v>-0.187497441838506</c:v>
                </c:pt>
                <c:pt idx="3408">
                  <c:v>0.15984806409147001</c:v>
                </c:pt>
                <c:pt idx="3409">
                  <c:v>7.2464615287366002E-2</c:v>
                </c:pt>
                <c:pt idx="3410">
                  <c:v>7.4686473228194203E-2</c:v>
                </c:pt>
                <c:pt idx="3411">
                  <c:v>-0.10722476947967501</c:v>
                </c:pt>
                <c:pt idx="3412">
                  <c:v>-0.19236650349859</c:v>
                </c:pt>
                <c:pt idx="3413">
                  <c:v>-0.12814819439749001</c:v>
                </c:pt>
                <c:pt idx="3414">
                  <c:v>0.14847939005897001</c:v>
                </c:pt>
                <c:pt idx="3415">
                  <c:v>-0.106653423034253</c:v>
                </c:pt>
                <c:pt idx="3416">
                  <c:v>0.14124675616702501</c:v>
                </c:pt>
                <c:pt idx="3417">
                  <c:v>0.23120987785104</c:v>
                </c:pt>
                <c:pt idx="3418">
                  <c:v>0.19803260827267299</c:v>
                </c:pt>
                <c:pt idx="3419">
                  <c:v>-0.15299902558902501</c:v>
                </c:pt>
                <c:pt idx="3420">
                  <c:v>0.111665508184839</c:v>
                </c:pt>
                <c:pt idx="3421">
                  <c:v>-0.146479557954141</c:v>
                </c:pt>
                <c:pt idx="3422">
                  <c:v>-0.16394220326238701</c:v>
                </c:pt>
                <c:pt idx="3423">
                  <c:v>8.2779324894513506E-2</c:v>
                </c:pt>
                <c:pt idx="3424">
                  <c:v>0.19648371547635399</c:v>
                </c:pt>
                <c:pt idx="3425">
                  <c:v>0.176556647197742</c:v>
                </c:pt>
                <c:pt idx="3426">
                  <c:v>9.8522576595897193E-2</c:v>
                </c:pt>
                <c:pt idx="3427">
                  <c:v>-0.73378865002884197</c:v>
                </c:pt>
                <c:pt idx="3428">
                  <c:v>-0.125115364349526</c:v>
                </c:pt>
                <c:pt idx="3429">
                  <c:v>0.126010874323121</c:v>
                </c:pt>
                <c:pt idx="3430">
                  <c:v>-8.1913531652539007E-2</c:v>
                </c:pt>
                <c:pt idx="3431">
                  <c:v>0.16132351972017001</c:v>
                </c:pt>
                <c:pt idx="3432">
                  <c:v>-9.7934788814331597E-2</c:v>
                </c:pt>
                <c:pt idx="3433">
                  <c:v>0.27795957731300702</c:v>
                </c:pt>
                <c:pt idx="3434">
                  <c:v>0.115191337403317</c:v>
                </c:pt>
                <c:pt idx="3435">
                  <c:v>-7.2466494660897496E-2</c:v>
                </c:pt>
                <c:pt idx="3436">
                  <c:v>0.23525633571885199</c:v>
                </c:pt>
                <c:pt idx="3437">
                  <c:v>-9.2921745030437805E-2</c:v>
                </c:pt>
                <c:pt idx="3438">
                  <c:v>-0.12959848764531801</c:v>
                </c:pt>
                <c:pt idx="3439">
                  <c:v>0.188862036958685</c:v>
                </c:pt>
                <c:pt idx="3440">
                  <c:v>-7.8408091591818205E-2</c:v>
                </c:pt>
                <c:pt idx="3441">
                  <c:v>8.0791299515748705E-2</c:v>
                </c:pt>
                <c:pt idx="3442">
                  <c:v>-0.36816199907483599</c:v>
                </c:pt>
                <c:pt idx="3443">
                  <c:v>-0.19622796453927199</c:v>
                </c:pt>
                <c:pt idx="3444">
                  <c:v>-0.110464000937046</c:v>
                </c:pt>
                <c:pt idx="3445">
                  <c:v>0.21853704841402399</c:v>
                </c:pt>
                <c:pt idx="3446">
                  <c:v>-0.15358575853428</c:v>
                </c:pt>
                <c:pt idx="3447">
                  <c:v>-7.9591307171654094E-2</c:v>
                </c:pt>
                <c:pt idx="3448">
                  <c:v>0.12613965516049</c:v>
                </c:pt>
                <c:pt idx="3449">
                  <c:v>-0.26695674102391798</c:v>
                </c:pt>
                <c:pt idx="3450">
                  <c:v>8.7407682574742296E-2</c:v>
                </c:pt>
                <c:pt idx="3451">
                  <c:v>-0.389319625798699</c:v>
                </c:pt>
                <c:pt idx="3452">
                  <c:v>-0.16375383983643099</c:v>
                </c:pt>
                <c:pt idx="3453">
                  <c:v>9.7160008983877305E-2</c:v>
                </c:pt>
                <c:pt idx="3454">
                  <c:v>-9.7604541060736197E-2</c:v>
                </c:pt>
                <c:pt idx="3455">
                  <c:v>-0.240450271869353</c:v>
                </c:pt>
                <c:pt idx="3456">
                  <c:v>-0.216024175299665</c:v>
                </c:pt>
                <c:pt idx="3457">
                  <c:v>-0.56753419537290695</c:v>
                </c:pt>
                <c:pt idx="3458">
                  <c:v>-0.112284182756181</c:v>
                </c:pt>
                <c:pt idx="3459">
                  <c:v>9.3664322823343596E-2</c:v>
                </c:pt>
                <c:pt idx="3460">
                  <c:v>-0.22380961434791399</c:v>
                </c:pt>
                <c:pt idx="3461">
                  <c:v>0.18537894920654499</c:v>
                </c:pt>
                <c:pt idx="3462">
                  <c:v>7.5768711336202402E-2</c:v>
                </c:pt>
                <c:pt idx="3463">
                  <c:v>0.12331789603400301</c:v>
                </c:pt>
                <c:pt idx="3464">
                  <c:v>-0.15156868072504201</c:v>
                </c:pt>
                <c:pt idx="3465">
                  <c:v>-0.11565338240618001</c:v>
                </c:pt>
                <c:pt idx="3466">
                  <c:v>9.4676048533692395E-2</c:v>
                </c:pt>
                <c:pt idx="3467">
                  <c:v>0.120668426295133</c:v>
                </c:pt>
                <c:pt idx="3468">
                  <c:v>-0.19239105068426099</c:v>
                </c:pt>
                <c:pt idx="3469">
                  <c:v>8.4609924683817894E-2</c:v>
                </c:pt>
                <c:pt idx="3470">
                  <c:v>0.13266242587834001</c:v>
                </c:pt>
                <c:pt idx="3471">
                  <c:v>-0.19350251698543999</c:v>
                </c:pt>
                <c:pt idx="3472">
                  <c:v>8.6904432466681697E-2</c:v>
                </c:pt>
                <c:pt idx="3473">
                  <c:v>-0.23170249311055699</c:v>
                </c:pt>
                <c:pt idx="3474">
                  <c:v>0.12709873762794599</c:v>
                </c:pt>
                <c:pt idx="3475">
                  <c:v>0.14965841597462401</c:v>
                </c:pt>
                <c:pt idx="3476">
                  <c:v>-8.7311843653338897E-2</c:v>
                </c:pt>
                <c:pt idx="3477">
                  <c:v>-0.116333424245887</c:v>
                </c:pt>
                <c:pt idx="3478">
                  <c:v>-0.23847956023551101</c:v>
                </c:pt>
                <c:pt idx="3479">
                  <c:v>-0.145181143653179</c:v>
                </c:pt>
                <c:pt idx="3480">
                  <c:v>0.109313388618396</c:v>
                </c:pt>
                <c:pt idx="3481">
                  <c:v>8.6920802959610896E-2</c:v>
                </c:pt>
                <c:pt idx="3482">
                  <c:v>0.13705051486008199</c:v>
                </c:pt>
                <c:pt idx="3483">
                  <c:v>0.12732854931882201</c:v>
                </c:pt>
                <c:pt idx="3484">
                  <c:v>-0.29926066581753502</c:v>
                </c:pt>
                <c:pt idx="3485">
                  <c:v>0.21192049414432301</c:v>
                </c:pt>
                <c:pt idx="3486">
                  <c:v>-8.8609844346169794E-2</c:v>
                </c:pt>
                <c:pt idx="3487">
                  <c:v>0.147130848980634</c:v>
                </c:pt>
                <c:pt idx="3488">
                  <c:v>9.8915415852239605E-2</c:v>
                </c:pt>
                <c:pt idx="3489">
                  <c:v>0.11395554293307</c:v>
                </c:pt>
                <c:pt idx="3490">
                  <c:v>-0.146577846644625</c:v>
                </c:pt>
                <c:pt idx="3491">
                  <c:v>-0.104370344236752</c:v>
                </c:pt>
                <c:pt idx="3492">
                  <c:v>-9.9874236902039101E-2</c:v>
                </c:pt>
                <c:pt idx="3493">
                  <c:v>-0.46142542319358198</c:v>
                </c:pt>
                <c:pt idx="3494">
                  <c:v>-0.11311143438106799</c:v>
                </c:pt>
                <c:pt idx="3495">
                  <c:v>9.8045909635274597E-2</c:v>
                </c:pt>
                <c:pt idx="3496">
                  <c:v>0.152428983633943</c:v>
                </c:pt>
                <c:pt idx="3497">
                  <c:v>-9.1951623769713095E-2</c:v>
                </c:pt>
                <c:pt idx="3498">
                  <c:v>9.5166065386635496E-2</c:v>
                </c:pt>
                <c:pt idx="3499">
                  <c:v>8.9689304219639596E-2</c:v>
                </c:pt>
                <c:pt idx="3500">
                  <c:v>0.114000153386026</c:v>
                </c:pt>
                <c:pt idx="3501">
                  <c:v>-7.3987310909394893E-2</c:v>
                </c:pt>
                <c:pt idx="3502">
                  <c:v>-7.6337457564882499E-2</c:v>
                </c:pt>
                <c:pt idx="3503">
                  <c:v>-0.13249675416503201</c:v>
                </c:pt>
                <c:pt idx="3504">
                  <c:v>0.15523240998520299</c:v>
                </c:pt>
                <c:pt idx="3505">
                  <c:v>-0.173251680217714</c:v>
                </c:pt>
                <c:pt idx="3506">
                  <c:v>-7.5750879813441002E-2</c:v>
                </c:pt>
                <c:pt idx="3507">
                  <c:v>-0.16326363117370599</c:v>
                </c:pt>
                <c:pt idx="3508">
                  <c:v>0.11689084548569199</c:v>
                </c:pt>
                <c:pt idx="3509">
                  <c:v>0.12309419487133499</c:v>
                </c:pt>
                <c:pt idx="3510">
                  <c:v>0.17825690059864699</c:v>
                </c:pt>
                <c:pt idx="3511">
                  <c:v>-0.11143477151619401</c:v>
                </c:pt>
                <c:pt idx="3512">
                  <c:v>-0.13913182101110899</c:v>
                </c:pt>
                <c:pt idx="3513">
                  <c:v>-7.7699351731698799E-2</c:v>
                </c:pt>
                <c:pt idx="3514">
                  <c:v>-7.2269806327810202E-2</c:v>
                </c:pt>
                <c:pt idx="3515">
                  <c:v>0.310990101971026</c:v>
                </c:pt>
                <c:pt idx="3516">
                  <c:v>0.112601866022288</c:v>
                </c:pt>
                <c:pt idx="3517">
                  <c:v>-9.6383615559879801E-2</c:v>
                </c:pt>
                <c:pt idx="3518">
                  <c:v>0.20462657771956599</c:v>
                </c:pt>
                <c:pt idx="3519">
                  <c:v>-8.0370520595550901E-2</c:v>
                </c:pt>
                <c:pt idx="3520">
                  <c:v>-8.9689778126178496E-2</c:v>
                </c:pt>
                <c:pt idx="3521">
                  <c:v>-0.13807086540261801</c:v>
                </c:pt>
                <c:pt idx="3522">
                  <c:v>-9.2474821968195897E-2</c:v>
                </c:pt>
                <c:pt idx="3523">
                  <c:v>-0.10626955271984399</c:v>
                </c:pt>
                <c:pt idx="3524">
                  <c:v>0.155351554805403</c:v>
                </c:pt>
                <c:pt idx="3525">
                  <c:v>8.8706894489483504E-2</c:v>
                </c:pt>
                <c:pt idx="3526">
                  <c:v>-0.112923567713185</c:v>
                </c:pt>
                <c:pt idx="3527">
                  <c:v>-9.5685968975867994E-2</c:v>
                </c:pt>
                <c:pt idx="3528">
                  <c:v>-0.174140914796901</c:v>
                </c:pt>
                <c:pt idx="3529">
                  <c:v>9.1612209213202803E-2</c:v>
                </c:pt>
                <c:pt idx="3530">
                  <c:v>0.17833641134356201</c:v>
                </c:pt>
                <c:pt idx="3531">
                  <c:v>0.25733521957227601</c:v>
                </c:pt>
                <c:pt idx="3532">
                  <c:v>0.21456698721942399</c:v>
                </c:pt>
                <c:pt idx="3533">
                  <c:v>7.9281110327791296E-2</c:v>
                </c:pt>
                <c:pt idx="3534">
                  <c:v>-0.164924959204022</c:v>
                </c:pt>
                <c:pt idx="3535">
                  <c:v>0.1408162094299</c:v>
                </c:pt>
                <c:pt idx="3536">
                  <c:v>-0.19102595853207999</c:v>
                </c:pt>
                <c:pt idx="3537">
                  <c:v>-0.14680823511841401</c:v>
                </c:pt>
                <c:pt idx="3538">
                  <c:v>-0.103946887277182</c:v>
                </c:pt>
                <c:pt idx="3539">
                  <c:v>-0.26249533389308199</c:v>
                </c:pt>
                <c:pt idx="3540">
                  <c:v>-0.11766395632002299</c:v>
                </c:pt>
                <c:pt idx="3541">
                  <c:v>-6.5250970910575704E-2</c:v>
                </c:pt>
                <c:pt idx="3542">
                  <c:v>0.122379901095581</c:v>
                </c:pt>
                <c:pt idx="3543">
                  <c:v>-9.4963552523374503E-2</c:v>
                </c:pt>
                <c:pt idx="3544">
                  <c:v>-0.15423784503489901</c:v>
                </c:pt>
                <c:pt idx="3545">
                  <c:v>-0.133046889428936</c:v>
                </c:pt>
                <c:pt idx="3546">
                  <c:v>-9.5239587489459196E-2</c:v>
                </c:pt>
                <c:pt idx="3547">
                  <c:v>-7.1781668831320602E-2</c:v>
                </c:pt>
                <c:pt idx="3548">
                  <c:v>0.119206956236187</c:v>
                </c:pt>
                <c:pt idx="3549">
                  <c:v>-0.118407883057792</c:v>
                </c:pt>
                <c:pt idx="3550">
                  <c:v>-0.14210522434786199</c:v>
                </c:pt>
                <c:pt idx="3551">
                  <c:v>9.14853932342439E-2</c:v>
                </c:pt>
                <c:pt idx="3552">
                  <c:v>7.4566253698168994E-2</c:v>
                </c:pt>
                <c:pt idx="3553">
                  <c:v>-7.8327676361954701E-2</c:v>
                </c:pt>
                <c:pt idx="3554">
                  <c:v>-0.182944162553458</c:v>
                </c:pt>
                <c:pt idx="3555">
                  <c:v>0.103079532196876</c:v>
                </c:pt>
                <c:pt idx="3556">
                  <c:v>-8.9896076146668905E-2</c:v>
                </c:pt>
                <c:pt idx="3557">
                  <c:v>-0.11369403663355</c:v>
                </c:pt>
                <c:pt idx="3558">
                  <c:v>-0.13415665451122599</c:v>
                </c:pt>
                <c:pt idx="3559">
                  <c:v>-0.15533792317261699</c:v>
                </c:pt>
                <c:pt idx="3560">
                  <c:v>5.9747354155774701E-2</c:v>
                </c:pt>
                <c:pt idx="3561">
                  <c:v>0.240590492017276</c:v>
                </c:pt>
                <c:pt idx="3562">
                  <c:v>-0.10097319764889801</c:v>
                </c:pt>
                <c:pt idx="3563">
                  <c:v>0.377388174796707</c:v>
                </c:pt>
                <c:pt idx="3564">
                  <c:v>-0.13754660495616</c:v>
                </c:pt>
                <c:pt idx="3565">
                  <c:v>-9.3298902346290902E-2</c:v>
                </c:pt>
                <c:pt idx="3566">
                  <c:v>-0.119882154497972</c:v>
                </c:pt>
                <c:pt idx="3567">
                  <c:v>0.130970455144098</c:v>
                </c:pt>
                <c:pt idx="3568">
                  <c:v>-0.18329347106551799</c:v>
                </c:pt>
                <c:pt idx="3569">
                  <c:v>0.143538073492191</c:v>
                </c:pt>
                <c:pt idx="3570">
                  <c:v>8.9327501946009094E-2</c:v>
                </c:pt>
                <c:pt idx="3571">
                  <c:v>0.12309084744092801</c:v>
                </c:pt>
                <c:pt idx="3572">
                  <c:v>0.23145842701629599</c:v>
                </c:pt>
                <c:pt idx="3573">
                  <c:v>0.132488522536235</c:v>
                </c:pt>
                <c:pt idx="3574">
                  <c:v>-6.5868165013902996E-2</c:v>
                </c:pt>
                <c:pt idx="3575">
                  <c:v>0.146875302248439</c:v>
                </c:pt>
                <c:pt idx="3576">
                  <c:v>-9.2841145165497393E-2</c:v>
                </c:pt>
                <c:pt idx="3577">
                  <c:v>-0.29693636109785299</c:v>
                </c:pt>
                <c:pt idx="3578">
                  <c:v>-9.7024916426327906E-2</c:v>
                </c:pt>
                <c:pt idx="3579">
                  <c:v>7.1011814460113995E-2</c:v>
                </c:pt>
                <c:pt idx="3580">
                  <c:v>9.1855475659258404E-2</c:v>
                </c:pt>
                <c:pt idx="3581">
                  <c:v>-0.11762580289732601</c:v>
                </c:pt>
                <c:pt idx="3582">
                  <c:v>6.01348039912004E-2</c:v>
                </c:pt>
                <c:pt idx="3583">
                  <c:v>-0.117739747751557</c:v>
                </c:pt>
                <c:pt idx="3584">
                  <c:v>-0.15691963757515401</c:v>
                </c:pt>
                <c:pt idx="3585">
                  <c:v>-0.56627028327039097</c:v>
                </c:pt>
                <c:pt idx="3586">
                  <c:v>-0.475075234853925</c:v>
                </c:pt>
                <c:pt idx="3587">
                  <c:v>-0.118737504329193</c:v>
                </c:pt>
                <c:pt idx="3588">
                  <c:v>0.175802809960345</c:v>
                </c:pt>
                <c:pt idx="3589">
                  <c:v>0.173006525766979</c:v>
                </c:pt>
                <c:pt idx="3590">
                  <c:v>0.18787750756209601</c:v>
                </c:pt>
                <c:pt idx="3591">
                  <c:v>-0.121570285310757</c:v>
                </c:pt>
                <c:pt idx="3592">
                  <c:v>0.13066388387783301</c:v>
                </c:pt>
                <c:pt idx="3593">
                  <c:v>0.15460746862117999</c:v>
                </c:pt>
                <c:pt idx="3594">
                  <c:v>-0.369866515472076</c:v>
                </c:pt>
                <c:pt idx="3595">
                  <c:v>-7.8910281589010395E-2</c:v>
                </c:pt>
                <c:pt idx="3596">
                  <c:v>-0.106536338868988</c:v>
                </c:pt>
                <c:pt idx="3597">
                  <c:v>-7.2406730080309997E-2</c:v>
                </c:pt>
                <c:pt idx="3598">
                  <c:v>5.64325314281078E-2</c:v>
                </c:pt>
                <c:pt idx="3599">
                  <c:v>0.179932689516377</c:v>
                </c:pt>
                <c:pt idx="3600">
                  <c:v>0.147774054786485</c:v>
                </c:pt>
                <c:pt idx="3601">
                  <c:v>0.20609479981578399</c:v>
                </c:pt>
                <c:pt idx="3602">
                  <c:v>-7.5983656222717896E-2</c:v>
                </c:pt>
                <c:pt idx="3603">
                  <c:v>-0.22197226510895299</c:v>
                </c:pt>
                <c:pt idx="3604">
                  <c:v>-0.100014384759081</c:v>
                </c:pt>
                <c:pt idx="3605">
                  <c:v>-0.116765779138657</c:v>
                </c:pt>
                <c:pt idx="3606">
                  <c:v>-0.237391254445736</c:v>
                </c:pt>
                <c:pt idx="3607">
                  <c:v>7.4414661702714796E-2</c:v>
                </c:pt>
                <c:pt idx="3608">
                  <c:v>-7.7187211848333007E-2</c:v>
                </c:pt>
                <c:pt idx="3609">
                  <c:v>9.4579630278669696E-2</c:v>
                </c:pt>
                <c:pt idx="3610">
                  <c:v>-6.3626202467219201E-2</c:v>
                </c:pt>
                <c:pt idx="3611">
                  <c:v>-0.16883176724986601</c:v>
                </c:pt>
                <c:pt idx="3612">
                  <c:v>-0.185309679727961</c:v>
                </c:pt>
                <c:pt idx="3613">
                  <c:v>-9.8579347825328498E-2</c:v>
                </c:pt>
                <c:pt idx="3614">
                  <c:v>0.12624123349501601</c:v>
                </c:pt>
                <c:pt idx="3615">
                  <c:v>0.17798462767252199</c:v>
                </c:pt>
                <c:pt idx="3616">
                  <c:v>-6.3323417293681003E-2</c:v>
                </c:pt>
                <c:pt idx="3617">
                  <c:v>0.10453363265990499</c:v>
                </c:pt>
                <c:pt idx="3618">
                  <c:v>0.102057121457008</c:v>
                </c:pt>
                <c:pt idx="3619">
                  <c:v>9.0807281256431296E-2</c:v>
                </c:pt>
                <c:pt idx="3620">
                  <c:v>0.14722644699151</c:v>
                </c:pt>
                <c:pt idx="3621">
                  <c:v>0.16642776938926199</c:v>
                </c:pt>
                <c:pt idx="3622">
                  <c:v>-6.7134714632409498E-2</c:v>
                </c:pt>
                <c:pt idx="3623">
                  <c:v>0.117807308664858</c:v>
                </c:pt>
                <c:pt idx="3624">
                  <c:v>0.15270827662749301</c:v>
                </c:pt>
                <c:pt idx="3625">
                  <c:v>6.4945599247611299E-2</c:v>
                </c:pt>
                <c:pt idx="3626">
                  <c:v>-0.29222961519536</c:v>
                </c:pt>
                <c:pt idx="3627">
                  <c:v>-6.6452876256192894E-2</c:v>
                </c:pt>
                <c:pt idx="3628">
                  <c:v>0.104286414266014</c:v>
                </c:pt>
                <c:pt idx="3629">
                  <c:v>0.120346391721597</c:v>
                </c:pt>
                <c:pt idx="3630">
                  <c:v>-0.10076741004840201</c:v>
                </c:pt>
                <c:pt idx="3631">
                  <c:v>-0.121574911247627</c:v>
                </c:pt>
                <c:pt idx="3632">
                  <c:v>-5.9117064319074999E-2</c:v>
                </c:pt>
                <c:pt idx="3633">
                  <c:v>0.28251483115821702</c:v>
                </c:pt>
                <c:pt idx="3634">
                  <c:v>-6.8157401799606304E-2</c:v>
                </c:pt>
                <c:pt idx="3635">
                  <c:v>-0.11911023395527599</c:v>
                </c:pt>
                <c:pt idx="3636">
                  <c:v>-0.16828325296060201</c:v>
                </c:pt>
                <c:pt idx="3637">
                  <c:v>-0.2237896520638</c:v>
                </c:pt>
                <c:pt idx="3638">
                  <c:v>-0.17870265919137299</c:v>
                </c:pt>
                <c:pt idx="3639">
                  <c:v>0.336573908583709</c:v>
                </c:pt>
                <c:pt idx="3640">
                  <c:v>-0.23118253382744999</c:v>
                </c:pt>
                <c:pt idx="3641">
                  <c:v>-0.19680277215414299</c:v>
                </c:pt>
                <c:pt idx="3642">
                  <c:v>0.12948224811134401</c:v>
                </c:pt>
                <c:pt idx="3643">
                  <c:v>0.14541826542159</c:v>
                </c:pt>
                <c:pt idx="3644">
                  <c:v>0.16573081132113299</c:v>
                </c:pt>
                <c:pt idx="3645">
                  <c:v>-6.5545583676737407E-2</c:v>
                </c:pt>
                <c:pt idx="3646">
                  <c:v>0.12500402275770001</c:v>
                </c:pt>
                <c:pt idx="3647">
                  <c:v>0.15456747277136501</c:v>
                </c:pt>
                <c:pt idx="3648">
                  <c:v>0.10438045289271999</c:v>
                </c:pt>
                <c:pt idx="3649">
                  <c:v>-0.37325287113326799</c:v>
                </c:pt>
                <c:pt idx="3650">
                  <c:v>-0.128375603016842</c:v>
                </c:pt>
                <c:pt idx="3651">
                  <c:v>0.117447665872298</c:v>
                </c:pt>
                <c:pt idx="3652">
                  <c:v>-0.16134997817722399</c:v>
                </c:pt>
                <c:pt idx="3653">
                  <c:v>-0.16341733867469099</c:v>
                </c:pt>
                <c:pt idx="3654">
                  <c:v>-7.2224828104566499E-2</c:v>
                </c:pt>
                <c:pt idx="3655">
                  <c:v>0.299604201549176</c:v>
                </c:pt>
                <c:pt idx="3656">
                  <c:v>0.137114523592125</c:v>
                </c:pt>
                <c:pt idx="3657">
                  <c:v>9.5442712668685203E-2</c:v>
                </c:pt>
                <c:pt idx="3658">
                  <c:v>0.106324118924903</c:v>
                </c:pt>
                <c:pt idx="3659">
                  <c:v>0.31346024207987699</c:v>
                </c:pt>
                <c:pt idx="3660">
                  <c:v>-6.2640192498275099E-2</c:v>
                </c:pt>
                <c:pt idx="3661">
                  <c:v>-0.102845642452074</c:v>
                </c:pt>
                <c:pt idx="3662">
                  <c:v>0.15585384252895601</c:v>
                </c:pt>
                <c:pt idx="3663">
                  <c:v>-0.100262703017478</c:v>
                </c:pt>
                <c:pt idx="3664">
                  <c:v>-0.10311775632237299</c:v>
                </c:pt>
                <c:pt idx="3665">
                  <c:v>-7.0836879877809594E-2</c:v>
                </c:pt>
                <c:pt idx="3666">
                  <c:v>0.10039028267799199</c:v>
                </c:pt>
                <c:pt idx="3667">
                  <c:v>-8.1588384864545602E-2</c:v>
                </c:pt>
                <c:pt idx="3668">
                  <c:v>-9.7912695674036598E-2</c:v>
                </c:pt>
                <c:pt idx="3669">
                  <c:v>0.29367956609575802</c:v>
                </c:pt>
                <c:pt idx="3670">
                  <c:v>0.16953205036216401</c:v>
                </c:pt>
                <c:pt idx="3671">
                  <c:v>0.26809255067467702</c:v>
                </c:pt>
                <c:pt idx="3672">
                  <c:v>0.12250224789283901</c:v>
                </c:pt>
                <c:pt idx="3673">
                  <c:v>-0.11060799643603</c:v>
                </c:pt>
                <c:pt idx="3674">
                  <c:v>0.19562417139334101</c:v>
                </c:pt>
                <c:pt idx="3675">
                  <c:v>-7.5589626334171101E-2</c:v>
                </c:pt>
                <c:pt idx="3676">
                  <c:v>-7.7105614587981805E-2</c:v>
                </c:pt>
                <c:pt idx="3677">
                  <c:v>8.7562116011362406E-2</c:v>
                </c:pt>
                <c:pt idx="3678">
                  <c:v>5.8555767227545602E-2</c:v>
                </c:pt>
                <c:pt idx="3679">
                  <c:v>-0.122737668582932</c:v>
                </c:pt>
                <c:pt idx="3680">
                  <c:v>7.7166772459836594E-2</c:v>
                </c:pt>
                <c:pt idx="3681">
                  <c:v>6.5450461760818299E-2</c:v>
                </c:pt>
                <c:pt idx="3682">
                  <c:v>0.19030153768827099</c:v>
                </c:pt>
                <c:pt idx="3683">
                  <c:v>-7.0283733082149497E-2</c:v>
                </c:pt>
                <c:pt idx="3684">
                  <c:v>0.101885228632103</c:v>
                </c:pt>
                <c:pt idx="3685">
                  <c:v>5.2278382399350697E-2</c:v>
                </c:pt>
                <c:pt idx="3686">
                  <c:v>0.102462999621764</c:v>
                </c:pt>
                <c:pt idx="3687">
                  <c:v>-6.1317209125658002E-2</c:v>
                </c:pt>
                <c:pt idx="3688">
                  <c:v>0.31140032028092801</c:v>
                </c:pt>
                <c:pt idx="3689">
                  <c:v>0.13201692898745099</c:v>
                </c:pt>
                <c:pt idx="3690">
                  <c:v>-6.9576430339594694E-2</c:v>
                </c:pt>
                <c:pt idx="3691">
                  <c:v>0.21262940112223599</c:v>
                </c:pt>
                <c:pt idx="3692">
                  <c:v>0.25944513905128702</c:v>
                </c:pt>
                <c:pt idx="3693">
                  <c:v>0.167700304668948</c:v>
                </c:pt>
                <c:pt idx="3694">
                  <c:v>-0.15715338532430001</c:v>
                </c:pt>
                <c:pt idx="3695">
                  <c:v>8.6280013556351107E-2</c:v>
                </c:pt>
                <c:pt idx="3696">
                  <c:v>0.109220570718929</c:v>
                </c:pt>
                <c:pt idx="3697">
                  <c:v>-9.3160033086274296E-2</c:v>
                </c:pt>
                <c:pt idx="3698">
                  <c:v>-5.6310385437892997E-2</c:v>
                </c:pt>
                <c:pt idx="3699">
                  <c:v>-0.17917754757168</c:v>
                </c:pt>
                <c:pt idx="3700">
                  <c:v>0.13837913823012099</c:v>
                </c:pt>
                <c:pt idx="3701">
                  <c:v>-9.1046292585669902E-2</c:v>
                </c:pt>
                <c:pt idx="3702">
                  <c:v>-6.9484559266836499E-2</c:v>
                </c:pt>
                <c:pt idx="3703">
                  <c:v>-0.31898413474519699</c:v>
                </c:pt>
                <c:pt idx="3704">
                  <c:v>-0.113221625732582</c:v>
                </c:pt>
                <c:pt idx="3705">
                  <c:v>-9.2454736752511493E-2</c:v>
                </c:pt>
                <c:pt idx="3706">
                  <c:v>-0.14688598039661799</c:v>
                </c:pt>
                <c:pt idx="3707">
                  <c:v>-7.7153794781676097E-2</c:v>
                </c:pt>
                <c:pt idx="3708">
                  <c:v>-7.1050388912610202E-2</c:v>
                </c:pt>
                <c:pt idx="3709">
                  <c:v>-0.116662025151324</c:v>
                </c:pt>
                <c:pt idx="3710">
                  <c:v>9.7832688528356498E-2</c:v>
                </c:pt>
                <c:pt idx="3711">
                  <c:v>-7.3483322812400304E-2</c:v>
                </c:pt>
                <c:pt idx="3712">
                  <c:v>0.159864163699108</c:v>
                </c:pt>
                <c:pt idx="3713">
                  <c:v>-0.119738439724905</c:v>
                </c:pt>
                <c:pt idx="3714">
                  <c:v>-6.8874110437839406E-2</c:v>
                </c:pt>
                <c:pt idx="3715">
                  <c:v>0.10846172185595999</c:v>
                </c:pt>
                <c:pt idx="3716">
                  <c:v>5.5558644226028499E-2</c:v>
                </c:pt>
                <c:pt idx="3717">
                  <c:v>-0.107206829283015</c:v>
                </c:pt>
                <c:pt idx="3718">
                  <c:v>-0.17182529500362501</c:v>
                </c:pt>
                <c:pt idx="3719">
                  <c:v>-7.9008748155011702E-2</c:v>
                </c:pt>
                <c:pt idx="3720">
                  <c:v>-0.24541234373381501</c:v>
                </c:pt>
                <c:pt idx="3721">
                  <c:v>7.1034992738969294E-2</c:v>
                </c:pt>
                <c:pt idx="3722">
                  <c:v>0.156900183343922</c:v>
                </c:pt>
                <c:pt idx="3723">
                  <c:v>-0.18027507208357499</c:v>
                </c:pt>
                <c:pt idx="3724">
                  <c:v>0.14866493665255101</c:v>
                </c:pt>
                <c:pt idx="3725">
                  <c:v>-0.168184919884276</c:v>
                </c:pt>
                <c:pt idx="3726">
                  <c:v>0.144872946464353</c:v>
                </c:pt>
                <c:pt idx="3727">
                  <c:v>7.3421085877299702E-2</c:v>
                </c:pt>
                <c:pt idx="3728">
                  <c:v>0.12658893868941601</c:v>
                </c:pt>
                <c:pt idx="3729">
                  <c:v>6.5367128075493497E-2</c:v>
                </c:pt>
                <c:pt idx="3730">
                  <c:v>8.6477179057485601E-2</c:v>
                </c:pt>
                <c:pt idx="3731">
                  <c:v>-0.114497873243639</c:v>
                </c:pt>
                <c:pt idx="3732">
                  <c:v>-9.3123114744514596E-2</c:v>
                </c:pt>
                <c:pt idx="3733">
                  <c:v>-9.5924973730532798E-2</c:v>
                </c:pt>
                <c:pt idx="3734">
                  <c:v>-0.25756690263307302</c:v>
                </c:pt>
                <c:pt idx="3735">
                  <c:v>-0.107571440047256</c:v>
                </c:pt>
                <c:pt idx="3736">
                  <c:v>0.105247368382656</c:v>
                </c:pt>
                <c:pt idx="3737">
                  <c:v>-0.11514621992951</c:v>
                </c:pt>
                <c:pt idx="3738">
                  <c:v>0.146930087630015</c:v>
                </c:pt>
                <c:pt idx="3739">
                  <c:v>0.125240654301841</c:v>
                </c:pt>
                <c:pt idx="3740">
                  <c:v>6.2788018255119496E-2</c:v>
                </c:pt>
                <c:pt idx="3741">
                  <c:v>-0.13059922312670799</c:v>
                </c:pt>
                <c:pt idx="3742">
                  <c:v>-0.14768094720328401</c:v>
                </c:pt>
                <c:pt idx="3743">
                  <c:v>-0.15222209191328401</c:v>
                </c:pt>
                <c:pt idx="3744">
                  <c:v>-0.105043932560136</c:v>
                </c:pt>
                <c:pt idx="3745">
                  <c:v>9.7409141819365899E-2</c:v>
                </c:pt>
                <c:pt idx="3746">
                  <c:v>0.16343225220385399</c:v>
                </c:pt>
                <c:pt idx="3747">
                  <c:v>7.4063881268553899E-2</c:v>
                </c:pt>
                <c:pt idx="3748">
                  <c:v>-0.21174941194725999</c:v>
                </c:pt>
                <c:pt idx="3749">
                  <c:v>-0.127513895640575</c:v>
                </c:pt>
                <c:pt idx="3750">
                  <c:v>-0.139389130382433</c:v>
                </c:pt>
                <c:pt idx="3751">
                  <c:v>0.437519997010128</c:v>
                </c:pt>
                <c:pt idx="3752">
                  <c:v>0.16602519132777999</c:v>
                </c:pt>
                <c:pt idx="3753">
                  <c:v>-0.17114915460257099</c:v>
                </c:pt>
                <c:pt idx="3754">
                  <c:v>0.224930399355735</c:v>
                </c:pt>
                <c:pt idx="3755">
                  <c:v>0.20547931348110601</c:v>
                </c:pt>
                <c:pt idx="3756">
                  <c:v>0.14147538602082901</c:v>
                </c:pt>
                <c:pt idx="3757">
                  <c:v>9.4398122354494504E-2</c:v>
                </c:pt>
                <c:pt idx="3758">
                  <c:v>-5.2144996455219E-2</c:v>
                </c:pt>
                <c:pt idx="3759">
                  <c:v>6.5782412316828201E-2</c:v>
                </c:pt>
                <c:pt idx="3760">
                  <c:v>-9.2929135751564501E-2</c:v>
                </c:pt>
                <c:pt idx="3761">
                  <c:v>0.15230723024485801</c:v>
                </c:pt>
                <c:pt idx="3762">
                  <c:v>-0.13928327014670899</c:v>
                </c:pt>
                <c:pt idx="3763">
                  <c:v>-7.9805365979023393E-2</c:v>
                </c:pt>
                <c:pt idx="3764">
                  <c:v>-0.13824754700795699</c:v>
                </c:pt>
                <c:pt idx="3765">
                  <c:v>7.1115616470937199E-2</c:v>
                </c:pt>
                <c:pt idx="3766">
                  <c:v>-6.0595098961957902E-2</c:v>
                </c:pt>
                <c:pt idx="3767">
                  <c:v>4.7760154902455602E-2</c:v>
                </c:pt>
                <c:pt idx="3768">
                  <c:v>-8.8630830883339201E-2</c:v>
                </c:pt>
                <c:pt idx="3769">
                  <c:v>9.0892118208444103E-2</c:v>
                </c:pt>
                <c:pt idx="3770">
                  <c:v>0.11036206514090501</c:v>
                </c:pt>
                <c:pt idx="3771">
                  <c:v>7.5482464482870895E-2</c:v>
                </c:pt>
                <c:pt idx="3772">
                  <c:v>5.0873180926817703E-2</c:v>
                </c:pt>
                <c:pt idx="3773">
                  <c:v>0.105957610149957</c:v>
                </c:pt>
                <c:pt idx="3774">
                  <c:v>-0.136672948482914</c:v>
                </c:pt>
                <c:pt idx="3775">
                  <c:v>-0.10802732661294499</c:v>
                </c:pt>
                <c:pt idx="3776">
                  <c:v>0.110766680183026</c:v>
                </c:pt>
                <c:pt idx="3777">
                  <c:v>7.6546078884501198E-2</c:v>
                </c:pt>
                <c:pt idx="3778">
                  <c:v>-5.4455922248131103E-2</c:v>
                </c:pt>
                <c:pt idx="3779">
                  <c:v>-7.2077610195606198E-2</c:v>
                </c:pt>
                <c:pt idx="3780">
                  <c:v>9.9726676217681401E-2</c:v>
                </c:pt>
                <c:pt idx="3781">
                  <c:v>-0.111471813395966</c:v>
                </c:pt>
                <c:pt idx="3782">
                  <c:v>0.22785784815181701</c:v>
                </c:pt>
                <c:pt idx="3783">
                  <c:v>0.16917290531648299</c:v>
                </c:pt>
                <c:pt idx="3784">
                  <c:v>-0.22030272803339901</c:v>
                </c:pt>
                <c:pt idx="3785">
                  <c:v>-5.9080280829256503E-2</c:v>
                </c:pt>
                <c:pt idx="3786">
                  <c:v>6.48328230688833E-2</c:v>
                </c:pt>
                <c:pt idx="3787">
                  <c:v>8.3229218101479305E-2</c:v>
                </c:pt>
                <c:pt idx="3788">
                  <c:v>0.102140758246119</c:v>
                </c:pt>
                <c:pt idx="3789">
                  <c:v>-8.1923216609475005E-2</c:v>
                </c:pt>
                <c:pt idx="3790">
                  <c:v>0.123588315861312</c:v>
                </c:pt>
                <c:pt idx="3791">
                  <c:v>-0.20010763852799901</c:v>
                </c:pt>
                <c:pt idx="3792">
                  <c:v>-9.0021096119691904E-2</c:v>
                </c:pt>
                <c:pt idx="3793">
                  <c:v>-7.0548617025494295E-2</c:v>
                </c:pt>
                <c:pt idx="3794">
                  <c:v>7.2674332178603904E-2</c:v>
                </c:pt>
                <c:pt idx="3795">
                  <c:v>-0.130013505725387</c:v>
                </c:pt>
                <c:pt idx="3796">
                  <c:v>9.4774071735827206E-2</c:v>
                </c:pt>
                <c:pt idx="3797">
                  <c:v>-5.8742694320074E-2</c:v>
                </c:pt>
                <c:pt idx="3798">
                  <c:v>9.6672483637043199E-2</c:v>
                </c:pt>
                <c:pt idx="3799">
                  <c:v>-0.25874398753841998</c:v>
                </c:pt>
                <c:pt idx="3800">
                  <c:v>-0.12590987468456299</c:v>
                </c:pt>
                <c:pt idx="3801">
                  <c:v>7.84267129317371E-2</c:v>
                </c:pt>
                <c:pt idx="3802">
                  <c:v>-0.14066972703084701</c:v>
                </c:pt>
                <c:pt idx="3803">
                  <c:v>-8.6154032613798406E-2</c:v>
                </c:pt>
                <c:pt idx="3804">
                  <c:v>0.17780353176269201</c:v>
                </c:pt>
                <c:pt idx="3805">
                  <c:v>9.90415092883659E-2</c:v>
                </c:pt>
                <c:pt idx="3806">
                  <c:v>8.22021730459674E-2</c:v>
                </c:pt>
                <c:pt idx="3807">
                  <c:v>6.5534282909105498E-2</c:v>
                </c:pt>
                <c:pt idx="3808">
                  <c:v>-9.92911646522288E-2</c:v>
                </c:pt>
                <c:pt idx="3809">
                  <c:v>-7.1683274144593398E-2</c:v>
                </c:pt>
                <c:pt idx="3810">
                  <c:v>9.50923992557655E-2</c:v>
                </c:pt>
                <c:pt idx="3811">
                  <c:v>-8.8759694765027305E-2</c:v>
                </c:pt>
                <c:pt idx="3812">
                  <c:v>5.95340945508376E-2</c:v>
                </c:pt>
                <c:pt idx="3813">
                  <c:v>9.7918625063066103E-2</c:v>
                </c:pt>
                <c:pt idx="3814">
                  <c:v>0.153616191466806</c:v>
                </c:pt>
                <c:pt idx="3815">
                  <c:v>-0.143472260999363</c:v>
                </c:pt>
                <c:pt idx="3816">
                  <c:v>9.3946436214252999E-2</c:v>
                </c:pt>
                <c:pt idx="3817">
                  <c:v>0.19056381729489399</c:v>
                </c:pt>
                <c:pt idx="3818">
                  <c:v>-0.13320652485502599</c:v>
                </c:pt>
                <c:pt idx="3819">
                  <c:v>-5.0195232286903001E-2</c:v>
                </c:pt>
                <c:pt idx="3820">
                  <c:v>-9.6905383747682095E-2</c:v>
                </c:pt>
                <c:pt idx="3821">
                  <c:v>-7.9881615336169901E-2</c:v>
                </c:pt>
                <c:pt idx="3822">
                  <c:v>-6.9666513376588995E-2</c:v>
                </c:pt>
                <c:pt idx="3823">
                  <c:v>0.226004649877805</c:v>
                </c:pt>
                <c:pt idx="3824">
                  <c:v>-5.8782987515279203E-2</c:v>
                </c:pt>
                <c:pt idx="3825">
                  <c:v>0.111011850720871</c:v>
                </c:pt>
                <c:pt idx="3826">
                  <c:v>7.7659275938447805E-2</c:v>
                </c:pt>
                <c:pt idx="3827">
                  <c:v>6.2232908535175803E-2</c:v>
                </c:pt>
                <c:pt idx="3828">
                  <c:v>4.8142460162313903E-2</c:v>
                </c:pt>
                <c:pt idx="3829">
                  <c:v>-0.147450763139332</c:v>
                </c:pt>
                <c:pt idx="3830">
                  <c:v>0.11483344148890499</c:v>
                </c:pt>
                <c:pt idx="3831">
                  <c:v>-5.3153113287418598E-2</c:v>
                </c:pt>
                <c:pt idx="3832">
                  <c:v>9.1051790229510501E-2</c:v>
                </c:pt>
                <c:pt idx="3833">
                  <c:v>0.257445847625561</c:v>
                </c:pt>
                <c:pt idx="3834">
                  <c:v>0.12437856023918301</c:v>
                </c:pt>
                <c:pt idx="3835">
                  <c:v>-5.7013421567276602E-2</c:v>
                </c:pt>
                <c:pt idx="3836">
                  <c:v>-5.7344323908420598E-2</c:v>
                </c:pt>
                <c:pt idx="3837">
                  <c:v>-0.106996725128898</c:v>
                </c:pt>
                <c:pt idx="3838">
                  <c:v>0.19719577725159401</c:v>
                </c:pt>
                <c:pt idx="3839">
                  <c:v>0.113932033697036</c:v>
                </c:pt>
                <c:pt idx="3840">
                  <c:v>-7.5737179676757194E-2</c:v>
                </c:pt>
                <c:pt idx="3841">
                  <c:v>0.41925356270770597</c:v>
                </c:pt>
                <c:pt idx="3842">
                  <c:v>6.5295361300041294E-2</c:v>
                </c:pt>
                <c:pt idx="3843">
                  <c:v>-9.10930686284388E-2</c:v>
                </c:pt>
                <c:pt idx="3844">
                  <c:v>-0.12020568921950001</c:v>
                </c:pt>
                <c:pt idx="3845">
                  <c:v>8.2301187404517903E-2</c:v>
                </c:pt>
                <c:pt idx="3846">
                  <c:v>0.16958645656836799</c:v>
                </c:pt>
                <c:pt idx="3847">
                  <c:v>5.11273040526454E-2</c:v>
                </c:pt>
                <c:pt idx="3848">
                  <c:v>0.11034374097578201</c:v>
                </c:pt>
                <c:pt idx="3849">
                  <c:v>-5.2923432756603703E-2</c:v>
                </c:pt>
                <c:pt idx="3850">
                  <c:v>0.14366607211233201</c:v>
                </c:pt>
                <c:pt idx="3851">
                  <c:v>-9.5351746057023207E-2</c:v>
                </c:pt>
                <c:pt idx="3852">
                  <c:v>-4.6438273354812799E-2</c:v>
                </c:pt>
                <c:pt idx="3853">
                  <c:v>-4.7939626642772702E-2</c:v>
                </c:pt>
                <c:pt idx="3854">
                  <c:v>-0.20834063513853401</c:v>
                </c:pt>
                <c:pt idx="3855">
                  <c:v>0.15599326764110399</c:v>
                </c:pt>
                <c:pt idx="3856">
                  <c:v>-9.7178617325170094E-2</c:v>
                </c:pt>
                <c:pt idx="3857">
                  <c:v>0.17704221574192799</c:v>
                </c:pt>
                <c:pt idx="3858">
                  <c:v>-9.2235312014739904E-2</c:v>
                </c:pt>
                <c:pt idx="3859">
                  <c:v>-0.108884002663256</c:v>
                </c:pt>
                <c:pt idx="3860">
                  <c:v>9.9278267087988994E-2</c:v>
                </c:pt>
                <c:pt idx="3861">
                  <c:v>-0.110849533822066</c:v>
                </c:pt>
                <c:pt idx="3862">
                  <c:v>-7.3167562290088001E-2</c:v>
                </c:pt>
                <c:pt idx="3863">
                  <c:v>0.128516750890356</c:v>
                </c:pt>
                <c:pt idx="3864">
                  <c:v>-0.20296522308664999</c:v>
                </c:pt>
                <c:pt idx="3865">
                  <c:v>0.11551616787709</c:v>
                </c:pt>
                <c:pt idx="3866">
                  <c:v>9.0724405608621994E-2</c:v>
                </c:pt>
                <c:pt idx="3867">
                  <c:v>5.7127537067067601E-2</c:v>
                </c:pt>
                <c:pt idx="3868">
                  <c:v>-0.100516673125135</c:v>
                </c:pt>
                <c:pt idx="3869">
                  <c:v>7.5483248086801097E-2</c:v>
                </c:pt>
                <c:pt idx="3870">
                  <c:v>5.5109920106637802E-2</c:v>
                </c:pt>
                <c:pt idx="3871">
                  <c:v>-5.1461697424073798E-2</c:v>
                </c:pt>
                <c:pt idx="3872">
                  <c:v>-0.126270544488023</c:v>
                </c:pt>
                <c:pt idx="3873">
                  <c:v>0.10355834514513899</c:v>
                </c:pt>
                <c:pt idx="3874">
                  <c:v>0.17895878656379299</c:v>
                </c:pt>
                <c:pt idx="3875">
                  <c:v>-4.6919217255407403E-2</c:v>
                </c:pt>
                <c:pt idx="3876">
                  <c:v>5.3989187940771899E-2</c:v>
                </c:pt>
                <c:pt idx="3877">
                  <c:v>0.283940213450457</c:v>
                </c:pt>
                <c:pt idx="3878">
                  <c:v>-7.8717931841268296E-2</c:v>
                </c:pt>
                <c:pt idx="3879">
                  <c:v>0.18409592979099501</c:v>
                </c:pt>
                <c:pt idx="3880">
                  <c:v>-9.1453981818201399E-2</c:v>
                </c:pt>
                <c:pt idx="3881">
                  <c:v>-0.11624414122776</c:v>
                </c:pt>
                <c:pt idx="3882">
                  <c:v>0.134792523494148</c:v>
                </c:pt>
                <c:pt idx="3883">
                  <c:v>-8.1677337963096605E-2</c:v>
                </c:pt>
                <c:pt idx="3884">
                  <c:v>0.10433664440913799</c:v>
                </c:pt>
                <c:pt idx="3885">
                  <c:v>6.85520865499782E-2</c:v>
                </c:pt>
                <c:pt idx="3886">
                  <c:v>-8.6526456185772802E-2</c:v>
                </c:pt>
                <c:pt idx="3887">
                  <c:v>5.2790308518385801E-2</c:v>
                </c:pt>
                <c:pt idx="3888">
                  <c:v>0.12653486225903501</c:v>
                </c:pt>
                <c:pt idx="3889">
                  <c:v>-0.22234241290106699</c:v>
                </c:pt>
                <c:pt idx="3890">
                  <c:v>-0.11376882884067301</c:v>
                </c:pt>
                <c:pt idx="3891">
                  <c:v>-8.6605208475166506E-2</c:v>
                </c:pt>
                <c:pt idx="3892">
                  <c:v>9.4941779061180398E-2</c:v>
                </c:pt>
                <c:pt idx="3893">
                  <c:v>6.1290535042772397E-2</c:v>
                </c:pt>
                <c:pt idx="3894">
                  <c:v>-5.6643166693991297E-2</c:v>
                </c:pt>
                <c:pt idx="3895">
                  <c:v>6.7979880320788097E-2</c:v>
                </c:pt>
                <c:pt idx="3896">
                  <c:v>0.16654679571096401</c:v>
                </c:pt>
                <c:pt idx="3897">
                  <c:v>-6.3831573002573805E-2</c:v>
                </c:pt>
                <c:pt idx="3898">
                  <c:v>-5.8255482537681799E-2</c:v>
                </c:pt>
                <c:pt idx="3899">
                  <c:v>-0.14331205580384301</c:v>
                </c:pt>
                <c:pt idx="3900">
                  <c:v>-8.9135462446172695E-2</c:v>
                </c:pt>
                <c:pt idx="3901">
                  <c:v>-9.0086021541260705E-2</c:v>
                </c:pt>
                <c:pt idx="3902">
                  <c:v>5.20269432993175E-2</c:v>
                </c:pt>
                <c:pt idx="3903">
                  <c:v>-0.18455214082549501</c:v>
                </c:pt>
                <c:pt idx="3904">
                  <c:v>-7.2764819607886694E-2</c:v>
                </c:pt>
                <c:pt idx="3905">
                  <c:v>-9.8209635878667698E-2</c:v>
                </c:pt>
                <c:pt idx="3906">
                  <c:v>0.18624397286420799</c:v>
                </c:pt>
                <c:pt idx="3907">
                  <c:v>9.22708937767069E-2</c:v>
                </c:pt>
                <c:pt idx="3908">
                  <c:v>-0.24296069074741999</c:v>
                </c:pt>
                <c:pt idx="3909">
                  <c:v>0.11389511848622599</c:v>
                </c:pt>
                <c:pt idx="3910">
                  <c:v>-0.15488407523570699</c:v>
                </c:pt>
                <c:pt idx="3911">
                  <c:v>-7.4973818941973705E-2</c:v>
                </c:pt>
                <c:pt idx="3912">
                  <c:v>0.11780715414837301</c:v>
                </c:pt>
                <c:pt idx="3913">
                  <c:v>-0.32861677719284199</c:v>
                </c:pt>
                <c:pt idx="3914">
                  <c:v>0.10610462792240601</c:v>
                </c:pt>
                <c:pt idx="3915">
                  <c:v>-0.128939702007248</c:v>
                </c:pt>
                <c:pt idx="3916">
                  <c:v>-0.11817590954929399</c:v>
                </c:pt>
                <c:pt idx="3917">
                  <c:v>-9.9835844503150598E-2</c:v>
                </c:pt>
                <c:pt idx="3918">
                  <c:v>-0.10445914896029899</c:v>
                </c:pt>
                <c:pt idx="3919">
                  <c:v>5.7312993034361902E-2</c:v>
                </c:pt>
                <c:pt idx="3920">
                  <c:v>4.5034175706657499E-2</c:v>
                </c:pt>
                <c:pt idx="3921">
                  <c:v>9.1104478584487197E-2</c:v>
                </c:pt>
                <c:pt idx="3922">
                  <c:v>8.6017927172672898E-2</c:v>
                </c:pt>
                <c:pt idx="3923">
                  <c:v>-9.3252854779358102E-2</c:v>
                </c:pt>
                <c:pt idx="3924">
                  <c:v>8.3944266814523202E-2</c:v>
                </c:pt>
                <c:pt idx="3925">
                  <c:v>8.6655708097140405E-2</c:v>
                </c:pt>
                <c:pt idx="3926">
                  <c:v>-6.2126269333084801E-2</c:v>
                </c:pt>
                <c:pt idx="3927">
                  <c:v>0.11128905487596399</c:v>
                </c:pt>
                <c:pt idx="3928">
                  <c:v>0.109837327762683</c:v>
                </c:pt>
                <c:pt idx="3929">
                  <c:v>0.19170155750449799</c:v>
                </c:pt>
                <c:pt idx="3930">
                  <c:v>-0.116703176279724</c:v>
                </c:pt>
                <c:pt idx="3931">
                  <c:v>6.2952273761865699E-2</c:v>
                </c:pt>
                <c:pt idx="3932">
                  <c:v>-6.2796098789959801E-2</c:v>
                </c:pt>
                <c:pt idx="3933">
                  <c:v>-6.9480510764602599E-2</c:v>
                </c:pt>
                <c:pt idx="3934">
                  <c:v>-0.12591241879363199</c:v>
                </c:pt>
                <c:pt idx="3935">
                  <c:v>-5.3165904899220399E-2</c:v>
                </c:pt>
                <c:pt idx="3936">
                  <c:v>0.13024442977991799</c:v>
                </c:pt>
                <c:pt idx="3937">
                  <c:v>-7.2742515132489402E-2</c:v>
                </c:pt>
                <c:pt idx="3938">
                  <c:v>0.14281607795013701</c:v>
                </c:pt>
                <c:pt idx="3939">
                  <c:v>0.13489700363863499</c:v>
                </c:pt>
                <c:pt idx="3940">
                  <c:v>0.18536643311003001</c:v>
                </c:pt>
                <c:pt idx="3941">
                  <c:v>-0.16971235256488601</c:v>
                </c:pt>
                <c:pt idx="3942">
                  <c:v>9.5977025744453201E-2</c:v>
                </c:pt>
                <c:pt idx="3943">
                  <c:v>0.11439142250741</c:v>
                </c:pt>
                <c:pt idx="3944">
                  <c:v>-5.5310435092380303E-2</c:v>
                </c:pt>
                <c:pt idx="3945">
                  <c:v>-4.7647308391177E-2</c:v>
                </c:pt>
                <c:pt idx="3946">
                  <c:v>-0.128638957692743</c:v>
                </c:pt>
                <c:pt idx="3947">
                  <c:v>-5.3512340703594702E-2</c:v>
                </c:pt>
                <c:pt idx="3948">
                  <c:v>-0.13040171390251101</c:v>
                </c:pt>
                <c:pt idx="3949">
                  <c:v>-4.3436553379354599E-2</c:v>
                </c:pt>
                <c:pt idx="3950">
                  <c:v>-6.7189890041017705E-2</c:v>
                </c:pt>
                <c:pt idx="3951">
                  <c:v>-0.124184533938763</c:v>
                </c:pt>
                <c:pt idx="3952">
                  <c:v>-0.122840112616153</c:v>
                </c:pt>
                <c:pt idx="3953">
                  <c:v>0.19458886611405601</c:v>
                </c:pt>
                <c:pt idx="3954">
                  <c:v>0.149761992795341</c:v>
                </c:pt>
                <c:pt idx="3955">
                  <c:v>9.34935969779183E-2</c:v>
                </c:pt>
                <c:pt idx="3956">
                  <c:v>-8.1885585864871005E-2</c:v>
                </c:pt>
                <c:pt idx="3957">
                  <c:v>0.11080638032873601</c:v>
                </c:pt>
                <c:pt idx="3958">
                  <c:v>-8.3102705546505007E-2</c:v>
                </c:pt>
                <c:pt idx="3959">
                  <c:v>-6.6117574688917102E-2</c:v>
                </c:pt>
                <c:pt idx="3960">
                  <c:v>4.6168301564897297E-2</c:v>
                </c:pt>
                <c:pt idx="3961">
                  <c:v>6.2261000464680201E-2</c:v>
                </c:pt>
                <c:pt idx="3962">
                  <c:v>8.6380774523995299E-2</c:v>
                </c:pt>
                <c:pt idx="3963">
                  <c:v>8.2082651358469094E-2</c:v>
                </c:pt>
                <c:pt idx="3964">
                  <c:v>-0.119637166594789</c:v>
                </c:pt>
                <c:pt idx="3965">
                  <c:v>7.3658256309123302E-2</c:v>
                </c:pt>
                <c:pt idx="3966">
                  <c:v>-7.3359795914207396E-2</c:v>
                </c:pt>
                <c:pt idx="3967">
                  <c:v>0.13086544634257499</c:v>
                </c:pt>
                <c:pt idx="3968">
                  <c:v>-7.8963881324746396E-2</c:v>
                </c:pt>
                <c:pt idx="3969">
                  <c:v>0.13965590624985</c:v>
                </c:pt>
                <c:pt idx="3970">
                  <c:v>-0.21764888283896899</c:v>
                </c:pt>
                <c:pt idx="3971">
                  <c:v>-0.177608008846281</c:v>
                </c:pt>
                <c:pt idx="3972">
                  <c:v>0.11939551439722999</c:v>
                </c:pt>
                <c:pt idx="3973">
                  <c:v>-7.7980935527016002E-2</c:v>
                </c:pt>
                <c:pt idx="3974">
                  <c:v>-0.14275431645405201</c:v>
                </c:pt>
                <c:pt idx="3975">
                  <c:v>-0.104393098897738</c:v>
                </c:pt>
                <c:pt idx="3976">
                  <c:v>-0.128101308029962</c:v>
                </c:pt>
                <c:pt idx="3977">
                  <c:v>5.1642092145975503E-2</c:v>
                </c:pt>
                <c:pt idx="3978">
                  <c:v>5.3857013066590298E-2</c:v>
                </c:pt>
                <c:pt idx="3979">
                  <c:v>0.18184622527823899</c:v>
                </c:pt>
                <c:pt idx="3980">
                  <c:v>-7.3208501495887604E-2</c:v>
                </c:pt>
                <c:pt idx="3981">
                  <c:v>7.4217880309472406E-2</c:v>
                </c:pt>
                <c:pt idx="3982">
                  <c:v>-7.7983638116133805E-2</c:v>
                </c:pt>
                <c:pt idx="3983">
                  <c:v>0.12853361564924601</c:v>
                </c:pt>
                <c:pt idx="3984">
                  <c:v>4.6257879440457103E-2</c:v>
                </c:pt>
                <c:pt idx="3985">
                  <c:v>-5.4527069591429701E-2</c:v>
                </c:pt>
                <c:pt idx="3986">
                  <c:v>0.17848117206872499</c:v>
                </c:pt>
                <c:pt idx="3987">
                  <c:v>5.4320279577769498E-2</c:v>
                </c:pt>
                <c:pt idx="3988">
                  <c:v>8.0460610635864099E-2</c:v>
                </c:pt>
                <c:pt idx="3989">
                  <c:v>8.1870607823603295E-2</c:v>
                </c:pt>
                <c:pt idx="3990">
                  <c:v>-0.13559661731223799</c:v>
                </c:pt>
                <c:pt idx="3991">
                  <c:v>0.14675387478681401</c:v>
                </c:pt>
                <c:pt idx="3992">
                  <c:v>-0.166212444129751</c:v>
                </c:pt>
                <c:pt idx="3993">
                  <c:v>-7.3182167499183506E-2</c:v>
                </c:pt>
                <c:pt idx="3994">
                  <c:v>-4.9888866309004201E-2</c:v>
                </c:pt>
                <c:pt idx="3995">
                  <c:v>-5.3175749802253598E-2</c:v>
                </c:pt>
                <c:pt idx="3996">
                  <c:v>-0.12784116800221701</c:v>
                </c:pt>
                <c:pt idx="3997">
                  <c:v>7.9054167484638796E-2</c:v>
                </c:pt>
                <c:pt idx="3998">
                  <c:v>5.7549677367923401E-2</c:v>
                </c:pt>
                <c:pt idx="3999">
                  <c:v>6.7295324427746606E-2</c:v>
                </c:pt>
                <c:pt idx="4000">
                  <c:v>4.8653630388169902E-2</c:v>
                </c:pt>
                <c:pt idx="4001">
                  <c:v>-5.3304018430079501E-2</c:v>
                </c:pt>
                <c:pt idx="4002">
                  <c:v>4.5930333433435798E-2</c:v>
                </c:pt>
                <c:pt idx="4003">
                  <c:v>-7.5833587902707195E-2</c:v>
                </c:pt>
                <c:pt idx="4004">
                  <c:v>6.6104470091364206E-2</c:v>
                </c:pt>
                <c:pt idx="4005">
                  <c:v>-8.0831012664365404E-2</c:v>
                </c:pt>
                <c:pt idx="4006">
                  <c:v>-5.9754419194693001E-2</c:v>
                </c:pt>
                <c:pt idx="4007">
                  <c:v>7.2267343279598606E-2</c:v>
                </c:pt>
                <c:pt idx="4008">
                  <c:v>-0.12223062571304399</c:v>
                </c:pt>
                <c:pt idx="4009">
                  <c:v>-0.104401554093805</c:v>
                </c:pt>
                <c:pt idx="4010">
                  <c:v>0.18969460924515899</c:v>
                </c:pt>
                <c:pt idx="4011">
                  <c:v>5.9021638472849199E-2</c:v>
                </c:pt>
                <c:pt idx="4012">
                  <c:v>0.107051310725264</c:v>
                </c:pt>
                <c:pt idx="4013">
                  <c:v>4.4935502143918199E-2</c:v>
                </c:pt>
                <c:pt idx="4014">
                  <c:v>-0.123607501245395</c:v>
                </c:pt>
                <c:pt idx="4015">
                  <c:v>-6.5174365150475894E-2</c:v>
                </c:pt>
                <c:pt idx="4016">
                  <c:v>0.14305052907055299</c:v>
                </c:pt>
                <c:pt idx="4017">
                  <c:v>-9.0715289784711203E-2</c:v>
                </c:pt>
                <c:pt idx="4018">
                  <c:v>-0.11992442707942901</c:v>
                </c:pt>
                <c:pt idx="4019">
                  <c:v>6.5071003235416897E-2</c:v>
                </c:pt>
                <c:pt idx="4020">
                  <c:v>-9.1689161160871904E-2</c:v>
                </c:pt>
                <c:pt idx="4021">
                  <c:v>-5.7709407855270498E-2</c:v>
                </c:pt>
                <c:pt idx="4022">
                  <c:v>-5.4091653230848601E-2</c:v>
                </c:pt>
                <c:pt idx="4023">
                  <c:v>6.60077624426023E-2</c:v>
                </c:pt>
                <c:pt idx="4024">
                  <c:v>4.9089932192426702E-2</c:v>
                </c:pt>
                <c:pt idx="4025">
                  <c:v>0.175468590835205</c:v>
                </c:pt>
                <c:pt idx="4026">
                  <c:v>8.0272399114264203E-2</c:v>
                </c:pt>
                <c:pt idx="4027">
                  <c:v>-9.3361715041659493E-2</c:v>
                </c:pt>
                <c:pt idx="4028">
                  <c:v>6.6221745621152905E-2</c:v>
                </c:pt>
                <c:pt idx="4029">
                  <c:v>-6.9394712184482898E-2</c:v>
                </c:pt>
                <c:pt idx="4030">
                  <c:v>-4.5548924498511702E-2</c:v>
                </c:pt>
                <c:pt idx="4031">
                  <c:v>-4.9982043438781397E-2</c:v>
                </c:pt>
                <c:pt idx="4032">
                  <c:v>-7.6466993509541198E-2</c:v>
                </c:pt>
                <c:pt idx="4033">
                  <c:v>7.1267262678155405E-2</c:v>
                </c:pt>
                <c:pt idx="4034">
                  <c:v>5.3128399374134702E-2</c:v>
                </c:pt>
                <c:pt idx="4035">
                  <c:v>-0.13524309790740899</c:v>
                </c:pt>
                <c:pt idx="4036">
                  <c:v>-0.15706463339776999</c:v>
                </c:pt>
                <c:pt idx="4037">
                  <c:v>-6.2146430001103398E-2</c:v>
                </c:pt>
                <c:pt idx="4038">
                  <c:v>6.2910964381387699E-2</c:v>
                </c:pt>
                <c:pt idx="4039">
                  <c:v>0.132184651430485</c:v>
                </c:pt>
                <c:pt idx="4040">
                  <c:v>8.2062001295405196E-2</c:v>
                </c:pt>
                <c:pt idx="4041">
                  <c:v>-6.23691804476003E-2</c:v>
                </c:pt>
                <c:pt idx="4042">
                  <c:v>0.102550485274264</c:v>
                </c:pt>
                <c:pt idx="4043">
                  <c:v>-9.9364305398239594E-2</c:v>
                </c:pt>
                <c:pt idx="4044">
                  <c:v>4.8364845636708502E-2</c:v>
                </c:pt>
                <c:pt idx="4045">
                  <c:v>-0.114385616598721</c:v>
                </c:pt>
                <c:pt idx="4046">
                  <c:v>0.10004712932260799</c:v>
                </c:pt>
                <c:pt idx="4047">
                  <c:v>0.12554040838577399</c:v>
                </c:pt>
                <c:pt idx="4048">
                  <c:v>7.5054531041381295E-2</c:v>
                </c:pt>
                <c:pt idx="4049">
                  <c:v>-7.2994032155840202E-2</c:v>
                </c:pt>
                <c:pt idx="4050">
                  <c:v>-4.4275711788436901E-2</c:v>
                </c:pt>
                <c:pt idx="4051">
                  <c:v>-4.4034565134992897E-2</c:v>
                </c:pt>
                <c:pt idx="4052">
                  <c:v>-0.12676652047873899</c:v>
                </c:pt>
                <c:pt idx="4053">
                  <c:v>0.220223552278416</c:v>
                </c:pt>
                <c:pt idx="4054">
                  <c:v>-0.13319066403209201</c:v>
                </c:pt>
                <c:pt idx="4055">
                  <c:v>-0.10238205116577601</c:v>
                </c:pt>
                <c:pt idx="4056">
                  <c:v>-7.7288519194603097E-2</c:v>
                </c:pt>
                <c:pt idx="4057">
                  <c:v>6.4979406922347493E-2</c:v>
                </c:pt>
                <c:pt idx="4058">
                  <c:v>-0.219124981757925</c:v>
                </c:pt>
                <c:pt idx="4059">
                  <c:v>0.10123508876191099</c:v>
                </c:pt>
                <c:pt idx="4060">
                  <c:v>-0.13771702129913199</c:v>
                </c:pt>
                <c:pt idx="4061">
                  <c:v>0.123617404929334</c:v>
                </c:pt>
                <c:pt idx="4062">
                  <c:v>-5.0850062218774597E-2</c:v>
                </c:pt>
                <c:pt idx="4063">
                  <c:v>5.1298876320490898E-2</c:v>
                </c:pt>
                <c:pt idx="4064">
                  <c:v>5.5299649508757702E-2</c:v>
                </c:pt>
                <c:pt idx="4065">
                  <c:v>0.17148335765165301</c:v>
                </c:pt>
                <c:pt idx="4066">
                  <c:v>7.3034004430265795E-2</c:v>
                </c:pt>
                <c:pt idx="4067">
                  <c:v>8.2512227223656295E-2</c:v>
                </c:pt>
                <c:pt idx="4068">
                  <c:v>5.8951195831589601E-2</c:v>
                </c:pt>
                <c:pt idx="4069">
                  <c:v>-5.4932616137278997E-2</c:v>
                </c:pt>
                <c:pt idx="4070">
                  <c:v>-4.9934840191163198E-2</c:v>
                </c:pt>
                <c:pt idx="4071">
                  <c:v>4.8390015653282603E-2</c:v>
                </c:pt>
                <c:pt idx="4072">
                  <c:v>9.1753238562961997E-2</c:v>
                </c:pt>
                <c:pt idx="4073">
                  <c:v>0.169776341364617</c:v>
                </c:pt>
                <c:pt idx="4074">
                  <c:v>5.4238962913359501E-2</c:v>
                </c:pt>
                <c:pt idx="4075">
                  <c:v>-4.7933816138243698E-2</c:v>
                </c:pt>
                <c:pt idx="4076">
                  <c:v>7.5462703803957296E-2</c:v>
                </c:pt>
                <c:pt idx="4077">
                  <c:v>-0.20298686874296101</c:v>
                </c:pt>
                <c:pt idx="4078">
                  <c:v>-8.6480027107061402E-2</c:v>
                </c:pt>
                <c:pt idx="4079">
                  <c:v>0.16309870130641699</c:v>
                </c:pt>
                <c:pt idx="4080">
                  <c:v>4.9548190527399803E-2</c:v>
                </c:pt>
                <c:pt idx="4081">
                  <c:v>-5.4954758132566901E-2</c:v>
                </c:pt>
                <c:pt idx="4082">
                  <c:v>-4.0183338168276399E-2</c:v>
                </c:pt>
                <c:pt idx="4083">
                  <c:v>-4.0214182385135203E-2</c:v>
                </c:pt>
                <c:pt idx="4084">
                  <c:v>-4.7564875612920297E-2</c:v>
                </c:pt>
                <c:pt idx="4085">
                  <c:v>8.3284036966855296E-2</c:v>
                </c:pt>
                <c:pt idx="4086">
                  <c:v>-7.6345769563175694E-2</c:v>
                </c:pt>
                <c:pt idx="4087">
                  <c:v>-4.7074270202003297E-2</c:v>
                </c:pt>
                <c:pt idx="4088">
                  <c:v>-5.1230134324054398E-2</c:v>
                </c:pt>
                <c:pt idx="4089">
                  <c:v>8.9877296514266902E-2</c:v>
                </c:pt>
                <c:pt idx="4090">
                  <c:v>-9.4732215740297193E-2</c:v>
                </c:pt>
                <c:pt idx="4091">
                  <c:v>4.6389939473883098E-2</c:v>
                </c:pt>
                <c:pt idx="4092">
                  <c:v>-0.13115912694866699</c:v>
                </c:pt>
                <c:pt idx="4093">
                  <c:v>7.08376292196959E-2</c:v>
                </c:pt>
                <c:pt idx="4094">
                  <c:v>0.26200290932588999</c:v>
                </c:pt>
                <c:pt idx="4095">
                  <c:v>0.101337894080906</c:v>
                </c:pt>
                <c:pt idx="4096">
                  <c:v>5.2602622240790702E-2</c:v>
                </c:pt>
                <c:pt idx="4097">
                  <c:v>-0.114348753987617</c:v>
                </c:pt>
                <c:pt idx="4098">
                  <c:v>-0.21898115275591601</c:v>
                </c:pt>
                <c:pt idx="4099">
                  <c:v>0.141316199824146</c:v>
                </c:pt>
                <c:pt idx="4100">
                  <c:v>-8.1059963732037901E-2</c:v>
                </c:pt>
                <c:pt idx="4101">
                  <c:v>5.2815790206786097E-2</c:v>
                </c:pt>
                <c:pt idx="4102">
                  <c:v>-7.77320223977611E-2</c:v>
                </c:pt>
                <c:pt idx="4103">
                  <c:v>-9.8216591514859203E-2</c:v>
                </c:pt>
                <c:pt idx="4104">
                  <c:v>-0.122837091666057</c:v>
                </c:pt>
                <c:pt idx="4105">
                  <c:v>9.0867919592781704E-2</c:v>
                </c:pt>
                <c:pt idx="4106">
                  <c:v>5.3994313120508501E-2</c:v>
                </c:pt>
                <c:pt idx="4107">
                  <c:v>5.6897864173308201E-2</c:v>
                </c:pt>
                <c:pt idx="4108">
                  <c:v>0.114995121174996</c:v>
                </c:pt>
                <c:pt idx="4109">
                  <c:v>-9.5917463672037698E-2</c:v>
                </c:pt>
                <c:pt idx="4110">
                  <c:v>-3.6428204748894202E-2</c:v>
                </c:pt>
                <c:pt idx="4111">
                  <c:v>9.2711996690752599E-2</c:v>
                </c:pt>
                <c:pt idx="4112">
                  <c:v>-5.1749861097121701E-2</c:v>
                </c:pt>
                <c:pt idx="4113">
                  <c:v>0.118581800818852</c:v>
                </c:pt>
                <c:pt idx="4114">
                  <c:v>4.6112594388873197E-2</c:v>
                </c:pt>
                <c:pt idx="4115">
                  <c:v>-9.6292894601017295E-2</c:v>
                </c:pt>
                <c:pt idx="4116">
                  <c:v>-7.7057070227798605E-2</c:v>
                </c:pt>
                <c:pt idx="4117">
                  <c:v>-8.6183590008055005E-2</c:v>
                </c:pt>
                <c:pt idx="4118">
                  <c:v>-8.8333067679251101E-2</c:v>
                </c:pt>
                <c:pt idx="4119">
                  <c:v>7.5529444359609996E-2</c:v>
                </c:pt>
                <c:pt idx="4120">
                  <c:v>0.12825638686390001</c:v>
                </c:pt>
                <c:pt idx="4121">
                  <c:v>6.6017791581249E-2</c:v>
                </c:pt>
                <c:pt idx="4122">
                  <c:v>-5.5828516715536097E-2</c:v>
                </c:pt>
                <c:pt idx="4123">
                  <c:v>6.18867692130287E-2</c:v>
                </c:pt>
                <c:pt idx="4124">
                  <c:v>0.124417492647883</c:v>
                </c:pt>
                <c:pt idx="4125">
                  <c:v>5.5208969042940502E-2</c:v>
                </c:pt>
                <c:pt idx="4126">
                  <c:v>0.12050960927917501</c:v>
                </c:pt>
                <c:pt idx="4127">
                  <c:v>-0.114672550114264</c:v>
                </c:pt>
                <c:pt idx="4128">
                  <c:v>-4.1421467211897302E-2</c:v>
                </c:pt>
                <c:pt idx="4129">
                  <c:v>-4.1174941293984801E-2</c:v>
                </c:pt>
                <c:pt idx="4130">
                  <c:v>4.4052995587403401E-2</c:v>
                </c:pt>
                <c:pt idx="4131">
                  <c:v>6.9650375151965704E-2</c:v>
                </c:pt>
                <c:pt idx="4132">
                  <c:v>-3.8499738842055799E-2</c:v>
                </c:pt>
                <c:pt idx="4133">
                  <c:v>-6.9640036112005504E-2</c:v>
                </c:pt>
                <c:pt idx="4134">
                  <c:v>0.18409794193018</c:v>
                </c:pt>
                <c:pt idx="4135">
                  <c:v>-5.7454113645693597E-2</c:v>
                </c:pt>
                <c:pt idx="4136">
                  <c:v>-4.9935709063738898E-2</c:v>
                </c:pt>
                <c:pt idx="4137">
                  <c:v>8.6601744177588799E-2</c:v>
                </c:pt>
                <c:pt idx="4138">
                  <c:v>-8.3233156303240505E-2</c:v>
                </c:pt>
                <c:pt idx="4139">
                  <c:v>0.10414200122452</c:v>
                </c:pt>
                <c:pt idx="4140">
                  <c:v>-5.3544503643234299E-2</c:v>
                </c:pt>
                <c:pt idx="4141">
                  <c:v>-0.15141440324216801</c:v>
                </c:pt>
                <c:pt idx="4142">
                  <c:v>-6.5077849060468707E-2</c:v>
                </c:pt>
                <c:pt idx="4143">
                  <c:v>-8.4305404553752794E-2</c:v>
                </c:pt>
                <c:pt idx="4144">
                  <c:v>4.2202800085494402E-2</c:v>
                </c:pt>
                <c:pt idx="4145">
                  <c:v>-6.8452574443511993E-2</c:v>
                </c:pt>
                <c:pt idx="4146">
                  <c:v>5.7163306670922502E-2</c:v>
                </c:pt>
                <c:pt idx="4147">
                  <c:v>-5.2080445176923E-2</c:v>
                </c:pt>
                <c:pt idx="4148">
                  <c:v>6.3185902545480802E-2</c:v>
                </c:pt>
                <c:pt idx="4149">
                  <c:v>7.1766281507816401E-2</c:v>
                </c:pt>
                <c:pt idx="4150">
                  <c:v>4.5641137862268998E-2</c:v>
                </c:pt>
                <c:pt idx="4151">
                  <c:v>-3.7902446855973403E-2</c:v>
                </c:pt>
                <c:pt idx="4152">
                  <c:v>-0.113325737823825</c:v>
                </c:pt>
                <c:pt idx="4153">
                  <c:v>6.6173702357282593E-2</c:v>
                </c:pt>
                <c:pt idx="4154">
                  <c:v>-8.2087855139143101E-2</c:v>
                </c:pt>
                <c:pt idx="4155">
                  <c:v>-6.43922358541964E-2</c:v>
                </c:pt>
                <c:pt idx="4156">
                  <c:v>-0.20217257580509301</c:v>
                </c:pt>
                <c:pt idx="4157">
                  <c:v>-7.1090706946915105E-2</c:v>
                </c:pt>
                <c:pt idx="4158">
                  <c:v>0.14911757782983101</c:v>
                </c:pt>
                <c:pt idx="4159">
                  <c:v>0.109923978819428</c:v>
                </c:pt>
                <c:pt idx="4160">
                  <c:v>-6.1398000087788097E-2</c:v>
                </c:pt>
                <c:pt idx="4161">
                  <c:v>7.67065216342218E-2</c:v>
                </c:pt>
                <c:pt idx="4162">
                  <c:v>-4.8030243594389802E-2</c:v>
                </c:pt>
                <c:pt idx="4163">
                  <c:v>-7.5178804600557897E-2</c:v>
                </c:pt>
                <c:pt idx="4164">
                  <c:v>-9.7857035071975004E-2</c:v>
                </c:pt>
                <c:pt idx="4165">
                  <c:v>6.9636504928848098E-2</c:v>
                </c:pt>
                <c:pt idx="4166">
                  <c:v>-4.30334650843101E-2</c:v>
                </c:pt>
                <c:pt idx="4167">
                  <c:v>7.4095295156464402E-2</c:v>
                </c:pt>
                <c:pt idx="4168">
                  <c:v>8.5367376368996203E-2</c:v>
                </c:pt>
                <c:pt idx="4169">
                  <c:v>0.108060988247434</c:v>
                </c:pt>
                <c:pt idx="4170">
                  <c:v>9.6744570784942099E-2</c:v>
                </c:pt>
                <c:pt idx="4171">
                  <c:v>-6.5775304738021803E-2</c:v>
                </c:pt>
                <c:pt idx="4172">
                  <c:v>-0.20893262585173</c:v>
                </c:pt>
                <c:pt idx="4173">
                  <c:v>-0.109728888792816</c:v>
                </c:pt>
                <c:pt idx="4174">
                  <c:v>-0.100550909470005</c:v>
                </c:pt>
                <c:pt idx="4175">
                  <c:v>-0.12915322004573701</c:v>
                </c:pt>
                <c:pt idx="4176">
                  <c:v>-5.99715690316849E-2</c:v>
                </c:pt>
                <c:pt idx="4177">
                  <c:v>-7.7794380656005302E-2</c:v>
                </c:pt>
                <c:pt idx="4178">
                  <c:v>6.0292232974195101E-2</c:v>
                </c:pt>
                <c:pt idx="4179">
                  <c:v>7.5939167978496896E-2</c:v>
                </c:pt>
                <c:pt idx="4180">
                  <c:v>-9.7655379844752602E-2</c:v>
                </c:pt>
                <c:pt idx="4181">
                  <c:v>-6.4213429983865894E-2</c:v>
                </c:pt>
                <c:pt idx="4182">
                  <c:v>0.17913186136967599</c:v>
                </c:pt>
                <c:pt idx="4183">
                  <c:v>0.13588933668537001</c:v>
                </c:pt>
                <c:pt idx="4184">
                  <c:v>-0.125773234226322</c:v>
                </c:pt>
                <c:pt idx="4185">
                  <c:v>-0.134901112102668</c:v>
                </c:pt>
                <c:pt idx="4186">
                  <c:v>8.2042532261326101E-2</c:v>
                </c:pt>
                <c:pt idx="4187">
                  <c:v>-3.0758386860114201E-2</c:v>
                </c:pt>
                <c:pt idx="4188">
                  <c:v>3.8105959882074103E-2</c:v>
                </c:pt>
                <c:pt idx="4189">
                  <c:v>-8.9245699871664599E-2</c:v>
                </c:pt>
                <c:pt idx="4190">
                  <c:v>9.6764486899957106E-2</c:v>
                </c:pt>
                <c:pt idx="4191">
                  <c:v>-0.10459224998535201</c:v>
                </c:pt>
                <c:pt idx="4192">
                  <c:v>-3.4408724351734997E-2</c:v>
                </c:pt>
                <c:pt idx="4193">
                  <c:v>-0.10723658768321399</c:v>
                </c:pt>
                <c:pt idx="4194">
                  <c:v>0.11675770958399299</c:v>
                </c:pt>
                <c:pt idx="4195">
                  <c:v>0.24663897907155199</c:v>
                </c:pt>
                <c:pt idx="4196">
                  <c:v>5.1262105854760903E-2</c:v>
                </c:pt>
                <c:pt idx="4197">
                  <c:v>9.9950471898758095E-2</c:v>
                </c:pt>
                <c:pt idx="4198">
                  <c:v>-0.11169926704423699</c:v>
                </c:pt>
                <c:pt idx="4199">
                  <c:v>-0.134963146415011</c:v>
                </c:pt>
                <c:pt idx="4200">
                  <c:v>-4.2913436380423803E-2</c:v>
                </c:pt>
                <c:pt idx="4201">
                  <c:v>-4.1217410643323397E-2</c:v>
                </c:pt>
                <c:pt idx="4202">
                  <c:v>4.9035046061114002E-2</c:v>
                </c:pt>
                <c:pt idx="4203">
                  <c:v>0.18430654214571601</c:v>
                </c:pt>
                <c:pt idx="4204">
                  <c:v>-5.57533708886098E-2</c:v>
                </c:pt>
                <c:pt idx="4205">
                  <c:v>8.1937072003572795E-2</c:v>
                </c:pt>
                <c:pt idx="4206">
                  <c:v>0.10088463304670001</c:v>
                </c:pt>
                <c:pt idx="4207">
                  <c:v>-0.13839225263267699</c:v>
                </c:pt>
                <c:pt idx="4208">
                  <c:v>-4.7845165476417199E-2</c:v>
                </c:pt>
                <c:pt idx="4209">
                  <c:v>5.5163923371029697E-2</c:v>
                </c:pt>
                <c:pt idx="4210">
                  <c:v>7.1708932968086003E-2</c:v>
                </c:pt>
                <c:pt idx="4211">
                  <c:v>-3.5379576844526597E-2</c:v>
                </c:pt>
                <c:pt idx="4212">
                  <c:v>7.3828842310707202E-2</c:v>
                </c:pt>
                <c:pt idx="4213">
                  <c:v>-7.9432729714547207E-2</c:v>
                </c:pt>
                <c:pt idx="4214">
                  <c:v>-4.7820409476170098E-2</c:v>
                </c:pt>
                <c:pt idx="4215">
                  <c:v>0.12886004324599301</c:v>
                </c:pt>
                <c:pt idx="4216">
                  <c:v>-8.7775672452099898E-2</c:v>
                </c:pt>
                <c:pt idx="4217">
                  <c:v>-6.9939787787319602E-2</c:v>
                </c:pt>
                <c:pt idx="4218">
                  <c:v>5.83564372745045E-2</c:v>
                </c:pt>
                <c:pt idx="4219">
                  <c:v>9.4122684824924405E-2</c:v>
                </c:pt>
                <c:pt idx="4220">
                  <c:v>4.3602139269328398E-2</c:v>
                </c:pt>
                <c:pt idx="4221">
                  <c:v>-3.1055163027780001E-2</c:v>
                </c:pt>
                <c:pt idx="4222">
                  <c:v>-3.4003311783180799E-2</c:v>
                </c:pt>
                <c:pt idx="4223">
                  <c:v>-3.5755103759814902E-2</c:v>
                </c:pt>
                <c:pt idx="4224">
                  <c:v>-0.112143139019416</c:v>
                </c:pt>
                <c:pt idx="4225">
                  <c:v>5.2741771391765703E-2</c:v>
                </c:pt>
                <c:pt idx="4226">
                  <c:v>4.3391910083915498E-2</c:v>
                </c:pt>
                <c:pt idx="4227">
                  <c:v>-6.3298657895668201E-2</c:v>
                </c:pt>
                <c:pt idx="4228">
                  <c:v>7.7968324513456394E-2</c:v>
                </c:pt>
                <c:pt idx="4229">
                  <c:v>0.117102885242733</c:v>
                </c:pt>
                <c:pt idx="4230">
                  <c:v>6.5512808469666298E-2</c:v>
                </c:pt>
                <c:pt idx="4231">
                  <c:v>-5.1133219508102498E-2</c:v>
                </c:pt>
                <c:pt idx="4232">
                  <c:v>-5.4520958259537601E-2</c:v>
                </c:pt>
                <c:pt idx="4233">
                  <c:v>0.17592152499084801</c:v>
                </c:pt>
                <c:pt idx="4234">
                  <c:v>5.03694123849883E-2</c:v>
                </c:pt>
                <c:pt idx="4235">
                  <c:v>-3.6649396394778898E-2</c:v>
                </c:pt>
                <c:pt idx="4236">
                  <c:v>4.7392319607290297E-2</c:v>
                </c:pt>
                <c:pt idx="4237">
                  <c:v>-8.2849184303029205E-2</c:v>
                </c:pt>
                <c:pt idx="4238">
                  <c:v>3.1613013771888597E-2</c:v>
                </c:pt>
                <c:pt idx="4239">
                  <c:v>8.9788712337377105E-2</c:v>
                </c:pt>
                <c:pt idx="4240">
                  <c:v>-4.6831291658182998E-2</c:v>
                </c:pt>
                <c:pt idx="4241">
                  <c:v>-6.2842449524236302E-2</c:v>
                </c:pt>
                <c:pt idx="4242">
                  <c:v>-9.9955698824221201E-2</c:v>
                </c:pt>
                <c:pt idx="4243">
                  <c:v>5.50527038388786E-2</c:v>
                </c:pt>
                <c:pt idx="4244">
                  <c:v>9.7948620057493899E-2</c:v>
                </c:pt>
                <c:pt idx="4245">
                  <c:v>-8.2001097257762695E-2</c:v>
                </c:pt>
                <c:pt idx="4246">
                  <c:v>7.7134233610642894E-2</c:v>
                </c:pt>
                <c:pt idx="4247">
                  <c:v>9.5503477605323198E-2</c:v>
                </c:pt>
                <c:pt idx="4248">
                  <c:v>7.9232526610105894E-2</c:v>
                </c:pt>
                <c:pt idx="4249">
                  <c:v>5.0265508888621503E-2</c:v>
                </c:pt>
                <c:pt idx="4250">
                  <c:v>-0.100004653689794</c:v>
                </c:pt>
                <c:pt idx="4251">
                  <c:v>-3.2285747296168003E-2</c:v>
                </c:pt>
                <c:pt idx="4252">
                  <c:v>0.12261564859481699</c:v>
                </c:pt>
                <c:pt idx="4253">
                  <c:v>3.1066469328010299E-2</c:v>
                </c:pt>
                <c:pt idx="4254">
                  <c:v>-9.7233993139297994E-2</c:v>
                </c:pt>
                <c:pt idx="4255">
                  <c:v>-0.17125501054373199</c:v>
                </c:pt>
                <c:pt idx="4256">
                  <c:v>-6.0645446879629403E-2</c:v>
                </c:pt>
                <c:pt idx="4257">
                  <c:v>-0.101758100256443</c:v>
                </c:pt>
                <c:pt idx="4258">
                  <c:v>-4.5855483309676301E-2</c:v>
                </c:pt>
                <c:pt idx="4259">
                  <c:v>-3.4499244942448798E-2</c:v>
                </c:pt>
                <c:pt idx="4260">
                  <c:v>-0.213176009224643</c:v>
                </c:pt>
                <c:pt idx="4261">
                  <c:v>-4.8632533757089598E-2</c:v>
                </c:pt>
                <c:pt idx="4262">
                  <c:v>-3.9885838090640398E-2</c:v>
                </c:pt>
                <c:pt idx="4263">
                  <c:v>6.0403390961386798E-2</c:v>
                </c:pt>
                <c:pt idx="4264">
                  <c:v>4.0470176360258799E-2</c:v>
                </c:pt>
                <c:pt idx="4265">
                  <c:v>-9.7761484951714606E-2</c:v>
                </c:pt>
                <c:pt idx="4266">
                  <c:v>6.0678839324680198E-2</c:v>
                </c:pt>
                <c:pt idx="4267">
                  <c:v>4.0488189791325603E-2</c:v>
                </c:pt>
                <c:pt idx="4268">
                  <c:v>-7.4116981832453604E-2</c:v>
                </c:pt>
                <c:pt idx="4269">
                  <c:v>-5.4627195488350801E-2</c:v>
                </c:pt>
                <c:pt idx="4270">
                  <c:v>-2.8203368497031499E-2</c:v>
                </c:pt>
                <c:pt idx="4271">
                  <c:v>4.3049794225222399E-2</c:v>
                </c:pt>
                <c:pt idx="4272">
                  <c:v>0.18322220170880901</c:v>
                </c:pt>
                <c:pt idx="4273">
                  <c:v>7.5219630637185703E-2</c:v>
                </c:pt>
                <c:pt idx="4274">
                  <c:v>9.7410624401987903E-2</c:v>
                </c:pt>
                <c:pt idx="4275">
                  <c:v>-5.5951317797578802E-2</c:v>
                </c:pt>
                <c:pt idx="4276">
                  <c:v>7.3883005143077399E-2</c:v>
                </c:pt>
                <c:pt idx="4277">
                  <c:v>3.9523448161769899E-2</c:v>
                </c:pt>
                <c:pt idx="4278">
                  <c:v>-0.10889908858806099</c:v>
                </c:pt>
                <c:pt idx="4279">
                  <c:v>8.4215309576926203E-2</c:v>
                </c:pt>
                <c:pt idx="4280">
                  <c:v>-5.7159974729550797E-2</c:v>
                </c:pt>
                <c:pt idx="4281">
                  <c:v>-9.3244242285713597E-2</c:v>
                </c:pt>
                <c:pt idx="4282">
                  <c:v>2.9007663793450399E-2</c:v>
                </c:pt>
                <c:pt idx="4283">
                  <c:v>4.8213414686266297E-2</c:v>
                </c:pt>
                <c:pt idx="4284">
                  <c:v>-7.3826155627010295E-2</c:v>
                </c:pt>
                <c:pt idx="4285">
                  <c:v>3.5552941241480299E-2</c:v>
                </c:pt>
                <c:pt idx="4286">
                  <c:v>-3.8369149935697101E-2</c:v>
                </c:pt>
                <c:pt idx="4287">
                  <c:v>9.66576442203326E-2</c:v>
                </c:pt>
                <c:pt idx="4288">
                  <c:v>0.14793395752876401</c:v>
                </c:pt>
                <c:pt idx="4289">
                  <c:v>6.8703793074966796E-2</c:v>
                </c:pt>
                <c:pt idx="4290">
                  <c:v>-8.4579166550419402E-2</c:v>
                </c:pt>
                <c:pt idx="4291">
                  <c:v>-3.4110815451505502E-2</c:v>
                </c:pt>
                <c:pt idx="4292">
                  <c:v>-3.1134596417146599E-2</c:v>
                </c:pt>
                <c:pt idx="4293">
                  <c:v>-3.01011738237307E-2</c:v>
                </c:pt>
                <c:pt idx="4294">
                  <c:v>6.0909339531566097E-2</c:v>
                </c:pt>
                <c:pt idx="4295">
                  <c:v>-4.0590608812678397E-2</c:v>
                </c:pt>
                <c:pt idx="4296">
                  <c:v>-3.1549028386663701E-2</c:v>
                </c:pt>
                <c:pt idx="4297">
                  <c:v>-5.1455106249477502E-2</c:v>
                </c:pt>
                <c:pt idx="4298">
                  <c:v>2.96971728086355E-2</c:v>
                </c:pt>
                <c:pt idx="4299">
                  <c:v>-4.2728425237868399E-2</c:v>
                </c:pt>
                <c:pt idx="4300">
                  <c:v>-3.5301041098378498E-2</c:v>
                </c:pt>
                <c:pt idx="4301">
                  <c:v>-0.113371030663643</c:v>
                </c:pt>
                <c:pt idx="4302">
                  <c:v>-4.62571637886953E-2</c:v>
                </c:pt>
                <c:pt idx="4303">
                  <c:v>7.5712083648554099E-2</c:v>
                </c:pt>
                <c:pt idx="4304">
                  <c:v>-3.5964916550156503E-2</c:v>
                </c:pt>
                <c:pt idx="4305">
                  <c:v>-4.1331720782892503E-2</c:v>
                </c:pt>
                <c:pt idx="4306">
                  <c:v>6.05099698355787E-2</c:v>
                </c:pt>
                <c:pt idx="4307">
                  <c:v>3.4463051149920397E-2</c:v>
                </c:pt>
                <c:pt idx="4308">
                  <c:v>-0.178513258633032</c:v>
                </c:pt>
                <c:pt idx="4309">
                  <c:v>4.0142190401176898E-2</c:v>
                </c:pt>
                <c:pt idx="4310">
                  <c:v>4.8345063936373799E-2</c:v>
                </c:pt>
                <c:pt idx="4311">
                  <c:v>-9.2779644782865503E-2</c:v>
                </c:pt>
                <c:pt idx="4312">
                  <c:v>-0.11142823338362</c:v>
                </c:pt>
                <c:pt idx="4313">
                  <c:v>4.5558206268218299E-2</c:v>
                </c:pt>
                <c:pt idx="4314">
                  <c:v>-8.1656369251589894E-2</c:v>
                </c:pt>
                <c:pt idx="4315">
                  <c:v>3.47924004183362E-2</c:v>
                </c:pt>
                <c:pt idx="4316">
                  <c:v>7.9794150464021399E-2</c:v>
                </c:pt>
                <c:pt idx="4317">
                  <c:v>-9.5445299505321698E-2</c:v>
                </c:pt>
                <c:pt idx="4318">
                  <c:v>4.1520818744373897E-2</c:v>
                </c:pt>
                <c:pt idx="4319">
                  <c:v>-6.92473555353601E-2</c:v>
                </c:pt>
                <c:pt idx="4320">
                  <c:v>8.4484875255114403E-2</c:v>
                </c:pt>
                <c:pt idx="4321">
                  <c:v>-0.13600656494635299</c:v>
                </c:pt>
                <c:pt idx="4322">
                  <c:v>-6.6788489354500796E-2</c:v>
                </c:pt>
                <c:pt idx="4323">
                  <c:v>-4.6139922629731003E-2</c:v>
                </c:pt>
                <c:pt idx="4324">
                  <c:v>-2.7677753388658698E-2</c:v>
                </c:pt>
                <c:pt idx="4325">
                  <c:v>-3.8047316916088599E-2</c:v>
                </c:pt>
                <c:pt idx="4326">
                  <c:v>3.4405019342113298E-2</c:v>
                </c:pt>
                <c:pt idx="4327">
                  <c:v>-4.4400633799167401E-2</c:v>
                </c:pt>
                <c:pt idx="4328">
                  <c:v>6.2832606433254098E-2</c:v>
                </c:pt>
                <c:pt idx="4329">
                  <c:v>3.3839285929332198E-2</c:v>
                </c:pt>
                <c:pt idx="4330">
                  <c:v>-2.60151884601676E-2</c:v>
                </c:pt>
                <c:pt idx="4331">
                  <c:v>0.107825149324594</c:v>
                </c:pt>
                <c:pt idx="4332">
                  <c:v>-6.1092337641518703E-2</c:v>
                </c:pt>
                <c:pt idx="4333">
                  <c:v>-5.9539081211994499E-2</c:v>
                </c:pt>
                <c:pt idx="4334">
                  <c:v>-3.7313244706588498E-2</c:v>
                </c:pt>
                <c:pt idx="4335">
                  <c:v>8.9381994553026103E-2</c:v>
                </c:pt>
                <c:pt idx="4336">
                  <c:v>-5.4437936498477099E-2</c:v>
                </c:pt>
                <c:pt idx="4337">
                  <c:v>3.48323793669039E-2</c:v>
                </c:pt>
                <c:pt idx="4338">
                  <c:v>6.3403964975972102E-2</c:v>
                </c:pt>
                <c:pt idx="4339">
                  <c:v>-5.6835080005090098E-2</c:v>
                </c:pt>
                <c:pt idx="4340">
                  <c:v>3.7349079028658097E-2</c:v>
                </c:pt>
                <c:pt idx="4341">
                  <c:v>4.9267914199383298E-2</c:v>
                </c:pt>
                <c:pt idx="4342">
                  <c:v>-4.5747113996483797E-2</c:v>
                </c:pt>
                <c:pt idx="4343">
                  <c:v>-3.65032811675121E-2</c:v>
                </c:pt>
                <c:pt idx="4344">
                  <c:v>4.1505456531105302E-2</c:v>
                </c:pt>
                <c:pt idx="4345">
                  <c:v>4.3658282274620298E-2</c:v>
                </c:pt>
                <c:pt idx="4346">
                  <c:v>4.2393772770452601E-2</c:v>
                </c:pt>
                <c:pt idx="4347">
                  <c:v>-0.112700539377773</c:v>
                </c:pt>
                <c:pt idx="4348">
                  <c:v>4.6824767176023102E-2</c:v>
                </c:pt>
                <c:pt idx="4349">
                  <c:v>-0.25538191310986502</c:v>
                </c:pt>
                <c:pt idx="4350">
                  <c:v>-3.0669592554208001E-2</c:v>
                </c:pt>
                <c:pt idx="4351">
                  <c:v>6.92092262076862E-2</c:v>
                </c:pt>
                <c:pt idx="4352">
                  <c:v>-8.8976946903354601E-2</c:v>
                </c:pt>
                <c:pt idx="4353">
                  <c:v>4.2398844399230001E-2</c:v>
                </c:pt>
                <c:pt idx="4354">
                  <c:v>-8.9878612401761898E-2</c:v>
                </c:pt>
                <c:pt idx="4355">
                  <c:v>-6.5614518984421694E-2</c:v>
                </c:pt>
                <c:pt idx="4356">
                  <c:v>4.0019463916809897E-2</c:v>
                </c:pt>
                <c:pt idx="4357">
                  <c:v>-3.0548460853960801E-2</c:v>
                </c:pt>
                <c:pt idx="4358">
                  <c:v>7.37720079070847E-2</c:v>
                </c:pt>
                <c:pt idx="4359">
                  <c:v>4.0876826826668398E-2</c:v>
                </c:pt>
                <c:pt idx="4360">
                  <c:v>5.9164595019282701E-2</c:v>
                </c:pt>
                <c:pt idx="4361">
                  <c:v>5.3968889817305403E-2</c:v>
                </c:pt>
                <c:pt idx="4362">
                  <c:v>4.19232037838633E-2</c:v>
                </c:pt>
                <c:pt idx="4363">
                  <c:v>3.5576912019831E-2</c:v>
                </c:pt>
                <c:pt idx="4364">
                  <c:v>9.5057711241281595E-2</c:v>
                </c:pt>
                <c:pt idx="4365">
                  <c:v>-2.5849967992222399E-2</c:v>
                </c:pt>
                <c:pt idx="4366">
                  <c:v>-0.106905978806992</c:v>
                </c:pt>
                <c:pt idx="4367">
                  <c:v>-7.8541815106788704E-2</c:v>
                </c:pt>
                <c:pt idx="4368">
                  <c:v>5.2594791183107503E-2</c:v>
                </c:pt>
                <c:pt idx="4369">
                  <c:v>5.7276459389818499E-2</c:v>
                </c:pt>
                <c:pt idx="4370">
                  <c:v>7.5685240788665495E-2</c:v>
                </c:pt>
                <c:pt idx="4371">
                  <c:v>6.3315413350395006E-2</c:v>
                </c:pt>
                <c:pt idx="4372">
                  <c:v>4.1490311679943701E-2</c:v>
                </c:pt>
                <c:pt idx="4373">
                  <c:v>3.6666908413753398E-2</c:v>
                </c:pt>
                <c:pt idx="4374">
                  <c:v>-0.15019005401111901</c:v>
                </c:pt>
                <c:pt idx="4375">
                  <c:v>0.120161596681751</c:v>
                </c:pt>
                <c:pt idx="4376">
                  <c:v>-5.6265964507659298E-2</c:v>
                </c:pt>
                <c:pt idx="4377">
                  <c:v>2.7811774677264402E-2</c:v>
                </c:pt>
                <c:pt idx="4378">
                  <c:v>-5.65108468070896E-2</c:v>
                </c:pt>
                <c:pt idx="4379">
                  <c:v>4.24346075249993E-2</c:v>
                </c:pt>
                <c:pt idx="4380">
                  <c:v>-5.89967614617848E-2</c:v>
                </c:pt>
                <c:pt idx="4381">
                  <c:v>-2.4520937546803599E-2</c:v>
                </c:pt>
                <c:pt idx="4382">
                  <c:v>0.105581332049333</c:v>
                </c:pt>
                <c:pt idx="4383">
                  <c:v>3.7737504763384798E-2</c:v>
                </c:pt>
                <c:pt idx="4384">
                  <c:v>-9.5000536685688503E-2</c:v>
                </c:pt>
                <c:pt idx="4385">
                  <c:v>3.2979488529232298E-2</c:v>
                </c:pt>
                <c:pt idx="4386">
                  <c:v>-0.104293372344351</c:v>
                </c:pt>
                <c:pt idx="4387">
                  <c:v>7.3800217571314206E-2</c:v>
                </c:pt>
                <c:pt idx="4388">
                  <c:v>3.5110976276193598E-2</c:v>
                </c:pt>
                <c:pt idx="4389">
                  <c:v>-3.2871995168402897E-2</c:v>
                </c:pt>
                <c:pt idx="4390">
                  <c:v>0.14780765329475901</c:v>
                </c:pt>
                <c:pt idx="4391">
                  <c:v>7.6998895079192706E-2</c:v>
                </c:pt>
                <c:pt idx="4392">
                  <c:v>-4.1379665672632598E-2</c:v>
                </c:pt>
                <c:pt idx="4393">
                  <c:v>4.8245713310848301E-2</c:v>
                </c:pt>
                <c:pt idx="4394">
                  <c:v>-0.100594340632011</c:v>
                </c:pt>
                <c:pt idx="4395">
                  <c:v>-6.4773045991973505E-2</c:v>
                </c:pt>
                <c:pt idx="4396">
                  <c:v>-2.5514525957603999E-2</c:v>
                </c:pt>
                <c:pt idx="4397">
                  <c:v>-3.0059199956063799E-2</c:v>
                </c:pt>
                <c:pt idx="4398">
                  <c:v>4.4311695204722702E-2</c:v>
                </c:pt>
                <c:pt idx="4399">
                  <c:v>-3.6944612844322898E-2</c:v>
                </c:pt>
                <c:pt idx="4400">
                  <c:v>-6.7493342264050696E-2</c:v>
                </c:pt>
                <c:pt idx="4401">
                  <c:v>2.8065452480781499E-2</c:v>
                </c:pt>
                <c:pt idx="4402">
                  <c:v>3.4783073191789499E-2</c:v>
                </c:pt>
                <c:pt idx="4403">
                  <c:v>2.5653578291063201E-2</c:v>
                </c:pt>
                <c:pt idx="4404">
                  <c:v>-2.95679006996039E-2</c:v>
                </c:pt>
                <c:pt idx="4405">
                  <c:v>-3.2298214305505703E-2</c:v>
                </c:pt>
                <c:pt idx="4406">
                  <c:v>-3.8733924901670498E-2</c:v>
                </c:pt>
                <c:pt idx="4407">
                  <c:v>-3.6429911289179301E-2</c:v>
                </c:pt>
                <c:pt idx="4408">
                  <c:v>5.3716493066183098E-2</c:v>
                </c:pt>
                <c:pt idx="4409">
                  <c:v>3.5742764399824302E-2</c:v>
                </c:pt>
                <c:pt idx="4410">
                  <c:v>7.7776848141493105E-2</c:v>
                </c:pt>
                <c:pt idx="4411">
                  <c:v>-7.0282070080118303E-2</c:v>
                </c:pt>
                <c:pt idx="4412">
                  <c:v>-5.0433113583523002E-2</c:v>
                </c:pt>
                <c:pt idx="4413">
                  <c:v>-3.1380991765772102E-2</c:v>
                </c:pt>
                <c:pt idx="4414">
                  <c:v>-3.27615608118954E-2</c:v>
                </c:pt>
                <c:pt idx="4415">
                  <c:v>-0.140785660858324</c:v>
                </c:pt>
                <c:pt idx="4416">
                  <c:v>3.9891743309674203E-2</c:v>
                </c:pt>
                <c:pt idx="4417">
                  <c:v>3.2550005430852701E-2</c:v>
                </c:pt>
                <c:pt idx="4418">
                  <c:v>0.10799061723945901</c:v>
                </c:pt>
                <c:pt idx="4419">
                  <c:v>-2.8567184178196901E-2</c:v>
                </c:pt>
                <c:pt idx="4420">
                  <c:v>-6.1436900391356603E-2</c:v>
                </c:pt>
                <c:pt idx="4421">
                  <c:v>3.9559676304499199E-2</c:v>
                </c:pt>
                <c:pt idx="4422">
                  <c:v>4.1091558257775801E-2</c:v>
                </c:pt>
                <c:pt idx="4423">
                  <c:v>3.8516832347667701E-2</c:v>
                </c:pt>
                <c:pt idx="4424">
                  <c:v>-4.2795321412700801E-2</c:v>
                </c:pt>
                <c:pt idx="4425">
                  <c:v>-2.2560927334211601E-2</c:v>
                </c:pt>
                <c:pt idx="4426">
                  <c:v>3.1728299642974599E-2</c:v>
                </c:pt>
                <c:pt idx="4427">
                  <c:v>-4.1331200848603103E-2</c:v>
                </c:pt>
                <c:pt idx="4428">
                  <c:v>3.6402606092284601E-2</c:v>
                </c:pt>
                <c:pt idx="4429">
                  <c:v>5.1068096911130602E-2</c:v>
                </c:pt>
                <c:pt idx="4430">
                  <c:v>-2.8186519245895901E-2</c:v>
                </c:pt>
                <c:pt idx="4431">
                  <c:v>-2.8124586501469699E-2</c:v>
                </c:pt>
                <c:pt idx="4432">
                  <c:v>0.121613180887994</c:v>
                </c:pt>
                <c:pt idx="4433">
                  <c:v>8.0922411878798797E-2</c:v>
                </c:pt>
                <c:pt idx="4434">
                  <c:v>3.13068873535585E-2</c:v>
                </c:pt>
                <c:pt idx="4435">
                  <c:v>6.0957784631270301E-2</c:v>
                </c:pt>
                <c:pt idx="4436">
                  <c:v>4.9655231555615097E-2</c:v>
                </c:pt>
                <c:pt idx="4437">
                  <c:v>3.68262971444153E-2</c:v>
                </c:pt>
                <c:pt idx="4438">
                  <c:v>-3.6376910068565103E-2</c:v>
                </c:pt>
                <c:pt idx="4439">
                  <c:v>-6.5183400444560405E-2</c:v>
                </c:pt>
                <c:pt idx="4440">
                  <c:v>-3.2877688860342098E-2</c:v>
                </c:pt>
                <c:pt idx="4441">
                  <c:v>-6.2769438476017597E-2</c:v>
                </c:pt>
                <c:pt idx="4442">
                  <c:v>-3.8193891662739801E-2</c:v>
                </c:pt>
                <c:pt idx="4443">
                  <c:v>-9.0458051380075205E-2</c:v>
                </c:pt>
                <c:pt idx="4444">
                  <c:v>0.17006985493931401</c:v>
                </c:pt>
                <c:pt idx="4445">
                  <c:v>7.1633644298319907E-2</c:v>
                </c:pt>
                <c:pt idx="4446">
                  <c:v>2.3262008245922099E-2</c:v>
                </c:pt>
                <c:pt idx="4447">
                  <c:v>3.8965307516573199E-2</c:v>
                </c:pt>
                <c:pt idx="4448">
                  <c:v>-4.4732488404857697E-2</c:v>
                </c:pt>
                <c:pt idx="4449">
                  <c:v>-5.9003290266872503E-2</c:v>
                </c:pt>
                <c:pt idx="4450">
                  <c:v>7.7313393035563394E-2</c:v>
                </c:pt>
                <c:pt idx="4451">
                  <c:v>5.8243736786540302E-2</c:v>
                </c:pt>
                <c:pt idx="4452">
                  <c:v>5.6238515962636598E-2</c:v>
                </c:pt>
                <c:pt idx="4453">
                  <c:v>-5.4645199381873497E-2</c:v>
                </c:pt>
                <c:pt idx="4454">
                  <c:v>3.5147175384299303E-2</c:v>
                </c:pt>
                <c:pt idx="4455">
                  <c:v>-5.0567934266101802E-2</c:v>
                </c:pt>
                <c:pt idx="4456">
                  <c:v>2.42725221150977E-2</c:v>
                </c:pt>
                <c:pt idx="4457">
                  <c:v>2.99407223702133E-2</c:v>
                </c:pt>
                <c:pt idx="4458">
                  <c:v>4.4460782251260197E-2</c:v>
                </c:pt>
                <c:pt idx="4459">
                  <c:v>4.0896308635346698E-2</c:v>
                </c:pt>
                <c:pt idx="4460">
                  <c:v>-2.9821002037849102E-2</c:v>
                </c:pt>
                <c:pt idx="4461">
                  <c:v>-2.2100232545923901E-2</c:v>
                </c:pt>
                <c:pt idx="4462">
                  <c:v>-5.0092499005849299E-2</c:v>
                </c:pt>
                <c:pt idx="4463">
                  <c:v>-6.6543248677181296E-2</c:v>
                </c:pt>
                <c:pt idx="4464">
                  <c:v>-4.42840960486812E-2</c:v>
                </c:pt>
                <c:pt idx="4465">
                  <c:v>-8.0012579832427405E-2</c:v>
                </c:pt>
                <c:pt idx="4466">
                  <c:v>-5.8411386743578902E-2</c:v>
                </c:pt>
                <c:pt idx="4467">
                  <c:v>2.22725842180189E-2</c:v>
                </c:pt>
                <c:pt idx="4468">
                  <c:v>-3.4149216577286999E-2</c:v>
                </c:pt>
                <c:pt idx="4469">
                  <c:v>-4.1592266332273198E-2</c:v>
                </c:pt>
                <c:pt idx="4470">
                  <c:v>5.5305301638643597E-2</c:v>
                </c:pt>
                <c:pt idx="4471">
                  <c:v>7.3706269091271495E-2</c:v>
                </c:pt>
                <c:pt idx="4472">
                  <c:v>5.8677578119212398E-2</c:v>
                </c:pt>
                <c:pt idx="4473">
                  <c:v>2.2501368941895802E-2</c:v>
                </c:pt>
                <c:pt idx="4474">
                  <c:v>-6.0707883977400498E-2</c:v>
                </c:pt>
                <c:pt idx="4475">
                  <c:v>-5.6920504065260502E-2</c:v>
                </c:pt>
                <c:pt idx="4476">
                  <c:v>-4.6029202715669001E-2</c:v>
                </c:pt>
                <c:pt idx="4477">
                  <c:v>6.5485430895684302E-2</c:v>
                </c:pt>
                <c:pt idx="4478">
                  <c:v>-0.13047724862106599</c:v>
                </c:pt>
                <c:pt idx="4479">
                  <c:v>-0.143328012283582</c:v>
                </c:pt>
                <c:pt idx="4480">
                  <c:v>2.2784533377866002E-2</c:v>
                </c:pt>
                <c:pt idx="4481">
                  <c:v>4.6214987191788702E-2</c:v>
                </c:pt>
                <c:pt idx="4482">
                  <c:v>2.51763984165017E-2</c:v>
                </c:pt>
                <c:pt idx="4483">
                  <c:v>-3.90033654320803E-2</c:v>
                </c:pt>
                <c:pt idx="4484">
                  <c:v>-7.7540662254783399E-2</c:v>
                </c:pt>
                <c:pt idx="4485">
                  <c:v>-3.4176722120758299E-2</c:v>
                </c:pt>
                <c:pt idx="4486">
                  <c:v>3.8593552203781897E-2</c:v>
                </c:pt>
                <c:pt idx="4487">
                  <c:v>2.8421026174790101E-2</c:v>
                </c:pt>
                <c:pt idx="4488">
                  <c:v>-4.8029295313874301E-2</c:v>
                </c:pt>
                <c:pt idx="4489">
                  <c:v>6.9297937560467204E-2</c:v>
                </c:pt>
                <c:pt idx="4490">
                  <c:v>2.18833598602792E-2</c:v>
                </c:pt>
                <c:pt idx="4491">
                  <c:v>-9.2994366328426295E-2</c:v>
                </c:pt>
                <c:pt idx="4492">
                  <c:v>7.9733240116233603E-2</c:v>
                </c:pt>
                <c:pt idx="4493">
                  <c:v>2.5688630054993701E-2</c:v>
                </c:pt>
                <c:pt idx="4494">
                  <c:v>4.76617387602793E-2</c:v>
                </c:pt>
                <c:pt idx="4495">
                  <c:v>3.5150770133874701E-2</c:v>
                </c:pt>
                <c:pt idx="4496">
                  <c:v>-3.3886029223509702E-2</c:v>
                </c:pt>
                <c:pt idx="4497">
                  <c:v>-3.2557441763493997E-2</c:v>
                </c:pt>
                <c:pt idx="4498">
                  <c:v>2.9484287172344598E-2</c:v>
                </c:pt>
                <c:pt idx="4499">
                  <c:v>4.9897419593669702E-2</c:v>
                </c:pt>
                <c:pt idx="4500">
                  <c:v>2.3201978929247202E-2</c:v>
                </c:pt>
                <c:pt idx="4501">
                  <c:v>-7.6190258429399194E-2</c:v>
                </c:pt>
                <c:pt idx="4502">
                  <c:v>-8.5527884553709299E-2</c:v>
                </c:pt>
                <c:pt idx="4503">
                  <c:v>2.8200761272259501E-2</c:v>
                </c:pt>
                <c:pt idx="4504">
                  <c:v>-2.9001807815163299E-2</c:v>
                </c:pt>
                <c:pt idx="4505">
                  <c:v>-3.2689283273338497E-2</c:v>
                </c:pt>
                <c:pt idx="4506">
                  <c:v>-2.25391683991987E-2</c:v>
                </c:pt>
                <c:pt idx="4507">
                  <c:v>3.8698226345403E-2</c:v>
                </c:pt>
                <c:pt idx="4508">
                  <c:v>-6.038392880955E-2</c:v>
                </c:pt>
                <c:pt idx="4509">
                  <c:v>2.5545855299814201E-2</c:v>
                </c:pt>
                <c:pt idx="4510">
                  <c:v>-0.114086527790921</c:v>
                </c:pt>
                <c:pt idx="4511">
                  <c:v>3.0569871601436201E-2</c:v>
                </c:pt>
                <c:pt idx="4512">
                  <c:v>-2.1427630741332099E-2</c:v>
                </c:pt>
                <c:pt idx="4513">
                  <c:v>-3.1356979485295297E-2</c:v>
                </c:pt>
                <c:pt idx="4514">
                  <c:v>2.57541315457601E-2</c:v>
                </c:pt>
                <c:pt idx="4515">
                  <c:v>-8.7143685745072502E-2</c:v>
                </c:pt>
                <c:pt idx="4516">
                  <c:v>7.0752337635830997E-2</c:v>
                </c:pt>
                <c:pt idx="4517">
                  <c:v>5.25582836080929E-2</c:v>
                </c:pt>
                <c:pt idx="4518">
                  <c:v>-0.105162166087755</c:v>
                </c:pt>
                <c:pt idx="4519">
                  <c:v>-4.7962102276493099E-2</c:v>
                </c:pt>
                <c:pt idx="4520">
                  <c:v>-2.4620888152817599E-2</c:v>
                </c:pt>
                <c:pt idx="4521">
                  <c:v>-4.9718509345208203E-2</c:v>
                </c:pt>
                <c:pt idx="4522">
                  <c:v>9.2065406753519596E-2</c:v>
                </c:pt>
                <c:pt idx="4523">
                  <c:v>-3.6638862869704497E-2</c:v>
                </c:pt>
                <c:pt idx="4524">
                  <c:v>4.8976938674915302E-2</c:v>
                </c:pt>
                <c:pt idx="4525">
                  <c:v>4.7940941607897997E-2</c:v>
                </c:pt>
                <c:pt idx="4526">
                  <c:v>-3.59261299485105E-2</c:v>
                </c:pt>
                <c:pt idx="4527">
                  <c:v>5.1918600422876403E-2</c:v>
                </c:pt>
                <c:pt idx="4528">
                  <c:v>-2.3419024262203401E-2</c:v>
                </c:pt>
                <c:pt idx="4529">
                  <c:v>-2.81119566694343E-2</c:v>
                </c:pt>
                <c:pt idx="4530">
                  <c:v>1.90088947981479E-2</c:v>
                </c:pt>
                <c:pt idx="4531">
                  <c:v>-5.7401216527413403E-2</c:v>
                </c:pt>
                <c:pt idx="4532">
                  <c:v>-5.4385570108259201E-2</c:v>
                </c:pt>
                <c:pt idx="4533">
                  <c:v>-3.3981583328607498E-2</c:v>
                </c:pt>
                <c:pt idx="4534">
                  <c:v>-2.35625872273246E-2</c:v>
                </c:pt>
                <c:pt idx="4535">
                  <c:v>4.3526054827477602E-2</c:v>
                </c:pt>
                <c:pt idx="4536">
                  <c:v>2.6945850594007201E-2</c:v>
                </c:pt>
                <c:pt idx="4537">
                  <c:v>-4.2665622508447902E-2</c:v>
                </c:pt>
                <c:pt idx="4538">
                  <c:v>2.1070099198432501E-2</c:v>
                </c:pt>
                <c:pt idx="4539">
                  <c:v>1.90043066723256E-2</c:v>
                </c:pt>
                <c:pt idx="4540">
                  <c:v>2.54769695573565E-2</c:v>
                </c:pt>
                <c:pt idx="4541">
                  <c:v>-4.97917775178216E-2</c:v>
                </c:pt>
                <c:pt idx="4542">
                  <c:v>3.7852029253205202E-2</c:v>
                </c:pt>
                <c:pt idx="4543">
                  <c:v>-4.0764596145670899E-2</c:v>
                </c:pt>
                <c:pt idx="4544">
                  <c:v>-4.9523080619678701E-2</c:v>
                </c:pt>
                <c:pt idx="4545">
                  <c:v>-7.4468884136994304E-2</c:v>
                </c:pt>
                <c:pt idx="4546">
                  <c:v>-3.0765660896406598E-2</c:v>
                </c:pt>
                <c:pt idx="4547">
                  <c:v>2.91969909965815E-2</c:v>
                </c:pt>
                <c:pt idx="4548">
                  <c:v>4.6778424739883903E-2</c:v>
                </c:pt>
                <c:pt idx="4549">
                  <c:v>5.93567584778611E-2</c:v>
                </c:pt>
                <c:pt idx="4550">
                  <c:v>7.7147486908351895E-2</c:v>
                </c:pt>
                <c:pt idx="4551">
                  <c:v>-4.6504527859575297E-2</c:v>
                </c:pt>
                <c:pt idx="4552">
                  <c:v>-3.9991500799306599E-2</c:v>
                </c:pt>
                <c:pt idx="4553">
                  <c:v>2.71478765558513E-2</c:v>
                </c:pt>
                <c:pt idx="4554">
                  <c:v>-2.08429957137319E-2</c:v>
                </c:pt>
                <c:pt idx="4555">
                  <c:v>-6.9510741995088707E-2</c:v>
                </c:pt>
                <c:pt idx="4556">
                  <c:v>1.7865459217752299E-2</c:v>
                </c:pt>
                <c:pt idx="4557">
                  <c:v>4.2871333118281299E-2</c:v>
                </c:pt>
                <c:pt idx="4558">
                  <c:v>2.04657561648105E-2</c:v>
                </c:pt>
                <c:pt idx="4559">
                  <c:v>1.97885958782784E-2</c:v>
                </c:pt>
                <c:pt idx="4560">
                  <c:v>-3.1084475853035101E-2</c:v>
                </c:pt>
                <c:pt idx="4561">
                  <c:v>-2.01263714912088E-2</c:v>
                </c:pt>
                <c:pt idx="4562">
                  <c:v>2.6508400983161099E-2</c:v>
                </c:pt>
                <c:pt idx="4563">
                  <c:v>4.8776771391459299E-2</c:v>
                </c:pt>
                <c:pt idx="4564">
                  <c:v>6.7274427769003595E-2</c:v>
                </c:pt>
                <c:pt idx="4565">
                  <c:v>-3.48652542256076E-2</c:v>
                </c:pt>
                <c:pt idx="4566">
                  <c:v>8.11588056791024E-2</c:v>
                </c:pt>
                <c:pt idx="4567">
                  <c:v>-4.37543164521976E-2</c:v>
                </c:pt>
                <c:pt idx="4568">
                  <c:v>2.75327637891216E-2</c:v>
                </c:pt>
                <c:pt idx="4569">
                  <c:v>-5.5818714887571702E-2</c:v>
                </c:pt>
                <c:pt idx="4570">
                  <c:v>6.7561086169273907E-2</c:v>
                </c:pt>
                <c:pt idx="4571">
                  <c:v>5.2289020724227697E-2</c:v>
                </c:pt>
                <c:pt idx="4572">
                  <c:v>-5.3497403576848498E-2</c:v>
                </c:pt>
                <c:pt idx="4573">
                  <c:v>-1.91826791448086E-2</c:v>
                </c:pt>
                <c:pt idx="4574">
                  <c:v>8.0548255584169198E-2</c:v>
                </c:pt>
                <c:pt idx="4575">
                  <c:v>2.0655768669314501E-2</c:v>
                </c:pt>
                <c:pt idx="4576">
                  <c:v>-3.7572293556255701E-2</c:v>
                </c:pt>
                <c:pt idx="4577">
                  <c:v>-2.15344685154975E-2</c:v>
                </c:pt>
                <c:pt idx="4578">
                  <c:v>-9.2517524524694694E-2</c:v>
                </c:pt>
                <c:pt idx="4579">
                  <c:v>2.3135480058229501E-2</c:v>
                </c:pt>
                <c:pt idx="4580">
                  <c:v>2.1904970739082999E-2</c:v>
                </c:pt>
                <c:pt idx="4581">
                  <c:v>-4.2029459626931498E-2</c:v>
                </c:pt>
                <c:pt idx="4582">
                  <c:v>7.47713505209084E-2</c:v>
                </c:pt>
                <c:pt idx="4583">
                  <c:v>-4.6377956101473203E-2</c:v>
                </c:pt>
                <c:pt idx="4584">
                  <c:v>-4.6957181381593202E-2</c:v>
                </c:pt>
                <c:pt idx="4585">
                  <c:v>-3.67085318319944E-2</c:v>
                </c:pt>
                <c:pt idx="4586">
                  <c:v>-7.1546680748937802E-2</c:v>
                </c:pt>
                <c:pt idx="4587">
                  <c:v>5.9635149582270203E-2</c:v>
                </c:pt>
                <c:pt idx="4588">
                  <c:v>-4.7668745237036299E-2</c:v>
                </c:pt>
                <c:pt idx="4589">
                  <c:v>3.3467531217095101E-2</c:v>
                </c:pt>
                <c:pt idx="4590">
                  <c:v>-1.7541452541415498E-2</c:v>
                </c:pt>
                <c:pt idx="4591">
                  <c:v>4.7566072255918398E-2</c:v>
                </c:pt>
                <c:pt idx="4592">
                  <c:v>-4.7418842680251302E-2</c:v>
                </c:pt>
                <c:pt idx="4593">
                  <c:v>-2.2754631466348499E-2</c:v>
                </c:pt>
                <c:pt idx="4594">
                  <c:v>-7.0402327582314697E-2</c:v>
                </c:pt>
                <c:pt idx="4595">
                  <c:v>-2.2698304411697699E-2</c:v>
                </c:pt>
                <c:pt idx="4596">
                  <c:v>-5.7952748117582303E-2</c:v>
                </c:pt>
                <c:pt idx="4597">
                  <c:v>-3.5539013441575E-2</c:v>
                </c:pt>
                <c:pt idx="4598">
                  <c:v>-3.3964776262010297E-2</c:v>
                </c:pt>
                <c:pt idx="4599">
                  <c:v>2.4346357900288499E-2</c:v>
                </c:pt>
                <c:pt idx="4600">
                  <c:v>4.2405434488074399E-2</c:v>
                </c:pt>
                <c:pt idx="4601">
                  <c:v>4.3417535758369E-2</c:v>
                </c:pt>
                <c:pt idx="4602">
                  <c:v>-2.8413623950474001E-2</c:v>
                </c:pt>
                <c:pt idx="4603">
                  <c:v>1.7528533161545599E-2</c:v>
                </c:pt>
                <c:pt idx="4604">
                  <c:v>8.2345789409188797E-2</c:v>
                </c:pt>
                <c:pt idx="4605">
                  <c:v>2.52892910329621E-2</c:v>
                </c:pt>
                <c:pt idx="4606">
                  <c:v>4.54995039574086E-2</c:v>
                </c:pt>
                <c:pt idx="4607">
                  <c:v>3.6282571108998199E-2</c:v>
                </c:pt>
                <c:pt idx="4608">
                  <c:v>-7.5528308923526993E-2</c:v>
                </c:pt>
                <c:pt idx="4609">
                  <c:v>5.5914856064695997E-2</c:v>
                </c:pt>
                <c:pt idx="4610">
                  <c:v>3.9253772759110503E-2</c:v>
                </c:pt>
                <c:pt idx="4611">
                  <c:v>-3.80058091482844E-2</c:v>
                </c:pt>
                <c:pt idx="4612">
                  <c:v>2.9005342729821099E-2</c:v>
                </c:pt>
                <c:pt idx="4613">
                  <c:v>5.9797405296659903E-2</c:v>
                </c:pt>
                <c:pt idx="4614">
                  <c:v>2.3302635522984599E-2</c:v>
                </c:pt>
                <c:pt idx="4615">
                  <c:v>-1.8240345335620099E-2</c:v>
                </c:pt>
                <c:pt idx="4616">
                  <c:v>-1.5423618572352599E-2</c:v>
                </c:pt>
                <c:pt idx="4617">
                  <c:v>1.86955048872584E-2</c:v>
                </c:pt>
                <c:pt idx="4618">
                  <c:v>4.1684549535133897E-2</c:v>
                </c:pt>
                <c:pt idx="4619">
                  <c:v>2.1695338124480702E-2</c:v>
                </c:pt>
                <c:pt idx="4620">
                  <c:v>-3.9145825043398502E-2</c:v>
                </c:pt>
                <c:pt idx="4621">
                  <c:v>-2.3936402828066899E-2</c:v>
                </c:pt>
                <c:pt idx="4622">
                  <c:v>-2.9190113250574998E-2</c:v>
                </c:pt>
                <c:pt idx="4623">
                  <c:v>-2.6703581551380799E-2</c:v>
                </c:pt>
                <c:pt idx="4624">
                  <c:v>7.2269805260944495E-2</c:v>
                </c:pt>
                <c:pt idx="4625">
                  <c:v>5.0059834438446402E-2</c:v>
                </c:pt>
                <c:pt idx="4626">
                  <c:v>-4.1271808616418298E-2</c:v>
                </c:pt>
                <c:pt idx="4627">
                  <c:v>3.3629339160597703E-2</c:v>
                </c:pt>
                <c:pt idx="4628">
                  <c:v>-1.60818458309109E-2</c:v>
                </c:pt>
                <c:pt idx="4629">
                  <c:v>-1.66663933533364E-2</c:v>
                </c:pt>
                <c:pt idx="4630">
                  <c:v>-2.1687140456172899E-2</c:v>
                </c:pt>
                <c:pt idx="4631">
                  <c:v>-2.8366553376105899E-2</c:v>
                </c:pt>
                <c:pt idx="4632">
                  <c:v>4.3215469016043798E-2</c:v>
                </c:pt>
                <c:pt idx="4633">
                  <c:v>4.6137779028072097E-2</c:v>
                </c:pt>
                <c:pt idx="4634">
                  <c:v>-2.4286949169727699E-2</c:v>
                </c:pt>
                <c:pt idx="4635">
                  <c:v>-4.9792499582672199E-2</c:v>
                </c:pt>
                <c:pt idx="4636">
                  <c:v>4.6565547248192701E-2</c:v>
                </c:pt>
                <c:pt idx="4637">
                  <c:v>-1.8371433156389099E-2</c:v>
                </c:pt>
                <c:pt idx="4638">
                  <c:v>1.7143911199639199E-2</c:v>
                </c:pt>
                <c:pt idx="4639">
                  <c:v>-2.85490200563174E-2</c:v>
                </c:pt>
                <c:pt idx="4640">
                  <c:v>1.84538359739186E-2</c:v>
                </c:pt>
                <c:pt idx="4641">
                  <c:v>-1.5868467208672899E-2</c:v>
                </c:pt>
                <c:pt idx="4642">
                  <c:v>-4.9020462035748801E-2</c:v>
                </c:pt>
                <c:pt idx="4643">
                  <c:v>4.0454140598395603E-2</c:v>
                </c:pt>
                <c:pt idx="4644">
                  <c:v>-1.8871383229168301E-2</c:v>
                </c:pt>
                <c:pt idx="4645">
                  <c:v>4.4046522761966897E-2</c:v>
                </c:pt>
                <c:pt idx="4646">
                  <c:v>2.0575457228147801E-2</c:v>
                </c:pt>
                <c:pt idx="4647">
                  <c:v>-1.8126662604483802E-2</c:v>
                </c:pt>
                <c:pt idx="4648">
                  <c:v>-9.2892659060101607E-2</c:v>
                </c:pt>
                <c:pt idx="4649">
                  <c:v>-1.40457597007639E-2</c:v>
                </c:pt>
                <c:pt idx="4650">
                  <c:v>-2.7258810445942999E-2</c:v>
                </c:pt>
                <c:pt idx="4651">
                  <c:v>-4.8888973639201097E-2</c:v>
                </c:pt>
                <c:pt idx="4652">
                  <c:v>3.75703307214472E-2</c:v>
                </c:pt>
                <c:pt idx="4653">
                  <c:v>2.97375021640107E-2</c:v>
                </c:pt>
                <c:pt idx="4654">
                  <c:v>2.7126905444529101E-2</c:v>
                </c:pt>
                <c:pt idx="4655">
                  <c:v>3.51058740177237E-2</c:v>
                </c:pt>
                <c:pt idx="4656">
                  <c:v>3.2769677432522598E-2</c:v>
                </c:pt>
                <c:pt idx="4657">
                  <c:v>-2.1802647152387802E-2</c:v>
                </c:pt>
                <c:pt idx="4658">
                  <c:v>2.5201594271223399E-2</c:v>
                </c:pt>
                <c:pt idx="4659">
                  <c:v>-3.4430014733946003E-2</c:v>
                </c:pt>
                <c:pt idx="4660">
                  <c:v>4.0506474489404802E-2</c:v>
                </c:pt>
                <c:pt idx="4661">
                  <c:v>2.7596756410659399E-2</c:v>
                </c:pt>
                <c:pt idx="4662">
                  <c:v>-2.1370486965278001E-2</c:v>
                </c:pt>
                <c:pt idx="4663">
                  <c:v>-3.5187428399883203E-2</c:v>
                </c:pt>
                <c:pt idx="4664">
                  <c:v>-1.93487245865889E-2</c:v>
                </c:pt>
                <c:pt idx="4665">
                  <c:v>-3.8282595673372603E-2</c:v>
                </c:pt>
                <c:pt idx="4666">
                  <c:v>0.12824322543069</c:v>
                </c:pt>
                <c:pt idx="4667">
                  <c:v>4.02242364375738E-2</c:v>
                </c:pt>
                <c:pt idx="4668">
                  <c:v>1.7619369125611701E-2</c:v>
                </c:pt>
                <c:pt idx="4669">
                  <c:v>1.90063826098807E-2</c:v>
                </c:pt>
                <c:pt idx="4670">
                  <c:v>-1.30893988437677E-2</c:v>
                </c:pt>
                <c:pt idx="4671">
                  <c:v>-6.2417591393678903E-2</c:v>
                </c:pt>
                <c:pt idx="4672">
                  <c:v>2.2986415710271001E-2</c:v>
                </c:pt>
                <c:pt idx="4673">
                  <c:v>3.7099681601656401E-2</c:v>
                </c:pt>
                <c:pt idx="4674">
                  <c:v>-3.6886164325167697E-2</c:v>
                </c:pt>
                <c:pt idx="4675">
                  <c:v>-2.8599887948210799E-2</c:v>
                </c:pt>
                <c:pt idx="4676">
                  <c:v>-2.36713154175234E-2</c:v>
                </c:pt>
                <c:pt idx="4677">
                  <c:v>5.0945964621590199E-2</c:v>
                </c:pt>
                <c:pt idx="4678">
                  <c:v>1.78623229727819E-2</c:v>
                </c:pt>
                <c:pt idx="4679">
                  <c:v>-5.0915854160940903E-2</c:v>
                </c:pt>
                <c:pt idx="4680">
                  <c:v>-1.3174084779407701E-2</c:v>
                </c:pt>
                <c:pt idx="4681">
                  <c:v>-2.5495339866409901E-2</c:v>
                </c:pt>
                <c:pt idx="4682">
                  <c:v>-5.0570889431618603E-2</c:v>
                </c:pt>
                <c:pt idx="4683">
                  <c:v>-5.84663422271419E-2</c:v>
                </c:pt>
                <c:pt idx="4684">
                  <c:v>-2.4172498788527001E-2</c:v>
                </c:pt>
                <c:pt idx="4685">
                  <c:v>-1.7177981922220201E-2</c:v>
                </c:pt>
                <c:pt idx="4686">
                  <c:v>-3.5432481833897397E-2</c:v>
                </c:pt>
                <c:pt idx="4687">
                  <c:v>3.21623703895213E-2</c:v>
                </c:pt>
                <c:pt idx="4688">
                  <c:v>5.9113739730104697E-2</c:v>
                </c:pt>
                <c:pt idx="4689">
                  <c:v>-2.9231690354528401E-2</c:v>
                </c:pt>
                <c:pt idx="4690">
                  <c:v>-1.9822862122488499E-2</c:v>
                </c:pt>
                <c:pt idx="4691">
                  <c:v>-2.7061503620686302E-2</c:v>
                </c:pt>
                <c:pt idx="4692">
                  <c:v>-4.2384567678578101E-2</c:v>
                </c:pt>
                <c:pt idx="4693">
                  <c:v>1.33315995330037E-2</c:v>
                </c:pt>
                <c:pt idx="4694">
                  <c:v>-1.44361500383852E-2</c:v>
                </c:pt>
                <c:pt idx="4695">
                  <c:v>-2.1342984106475199E-2</c:v>
                </c:pt>
                <c:pt idx="4696">
                  <c:v>2.42052955469312E-2</c:v>
                </c:pt>
                <c:pt idx="4697">
                  <c:v>-1.8100300534307199E-2</c:v>
                </c:pt>
                <c:pt idx="4698">
                  <c:v>-3.2539745004339003E-2</c:v>
                </c:pt>
                <c:pt idx="4699">
                  <c:v>-7.3320678604975598E-2</c:v>
                </c:pt>
                <c:pt idx="4700">
                  <c:v>-4.7740100509642502E-2</c:v>
                </c:pt>
                <c:pt idx="4701">
                  <c:v>2.1819780876505501E-2</c:v>
                </c:pt>
                <c:pt idx="4702">
                  <c:v>5.3697446429808303E-2</c:v>
                </c:pt>
                <c:pt idx="4703">
                  <c:v>-1.38544700060947E-2</c:v>
                </c:pt>
                <c:pt idx="4704">
                  <c:v>1.5619467553438701E-2</c:v>
                </c:pt>
                <c:pt idx="4705">
                  <c:v>-2.3421233187288899E-2</c:v>
                </c:pt>
                <c:pt idx="4706">
                  <c:v>1.5755840429065401E-2</c:v>
                </c:pt>
                <c:pt idx="4707">
                  <c:v>1.9734580765479799E-2</c:v>
                </c:pt>
                <c:pt idx="4708">
                  <c:v>-3.9594995356459599E-2</c:v>
                </c:pt>
                <c:pt idx="4709">
                  <c:v>5.3766064219359998E-2</c:v>
                </c:pt>
                <c:pt idx="4710">
                  <c:v>4.4209589879208998E-2</c:v>
                </c:pt>
                <c:pt idx="4711">
                  <c:v>-4.7040638840485399E-2</c:v>
                </c:pt>
                <c:pt idx="4712">
                  <c:v>-2.8210478523792701E-2</c:v>
                </c:pt>
                <c:pt idx="4713">
                  <c:v>1.8292107430003299E-2</c:v>
                </c:pt>
                <c:pt idx="4714">
                  <c:v>-3.2180256312528903E-2</c:v>
                </c:pt>
                <c:pt idx="4715">
                  <c:v>4.8367199958992302E-2</c:v>
                </c:pt>
                <c:pt idx="4716">
                  <c:v>6.3295915455370305E-2</c:v>
                </c:pt>
                <c:pt idx="4717">
                  <c:v>2.7176998202339299E-2</c:v>
                </c:pt>
                <c:pt idx="4718">
                  <c:v>-2.61352867085165E-2</c:v>
                </c:pt>
                <c:pt idx="4719">
                  <c:v>-1.9846361862320801E-2</c:v>
                </c:pt>
                <c:pt idx="4720">
                  <c:v>-2.1175306173549999E-2</c:v>
                </c:pt>
                <c:pt idx="4721">
                  <c:v>-4.3981256563348801E-2</c:v>
                </c:pt>
                <c:pt idx="4722">
                  <c:v>3.4404196811404802E-2</c:v>
                </c:pt>
                <c:pt idx="4723">
                  <c:v>3.9435062834012803E-2</c:v>
                </c:pt>
                <c:pt idx="4724">
                  <c:v>-2.3498330639959899E-2</c:v>
                </c:pt>
                <c:pt idx="4725">
                  <c:v>4.2462725826286601E-2</c:v>
                </c:pt>
                <c:pt idx="4726">
                  <c:v>-2.8583283582040798E-2</c:v>
                </c:pt>
                <c:pt idx="4727">
                  <c:v>3.9341467003282601E-2</c:v>
                </c:pt>
                <c:pt idx="4728">
                  <c:v>-3.9942462614654103E-2</c:v>
                </c:pt>
                <c:pt idx="4729">
                  <c:v>-1.6348037171134401E-2</c:v>
                </c:pt>
                <c:pt idx="4730">
                  <c:v>-1.97626506376096E-2</c:v>
                </c:pt>
                <c:pt idx="4731">
                  <c:v>4.3764380824725897E-2</c:v>
                </c:pt>
                <c:pt idx="4732">
                  <c:v>-1.9470642163493999E-2</c:v>
                </c:pt>
                <c:pt idx="4733">
                  <c:v>3.6977415241746997E-2</c:v>
                </c:pt>
                <c:pt idx="4734">
                  <c:v>2.0766860316385301E-2</c:v>
                </c:pt>
                <c:pt idx="4735">
                  <c:v>5.3779185665856502E-2</c:v>
                </c:pt>
                <c:pt idx="4736">
                  <c:v>-1.3636607779965001E-2</c:v>
                </c:pt>
                <c:pt idx="4737">
                  <c:v>6.0530730348510503E-2</c:v>
                </c:pt>
                <c:pt idx="4738">
                  <c:v>-1.6189418379685301E-2</c:v>
                </c:pt>
                <c:pt idx="4739">
                  <c:v>2.7119486304702199E-2</c:v>
                </c:pt>
                <c:pt idx="4740">
                  <c:v>5.7516238851974301E-2</c:v>
                </c:pt>
                <c:pt idx="4741">
                  <c:v>2.1403898448689101E-2</c:v>
                </c:pt>
                <c:pt idx="4742">
                  <c:v>-3.3710482384201199E-2</c:v>
                </c:pt>
                <c:pt idx="4743">
                  <c:v>-1.14312247059658E-2</c:v>
                </c:pt>
                <c:pt idx="4744">
                  <c:v>-2.2515028368758301E-2</c:v>
                </c:pt>
                <c:pt idx="4745">
                  <c:v>1.2918778616608499E-2</c:v>
                </c:pt>
                <c:pt idx="4746">
                  <c:v>-4.1333328206512497E-2</c:v>
                </c:pt>
                <c:pt idx="4747">
                  <c:v>2.09650327680144E-2</c:v>
                </c:pt>
                <c:pt idx="4748">
                  <c:v>1.36398899065355E-2</c:v>
                </c:pt>
                <c:pt idx="4749">
                  <c:v>1.53416810703142E-2</c:v>
                </c:pt>
                <c:pt idx="4750">
                  <c:v>1.65634728245578E-2</c:v>
                </c:pt>
                <c:pt idx="4751">
                  <c:v>1.2771176488278999E-2</c:v>
                </c:pt>
                <c:pt idx="4752">
                  <c:v>-3.0185657227381299E-2</c:v>
                </c:pt>
                <c:pt idx="4753">
                  <c:v>9.5241518212461108E-3</c:v>
                </c:pt>
                <c:pt idx="4754">
                  <c:v>1.2270473733625701E-2</c:v>
                </c:pt>
                <c:pt idx="4755">
                  <c:v>1.8999436716125501E-2</c:v>
                </c:pt>
                <c:pt idx="4756">
                  <c:v>-1.3620531454329E-2</c:v>
                </c:pt>
                <c:pt idx="4757">
                  <c:v>-1.2822293261685E-2</c:v>
                </c:pt>
                <c:pt idx="4758">
                  <c:v>1.42964118615723E-2</c:v>
                </c:pt>
                <c:pt idx="4759">
                  <c:v>2.5542881309846201E-2</c:v>
                </c:pt>
                <c:pt idx="4760">
                  <c:v>-1.8672642914957301E-2</c:v>
                </c:pt>
                <c:pt idx="4761">
                  <c:v>-4.8059722416340399E-2</c:v>
                </c:pt>
                <c:pt idx="4762">
                  <c:v>-7.3149752573787197E-2</c:v>
                </c:pt>
                <c:pt idx="4763">
                  <c:v>-9.6186750888094304E-3</c:v>
                </c:pt>
                <c:pt idx="4764">
                  <c:v>2.0656204701818798E-2</c:v>
                </c:pt>
                <c:pt idx="4765">
                  <c:v>-2.14316592289805E-2</c:v>
                </c:pt>
                <c:pt idx="4766">
                  <c:v>1.18773349411754E-2</c:v>
                </c:pt>
                <c:pt idx="4767">
                  <c:v>-3.4214524378917602E-2</c:v>
                </c:pt>
                <c:pt idx="4768">
                  <c:v>-3.38875686836317E-2</c:v>
                </c:pt>
                <c:pt idx="4769">
                  <c:v>-1.22873082749706E-2</c:v>
                </c:pt>
                <c:pt idx="4770">
                  <c:v>-1.5769442990730902E-2</c:v>
                </c:pt>
                <c:pt idx="4771">
                  <c:v>1.1703262659718701E-2</c:v>
                </c:pt>
                <c:pt idx="4772">
                  <c:v>-1.47766534423077E-2</c:v>
                </c:pt>
                <c:pt idx="4773">
                  <c:v>1.3967794652344901E-2</c:v>
                </c:pt>
                <c:pt idx="4774">
                  <c:v>1.19165957925063E-2</c:v>
                </c:pt>
                <c:pt idx="4775">
                  <c:v>-1.7428064472166899E-2</c:v>
                </c:pt>
                <c:pt idx="4776">
                  <c:v>-1.59520126638171E-2</c:v>
                </c:pt>
                <c:pt idx="4777">
                  <c:v>4.08379242487555E-2</c:v>
                </c:pt>
                <c:pt idx="4778">
                  <c:v>-6.7978983905749898E-2</c:v>
                </c:pt>
                <c:pt idx="4779">
                  <c:v>1.1062300567228799E-2</c:v>
                </c:pt>
                <c:pt idx="4780">
                  <c:v>1.02580530976013E-2</c:v>
                </c:pt>
                <c:pt idx="4781">
                  <c:v>-1.0597994026426199E-2</c:v>
                </c:pt>
                <c:pt idx="4782">
                  <c:v>-9.7781712232602996E-3</c:v>
                </c:pt>
                <c:pt idx="4783">
                  <c:v>-1.01916511077249E-2</c:v>
                </c:pt>
                <c:pt idx="4784">
                  <c:v>1.42378391359124E-2</c:v>
                </c:pt>
                <c:pt idx="4785">
                  <c:v>2.42624369865325E-2</c:v>
                </c:pt>
                <c:pt idx="4786">
                  <c:v>-1.41734902438913E-2</c:v>
                </c:pt>
                <c:pt idx="4787">
                  <c:v>-5.2348728422408897E-2</c:v>
                </c:pt>
                <c:pt idx="4788">
                  <c:v>2.1207671077050301E-2</c:v>
                </c:pt>
                <c:pt idx="4789">
                  <c:v>2.3108091407614498E-2</c:v>
                </c:pt>
                <c:pt idx="4790">
                  <c:v>1.5628076312150799E-2</c:v>
                </c:pt>
                <c:pt idx="4791">
                  <c:v>-1.37157617322714E-2</c:v>
                </c:pt>
                <c:pt idx="4792">
                  <c:v>1.21081802659582E-2</c:v>
                </c:pt>
                <c:pt idx="4793">
                  <c:v>-2.0244481196016299E-2</c:v>
                </c:pt>
                <c:pt idx="4794">
                  <c:v>-1.13516838400862E-2</c:v>
                </c:pt>
                <c:pt idx="4795">
                  <c:v>1.5641109778332701E-2</c:v>
                </c:pt>
                <c:pt idx="4796">
                  <c:v>1.24488450483362E-2</c:v>
                </c:pt>
                <c:pt idx="4797">
                  <c:v>-9.7900294711479301E-3</c:v>
                </c:pt>
                <c:pt idx="4798">
                  <c:v>1.7265489893223001E-2</c:v>
                </c:pt>
                <c:pt idx="4799">
                  <c:v>-5.25144428196214E-2</c:v>
                </c:pt>
                <c:pt idx="4800">
                  <c:v>-1.0764427157503999E-2</c:v>
                </c:pt>
                <c:pt idx="4801">
                  <c:v>7.7977638929205298E-2</c:v>
                </c:pt>
                <c:pt idx="4802">
                  <c:v>-1.8746118429035601E-2</c:v>
                </c:pt>
                <c:pt idx="4803">
                  <c:v>-1.2556414943215801E-2</c:v>
                </c:pt>
                <c:pt idx="4804">
                  <c:v>1.8903457615614599E-2</c:v>
                </c:pt>
                <c:pt idx="4805">
                  <c:v>-3.99779995010014E-2</c:v>
                </c:pt>
                <c:pt idx="4806">
                  <c:v>6.2146201896542401E-2</c:v>
                </c:pt>
                <c:pt idx="4807">
                  <c:v>-9.7449309392061405E-3</c:v>
                </c:pt>
                <c:pt idx="4808">
                  <c:v>-6.3490014139052406E-2</c:v>
                </c:pt>
                <c:pt idx="4809">
                  <c:v>-3.1721683996433797E-2</c:v>
                </c:pt>
                <c:pt idx="4810">
                  <c:v>-2.5198164038137301E-2</c:v>
                </c:pt>
                <c:pt idx="4811">
                  <c:v>1.4929744154258601E-2</c:v>
                </c:pt>
                <c:pt idx="4812">
                  <c:v>2.2479501154652599E-2</c:v>
                </c:pt>
                <c:pt idx="4813">
                  <c:v>-2.6163781531462101E-2</c:v>
                </c:pt>
                <c:pt idx="4814">
                  <c:v>1.04055086985611E-2</c:v>
                </c:pt>
                <c:pt idx="4815">
                  <c:v>3.5355934458472398E-2</c:v>
                </c:pt>
                <c:pt idx="4816">
                  <c:v>-3.9175910400622599E-2</c:v>
                </c:pt>
                <c:pt idx="4817">
                  <c:v>3.0038011400513698E-2</c:v>
                </c:pt>
                <c:pt idx="4818">
                  <c:v>-2.3584707890094599E-2</c:v>
                </c:pt>
                <c:pt idx="4819">
                  <c:v>3.06871602909915E-2</c:v>
                </c:pt>
                <c:pt idx="4820">
                  <c:v>-9.6057934300510794E-3</c:v>
                </c:pt>
                <c:pt idx="4821">
                  <c:v>2.9423394243163901E-2</c:v>
                </c:pt>
                <c:pt idx="4822">
                  <c:v>1.0151263619519599E-2</c:v>
                </c:pt>
                <c:pt idx="4823">
                  <c:v>-1.6914557532388099E-2</c:v>
                </c:pt>
                <c:pt idx="4824">
                  <c:v>1.2541731063169701E-2</c:v>
                </c:pt>
                <c:pt idx="4825">
                  <c:v>-1.9502810280435798E-2</c:v>
                </c:pt>
                <c:pt idx="4826">
                  <c:v>1.32533877161372E-2</c:v>
                </c:pt>
                <c:pt idx="4827">
                  <c:v>3.1847578556494199E-2</c:v>
                </c:pt>
                <c:pt idx="4828">
                  <c:v>-9.5886739683343995E-3</c:v>
                </c:pt>
                <c:pt idx="4829">
                  <c:v>-1.83724038043174E-2</c:v>
                </c:pt>
                <c:pt idx="4830">
                  <c:v>1.09918302541736E-2</c:v>
                </c:pt>
                <c:pt idx="4831">
                  <c:v>2.28535691087366E-2</c:v>
                </c:pt>
                <c:pt idx="4832">
                  <c:v>-2.0685921392704601E-2</c:v>
                </c:pt>
                <c:pt idx="4833">
                  <c:v>1.3405936851270899E-2</c:v>
                </c:pt>
                <c:pt idx="4834">
                  <c:v>1.4033277859724099E-2</c:v>
                </c:pt>
                <c:pt idx="4835">
                  <c:v>1.6729629629434601E-2</c:v>
                </c:pt>
                <c:pt idx="4836">
                  <c:v>1.0900685637022201E-2</c:v>
                </c:pt>
                <c:pt idx="4837">
                  <c:v>-1.2306651586825999E-2</c:v>
                </c:pt>
                <c:pt idx="4838">
                  <c:v>-7.94097921137649E-3</c:v>
                </c:pt>
                <c:pt idx="4839">
                  <c:v>3.4569330124039503E-2</c:v>
                </c:pt>
                <c:pt idx="4840">
                  <c:v>1.78731912056307E-2</c:v>
                </c:pt>
                <c:pt idx="4841">
                  <c:v>8.5826630908734103E-3</c:v>
                </c:pt>
                <c:pt idx="4842">
                  <c:v>2.87254603457043E-2</c:v>
                </c:pt>
                <c:pt idx="4843">
                  <c:v>-7.5625493782745003E-3</c:v>
                </c:pt>
                <c:pt idx="4844">
                  <c:v>-1.6209133935039002E-2</c:v>
                </c:pt>
                <c:pt idx="4845">
                  <c:v>1.2869874546066E-2</c:v>
                </c:pt>
                <c:pt idx="4846">
                  <c:v>1.43270832348925E-2</c:v>
                </c:pt>
                <c:pt idx="4847">
                  <c:v>1.6571484459813501E-2</c:v>
                </c:pt>
                <c:pt idx="4848">
                  <c:v>-9.7287452730334695E-3</c:v>
                </c:pt>
                <c:pt idx="4849">
                  <c:v>-3.2114113427773802E-2</c:v>
                </c:pt>
                <c:pt idx="4850">
                  <c:v>-1.68227747399783E-2</c:v>
                </c:pt>
                <c:pt idx="4851">
                  <c:v>1.55482699172715E-2</c:v>
                </c:pt>
                <c:pt idx="4852">
                  <c:v>3.2714657539720797E-2</c:v>
                </c:pt>
                <c:pt idx="4853">
                  <c:v>-7.5474920140550204E-3</c:v>
                </c:pt>
                <c:pt idx="4854">
                  <c:v>1.10347931710919E-2</c:v>
                </c:pt>
                <c:pt idx="4855">
                  <c:v>1.40417941736573E-2</c:v>
                </c:pt>
                <c:pt idx="4856">
                  <c:v>1.6262909059094E-2</c:v>
                </c:pt>
                <c:pt idx="4857">
                  <c:v>2.49841527896493E-2</c:v>
                </c:pt>
                <c:pt idx="4858">
                  <c:v>-1.32164115075817E-2</c:v>
                </c:pt>
                <c:pt idx="4859">
                  <c:v>-1.1792646223355499E-2</c:v>
                </c:pt>
                <c:pt idx="4860">
                  <c:v>-8.9705972481510798E-3</c:v>
                </c:pt>
                <c:pt idx="4861">
                  <c:v>-1.00580375653401E-2</c:v>
                </c:pt>
                <c:pt idx="4862">
                  <c:v>-1.2363693198608401E-2</c:v>
                </c:pt>
                <c:pt idx="4863">
                  <c:v>-3.240821404626E-2</c:v>
                </c:pt>
                <c:pt idx="4864">
                  <c:v>-1.6368461921061301E-2</c:v>
                </c:pt>
                <c:pt idx="4865">
                  <c:v>4.2653886260730203E-2</c:v>
                </c:pt>
                <c:pt idx="4866">
                  <c:v>1.80306067398277E-2</c:v>
                </c:pt>
                <c:pt idx="4867">
                  <c:v>7.5409413706637504E-3</c:v>
                </c:pt>
                <c:pt idx="4868">
                  <c:v>-8.7009049375197395E-3</c:v>
                </c:pt>
                <c:pt idx="4869">
                  <c:v>-3.41088532349509E-2</c:v>
                </c:pt>
                <c:pt idx="4870">
                  <c:v>1.43368148261445E-2</c:v>
                </c:pt>
                <c:pt idx="4871">
                  <c:v>-7.0781290158024E-3</c:v>
                </c:pt>
                <c:pt idx="4872">
                  <c:v>-1.3254481176222299E-2</c:v>
                </c:pt>
                <c:pt idx="4873">
                  <c:v>7.7226958576872597E-3</c:v>
                </c:pt>
                <c:pt idx="4874">
                  <c:v>-5.8004777419178302E-3</c:v>
                </c:pt>
                <c:pt idx="4875">
                  <c:v>-1.61587186078762E-2</c:v>
                </c:pt>
                <c:pt idx="4876">
                  <c:v>1.0087369125649601E-2</c:v>
                </c:pt>
                <c:pt idx="4877">
                  <c:v>-1.0499572414858001E-2</c:v>
                </c:pt>
                <c:pt idx="4878">
                  <c:v>-9.0264836709401698E-3</c:v>
                </c:pt>
                <c:pt idx="4879">
                  <c:v>3.04534010874313E-2</c:v>
                </c:pt>
                <c:pt idx="4880">
                  <c:v>-5.80656350745556E-3</c:v>
                </c:pt>
                <c:pt idx="4881">
                  <c:v>-1.02517373625162E-2</c:v>
                </c:pt>
                <c:pt idx="4882">
                  <c:v>-5.1023277714179497E-3</c:v>
                </c:pt>
                <c:pt idx="4883">
                  <c:v>1.6965795287124101E-2</c:v>
                </c:pt>
                <c:pt idx="4884">
                  <c:v>-1.03635857750071E-2</c:v>
                </c:pt>
                <c:pt idx="4885">
                  <c:v>1.56022209511804E-2</c:v>
                </c:pt>
                <c:pt idx="4886">
                  <c:v>-1.0029472248891801E-2</c:v>
                </c:pt>
                <c:pt idx="4887">
                  <c:v>6.2984248321456002E-3</c:v>
                </c:pt>
                <c:pt idx="4888">
                  <c:v>-8.2075545922997203E-3</c:v>
                </c:pt>
                <c:pt idx="4889">
                  <c:v>-6.7139685847656897E-3</c:v>
                </c:pt>
                <c:pt idx="4890">
                  <c:v>-8.6480582046846201E-3</c:v>
                </c:pt>
                <c:pt idx="4891">
                  <c:v>-1.39400805757219E-2</c:v>
                </c:pt>
                <c:pt idx="4892">
                  <c:v>-1.1426394161723899E-2</c:v>
                </c:pt>
                <c:pt idx="4893">
                  <c:v>9.57244068768048E-3</c:v>
                </c:pt>
                <c:pt idx="4894">
                  <c:v>-6.3570083249899802E-3</c:v>
                </c:pt>
                <c:pt idx="4895">
                  <c:v>1.49485411622905E-2</c:v>
                </c:pt>
                <c:pt idx="4896">
                  <c:v>2.6515520997421001E-2</c:v>
                </c:pt>
                <c:pt idx="4897">
                  <c:v>2.08091312834995E-2</c:v>
                </c:pt>
                <c:pt idx="4898">
                  <c:v>6.1649110522061798E-3</c:v>
                </c:pt>
                <c:pt idx="4899">
                  <c:v>-1.9604211604359999E-2</c:v>
                </c:pt>
                <c:pt idx="4900">
                  <c:v>9.0330802033911101E-3</c:v>
                </c:pt>
                <c:pt idx="4901">
                  <c:v>9.6399439963086309E-3</c:v>
                </c:pt>
                <c:pt idx="4902">
                  <c:v>4.5025532743068197E-3</c:v>
                </c:pt>
                <c:pt idx="4903">
                  <c:v>-4.0848446973804201E-2</c:v>
                </c:pt>
                <c:pt idx="4904">
                  <c:v>1.09217832006863E-2</c:v>
                </c:pt>
                <c:pt idx="4905">
                  <c:v>-6.9856931067313601E-3</c:v>
                </c:pt>
                <c:pt idx="4906">
                  <c:v>-7.7617497900419599E-3</c:v>
                </c:pt>
                <c:pt idx="4907">
                  <c:v>2.3430094337094001E-2</c:v>
                </c:pt>
                <c:pt idx="4908">
                  <c:v>1.6003426050392702E-2</c:v>
                </c:pt>
                <c:pt idx="4909">
                  <c:v>-3.82484104634742E-2</c:v>
                </c:pt>
                <c:pt idx="4910">
                  <c:v>-6.99494660396027E-3</c:v>
                </c:pt>
                <c:pt idx="4911">
                  <c:v>6.3496701185350403E-3</c:v>
                </c:pt>
                <c:pt idx="4912">
                  <c:v>-5.50795538423188E-3</c:v>
                </c:pt>
                <c:pt idx="4913">
                  <c:v>8.1985453859942901E-3</c:v>
                </c:pt>
                <c:pt idx="4914">
                  <c:v>-5.3874381630478804E-3</c:v>
                </c:pt>
                <c:pt idx="4915">
                  <c:v>9.3590588067584708E-3</c:v>
                </c:pt>
                <c:pt idx="4916">
                  <c:v>-6.6476504457995099E-3</c:v>
                </c:pt>
                <c:pt idx="4917">
                  <c:v>-7.5194913035048199E-3</c:v>
                </c:pt>
                <c:pt idx="4918">
                  <c:v>6.7148549566908898E-3</c:v>
                </c:pt>
                <c:pt idx="4919">
                  <c:v>-1.12567775299226E-2</c:v>
                </c:pt>
                <c:pt idx="4920">
                  <c:v>2.4647720091412102E-2</c:v>
                </c:pt>
                <c:pt idx="4921">
                  <c:v>8.9818612699375001E-3</c:v>
                </c:pt>
                <c:pt idx="4922">
                  <c:v>1.3741709139779301E-2</c:v>
                </c:pt>
                <c:pt idx="4923">
                  <c:v>-8.68753674939882E-3</c:v>
                </c:pt>
                <c:pt idx="4924">
                  <c:v>-5.17714878160902E-3</c:v>
                </c:pt>
                <c:pt idx="4925">
                  <c:v>1.43275749869147E-2</c:v>
                </c:pt>
                <c:pt idx="4926">
                  <c:v>5.2872945115218801E-3</c:v>
                </c:pt>
                <c:pt idx="4927">
                  <c:v>1.1288707209288901E-2</c:v>
                </c:pt>
                <c:pt idx="4928">
                  <c:v>-8.3348338696147602E-3</c:v>
                </c:pt>
                <c:pt idx="4929">
                  <c:v>-1.6896571798824301E-2</c:v>
                </c:pt>
                <c:pt idx="4930">
                  <c:v>-6.4355153874657801E-3</c:v>
                </c:pt>
                <c:pt idx="4931">
                  <c:v>1.32756115911619E-2</c:v>
                </c:pt>
                <c:pt idx="4932">
                  <c:v>-6.7561089888741304E-3</c:v>
                </c:pt>
                <c:pt idx="4933">
                  <c:v>-7.73559450279748E-3</c:v>
                </c:pt>
                <c:pt idx="4934">
                  <c:v>-1.6785886557407498E-2</c:v>
                </c:pt>
                <c:pt idx="4935">
                  <c:v>-3.7317163122949598E-3</c:v>
                </c:pt>
                <c:pt idx="4936">
                  <c:v>-8.7312030576853807E-3</c:v>
                </c:pt>
                <c:pt idx="4937">
                  <c:v>6.9347826861090303E-3</c:v>
                </c:pt>
                <c:pt idx="4938">
                  <c:v>-5.1875028701537903E-3</c:v>
                </c:pt>
                <c:pt idx="4939">
                  <c:v>9.2600695703310993E-3</c:v>
                </c:pt>
                <c:pt idx="4940">
                  <c:v>4.37890875026525E-3</c:v>
                </c:pt>
                <c:pt idx="4941">
                  <c:v>9.6180151170521793E-3</c:v>
                </c:pt>
                <c:pt idx="4942">
                  <c:v>9.7445677652920892E-3</c:v>
                </c:pt>
                <c:pt idx="4943">
                  <c:v>-5.0402080679035101E-3</c:v>
                </c:pt>
                <c:pt idx="4944">
                  <c:v>5.4467643003235401E-3</c:v>
                </c:pt>
                <c:pt idx="4945">
                  <c:v>5.2396763225921496E-3</c:v>
                </c:pt>
                <c:pt idx="4946">
                  <c:v>8.3428864606389704E-3</c:v>
                </c:pt>
                <c:pt idx="4947">
                  <c:v>-1.489281381496E-2</c:v>
                </c:pt>
                <c:pt idx="4948">
                  <c:v>8.6434126044565608E-3</c:v>
                </c:pt>
                <c:pt idx="4949">
                  <c:v>-4.7335695653849498E-3</c:v>
                </c:pt>
                <c:pt idx="4950">
                  <c:v>-6.5821122244074104E-3</c:v>
                </c:pt>
                <c:pt idx="4951">
                  <c:v>8.2971742642179401E-3</c:v>
                </c:pt>
                <c:pt idx="4952">
                  <c:v>4.8855191388881298E-3</c:v>
                </c:pt>
                <c:pt idx="4953">
                  <c:v>-3.42182566530269E-3</c:v>
                </c:pt>
                <c:pt idx="4954">
                  <c:v>-3.4149818495166099E-3</c:v>
                </c:pt>
                <c:pt idx="4955">
                  <c:v>1.06573946204129E-2</c:v>
                </c:pt>
                <c:pt idx="4956">
                  <c:v>-1.51004377115385E-2</c:v>
                </c:pt>
                <c:pt idx="4957">
                  <c:v>-2.8536909136534002E-3</c:v>
                </c:pt>
                <c:pt idx="4958">
                  <c:v>5.0174719851519001E-3</c:v>
                </c:pt>
                <c:pt idx="4959">
                  <c:v>1.0661480437366999E-2</c:v>
                </c:pt>
                <c:pt idx="4960">
                  <c:v>3.18771000302576E-3</c:v>
                </c:pt>
                <c:pt idx="4961">
                  <c:v>6.3896742171252203E-3</c:v>
                </c:pt>
                <c:pt idx="4962">
                  <c:v>5.2729852879700402E-3</c:v>
                </c:pt>
                <c:pt idx="4963">
                  <c:v>4.6016438658540403E-3</c:v>
                </c:pt>
                <c:pt idx="4964">
                  <c:v>-4.1849328192391502E-3</c:v>
                </c:pt>
                <c:pt idx="4965">
                  <c:v>-4.3254573112285798E-3</c:v>
                </c:pt>
                <c:pt idx="4966">
                  <c:v>9.8986558338083307E-3</c:v>
                </c:pt>
                <c:pt idx="4967">
                  <c:v>-3.3822478429001998E-3</c:v>
                </c:pt>
                <c:pt idx="4968">
                  <c:v>-7.6937940440267001E-3</c:v>
                </c:pt>
                <c:pt idx="4969">
                  <c:v>-2.7077343365426998E-3</c:v>
                </c:pt>
                <c:pt idx="4970">
                  <c:v>-4.7233613876080903E-3</c:v>
                </c:pt>
                <c:pt idx="4971">
                  <c:v>-1.1284628670658501E-2</c:v>
                </c:pt>
                <c:pt idx="4972">
                  <c:v>4.0921334701735602E-3</c:v>
                </c:pt>
                <c:pt idx="4973">
                  <c:v>3.0717494489174201E-3</c:v>
                </c:pt>
                <c:pt idx="4974">
                  <c:v>4.6339049251216098E-3</c:v>
                </c:pt>
                <c:pt idx="4975">
                  <c:v>2.1804507252341002E-3</c:v>
                </c:pt>
                <c:pt idx="4976">
                  <c:v>-3.3480409038908498E-3</c:v>
                </c:pt>
                <c:pt idx="4977">
                  <c:v>5.6487118062875704E-3</c:v>
                </c:pt>
                <c:pt idx="4978">
                  <c:v>5.1016301761812599E-3</c:v>
                </c:pt>
                <c:pt idx="4979">
                  <c:v>-4.2887243490170599E-3</c:v>
                </c:pt>
                <c:pt idx="4980">
                  <c:v>-4.1178883141341797E-3</c:v>
                </c:pt>
                <c:pt idx="4981">
                  <c:v>1.9753105565456499E-3</c:v>
                </c:pt>
                <c:pt idx="4982">
                  <c:v>3.18836181251925E-3</c:v>
                </c:pt>
                <c:pt idx="4983">
                  <c:v>3.1315741488029398E-3</c:v>
                </c:pt>
                <c:pt idx="4984">
                  <c:v>1.6338416216328301E-3</c:v>
                </c:pt>
                <c:pt idx="4985">
                  <c:v>2.9135754755245098E-3</c:v>
                </c:pt>
                <c:pt idx="4986">
                  <c:v>-2.8608783504005001E-3</c:v>
                </c:pt>
                <c:pt idx="4987">
                  <c:v>1.45056536804589E-3</c:v>
                </c:pt>
                <c:pt idx="4988">
                  <c:v>-1.5652246147048699E-3</c:v>
                </c:pt>
                <c:pt idx="4989">
                  <c:v>8.1666180264257093E-3</c:v>
                </c:pt>
                <c:pt idx="4990">
                  <c:v>-1.2395683613490899E-3</c:v>
                </c:pt>
                <c:pt idx="4991">
                  <c:v>-1.32776832793624E-3</c:v>
                </c:pt>
                <c:pt idx="4992">
                  <c:v>3.8107025614202402E-3</c:v>
                </c:pt>
                <c:pt idx="4993">
                  <c:v>-3.1350108939385301E-3</c:v>
                </c:pt>
                <c:pt idx="4994">
                  <c:v>-3.8754337026141198E-3</c:v>
                </c:pt>
                <c:pt idx="4995">
                  <c:v>-1.2577312279198299E-3</c:v>
                </c:pt>
                <c:pt idx="4996">
                  <c:v>-1.1750691036596099E-3</c:v>
                </c:pt>
                <c:pt idx="4997">
                  <c:v>5.1363151908567798E-3</c:v>
                </c:pt>
                <c:pt idx="4998">
                  <c:v>-4.8955573084086303E-3</c:v>
                </c:pt>
                <c:pt idx="4999">
                  <c:v>1.80765820372386E-3</c:v>
                </c:pt>
                <c:pt idx="5000">
                  <c:v>-9.8116114209290096E-4</c:v>
                </c:pt>
                <c:pt idx="5001">
                  <c:v>1.1573442637313699E-3</c:v>
                </c:pt>
                <c:pt idx="5002">
                  <c:v>1.58934112749165E-3</c:v>
                </c:pt>
                <c:pt idx="5003">
                  <c:v>1.8184269572501001E-3</c:v>
                </c:pt>
                <c:pt idx="5004">
                  <c:v>1.22295661225991E-3</c:v>
                </c:pt>
                <c:pt idx="5005">
                  <c:v>-1.68244701117715E-3</c:v>
                </c:pt>
                <c:pt idx="5006">
                  <c:v>3.28475113228777E-3</c:v>
                </c:pt>
                <c:pt idx="5007">
                  <c:v>1.38443103048402E-3</c:v>
                </c:pt>
                <c:pt idx="5008">
                  <c:v>-6.4681331506832905E-4</c:v>
                </c:pt>
                <c:pt idx="5009">
                  <c:v>-6.3451602046171696E-4</c:v>
                </c:pt>
                <c:pt idx="5010">
                  <c:v>6.3705056887641799E-4</c:v>
                </c:pt>
                <c:pt idx="5011">
                  <c:v>-7.5435114069577502E-4</c:v>
                </c:pt>
                <c:pt idx="5012">
                  <c:v>-1.12663126218138E-3</c:v>
                </c:pt>
                <c:pt idx="5013">
                  <c:v>6.8787125819724803E-4</c:v>
                </c:pt>
                <c:pt idx="5014">
                  <c:v>6.0564950960895203E-4</c:v>
                </c:pt>
                <c:pt idx="5015">
                  <c:v>-4.0787850490176002E-4</c:v>
                </c:pt>
                <c:pt idx="5016">
                  <c:v>-4.61960023535823E-4</c:v>
                </c:pt>
                <c:pt idx="5017">
                  <c:v>1.21904699593145E-3</c:v>
                </c:pt>
                <c:pt idx="5018">
                  <c:v>-3.6963472835793698E-4</c:v>
                </c:pt>
                <c:pt idx="5019">
                  <c:v>-3.09742828061843E-4</c:v>
                </c:pt>
                <c:pt idx="5020">
                  <c:v>6.3953800115967895E-4</c:v>
                </c:pt>
                <c:pt idx="5021">
                  <c:v>3.09327635967804E-4</c:v>
                </c:pt>
                <c:pt idx="5022">
                  <c:v>6.4632777498019295E-5</c:v>
                </c:pt>
                <c:pt idx="5023">
                  <c:v>3.65260781798327E-5</c:v>
                </c:pt>
                <c:pt idx="5024">
                  <c:v>6.1085443338271302E-5</c:v>
                </c:pt>
              </c:numCache>
            </c:numRef>
          </c:xVal>
          <c:yVal>
            <c:numRef>
              <c:f>'Volcano Plot '!$D$3:$D$5027</c:f>
              <c:numCache>
                <c:formatCode>General</c:formatCode>
                <c:ptCount val="5025"/>
                <c:pt idx="0">
                  <c:v>5.6193217049848911</c:v>
                </c:pt>
                <c:pt idx="1">
                  <c:v>5.393843321567239</c:v>
                </c:pt>
                <c:pt idx="2">
                  <c:v>5.0994205912407224</c:v>
                </c:pt>
                <c:pt idx="3">
                  <c:v>5.0465627358453427</c:v>
                </c:pt>
                <c:pt idx="4">
                  <c:v>4.8734675563592571</c:v>
                </c:pt>
                <c:pt idx="5">
                  <c:v>4.8715892310051245</c:v>
                </c:pt>
                <c:pt idx="6">
                  <c:v>4.7140431849768838</c:v>
                </c:pt>
                <c:pt idx="7">
                  <c:v>4.6461518032930069</c:v>
                </c:pt>
                <c:pt idx="8">
                  <c:v>4.6395197319339294</c:v>
                </c:pt>
                <c:pt idx="9">
                  <c:v>4.6368436880970068</c:v>
                </c:pt>
                <c:pt idx="10">
                  <c:v>4.5875693162262943</c:v>
                </c:pt>
                <c:pt idx="11">
                  <c:v>4.4098583459034382</c:v>
                </c:pt>
                <c:pt idx="12">
                  <c:v>4.4060120137863352</c:v>
                </c:pt>
                <c:pt idx="13">
                  <c:v>4.3818940890183082</c:v>
                </c:pt>
                <c:pt idx="14">
                  <c:v>4.3232642715909764</c:v>
                </c:pt>
                <c:pt idx="15">
                  <c:v>4.3129890041131587</c:v>
                </c:pt>
                <c:pt idx="16">
                  <c:v>4.2974105964329192</c:v>
                </c:pt>
                <c:pt idx="17">
                  <c:v>4.1443412797252952</c:v>
                </c:pt>
                <c:pt idx="18">
                  <c:v>4.1359477105851479</c:v>
                </c:pt>
                <c:pt idx="19">
                  <c:v>4.0745672542129903</c:v>
                </c:pt>
                <c:pt idx="20">
                  <c:v>3.9790734169016395</c:v>
                </c:pt>
                <c:pt idx="21">
                  <c:v>3.8948805879560791</c:v>
                </c:pt>
                <c:pt idx="22">
                  <c:v>3.8660341266595575</c:v>
                </c:pt>
                <c:pt idx="23">
                  <c:v>3.7985242794661263</c:v>
                </c:pt>
                <c:pt idx="24">
                  <c:v>3.7498135764974423</c:v>
                </c:pt>
                <c:pt idx="25">
                  <c:v>3.7478092905928713</c:v>
                </c:pt>
                <c:pt idx="26">
                  <c:v>3.7355806971202492</c:v>
                </c:pt>
                <c:pt idx="27">
                  <c:v>3.6998359164290093</c:v>
                </c:pt>
                <c:pt idx="28">
                  <c:v>3.6618350179888113</c:v>
                </c:pt>
                <c:pt idx="29">
                  <c:v>3.6552171698706739</c:v>
                </c:pt>
                <c:pt idx="30">
                  <c:v>3.628384498477407</c:v>
                </c:pt>
                <c:pt idx="31">
                  <c:v>3.6187529074491618</c:v>
                </c:pt>
                <c:pt idx="32">
                  <c:v>3.5569580721103264</c:v>
                </c:pt>
                <c:pt idx="33">
                  <c:v>3.5466124930303931</c:v>
                </c:pt>
                <c:pt idx="34">
                  <c:v>3.5448742028998179</c:v>
                </c:pt>
                <c:pt idx="35">
                  <c:v>3.5367248585306186</c:v>
                </c:pt>
                <c:pt idx="36">
                  <c:v>3.4699828754830824</c:v>
                </c:pt>
                <c:pt idx="37">
                  <c:v>3.4667076993967565</c:v>
                </c:pt>
                <c:pt idx="38">
                  <c:v>3.4527799633316203</c:v>
                </c:pt>
                <c:pt idx="39">
                  <c:v>3.4315810438637304</c:v>
                </c:pt>
                <c:pt idx="40">
                  <c:v>3.4100051942454241</c:v>
                </c:pt>
                <c:pt idx="41">
                  <c:v>3.3975989698963494</c:v>
                </c:pt>
                <c:pt idx="42">
                  <c:v>3.392249371473488</c:v>
                </c:pt>
                <c:pt idx="43">
                  <c:v>3.3656568664850059</c:v>
                </c:pt>
                <c:pt idx="44">
                  <c:v>3.3559523334643035</c:v>
                </c:pt>
                <c:pt idx="45">
                  <c:v>3.337642362461871</c:v>
                </c:pt>
                <c:pt idx="46">
                  <c:v>3.3332278938880431</c:v>
                </c:pt>
                <c:pt idx="47">
                  <c:v>3.3017657539337115</c:v>
                </c:pt>
                <c:pt idx="48">
                  <c:v>3.2725180301404349</c:v>
                </c:pt>
                <c:pt idx="49">
                  <c:v>3.2630007076006291</c:v>
                </c:pt>
                <c:pt idx="50">
                  <c:v>3.2499121254074956</c:v>
                </c:pt>
                <c:pt idx="51">
                  <c:v>3.2310315025563852</c:v>
                </c:pt>
                <c:pt idx="52">
                  <c:v>3.208474456179522</c:v>
                </c:pt>
                <c:pt idx="53">
                  <c:v>3.1905243410121762</c:v>
                </c:pt>
                <c:pt idx="54">
                  <c:v>3.1802701791685872</c:v>
                </c:pt>
                <c:pt idx="55">
                  <c:v>3.1756997794666457</c:v>
                </c:pt>
                <c:pt idx="56">
                  <c:v>3.1733715007139831</c:v>
                </c:pt>
                <c:pt idx="57">
                  <c:v>3.1685819008360867</c:v>
                </c:pt>
                <c:pt idx="58">
                  <c:v>3.158113182780391</c:v>
                </c:pt>
                <c:pt idx="59">
                  <c:v>3.1320016470935421</c:v>
                </c:pt>
                <c:pt idx="60">
                  <c:v>3.1251608297824109</c:v>
                </c:pt>
                <c:pt idx="61">
                  <c:v>3.1216949485497625</c:v>
                </c:pt>
                <c:pt idx="62">
                  <c:v>3.1193006327458179</c:v>
                </c:pt>
                <c:pt idx="63">
                  <c:v>3.1166202714012705</c:v>
                </c:pt>
                <c:pt idx="64">
                  <c:v>3.1111038597349938</c:v>
                </c:pt>
                <c:pt idx="65">
                  <c:v>3.1077623746143503</c:v>
                </c:pt>
                <c:pt idx="66">
                  <c:v>3.1017791115696105</c:v>
                </c:pt>
                <c:pt idx="67">
                  <c:v>3.0953521015963732</c:v>
                </c:pt>
                <c:pt idx="68">
                  <c:v>3.0763358279726667</c:v>
                </c:pt>
                <c:pt idx="69">
                  <c:v>3.0761386015569032</c:v>
                </c:pt>
                <c:pt idx="70">
                  <c:v>3.0662330611283042</c:v>
                </c:pt>
                <c:pt idx="71">
                  <c:v>3.0626153236969902</c:v>
                </c:pt>
                <c:pt idx="72">
                  <c:v>3.0525522653288859</c:v>
                </c:pt>
                <c:pt idx="73">
                  <c:v>3.0427120203381381</c:v>
                </c:pt>
                <c:pt idx="74">
                  <c:v>3.0291247680158948</c:v>
                </c:pt>
                <c:pt idx="75">
                  <c:v>3.0271685764645584</c:v>
                </c:pt>
                <c:pt idx="76">
                  <c:v>3.0250286480362627</c:v>
                </c:pt>
                <c:pt idx="77">
                  <c:v>3.0228149960647999</c:v>
                </c:pt>
                <c:pt idx="78">
                  <c:v>2.9953095875301918</c:v>
                </c:pt>
                <c:pt idx="79">
                  <c:v>2.9942198046803723</c:v>
                </c:pt>
                <c:pt idx="80">
                  <c:v>2.9869645312741526</c:v>
                </c:pt>
                <c:pt idx="81">
                  <c:v>2.9602779021957559</c:v>
                </c:pt>
                <c:pt idx="82">
                  <c:v>2.9581577021327492</c:v>
                </c:pt>
                <c:pt idx="83">
                  <c:v>2.9572226505106443</c:v>
                </c:pt>
                <c:pt idx="84">
                  <c:v>2.9570955758114081</c:v>
                </c:pt>
                <c:pt idx="85">
                  <c:v>2.9399058754798326</c:v>
                </c:pt>
                <c:pt idx="86">
                  <c:v>2.9388888511156614</c:v>
                </c:pt>
                <c:pt idx="87">
                  <c:v>2.9258181867394568</c:v>
                </c:pt>
                <c:pt idx="88">
                  <c:v>2.9236802727187481</c:v>
                </c:pt>
                <c:pt idx="89">
                  <c:v>2.920673018722943</c:v>
                </c:pt>
                <c:pt idx="90">
                  <c:v>2.9092882775479554</c:v>
                </c:pt>
                <c:pt idx="91">
                  <c:v>2.9061232535653536</c:v>
                </c:pt>
                <c:pt idx="92">
                  <c:v>2.8995031798209046</c:v>
                </c:pt>
                <c:pt idx="93">
                  <c:v>2.8936417343966552</c:v>
                </c:pt>
                <c:pt idx="94">
                  <c:v>2.8857114506313586</c:v>
                </c:pt>
                <c:pt idx="95">
                  <c:v>2.8845563607414535</c:v>
                </c:pt>
                <c:pt idx="96">
                  <c:v>2.8663095718284457</c:v>
                </c:pt>
                <c:pt idx="97">
                  <c:v>2.859187492668835</c:v>
                </c:pt>
                <c:pt idx="98">
                  <c:v>2.8399781582718777</c:v>
                </c:pt>
                <c:pt idx="99">
                  <c:v>2.8308397350919021</c:v>
                </c:pt>
                <c:pt idx="100">
                  <c:v>2.8289779441860188</c:v>
                </c:pt>
                <c:pt idx="101">
                  <c:v>2.8267664534440438</c:v>
                </c:pt>
                <c:pt idx="102">
                  <c:v>2.8232003295442509</c:v>
                </c:pt>
                <c:pt idx="103">
                  <c:v>2.8206920413539196</c:v>
                </c:pt>
                <c:pt idx="104">
                  <c:v>2.8159244941782995</c:v>
                </c:pt>
                <c:pt idx="105">
                  <c:v>2.8047287018309799</c:v>
                </c:pt>
                <c:pt idx="106">
                  <c:v>2.8031534683614971</c:v>
                </c:pt>
                <c:pt idx="107">
                  <c:v>2.7957243857119765</c:v>
                </c:pt>
                <c:pt idx="108">
                  <c:v>2.7936214050700672</c:v>
                </c:pt>
                <c:pt idx="109">
                  <c:v>2.7907995404561174</c:v>
                </c:pt>
                <c:pt idx="110">
                  <c:v>2.7899842059671736</c:v>
                </c:pt>
                <c:pt idx="111">
                  <c:v>2.7834206275647451</c:v>
                </c:pt>
                <c:pt idx="112">
                  <c:v>2.7719713098919057</c:v>
                </c:pt>
                <c:pt idx="113">
                  <c:v>2.7669688204944163</c:v>
                </c:pt>
                <c:pt idx="114">
                  <c:v>2.7554891430201316</c:v>
                </c:pt>
                <c:pt idx="115">
                  <c:v>2.745811047722464</c:v>
                </c:pt>
                <c:pt idx="116">
                  <c:v>2.7425656865507442</c:v>
                </c:pt>
                <c:pt idx="117">
                  <c:v>2.7406460812245435</c:v>
                </c:pt>
                <c:pt idx="118">
                  <c:v>2.7377127159406163</c:v>
                </c:pt>
                <c:pt idx="119">
                  <c:v>2.7332523552172194</c:v>
                </c:pt>
                <c:pt idx="120">
                  <c:v>2.7283431776435632</c:v>
                </c:pt>
                <c:pt idx="121">
                  <c:v>2.7266349069990605</c:v>
                </c:pt>
                <c:pt idx="122">
                  <c:v>2.7221308832830045</c:v>
                </c:pt>
                <c:pt idx="123">
                  <c:v>2.7219579787512016</c:v>
                </c:pt>
                <c:pt idx="124">
                  <c:v>2.7158393046609488</c:v>
                </c:pt>
                <c:pt idx="125">
                  <c:v>2.71504867052762</c:v>
                </c:pt>
                <c:pt idx="126">
                  <c:v>2.7120424172921949</c:v>
                </c:pt>
                <c:pt idx="127">
                  <c:v>2.7109953122585209</c:v>
                </c:pt>
                <c:pt idx="128">
                  <c:v>2.7099304006543106</c:v>
                </c:pt>
                <c:pt idx="129">
                  <c:v>2.7094533200331616</c:v>
                </c:pt>
                <c:pt idx="130">
                  <c:v>2.706601169818927</c:v>
                </c:pt>
                <c:pt idx="131">
                  <c:v>2.7063927166971311</c:v>
                </c:pt>
                <c:pt idx="132">
                  <c:v>2.7031852350868464</c:v>
                </c:pt>
                <c:pt idx="133">
                  <c:v>2.69447820727834</c:v>
                </c:pt>
                <c:pt idx="134">
                  <c:v>2.6927679917814573</c:v>
                </c:pt>
                <c:pt idx="135">
                  <c:v>2.6876526323771328</c:v>
                </c:pt>
                <c:pt idx="136">
                  <c:v>2.6848621009738176</c:v>
                </c:pt>
                <c:pt idx="137">
                  <c:v>2.6800763620731289</c:v>
                </c:pt>
                <c:pt idx="138">
                  <c:v>2.6766707161753533</c:v>
                </c:pt>
                <c:pt idx="139">
                  <c:v>2.6761237872277324</c:v>
                </c:pt>
                <c:pt idx="140">
                  <c:v>2.6740030936578094</c:v>
                </c:pt>
                <c:pt idx="141">
                  <c:v>2.6681693827310657</c:v>
                </c:pt>
                <c:pt idx="142">
                  <c:v>2.6579150287153994</c:v>
                </c:pt>
                <c:pt idx="143">
                  <c:v>2.6565163529111637</c:v>
                </c:pt>
                <c:pt idx="144">
                  <c:v>2.6538520362705267</c:v>
                </c:pt>
                <c:pt idx="145">
                  <c:v>2.6417944293459601</c:v>
                </c:pt>
                <c:pt idx="146">
                  <c:v>2.6404077187638237</c:v>
                </c:pt>
                <c:pt idx="147">
                  <c:v>2.6378838521149008</c:v>
                </c:pt>
                <c:pt idx="148">
                  <c:v>2.6321095495361</c:v>
                </c:pt>
                <c:pt idx="149">
                  <c:v>2.6315969699105035</c:v>
                </c:pt>
                <c:pt idx="150">
                  <c:v>2.6267559664219853</c:v>
                </c:pt>
                <c:pt idx="151">
                  <c:v>2.6229065664519258</c:v>
                </c:pt>
                <c:pt idx="152">
                  <c:v>2.619905344516019</c:v>
                </c:pt>
                <c:pt idx="153">
                  <c:v>2.6161599468920071</c:v>
                </c:pt>
                <c:pt idx="154">
                  <c:v>2.6153229424893834</c:v>
                </c:pt>
                <c:pt idx="155">
                  <c:v>2.6145195660541076</c:v>
                </c:pt>
                <c:pt idx="156">
                  <c:v>2.6126223930346106</c:v>
                </c:pt>
                <c:pt idx="157">
                  <c:v>2.611224726486526</c:v>
                </c:pt>
                <c:pt idx="158">
                  <c:v>2.6094348212920067</c:v>
                </c:pt>
                <c:pt idx="159">
                  <c:v>2.6085828888126339</c:v>
                </c:pt>
                <c:pt idx="160">
                  <c:v>2.6050015037342504</c:v>
                </c:pt>
                <c:pt idx="161">
                  <c:v>2.6036658907876706</c:v>
                </c:pt>
                <c:pt idx="162">
                  <c:v>2.5992332176666415</c:v>
                </c:pt>
                <c:pt idx="163">
                  <c:v>2.593421675359032</c:v>
                </c:pt>
                <c:pt idx="164">
                  <c:v>2.5932455794602802</c:v>
                </c:pt>
                <c:pt idx="165">
                  <c:v>2.5883950082340546</c:v>
                </c:pt>
                <c:pt idx="166">
                  <c:v>2.5835238899513837</c:v>
                </c:pt>
                <c:pt idx="167">
                  <c:v>2.5785518270109491</c:v>
                </c:pt>
                <c:pt idx="168">
                  <c:v>2.5775876703805585</c:v>
                </c:pt>
                <c:pt idx="169">
                  <c:v>2.5730461965014726</c:v>
                </c:pt>
                <c:pt idx="170">
                  <c:v>2.5724726604222563</c:v>
                </c:pt>
                <c:pt idx="171">
                  <c:v>2.564022761746279</c:v>
                </c:pt>
                <c:pt idx="172">
                  <c:v>2.559598105937702</c:v>
                </c:pt>
                <c:pt idx="173">
                  <c:v>2.5567842566384797</c:v>
                </c:pt>
                <c:pt idx="174">
                  <c:v>2.5557633129415795</c:v>
                </c:pt>
                <c:pt idx="175">
                  <c:v>2.5521827380190421</c:v>
                </c:pt>
                <c:pt idx="176">
                  <c:v>2.5448633246427463</c:v>
                </c:pt>
                <c:pt idx="177">
                  <c:v>2.5432509642722958</c:v>
                </c:pt>
                <c:pt idx="178">
                  <c:v>2.5422620436718746</c:v>
                </c:pt>
                <c:pt idx="179">
                  <c:v>2.5405907690077729</c:v>
                </c:pt>
                <c:pt idx="180">
                  <c:v>2.5358451354820297</c:v>
                </c:pt>
                <c:pt idx="181">
                  <c:v>2.5345798675012721</c:v>
                </c:pt>
                <c:pt idx="182">
                  <c:v>2.5338594336894431</c:v>
                </c:pt>
                <c:pt idx="183">
                  <c:v>2.5280868954405431</c:v>
                </c:pt>
                <c:pt idx="184">
                  <c:v>2.5226692133193724</c:v>
                </c:pt>
                <c:pt idx="185">
                  <c:v>2.5208150497187818</c:v>
                </c:pt>
                <c:pt idx="186">
                  <c:v>2.5194609936751369</c:v>
                </c:pt>
                <c:pt idx="187">
                  <c:v>2.5185440659355853</c:v>
                </c:pt>
                <c:pt idx="188">
                  <c:v>2.5169344738904291</c:v>
                </c:pt>
                <c:pt idx="189">
                  <c:v>2.5157392098126463</c:v>
                </c:pt>
                <c:pt idx="190">
                  <c:v>2.5071265848863833</c:v>
                </c:pt>
                <c:pt idx="191">
                  <c:v>2.5027721684326258</c:v>
                </c:pt>
                <c:pt idx="192">
                  <c:v>2.4893908504323785</c:v>
                </c:pt>
                <c:pt idx="193">
                  <c:v>2.488142907404955</c:v>
                </c:pt>
                <c:pt idx="194">
                  <c:v>2.4877120165210904</c:v>
                </c:pt>
                <c:pt idx="195">
                  <c:v>2.4847691732625297</c:v>
                </c:pt>
                <c:pt idx="196">
                  <c:v>2.4782363622162893</c:v>
                </c:pt>
                <c:pt idx="197">
                  <c:v>2.4678440778850965</c:v>
                </c:pt>
                <c:pt idx="198">
                  <c:v>2.4677617214524163</c:v>
                </c:pt>
                <c:pt idx="199">
                  <c:v>2.4665779747069756</c:v>
                </c:pt>
                <c:pt idx="200">
                  <c:v>2.4641549711019013</c:v>
                </c:pt>
                <c:pt idx="201">
                  <c:v>2.4620893655810114</c:v>
                </c:pt>
                <c:pt idx="202">
                  <c:v>2.4608185883750013</c:v>
                </c:pt>
                <c:pt idx="203">
                  <c:v>2.4571696302717738</c:v>
                </c:pt>
                <c:pt idx="204">
                  <c:v>2.4485490066468558</c:v>
                </c:pt>
                <c:pt idx="205">
                  <c:v>2.4470456875365465</c:v>
                </c:pt>
                <c:pt idx="206">
                  <c:v>2.4467537808702136</c:v>
                </c:pt>
                <c:pt idx="207">
                  <c:v>2.44578966326138</c:v>
                </c:pt>
                <c:pt idx="208">
                  <c:v>2.4436019360328061</c:v>
                </c:pt>
                <c:pt idx="209">
                  <c:v>2.4418444739151224</c:v>
                </c:pt>
                <c:pt idx="210">
                  <c:v>2.4388960992664468</c:v>
                </c:pt>
                <c:pt idx="211">
                  <c:v>2.4357075894194642</c:v>
                </c:pt>
                <c:pt idx="212">
                  <c:v>2.4334726971676837</c:v>
                </c:pt>
                <c:pt idx="213">
                  <c:v>2.4303608255927101</c:v>
                </c:pt>
                <c:pt idx="214">
                  <c:v>2.4292993201133766</c:v>
                </c:pt>
                <c:pt idx="215">
                  <c:v>2.4228016618159196</c:v>
                </c:pt>
                <c:pt idx="216">
                  <c:v>2.4209826582255993</c:v>
                </c:pt>
                <c:pt idx="217">
                  <c:v>2.4123223238269849</c:v>
                </c:pt>
                <c:pt idx="218">
                  <c:v>2.402309973623463</c:v>
                </c:pt>
                <c:pt idx="219">
                  <c:v>2.3984832674651129</c:v>
                </c:pt>
                <c:pt idx="220">
                  <c:v>2.394895952967766</c:v>
                </c:pt>
                <c:pt idx="221">
                  <c:v>2.3934963664948206</c:v>
                </c:pt>
                <c:pt idx="222">
                  <c:v>2.3933288307488474</c:v>
                </c:pt>
                <c:pt idx="223">
                  <c:v>2.3904561647713374</c:v>
                </c:pt>
                <c:pt idx="224">
                  <c:v>2.3895779549430607</c:v>
                </c:pt>
                <c:pt idx="225">
                  <c:v>2.3872170553366105</c:v>
                </c:pt>
                <c:pt idx="226">
                  <c:v>2.3871305017009385</c:v>
                </c:pt>
                <c:pt idx="227">
                  <c:v>2.3863338595289654</c:v>
                </c:pt>
                <c:pt idx="228">
                  <c:v>2.3857799844394778</c:v>
                </c:pt>
                <c:pt idx="229">
                  <c:v>2.3846850787217662</c:v>
                </c:pt>
                <c:pt idx="230">
                  <c:v>2.3845428157612552</c:v>
                </c:pt>
                <c:pt idx="231">
                  <c:v>2.3842111007649218</c:v>
                </c:pt>
                <c:pt idx="232">
                  <c:v>2.3800841073560344</c:v>
                </c:pt>
                <c:pt idx="233">
                  <c:v>2.3778191016209784</c:v>
                </c:pt>
                <c:pt idx="234">
                  <c:v>2.3774135807050549</c:v>
                </c:pt>
                <c:pt idx="235">
                  <c:v>2.3707342534269391</c:v>
                </c:pt>
                <c:pt idx="236">
                  <c:v>2.3698358650470834</c:v>
                </c:pt>
                <c:pt idx="237">
                  <c:v>2.3677704308972953</c:v>
                </c:pt>
                <c:pt idx="238">
                  <c:v>2.3652197178289347</c:v>
                </c:pt>
                <c:pt idx="239">
                  <c:v>2.3636682991067079</c:v>
                </c:pt>
                <c:pt idx="240">
                  <c:v>2.3626147157198125</c:v>
                </c:pt>
                <c:pt idx="241">
                  <c:v>2.3621392311355787</c:v>
                </c:pt>
                <c:pt idx="242">
                  <c:v>2.3606813056951412</c:v>
                </c:pt>
                <c:pt idx="243">
                  <c:v>2.3599608802607577</c:v>
                </c:pt>
                <c:pt idx="244">
                  <c:v>2.3546554215671143</c:v>
                </c:pt>
                <c:pt idx="245">
                  <c:v>2.350631232288702</c:v>
                </c:pt>
                <c:pt idx="246">
                  <c:v>2.3494265560959988</c:v>
                </c:pt>
                <c:pt idx="247">
                  <c:v>2.3479306943499938</c:v>
                </c:pt>
                <c:pt idx="248">
                  <c:v>2.3465583725871046</c:v>
                </c:pt>
                <c:pt idx="249">
                  <c:v>2.3459972626186096</c:v>
                </c:pt>
                <c:pt idx="250">
                  <c:v>2.3282809331327665</c:v>
                </c:pt>
                <c:pt idx="251">
                  <c:v>2.3237208454313381</c:v>
                </c:pt>
                <c:pt idx="252">
                  <c:v>2.3216403604103379</c:v>
                </c:pt>
                <c:pt idx="253">
                  <c:v>2.317554103793714</c:v>
                </c:pt>
                <c:pt idx="254">
                  <c:v>2.3134325977929153</c:v>
                </c:pt>
                <c:pt idx="255">
                  <c:v>2.3109390502783316</c:v>
                </c:pt>
                <c:pt idx="256">
                  <c:v>2.3087799068791788</c:v>
                </c:pt>
                <c:pt idx="257">
                  <c:v>2.302742127603933</c:v>
                </c:pt>
                <c:pt idx="258">
                  <c:v>2.301756989220975</c:v>
                </c:pt>
                <c:pt idx="259">
                  <c:v>2.2973373728432596</c:v>
                </c:pt>
                <c:pt idx="260">
                  <c:v>2.2855039407339683</c:v>
                </c:pt>
                <c:pt idx="261">
                  <c:v>2.2851621048013095</c:v>
                </c:pt>
                <c:pt idx="262">
                  <c:v>2.2839082096548733</c:v>
                </c:pt>
                <c:pt idx="263">
                  <c:v>2.2808435554212179</c:v>
                </c:pt>
                <c:pt idx="264">
                  <c:v>2.2789193519808846</c:v>
                </c:pt>
                <c:pt idx="265">
                  <c:v>2.2788622027586949</c:v>
                </c:pt>
                <c:pt idx="266">
                  <c:v>2.2744088029864593</c:v>
                </c:pt>
                <c:pt idx="267">
                  <c:v>2.2696214833007216</c:v>
                </c:pt>
                <c:pt idx="268">
                  <c:v>2.269041297808521</c:v>
                </c:pt>
                <c:pt idx="269">
                  <c:v>2.2630490748804331</c:v>
                </c:pt>
                <c:pt idx="270">
                  <c:v>2.2627524600151232</c:v>
                </c:pt>
                <c:pt idx="271">
                  <c:v>2.2619485370966177</c:v>
                </c:pt>
                <c:pt idx="272">
                  <c:v>2.2614341680023635</c:v>
                </c:pt>
                <c:pt idx="273">
                  <c:v>2.260637287689343</c:v>
                </c:pt>
                <c:pt idx="274">
                  <c:v>2.2558605629774897</c:v>
                </c:pt>
                <c:pt idx="275">
                  <c:v>2.2509206743313244</c:v>
                </c:pt>
                <c:pt idx="276">
                  <c:v>2.2465274730619282</c:v>
                </c:pt>
                <c:pt idx="277">
                  <c:v>2.2421428633804439</c:v>
                </c:pt>
                <c:pt idx="278">
                  <c:v>2.2411870522017803</c:v>
                </c:pt>
                <c:pt idx="279">
                  <c:v>2.2408074905831499</c:v>
                </c:pt>
                <c:pt idx="280">
                  <c:v>2.2384086559257668</c:v>
                </c:pt>
                <c:pt idx="281">
                  <c:v>2.2324079249848574</c:v>
                </c:pt>
                <c:pt idx="282">
                  <c:v>2.2314173822156618</c:v>
                </c:pt>
                <c:pt idx="283">
                  <c:v>2.2303490325120148</c:v>
                </c:pt>
                <c:pt idx="284">
                  <c:v>2.2300743150024105</c:v>
                </c:pt>
                <c:pt idx="285">
                  <c:v>2.2280912457920707</c:v>
                </c:pt>
                <c:pt idx="286">
                  <c:v>2.225585053379374</c:v>
                </c:pt>
                <c:pt idx="287">
                  <c:v>2.2254751048890693</c:v>
                </c:pt>
                <c:pt idx="288">
                  <c:v>2.2248778540180418</c:v>
                </c:pt>
                <c:pt idx="289">
                  <c:v>2.2237011178158297</c:v>
                </c:pt>
                <c:pt idx="290">
                  <c:v>2.2236484166060757</c:v>
                </c:pt>
                <c:pt idx="291">
                  <c:v>2.2227237203681085</c:v>
                </c:pt>
                <c:pt idx="292">
                  <c:v>2.2217074628660995</c:v>
                </c:pt>
                <c:pt idx="293">
                  <c:v>2.2214031109292063</c:v>
                </c:pt>
                <c:pt idx="294">
                  <c:v>2.2197316028437171</c:v>
                </c:pt>
                <c:pt idx="295">
                  <c:v>2.2191898215956534</c:v>
                </c:pt>
                <c:pt idx="296">
                  <c:v>2.2190183324746977</c:v>
                </c:pt>
                <c:pt idx="297">
                  <c:v>2.2155768489023928</c:v>
                </c:pt>
                <c:pt idx="298">
                  <c:v>2.214045660487284</c:v>
                </c:pt>
                <c:pt idx="299">
                  <c:v>2.2125658097574679</c:v>
                </c:pt>
                <c:pt idx="300">
                  <c:v>2.2106827427372648</c:v>
                </c:pt>
                <c:pt idx="301">
                  <c:v>2.2106644630361387</c:v>
                </c:pt>
                <c:pt idx="302">
                  <c:v>2.2071442650892643</c:v>
                </c:pt>
                <c:pt idx="303">
                  <c:v>2.2058903375409482</c:v>
                </c:pt>
                <c:pt idx="304">
                  <c:v>2.2033474686621703</c:v>
                </c:pt>
                <c:pt idx="305">
                  <c:v>2.2008836132031999</c:v>
                </c:pt>
                <c:pt idx="306">
                  <c:v>2.2006555877499858</c:v>
                </c:pt>
                <c:pt idx="307">
                  <c:v>2.2003029457014809</c:v>
                </c:pt>
                <c:pt idx="308">
                  <c:v>2.193019981261854</c:v>
                </c:pt>
                <c:pt idx="309">
                  <c:v>2.1920565925352373</c:v>
                </c:pt>
                <c:pt idx="310">
                  <c:v>2.1877330848310037</c:v>
                </c:pt>
                <c:pt idx="311">
                  <c:v>2.1798293425673818</c:v>
                </c:pt>
                <c:pt idx="312">
                  <c:v>2.1734437895130418</c:v>
                </c:pt>
                <c:pt idx="313">
                  <c:v>2.170881161583246</c:v>
                </c:pt>
                <c:pt idx="314">
                  <c:v>2.1701292560481646</c:v>
                </c:pt>
                <c:pt idx="315">
                  <c:v>2.1636769613682381</c:v>
                </c:pt>
                <c:pt idx="316">
                  <c:v>2.1628931431736347</c:v>
                </c:pt>
                <c:pt idx="317">
                  <c:v>2.1584838496467968</c:v>
                </c:pt>
                <c:pt idx="318">
                  <c:v>2.1571004080145757</c:v>
                </c:pt>
                <c:pt idx="319">
                  <c:v>2.1560491742853936</c:v>
                </c:pt>
                <c:pt idx="320">
                  <c:v>2.1550007810191842</c:v>
                </c:pt>
                <c:pt idx="321">
                  <c:v>2.1487835179378134</c:v>
                </c:pt>
                <c:pt idx="322">
                  <c:v>2.1470470103793975</c:v>
                </c:pt>
                <c:pt idx="323">
                  <c:v>2.1469177170744929</c:v>
                </c:pt>
                <c:pt idx="324">
                  <c:v>2.1438988473764713</c:v>
                </c:pt>
                <c:pt idx="325">
                  <c:v>2.1436566558513861</c:v>
                </c:pt>
                <c:pt idx="326">
                  <c:v>2.1413822011109769</c:v>
                </c:pt>
                <c:pt idx="327">
                  <c:v>2.1382411070487155</c:v>
                </c:pt>
                <c:pt idx="328">
                  <c:v>2.1338881528068359</c:v>
                </c:pt>
                <c:pt idx="329">
                  <c:v>2.1315161084311622</c:v>
                </c:pt>
                <c:pt idx="330">
                  <c:v>2.1274236574153185</c:v>
                </c:pt>
                <c:pt idx="331">
                  <c:v>2.1265378630614125</c:v>
                </c:pt>
                <c:pt idx="332">
                  <c:v>2.1204158164296039</c:v>
                </c:pt>
                <c:pt idx="333">
                  <c:v>2.1180921513903215</c:v>
                </c:pt>
                <c:pt idx="334">
                  <c:v>2.1163797052597415</c:v>
                </c:pt>
                <c:pt idx="335">
                  <c:v>2.1157924787332352</c:v>
                </c:pt>
                <c:pt idx="336">
                  <c:v>2.1156131467735904</c:v>
                </c:pt>
                <c:pt idx="337">
                  <c:v>2.1151387315835009</c:v>
                </c:pt>
                <c:pt idx="338">
                  <c:v>2.11496133743199</c:v>
                </c:pt>
                <c:pt idx="339">
                  <c:v>2.1140685805800716</c:v>
                </c:pt>
                <c:pt idx="340">
                  <c:v>2.1128987274878552</c:v>
                </c:pt>
                <c:pt idx="341">
                  <c:v>2.1125959946263984</c:v>
                </c:pt>
                <c:pt idx="342">
                  <c:v>2.1125223635902795</c:v>
                </c:pt>
                <c:pt idx="343">
                  <c:v>2.1112124468576048</c:v>
                </c:pt>
                <c:pt idx="344">
                  <c:v>2.1078028054420264</c:v>
                </c:pt>
                <c:pt idx="345">
                  <c:v>2.1071631762117042</c:v>
                </c:pt>
                <c:pt idx="346">
                  <c:v>2.1062879880766765</c:v>
                </c:pt>
                <c:pt idx="347">
                  <c:v>2.1060746849803968</c:v>
                </c:pt>
                <c:pt idx="348">
                  <c:v>2.1058903339790369</c:v>
                </c:pt>
                <c:pt idx="349">
                  <c:v>2.1055602866205887</c:v>
                </c:pt>
                <c:pt idx="350">
                  <c:v>2.1047469766747553</c:v>
                </c:pt>
                <c:pt idx="351">
                  <c:v>2.1030627444261105</c:v>
                </c:pt>
                <c:pt idx="352">
                  <c:v>2.1018470287434665</c:v>
                </c:pt>
                <c:pt idx="353">
                  <c:v>2.0985573180238348</c:v>
                </c:pt>
                <c:pt idx="354">
                  <c:v>2.0979595738170689</c:v>
                </c:pt>
                <c:pt idx="355">
                  <c:v>2.0956825206586402</c:v>
                </c:pt>
                <c:pt idx="356">
                  <c:v>2.0956718630025186</c:v>
                </c:pt>
                <c:pt idx="357">
                  <c:v>2.0896533789582552</c:v>
                </c:pt>
                <c:pt idx="358">
                  <c:v>2.0889551698208426</c:v>
                </c:pt>
                <c:pt idx="359">
                  <c:v>2.0879695646276653</c:v>
                </c:pt>
                <c:pt idx="360">
                  <c:v>2.0868649017755598</c:v>
                </c:pt>
                <c:pt idx="361">
                  <c:v>2.0867762666720346</c:v>
                </c:pt>
                <c:pt idx="362">
                  <c:v>2.0843803284782489</c:v>
                </c:pt>
                <c:pt idx="363">
                  <c:v>2.0786725438701037</c:v>
                </c:pt>
                <c:pt idx="364">
                  <c:v>2.0767038759222682</c:v>
                </c:pt>
                <c:pt idx="365">
                  <c:v>2.0756720388757288</c:v>
                </c:pt>
                <c:pt idx="366">
                  <c:v>2.0701403063975912</c:v>
                </c:pt>
                <c:pt idx="367">
                  <c:v>2.0692355785101766</c:v>
                </c:pt>
                <c:pt idx="368">
                  <c:v>2.0676759292058526</c:v>
                </c:pt>
                <c:pt idx="369">
                  <c:v>2.0655525352005877</c:v>
                </c:pt>
                <c:pt idx="370">
                  <c:v>2.0641353055575946</c:v>
                </c:pt>
                <c:pt idx="371">
                  <c:v>2.057791679516396</c:v>
                </c:pt>
                <c:pt idx="372">
                  <c:v>2.0575978487673114</c:v>
                </c:pt>
                <c:pt idx="373">
                  <c:v>2.0568906089424419</c:v>
                </c:pt>
                <c:pt idx="374">
                  <c:v>2.0568282023873832</c:v>
                </c:pt>
                <c:pt idx="375">
                  <c:v>2.0547500757803325</c:v>
                </c:pt>
                <c:pt idx="376">
                  <c:v>2.0544161165906627</c:v>
                </c:pt>
                <c:pt idx="377">
                  <c:v>2.0541052238494126</c:v>
                </c:pt>
                <c:pt idx="378">
                  <c:v>2.053312982061327</c:v>
                </c:pt>
                <c:pt idx="379">
                  <c:v>2.0507392953681731</c:v>
                </c:pt>
                <c:pt idx="380">
                  <c:v>2.0501395334492813</c:v>
                </c:pt>
                <c:pt idx="381">
                  <c:v>2.0490054008766356</c:v>
                </c:pt>
                <c:pt idx="382">
                  <c:v>2.0449431160135716</c:v>
                </c:pt>
                <c:pt idx="383">
                  <c:v>2.0448191478780502</c:v>
                </c:pt>
                <c:pt idx="384">
                  <c:v>2.0444728926559885</c:v>
                </c:pt>
                <c:pt idx="385">
                  <c:v>2.0410833638355914</c:v>
                </c:pt>
                <c:pt idx="386">
                  <c:v>2.0383551484904125</c:v>
                </c:pt>
                <c:pt idx="387">
                  <c:v>2.0359349467130632</c:v>
                </c:pt>
                <c:pt idx="388">
                  <c:v>2.0312587027956495</c:v>
                </c:pt>
                <c:pt idx="389">
                  <c:v>2.0298297143251749</c:v>
                </c:pt>
                <c:pt idx="390">
                  <c:v>2.0287264633051301</c:v>
                </c:pt>
                <c:pt idx="391">
                  <c:v>2.0284587272690535</c:v>
                </c:pt>
                <c:pt idx="392">
                  <c:v>2.0276432406724885</c:v>
                </c:pt>
                <c:pt idx="393">
                  <c:v>2.0264637689338985</c:v>
                </c:pt>
                <c:pt idx="394">
                  <c:v>2.0241733582819266</c:v>
                </c:pt>
                <c:pt idx="395">
                  <c:v>2.0223021722410048</c:v>
                </c:pt>
                <c:pt idx="396">
                  <c:v>2.0195210271997928</c:v>
                </c:pt>
                <c:pt idx="397">
                  <c:v>2.0175820406716904</c:v>
                </c:pt>
                <c:pt idx="398">
                  <c:v>2.0164757850224473</c:v>
                </c:pt>
                <c:pt idx="399">
                  <c:v>2.0147280508574164</c:v>
                </c:pt>
                <c:pt idx="400">
                  <c:v>2.0141337961354266</c:v>
                </c:pt>
                <c:pt idx="401">
                  <c:v>2.0132376874258124</c:v>
                </c:pt>
                <c:pt idx="402">
                  <c:v>2.0100485206965408</c:v>
                </c:pt>
                <c:pt idx="403">
                  <c:v>2.0091265292021809</c:v>
                </c:pt>
                <c:pt idx="404">
                  <c:v>2.008044434337982</c:v>
                </c:pt>
                <c:pt idx="405">
                  <c:v>2.0047853831613831</c:v>
                </c:pt>
                <c:pt idx="406">
                  <c:v>2.0045168815749812</c:v>
                </c:pt>
                <c:pt idx="407">
                  <c:v>2.0039997451921518</c:v>
                </c:pt>
                <c:pt idx="408">
                  <c:v>2.0019691398514308</c:v>
                </c:pt>
                <c:pt idx="409">
                  <c:v>2.0010397507403241</c:v>
                </c:pt>
                <c:pt idx="410">
                  <c:v>1.9983502179573613</c:v>
                </c:pt>
                <c:pt idx="411">
                  <c:v>1.997779475192861</c:v>
                </c:pt>
                <c:pt idx="412">
                  <c:v>1.9974246881486981</c:v>
                </c:pt>
                <c:pt idx="413">
                  <c:v>1.996024447884629</c:v>
                </c:pt>
                <c:pt idx="414">
                  <c:v>1.9953909233638694</c:v>
                </c:pt>
                <c:pt idx="415">
                  <c:v>1.9944583892251162</c:v>
                </c:pt>
                <c:pt idx="416">
                  <c:v>1.9937475752333724</c:v>
                </c:pt>
                <c:pt idx="417">
                  <c:v>1.9902819252967889</c:v>
                </c:pt>
                <c:pt idx="418">
                  <c:v>1.9881747428459366</c:v>
                </c:pt>
                <c:pt idx="419">
                  <c:v>1.9873128924854624</c:v>
                </c:pt>
                <c:pt idx="420">
                  <c:v>1.9837552585121965</c:v>
                </c:pt>
                <c:pt idx="421">
                  <c:v>1.9833069225111413</c:v>
                </c:pt>
                <c:pt idx="422">
                  <c:v>1.9827147375739538</c:v>
                </c:pt>
                <c:pt idx="423">
                  <c:v>1.9817376692581197</c:v>
                </c:pt>
                <c:pt idx="424">
                  <c:v>1.9791713183806687</c:v>
                </c:pt>
                <c:pt idx="425">
                  <c:v>1.9786011362848483</c:v>
                </c:pt>
                <c:pt idx="426">
                  <c:v>1.9776419683721755</c:v>
                </c:pt>
                <c:pt idx="427">
                  <c:v>1.9753117415778172</c:v>
                </c:pt>
                <c:pt idx="428">
                  <c:v>1.9715996025506506</c:v>
                </c:pt>
                <c:pt idx="429">
                  <c:v>1.9712264318508188</c:v>
                </c:pt>
                <c:pt idx="430">
                  <c:v>1.9709639710557143</c:v>
                </c:pt>
                <c:pt idx="431">
                  <c:v>1.9697995685525853</c:v>
                </c:pt>
                <c:pt idx="432">
                  <c:v>1.9691290014733105</c:v>
                </c:pt>
                <c:pt idx="433">
                  <c:v>1.9629708803128405</c:v>
                </c:pt>
                <c:pt idx="434">
                  <c:v>1.950963078086855</c:v>
                </c:pt>
                <c:pt idx="435">
                  <c:v>1.9502994378663823</c:v>
                </c:pt>
                <c:pt idx="436">
                  <c:v>1.9459924177941699</c:v>
                </c:pt>
                <c:pt idx="437">
                  <c:v>1.9454146011161868</c:v>
                </c:pt>
                <c:pt idx="438">
                  <c:v>1.9447028853488515</c:v>
                </c:pt>
                <c:pt idx="439">
                  <c:v>1.9425112867799323</c:v>
                </c:pt>
                <c:pt idx="440">
                  <c:v>1.9400166166211923</c:v>
                </c:pt>
                <c:pt idx="441">
                  <c:v>1.9398853259996118</c:v>
                </c:pt>
                <c:pt idx="442">
                  <c:v>1.9370986976115334</c:v>
                </c:pt>
                <c:pt idx="443">
                  <c:v>1.9364736526457376</c:v>
                </c:pt>
                <c:pt idx="444">
                  <c:v>1.9358512945090385</c:v>
                </c:pt>
                <c:pt idx="445">
                  <c:v>1.9339843081037877</c:v>
                </c:pt>
                <c:pt idx="446">
                  <c:v>1.9326169641576523</c:v>
                </c:pt>
                <c:pt idx="447">
                  <c:v>1.9307410566360248</c:v>
                </c:pt>
                <c:pt idx="448">
                  <c:v>1.9306920179367095</c:v>
                </c:pt>
                <c:pt idx="449">
                  <c:v>1.9306240526938308</c:v>
                </c:pt>
                <c:pt idx="450">
                  <c:v>1.9300065516919884</c:v>
                </c:pt>
                <c:pt idx="451">
                  <c:v>1.9300001466529264</c:v>
                </c:pt>
                <c:pt idx="452">
                  <c:v>1.9281457085763982</c:v>
                </c:pt>
                <c:pt idx="453">
                  <c:v>1.9277946401909942</c:v>
                </c:pt>
                <c:pt idx="454">
                  <c:v>1.921611656471464</c:v>
                </c:pt>
                <c:pt idx="455">
                  <c:v>1.9147129791536408</c:v>
                </c:pt>
                <c:pt idx="456">
                  <c:v>1.9145042464273929</c:v>
                </c:pt>
                <c:pt idx="457">
                  <c:v>1.9122048850407705</c:v>
                </c:pt>
                <c:pt idx="458">
                  <c:v>1.9121409310712045</c:v>
                </c:pt>
                <c:pt idx="459">
                  <c:v>1.9118243289029926</c:v>
                </c:pt>
                <c:pt idx="460">
                  <c:v>1.9096194400968567</c:v>
                </c:pt>
                <c:pt idx="461">
                  <c:v>1.9091665386476391</c:v>
                </c:pt>
                <c:pt idx="462">
                  <c:v>1.9090221932509006</c:v>
                </c:pt>
                <c:pt idx="463">
                  <c:v>1.9089577714111416</c:v>
                </c:pt>
                <c:pt idx="464">
                  <c:v>1.9081563396516252</c:v>
                </c:pt>
                <c:pt idx="465">
                  <c:v>1.9072261011909175</c:v>
                </c:pt>
                <c:pt idx="466">
                  <c:v>1.907077431738025</c:v>
                </c:pt>
                <c:pt idx="467">
                  <c:v>1.9024249594435445</c:v>
                </c:pt>
                <c:pt idx="468">
                  <c:v>1.9010944384941795</c:v>
                </c:pt>
                <c:pt idx="469">
                  <c:v>1.8967627316460201</c:v>
                </c:pt>
                <c:pt idx="470">
                  <c:v>1.8961458746229436</c:v>
                </c:pt>
                <c:pt idx="471">
                  <c:v>1.8958952978863044</c:v>
                </c:pt>
                <c:pt idx="472">
                  <c:v>1.8950463529195913</c:v>
                </c:pt>
                <c:pt idx="473">
                  <c:v>1.8949334658798</c:v>
                </c:pt>
                <c:pt idx="474">
                  <c:v>1.8947204276822995</c:v>
                </c:pt>
                <c:pt idx="475">
                  <c:v>1.8939440999262371</c:v>
                </c:pt>
                <c:pt idx="476">
                  <c:v>1.8920797265995106</c:v>
                </c:pt>
                <c:pt idx="477">
                  <c:v>1.8904879339564264</c:v>
                </c:pt>
                <c:pt idx="478">
                  <c:v>1.8884170774035212</c:v>
                </c:pt>
                <c:pt idx="479">
                  <c:v>1.8883580113299723</c:v>
                </c:pt>
                <c:pt idx="480">
                  <c:v>1.8875004367811026</c:v>
                </c:pt>
                <c:pt idx="481">
                  <c:v>1.8846590707644215</c:v>
                </c:pt>
                <c:pt idx="482">
                  <c:v>1.8837338010191287</c:v>
                </c:pt>
                <c:pt idx="483">
                  <c:v>1.8831589875316426</c:v>
                </c:pt>
                <c:pt idx="484">
                  <c:v>1.882198145766967</c:v>
                </c:pt>
                <c:pt idx="485">
                  <c:v>1.8815144555349168</c:v>
                </c:pt>
                <c:pt idx="486">
                  <c:v>1.8797735368818818</c:v>
                </c:pt>
                <c:pt idx="487">
                  <c:v>1.8786843413195333</c:v>
                </c:pt>
                <c:pt idx="488">
                  <c:v>1.8769308021387612</c:v>
                </c:pt>
                <c:pt idx="489">
                  <c:v>1.8765422734016979</c:v>
                </c:pt>
                <c:pt idx="490">
                  <c:v>1.871488407202597</c:v>
                </c:pt>
                <c:pt idx="491">
                  <c:v>1.8686581196890171</c:v>
                </c:pt>
                <c:pt idx="492">
                  <c:v>1.8667784886750789</c:v>
                </c:pt>
                <c:pt idx="493">
                  <c:v>1.8644684062148327</c:v>
                </c:pt>
                <c:pt idx="494">
                  <c:v>1.8631978344524436</c:v>
                </c:pt>
                <c:pt idx="495">
                  <c:v>1.8527380558119571</c:v>
                </c:pt>
                <c:pt idx="496">
                  <c:v>1.8526103276523525</c:v>
                </c:pt>
                <c:pt idx="497">
                  <c:v>1.8513357734708895</c:v>
                </c:pt>
                <c:pt idx="498">
                  <c:v>1.8478348264744187</c:v>
                </c:pt>
                <c:pt idx="499">
                  <c:v>1.8468717989174233</c:v>
                </c:pt>
                <c:pt idx="500">
                  <c:v>1.8467832962240807</c:v>
                </c:pt>
                <c:pt idx="501">
                  <c:v>1.8442910132418264</c:v>
                </c:pt>
                <c:pt idx="502">
                  <c:v>1.8435666239137294</c:v>
                </c:pt>
                <c:pt idx="503">
                  <c:v>1.8402349038349555</c:v>
                </c:pt>
                <c:pt idx="504">
                  <c:v>1.8399394418144994</c:v>
                </c:pt>
                <c:pt idx="505">
                  <c:v>1.8387393984838381</c:v>
                </c:pt>
                <c:pt idx="506">
                  <c:v>1.8357662705057229</c:v>
                </c:pt>
                <c:pt idx="507">
                  <c:v>1.833915393922493</c:v>
                </c:pt>
                <c:pt idx="508">
                  <c:v>1.8311992791760685</c:v>
                </c:pt>
                <c:pt idx="509">
                  <c:v>1.8302825403639991</c:v>
                </c:pt>
                <c:pt idx="510">
                  <c:v>1.829563688533375</c:v>
                </c:pt>
                <c:pt idx="511">
                  <c:v>1.8283065173531177</c:v>
                </c:pt>
                <c:pt idx="512">
                  <c:v>1.8274525531031305</c:v>
                </c:pt>
                <c:pt idx="513">
                  <c:v>1.8264774754476831</c:v>
                </c:pt>
                <c:pt idx="514">
                  <c:v>1.8254014450952576</c:v>
                </c:pt>
                <c:pt idx="515">
                  <c:v>1.8253929190281977</c:v>
                </c:pt>
                <c:pt idx="516">
                  <c:v>1.8233306692380467</c:v>
                </c:pt>
                <c:pt idx="517">
                  <c:v>1.8229777392671338</c:v>
                </c:pt>
                <c:pt idx="518">
                  <c:v>1.8222183972144559</c:v>
                </c:pt>
                <c:pt idx="519">
                  <c:v>1.8196964777344389</c:v>
                </c:pt>
                <c:pt idx="520">
                  <c:v>1.8194861348064153</c:v>
                </c:pt>
                <c:pt idx="521">
                  <c:v>1.817754370098049</c:v>
                </c:pt>
                <c:pt idx="522">
                  <c:v>1.8175187098792553</c:v>
                </c:pt>
                <c:pt idx="523">
                  <c:v>1.817279215415236</c:v>
                </c:pt>
                <c:pt idx="524">
                  <c:v>1.8115838233729433</c:v>
                </c:pt>
                <c:pt idx="525">
                  <c:v>1.8114799445163192</c:v>
                </c:pt>
                <c:pt idx="526">
                  <c:v>1.8103560074171618</c:v>
                </c:pt>
                <c:pt idx="527">
                  <c:v>1.8103036573186195</c:v>
                </c:pt>
                <c:pt idx="528">
                  <c:v>1.8097129805945005</c:v>
                </c:pt>
                <c:pt idx="529">
                  <c:v>1.8087339133566507</c:v>
                </c:pt>
                <c:pt idx="530">
                  <c:v>1.8071549254448238</c:v>
                </c:pt>
                <c:pt idx="531">
                  <c:v>1.8068048655718119</c:v>
                </c:pt>
                <c:pt idx="532">
                  <c:v>1.8063425559442472</c:v>
                </c:pt>
                <c:pt idx="533">
                  <c:v>1.8062366002664074</c:v>
                </c:pt>
                <c:pt idx="534">
                  <c:v>1.8053204652947414</c:v>
                </c:pt>
                <c:pt idx="535">
                  <c:v>1.8031278576385268</c:v>
                </c:pt>
                <c:pt idx="536">
                  <c:v>1.8020640160329933</c:v>
                </c:pt>
                <c:pt idx="537">
                  <c:v>1.8018985997846013</c:v>
                </c:pt>
                <c:pt idx="538">
                  <c:v>1.8018855087199748</c:v>
                </c:pt>
                <c:pt idx="539">
                  <c:v>1.8013840629992146</c:v>
                </c:pt>
                <c:pt idx="540">
                  <c:v>1.8010811402181064</c:v>
                </c:pt>
                <c:pt idx="541">
                  <c:v>1.8009746227800687</c:v>
                </c:pt>
                <c:pt idx="542">
                  <c:v>1.7993543456214902</c:v>
                </c:pt>
                <c:pt idx="543">
                  <c:v>1.795996904507233</c:v>
                </c:pt>
                <c:pt idx="544">
                  <c:v>1.7952879190944224</c:v>
                </c:pt>
                <c:pt idx="545">
                  <c:v>1.7940074723869326</c:v>
                </c:pt>
                <c:pt idx="546">
                  <c:v>1.7932669903186347</c:v>
                </c:pt>
                <c:pt idx="547">
                  <c:v>1.7913256143897762</c:v>
                </c:pt>
                <c:pt idx="548">
                  <c:v>1.7888374968866763</c:v>
                </c:pt>
                <c:pt idx="549">
                  <c:v>1.7887473421357927</c:v>
                </c:pt>
                <c:pt idx="550">
                  <c:v>1.7880286568775838</c:v>
                </c:pt>
                <c:pt idx="551">
                  <c:v>1.7872940974216669</c:v>
                </c:pt>
                <c:pt idx="552">
                  <c:v>1.7866046489068514</c:v>
                </c:pt>
                <c:pt idx="553">
                  <c:v>1.7855055148054984</c:v>
                </c:pt>
                <c:pt idx="554">
                  <c:v>1.7792864419324645</c:v>
                </c:pt>
                <c:pt idx="555">
                  <c:v>1.7788167430688493</c:v>
                </c:pt>
                <c:pt idx="556">
                  <c:v>1.7786548246463223</c:v>
                </c:pt>
                <c:pt idx="557">
                  <c:v>1.7768769752218105</c:v>
                </c:pt>
                <c:pt idx="558">
                  <c:v>1.7762194988864306</c:v>
                </c:pt>
                <c:pt idx="559">
                  <c:v>1.7756389418963774</c:v>
                </c:pt>
                <c:pt idx="560">
                  <c:v>1.7753508858932481</c:v>
                </c:pt>
                <c:pt idx="561">
                  <c:v>1.7752754966781921</c:v>
                </c:pt>
                <c:pt idx="562">
                  <c:v>1.7716561209277712</c:v>
                </c:pt>
                <c:pt idx="563">
                  <c:v>1.7703418881889956</c:v>
                </c:pt>
                <c:pt idx="564">
                  <c:v>1.7680713205844456</c:v>
                </c:pt>
                <c:pt idx="565">
                  <c:v>1.7677130242992858</c:v>
                </c:pt>
                <c:pt idx="566">
                  <c:v>1.7655369761348836</c:v>
                </c:pt>
                <c:pt idx="567">
                  <c:v>1.7629990014169741</c:v>
                </c:pt>
                <c:pt idx="568">
                  <c:v>1.7625752953787317</c:v>
                </c:pt>
                <c:pt idx="569">
                  <c:v>1.7619356243625652</c:v>
                </c:pt>
                <c:pt idx="570">
                  <c:v>1.7591832895446899</c:v>
                </c:pt>
                <c:pt idx="571">
                  <c:v>1.7584909821071175</c:v>
                </c:pt>
                <c:pt idx="572">
                  <c:v>1.7555248470978693</c:v>
                </c:pt>
                <c:pt idx="573">
                  <c:v>1.7554177323178837</c:v>
                </c:pt>
                <c:pt idx="574">
                  <c:v>1.7532055512374107</c:v>
                </c:pt>
                <c:pt idx="575">
                  <c:v>1.7509410321277206</c:v>
                </c:pt>
                <c:pt idx="576">
                  <c:v>1.7501306315389662</c:v>
                </c:pt>
                <c:pt idx="577">
                  <c:v>1.7497031204285298</c:v>
                </c:pt>
                <c:pt idx="578">
                  <c:v>1.7470205176195976</c:v>
                </c:pt>
                <c:pt idx="579">
                  <c:v>1.7431869139239788</c:v>
                </c:pt>
                <c:pt idx="580">
                  <c:v>1.741677829527073</c:v>
                </c:pt>
                <c:pt idx="581">
                  <c:v>1.7415162660481276</c:v>
                </c:pt>
                <c:pt idx="582">
                  <c:v>1.7406920716841292</c:v>
                </c:pt>
                <c:pt idx="583">
                  <c:v>1.7398177184840755</c:v>
                </c:pt>
                <c:pt idx="584">
                  <c:v>1.739604857860398</c:v>
                </c:pt>
                <c:pt idx="585">
                  <c:v>1.7395011871260051</c:v>
                </c:pt>
                <c:pt idx="586">
                  <c:v>1.7391513552612055</c:v>
                </c:pt>
                <c:pt idx="587">
                  <c:v>1.7368683700150418</c:v>
                </c:pt>
                <c:pt idx="588">
                  <c:v>1.7361883965080473</c:v>
                </c:pt>
                <c:pt idx="589">
                  <c:v>1.7352312942704067</c:v>
                </c:pt>
                <c:pt idx="590">
                  <c:v>1.7337488552238212</c:v>
                </c:pt>
                <c:pt idx="591">
                  <c:v>1.7320769546449142</c:v>
                </c:pt>
                <c:pt idx="592">
                  <c:v>1.7315921875594227</c:v>
                </c:pt>
                <c:pt idx="593">
                  <c:v>1.7274110908776765</c:v>
                </c:pt>
                <c:pt idx="594">
                  <c:v>1.7273315017934234</c:v>
                </c:pt>
                <c:pt idx="595">
                  <c:v>1.7245076048388104</c:v>
                </c:pt>
                <c:pt idx="596">
                  <c:v>1.7243891339040647</c:v>
                </c:pt>
                <c:pt idx="597">
                  <c:v>1.7224830314190891</c:v>
                </c:pt>
                <c:pt idx="598">
                  <c:v>1.7218747051998442</c:v>
                </c:pt>
                <c:pt idx="599">
                  <c:v>1.7210609797287646</c:v>
                </c:pt>
                <c:pt idx="600">
                  <c:v>1.7207410307906568</c:v>
                </c:pt>
                <c:pt idx="601">
                  <c:v>1.7206097757778727</c:v>
                </c:pt>
                <c:pt idx="602">
                  <c:v>1.7167388757719251</c:v>
                </c:pt>
                <c:pt idx="603">
                  <c:v>1.7153076062302706</c:v>
                </c:pt>
                <c:pt idx="604">
                  <c:v>1.7123611746529304</c:v>
                </c:pt>
                <c:pt idx="605">
                  <c:v>1.706943225368317</c:v>
                </c:pt>
                <c:pt idx="606">
                  <c:v>1.7048005345532715</c:v>
                </c:pt>
                <c:pt idx="607">
                  <c:v>1.7034193748701851</c:v>
                </c:pt>
                <c:pt idx="608">
                  <c:v>1.7008006022210336</c:v>
                </c:pt>
                <c:pt idx="609">
                  <c:v>1.7000144232693064</c:v>
                </c:pt>
                <c:pt idx="610">
                  <c:v>1.6986753277752278</c:v>
                </c:pt>
                <c:pt idx="611">
                  <c:v>1.6985564132507669</c:v>
                </c:pt>
                <c:pt idx="612">
                  <c:v>1.6981337693997154</c:v>
                </c:pt>
                <c:pt idx="613">
                  <c:v>1.6975353580590755</c:v>
                </c:pt>
                <c:pt idx="614">
                  <c:v>1.6938168341995072</c:v>
                </c:pt>
                <c:pt idx="615">
                  <c:v>1.692348323425654</c:v>
                </c:pt>
                <c:pt idx="616">
                  <c:v>1.6913168919657247</c:v>
                </c:pt>
                <c:pt idx="617">
                  <c:v>1.68931400486603</c:v>
                </c:pt>
                <c:pt idx="618">
                  <c:v>1.6892843249155149</c:v>
                </c:pt>
                <c:pt idx="619">
                  <c:v>1.6880723230790071</c:v>
                </c:pt>
                <c:pt idx="620">
                  <c:v>1.6864569678249399</c:v>
                </c:pt>
                <c:pt idx="621">
                  <c:v>1.6852694809737991</c:v>
                </c:pt>
                <c:pt idx="622">
                  <c:v>1.6838119045913911</c:v>
                </c:pt>
                <c:pt idx="623">
                  <c:v>1.682494962046764</c:v>
                </c:pt>
                <c:pt idx="624">
                  <c:v>1.6802092982428201</c:v>
                </c:pt>
                <c:pt idx="625">
                  <c:v>1.6797127936980789</c:v>
                </c:pt>
                <c:pt idx="626">
                  <c:v>1.6793381974337718</c:v>
                </c:pt>
                <c:pt idx="627">
                  <c:v>1.6791616782388443</c:v>
                </c:pt>
                <c:pt idx="628">
                  <c:v>1.6756670871208024</c:v>
                </c:pt>
                <c:pt idx="629">
                  <c:v>1.6751369865133476</c:v>
                </c:pt>
                <c:pt idx="630">
                  <c:v>1.6736705725700429</c:v>
                </c:pt>
                <c:pt idx="631">
                  <c:v>1.6730753541794638</c:v>
                </c:pt>
                <c:pt idx="632">
                  <c:v>1.6718464871917229</c:v>
                </c:pt>
                <c:pt idx="633">
                  <c:v>1.6701374777573101</c:v>
                </c:pt>
                <c:pt idx="634">
                  <c:v>1.6701161482705287</c:v>
                </c:pt>
                <c:pt idx="635">
                  <c:v>1.6676174419550984</c:v>
                </c:pt>
                <c:pt idx="636">
                  <c:v>1.6661382554866788</c:v>
                </c:pt>
                <c:pt idx="637">
                  <c:v>1.6634032462470516</c:v>
                </c:pt>
                <c:pt idx="638">
                  <c:v>1.6614973756048241</c:v>
                </c:pt>
                <c:pt idx="639">
                  <c:v>1.6612583693129146</c:v>
                </c:pt>
                <c:pt idx="640">
                  <c:v>1.660642074879938</c:v>
                </c:pt>
                <c:pt idx="641">
                  <c:v>1.6595560988091649</c:v>
                </c:pt>
                <c:pt idx="642">
                  <c:v>1.6594085024947056</c:v>
                </c:pt>
                <c:pt idx="643">
                  <c:v>1.65940799956637</c:v>
                </c:pt>
                <c:pt idx="644">
                  <c:v>1.6587901035034658</c:v>
                </c:pt>
                <c:pt idx="645">
                  <c:v>1.6574813842790086</c:v>
                </c:pt>
                <c:pt idx="646">
                  <c:v>1.6526088061220199</c:v>
                </c:pt>
                <c:pt idx="647">
                  <c:v>1.6500810008739903</c:v>
                </c:pt>
                <c:pt idx="648">
                  <c:v>1.6471625242972654</c:v>
                </c:pt>
                <c:pt idx="649">
                  <c:v>1.6465879666687999</c:v>
                </c:pt>
                <c:pt idx="650">
                  <c:v>1.6428626315292338</c:v>
                </c:pt>
                <c:pt idx="651">
                  <c:v>1.639889736487258</c:v>
                </c:pt>
                <c:pt idx="652">
                  <c:v>1.6394910800794724</c:v>
                </c:pt>
                <c:pt idx="653">
                  <c:v>1.6368240311932307</c:v>
                </c:pt>
                <c:pt idx="654">
                  <c:v>1.6360799900237284</c:v>
                </c:pt>
                <c:pt idx="655">
                  <c:v>1.6357266391263918</c:v>
                </c:pt>
                <c:pt idx="656">
                  <c:v>1.6344190282523472</c:v>
                </c:pt>
                <c:pt idx="657">
                  <c:v>1.6337145376188678</c:v>
                </c:pt>
                <c:pt idx="658">
                  <c:v>1.6334975295889089</c:v>
                </c:pt>
                <c:pt idx="659">
                  <c:v>1.6329889570578431</c:v>
                </c:pt>
                <c:pt idx="660">
                  <c:v>1.6317861711737618</c:v>
                </c:pt>
                <c:pt idx="661">
                  <c:v>1.6312441823268871</c:v>
                </c:pt>
                <c:pt idx="662">
                  <c:v>1.6309934658286258</c:v>
                </c:pt>
                <c:pt idx="663">
                  <c:v>1.6300812161067797</c:v>
                </c:pt>
                <c:pt idx="664">
                  <c:v>1.6288584436547582</c:v>
                </c:pt>
                <c:pt idx="665">
                  <c:v>1.6283831000686533</c:v>
                </c:pt>
                <c:pt idx="666">
                  <c:v>1.6268408668819665</c:v>
                </c:pt>
                <c:pt idx="667">
                  <c:v>1.6255603082038681</c:v>
                </c:pt>
                <c:pt idx="668">
                  <c:v>1.6252924699653521</c:v>
                </c:pt>
                <c:pt idx="669">
                  <c:v>1.6240989612067789</c:v>
                </c:pt>
                <c:pt idx="670">
                  <c:v>1.6238305088033707</c:v>
                </c:pt>
                <c:pt idx="671">
                  <c:v>1.6228579461182282</c:v>
                </c:pt>
                <c:pt idx="672">
                  <c:v>1.622146836457323</c:v>
                </c:pt>
                <c:pt idx="673">
                  <c:v>1.6202374795738594</c:v>
                </c:pt>
                <c:pt idx="674">
                  <c:v>1.6196067869241966</c:v>
                </c:pt>
                <c:pt idx="675">
                  <c:v>1.6187746640442833</c:v>
                </c:pt>
                <c:pt idx="676">
                  <c:v>1.6187122825862275</c:v>
                </c:pt>
                <c:pt idx="677">
                  <c:v>1.6163912745160045</c:v>
                </c:pt>
                <c:pt idx="678">
                  <c:v>1.6159226980769124</c:v>
                </c:pt>
                <c:pt idx="679">
                  <c:v>1.6156995683386537</c:v>
                </c:pt>
                <c:pt idx="680">
                  <c:v>1.6145874881883935</c:v>
                </c:pt>
                <c:pt idx="681">
                  <c:v>1.6143673557992624</c:v>
                </c:pt>
                <c:pt idx="682">
                  <c:v>1.6058431372994539</c:v>
                </c:pt>
                <c:pt idx="683">
                  <c:v>1.6056709803035694</c:v>
                </c:pt>
                <c:pt idx="684">
                  <c:v>1.6028013814047064</c:v>
                </c:pt>
                <c:pt idx="685">
                  <c:v>1.602779444382914</c:v>
                </c:pt>
                <c:pt idx="686">
                  <c:v>1.6024327348051757</c:v>
                </c:pt>
                <c:pt idx="687">
                  <c:v>1.6013497488730648</c:v>
                </c:pt>
                <c:pt idx="688">
                  <c:v>1.6009631930154511</c:v>
                </c:pt>
                <c:pt idx="689">
                  <c:v>1.5975471240989636</c:v>
                </c:pt>
                <c:pt idx="690">
                  <c:v>1.5971111637749682</c:v>
                </c:pt>
                <c:pt idx="691">
                  <c:v>1.5957934372399107</c:v>
                </c:pt>
                <c:pt idx="692">
                  <c:v>1.592698941983044</c:v>
                </c:pt>
                <c:pt idx="693">
                  <c:v>1.5926072113449168</c:v>
                </c:pt>
                <c:pt idx="694">
                  <c:v>1.5907267244121936</c:v>
                </c:pt>
                <c:pt idx="695">
                  <c:v>1.5902993783987562</c:v>
                </c:pt>
                <c:pt idx="696">
                  <c:v>1.5897521945073745</c:v>
                </c:pt>
                <c:pt idx="697">
                  <c:v>1.5889959865050765</c:v>
                </c:pt>
                <c:pt idx="698">
                  <c:v>1.5881441445241347</c:v>
                </c:pt>
                <c:pt idx="699">
                  <c:v>1.586894491149337</c:v>
                </c:pt>
                <c:pt idx="700">
                  <c:v>1.5860955653824889</c:v>
                </c:pt>
                <c:pt idx="701">
                  <c:v>1.5832157524782149</c:v>
                </c:pt>
                <c:pt idx="702">
                  <c:v>1.5828165814437156</c:v>
                </c:pt>
                <c:pt idx="703">
                  <c:v>1.5812066954407027</c:v>
                </c:pt>
                <c:pt idx="704">
                  <c:v>1.580004971837957</c:v>
                </c:pt>
                <c:pt idx="705">
                  <c:v>1.5773682643018312</c:v>
                </c:pt>
                <c:pt idx="706">
                  <c:v>1.5745367649884849</c:v>
                </c:pt>
                <c:pt idx="707">
                  <c:v>1.5730421572568343</c:v>
                </c:pt>
                <c:pt idx="708">
                  <c:v>1.5719205699855054</c:v>
                </c:pt>
                <c:pt idx="709">
                  <c:v>1.5714694263609712</c:v>
                </c:pt>
                <c:pt idx="710">
                  <c:v>1.5696523212006581</c:v>
                </c:pt>
                <c:pt idx="711">
                  <c:v>1.5695027750404211</c:v>
                </c:pt>
                <c:pt idx="712">
                  <c:v>1.568877284012459</c:v>
                </c:pt>
                <c:pt idx="713">
                  <c:v>1.5672202311513468</c:v>
                </c:pt>
                <c:pt idx="714">
                  <c:v>1.5668830285631061</c:v>
                </c:pt>
                <c:pt idx="715">
                  <c:v>1.5634731353861315</c:v>
                </c:pt>
                <c:pt idx="716">
                  <c:v>1.5619169464230844</c:v>
                </c:pt>
                <c:pt idx="717">
                  <c:v>1.5611861992398348</c:v>
                </c:pt>
                <c:pt idx="718">
                  <c:v>1.5603283508537802</c:v>
                </c:pt>
                <c:pt idx="719">
                  <c:v>1.5601911955235708</c:v>
                </c:pt>
                <c:pt idx="720">
                  <c:v>1.5592949952720536</c:v>
                </c:pt>
                <c:pt idx="721">
                  <c:v>1.5576312117504234</c:v>
                </c:pt>
                <c:pt idx="722">
                  <c:v>1.5567528575872627</c:v>
                </c:pt>
                <c:pt idx="723">
                  <c:v>1.5564754718423566</c:v>
                </c:pt>
                <c:pt idx="724">
                  <c:v>1.5560827044131904</c:v>
                </c:pt>
                <c:pt idx="725">
                  <c:v>1.5554401819687387</c:v>
                </c:pt>
                <c:pt idx="726">
                  <c:v>1.5551056410698181</c:v>
                </c:pt>
                <c:pt idx="727">
                  <c:v>1.5548715230484875</c:v>
                </c:pt>
                <c:pt idx="728">
                  <c:v>1.5546603428957639</c:v>
                </c:pt>
                <c:pt idx="729">
                  <c:v>1.5506264735097746</c:v>
                </c:pt>
                <c:pt idx="730">
                  <c:v>1.5495962578550622</c:v>
                </c:pt>
                <c:pt idx="731">
                  <c:v>1.5487959077558004</c:v>
                </c:pt>
                <c:pt idx="732">
                  <c:v>1.5472836661881415</c:v>
                </c:pt>
                <c:pt idx="733">
                  <c:v>1.5465873955259715</c:v>
                </c:pt>
                <c:pt idx="734">
                  <c:v>1.5461944939743308</c:v>
                </c:pt>
                <c:pt idx="735">
                  <c:v>1.5435582898265146</c:v>
                </c:pt>
                <c:pt idx="736">
                  <c:v>1.5434598776108104</c:v>
                </c:pt>
                <c:pt idx="737">
                  <c:v>1.5425309463276546</c:v>
                </c:pt>
                <c:pt idx="738">
                  <c:v>1.5425235311029091</c:v>
                </c:pt>
                <c:pt idx="739">
                  <c:v>1.5420214208298348</c:v>
                </c:pt>
                <c:pt idx="740">
                  <c:v>1.5414172857847279</c:v>
                </c:pt>
                <c:pt idx="741">
                  <c:v>1.5404917875749025</c:v>
                </c:pt>
                <c:pt idx="742">
                  <c:v>1.5400057169214558</c:v>
                </c:pt>
                <c:pt idx="743">
                  <c:v>1.5371971759343794</c:v>
                </c:pt>
                <c:pt idx="744">
                  <c:v>1.53508804278168</c:v>
                </c:pt>
                <c:pt idx="745">
                  <c:v>1.5335659824749353</c:v>
                </c:pt>
                <c:pt idx="746">
                  <c:v>1.5316457179607486</c:v>
                </c:pt>
                <c:pt idx="747">
                  <c:v>1.5311076944318263</c:v>
                </c:pt>
                <c:pt idx="748">
                  <c:v>1.5298559902262447</c:v>
                </c:pt>
                <c:pt idx="749">
                  <c:v>1.5265824584685668</c:v>
                </c:pt>
                <c:pt idx="750">
                  <c:v>1.5241712864891608</c:v>
                </c:pt>
                <c:pt idx="751">
                  <c:v>1.5216843784971199</c:v>
                </c:pt>
                <c:pt idx="752">
                  <c:v>1.5204743996481913</c:v>
                </c:pt>
                <c:pt idx="753">
                  <c:v>1.5203224278819689</c:v>
                </c:pt>
                <c:pt idx="754">
                  <c:v>1.5170263556384049</c:v>
                </c:pt>
                <c:pt idx="755">
                  <c:v>1.5168691257114564</c:v>
                </c:pt>
                <c:pt idx="756">
                  <c:v>1.5159058749386152</c:v>
                </c:pt>
                <c:pt idx="757">
                  <c:v>1.5150387962304799</c:v>
                </c:pt>
                <c:pt idx="758">
                  <c:v>1.5140349835705917</c:v>
                </c:pt>
                <c:pt idx="759">
                  <c:v>1.5137736258229071</c:v>
                </c:pt>
                <c:pt idx="760">
                  <c:v>1.5137140250616863</c:v>
                </c:pt>
                <c:pt idx="761">
                  <c:v>1.5134918214741788</c:v>
                </c:pt>
                <c:pt idx="762">
                  <c:v>1.5125930794727618</c:v>
                </c:pt>
                <c:pt idx="763">
                  <c:v>1.5105195394219397</c:v>
                </c:pt>
                <c:pt idx="764">
                  <c:v>1.5070563319239711</c:v>
                </c:pt>
                <c:pt idx="765">
                  <c:v>1.5018020024211842</c:v>
                </c:pt>
                <c:pt idx="766">
                  <c:v>1.5001681388643129</c:v>
                </c:pt>
                <c:pt idx="767">
                  <c:v>1.4961792795415412</c:v>
                </c:pt>
                <c:pt idx="768">
                  <c:v>1.4919368130025503</c:v>
                </c:pt>
                <c:pt idx="769">
                  <c:v>1.4907952595423661</c:v>
                </c:pt>
                <c:pt idx="770">
                  <c:v>1.4907405348199789</c:v>
                </c:pt>
                <c:pt idx="771">
                  <c:v>1.4864091225316276</c:v>
                </c:pt>
                <c:pt idx="772">
                  <c:v>1.4859056387958491</c:v>
                </c:pt>
                <c:pt idx="773">
                  <c:v>1.4850254874728583</c:v>
                </c:pt>
                <c:pt idx="774">
                  <c:v>1.4845389004756784</c:v>
                </c:pt>
                <c:pt idx="775">
                  <c:v>1.4842099940311211</c:v>
                </c:pt>
                <c:pt idx="776">
                  <c:v>1.4835400736793853</c:v>
                </c:pt>
                <c:pt idx="777">
                  <c:v>1.4827820371522169</c:v>
                </c:pt>
                <c:pt idx="778">
                  <c:v>1.4807748744118392</c:v>
                </c:pt>
                <c:pt idx="779">
                  <c:v>1.4797566190186808</c:v>
                </c:pt>
                <c:pt idx="780">
                  <c:v>1.4797330321818629</c:v>
                </c:pt>
                <c:pt idx="781">
                  <c:v>1.4796035310284319</c:v>
                </c:pt>
                <c:pt idx="782">
                  <c:v>1.4790034078046803</c:v>
                </c:pt>
                <c:pt idx="783">
                  <c:v>1.4788619242774199</c:v>
                </c:pt>
                <c:pt idx="784">
                  <c:v>1.4786687092490303</c:v>
                </c:pt>
                <c:pt idx="785">
                  <c:v>1.4754669111776175</c:v>
                </c:pt>
                <c:pt idx="786">
                  <c:v>1.4733195532367696</c:v>
                </c:pt>
                <c:pt idx="787">
                  <c:v>1.4733032603782379</c:v>
                </c:pt>
                <c:pt idx="788">
                  <c:v>1.4726340117267418</c:v>
                </c:pt>
                <c:pt idx="789">
                  <c:v>1.4711449429374479</c:v>
                </c:pt>
                <c:pt idx="790">
                  <c:v>1.4704938760174944</c:v>
                </c:pt>
                <c:pt idx="791">
                  <c:v>1.4692319116444326</c:v>
                </c:pt>
                <c:pt idx="792">
                  <c:v>1.4691934075811925</c:v>
                </c:pt>
                <c:pt idx="793">
                  <c:v>1.468257508130429</c:v>
                </c:pt>
                <c:pt idx="794">
                  <c:v>1.4676402220452243</c:v>
                </c:pt>
                <c:pt idx="795">
                  <c:v>1.4669925283514551</c:v>
                </c:pt>
                <c:pt idx="796">
                  <c:v>1.465494183717136</c:v>
                </c:pt>
                <c:pt idx="797">
                  <c:v>1.4631993473347928</c:v>
                </c:pt>
                <c:pt idx="798">
                  <c:v>1.4623237708008889</c:v>
                </c:pt>
                <c:pt idx="799">
                  <c:v>1.4620149498955444</c:v>
                </c:pt>
                <c:pt idx="800">
                  <c:v>1.4611455603692305</c:v>
                </c:pt>
                <c:pt idx="801">
                  <c:v>1.4610254503643103</c:v>
                </c:pt>
                <c:pt idx="802">
                  <c:v>1.4601646482450443</c:v>
                </c:pt>
                <c:pt idx="803">
                  <c:v>1.4575077647112726</c:v>
                </c:pt>
                <c:pt idx="804">
                  <c:v>1.4568228156930252</c:v>
                </c:pt>
                <c:pt idx="805">
                  <c:v>1.4566498893223494</c:v>
                </c:pt>
                <c:pt idx="806">
                  <c:v>1.4558506650941327</c:v>
                </c:pt>
                <c:pt idx="807">
                  <c:v>1.4548141073589647</c:v>
                </c:pt>
                <c:pt idx="808">
                  <c:v>1.4544297462684357</c:v>
                </c:pt>
                <c:pt idx="809">
                  <c:v>1.4543773117341867</c:v>
                </c:pt>
                <c:pt idx="810">
                  <c:v>1.4526535830844804</c:v>
                </c:pt>
                <c:pt idx="811">
                  <c:v>1.4524553145837413</c:v>
                </c:pt>
                <c:pt idx="812">
                  <c:v>1.452039134674409</c:v>
                </c:pt>
                <c:pt idx="813">
                  <c:v>1.4516019941791127</c:v>
                </c:pt>
                <c:pt idx="814">
                  <c:v>1.451100161050207</c:v>
                </c:pt>
                <c:pt idx="815">
                  <c:v>1.4498755979041638</c:v>
                </c:pt>
                <c:pt idx="816">
                  <c:v>1.449297569576474</c:v>
                </c:pt>
                <c:pt idx="817">
                  <c:v>1.4485359078944324</c:v>
                </c:pt>
                <c:pt idx="818">
                  <c:v>1.446097888770004</c:v>
                </c:pt>
                <c:pt idx="819">
                  <c:v>1.4456746138549859</c:v>
                </c:pt>
                <c:pt idx="820">
                  <c:v>1.4455389102872713</c:v>
                </c:pt>
                <c:pt idx="821">
                  <c:v>1.4452299651810998</c:v>
                </c:pt>
                <c:pt idx="822">
                  <c:v>1.4440768424900208</c:v>
                </c:pt>
                <c:pt idx="823">
                  <c:v>1.442884583169072</c:v>
                </c:pt>
                <c:pt idx="824">
                  <c:v>1.4427474519924721</c:v>
                </c:pt>
                <c:pt idx="825">
                  <c:v>1.4425574634257479</c:v>
                </c:pt>
                <c:pt idx="826">
                  <c:v>1.4413489680246947</c:v>
                </c:pt>
                <c:pt idx="827">
                  <c:v>1.4397969691848025</c:v>
                </c:pt>
                <c:pt idx="828">
                  <c:v>1.4396787679654863</c:v>
                </c:pt>
                <c:pt idx="829">
                  <c:v>1.4383402871947166</c:v>
                </c:pt>
                <c:pt idx="830">
                  <c:v>1.43768265252492</c:v>
                </c:pt>
                <c:pt idx="831">
                  <c:v>1.4375942482335422</c:v>
                </c:pt>
                <c:pt idx="832">
                  <c:v>1.4350228559897245</c:v>
                </c:pt>
                <c:pt idx="833">
                  <c:v>1.4341663922340748</c:v>
                </c:pt>
                <c:pt idx="834">
                  <c:v>1.4321210475058348</c:v>
                </c:pt>
                <c:pt idx="835">
                  <c:v>1.4317363836286514</c:v>
                </c:pt>
                <c:pt idx="836">
                  <c:v>1.4314728570381117</c:v>
                </c:pt>
                <c:pt idx="837">
                  <c:v>1.4297812628151765</c:v>
                </c:pt>
                <c:pt idx="838">
                  <c:v>1.4291326389465464</c:v>
                </c:pt>
                <c:pt idx="839">
                  <c:v>1.4240421117391697</c:v>
                </c:pt>
                <c:pt idx="840">
                  <c:v>1.4190895753064938</c:v>
                </c:pt>
                <c:pt idx="841">
                  <c:v>1.4185929690001096</c:v>
                </c:pt>
                <c:pt idx="842">
                  <c:v>1.4180137268526072</c:v>
                </c:pt>
                <c:pt idx="843">
                  <c:v>1.4179687611877194</c:v>
                </c:pt>
                <c:pt idx="844">
                  <c:v>1.4170442259533136</c:v>
                </c:pt>
                <c:pt idx="845">
                  <c:v>1.4166159167045091</c:v>
                </c:pt>
                <c:pt idx="846">
                  <c:v>1.4162319895268194</c:v>
                </c:pt>
                <c:pt idx="847">
                  <c:v>1.4146813845357331</c:v>
                </c:pt>
                <c:pt idx="848">
                  <c:v>1.4141010317095015</c:v>
                </c:pt>
                <c:pt idx="849">
                  <c:v>1.4136704832954934</c:v>
                </c:pt>
                <c:pt idx="850">
                  <c:v>1.4131659774685885</c:v>
                </c:pt>
                <c:pt idx="851">
                  <c:v>1.412897000539594</c:v>
                </c:pt>
                <c:pt idx="852">
                  <c:v>1.4122183422870445</c:v>
                </c:pt>
                <c:pt idx="853">
                  <c:v>1.4121736666101234</c:v>
                </c:pt>
                <c:pt idx="854">
                  <c:v>1.4114035019672195</c:v>
                </c:pt>
                <c:pt idx="855">
                  <c:v>1.4097788103044362</c:v>
                </c:pt>
                <c:pt idx="856">
                  <c:v>1.4091620317107554</c:v>
                </c:pt>
                <c:pt idx="857">
                  <c:v>1.4086813092525541</c:v>
                </c:pt>
                <c:pt idx="858">
                  <c:v>1.4080808506254832</c:v>
                </c:pt>
                <c:pt idx="859">
                  <c:v>1.4077016976781827</c:v>
                </c:pt>
                <c:pt idx="860">
                  <c:v>1.4073754376418497</c:v>
                </c:pt>
                <c:pt idx="861">
                  <c:v>1.4065352450429012</c:v>
                </c:pt>
                <c:pt idx="862">
                  <c:v>1.4050906337769364</c:v>
                </c:pt>
                <c:pt idx="863">
                  <c:v>1.4050089529785001</c:v>
                </c:pt>
                <c:pt idx="864">
                  <c:v>1.4046192234572235</c:v>
                </c:pt>
                <c:pt idx="865">
                  <c:v>1.4044794100792102</c:v>
                </c:pt>
                <c:pt idx="866">
                  <c:v>1.4037514958950827</c:v>
                </c:pt>
                <c:pt idx="867">
                  <c:v>1.4034444424627373</c:v>
                </c:pt>
                <c:pt idx="868">
                  <c:v>1.4018265699062702</c:v>
                </c:pt>
                <c:pt idx="869">
                  <c:v>1.4017442291966655</c:v>
                </c:pt>
                <c:pt idx="870">
                  <c:v>1.3965372169566448</c:v>
                </c:pt>
                <c:pt idx="871">
                  <c:v>1.3943865252117473</c:v>
                </c:pt>
                <c:pt idx="872">
                  <c:v>1.3916660917440757</c:v>
                </c:pt>
                <c:pt idx="873">
                  <c:v>1.3916283465941601</c:v>
                </c:pt>
                <c:pt idx="874">
                  <c:v>1.3903709155452786</c:v>
                </c:pt>
                <c:pt idx="875">
                  <c:v>1.3867214105831744</c:v>
                </c:pt>
                <c:pt idx="876">
                  <c:v>1.3860415594616757</c:v>
                </c:pt>
                <c:pt idx="877">
                  <c:v>1.3835657493103695</c:v>
                </c:pt>
                <c:pt idx="878">
                  <c:v>1.3835496909378402</c:v>
                </c:pt>
                <c:pt idx="879">
                  <c:v>1.3825944646017363</c:v>
                </c:pt>
                <c:pt idx="880">
                  <c:v>1.3825376649826235</c:v>
                </c:pt>
                <c:pt idx="881">
                  <c:v>1.3813125833143478</c:v>
                </c:pt>
                <c:pt idx="882">
                  <c:v>1.3809185047195638</c:v>
                </c:pt>
                <c:pt idx="883">
                  <c:v>1.3801736009645469</c:v>
                </c:pt>
                <c:pt idx="884">
                  <c:v>1.3786397718115115</c:v>
                </c:pt>
                <c:pt idx="885">
                  <c:v>1.3775281221616875</c:v>
                </c:pt>
                <c:pt idx="886">
                  <c:v>1.3771887372410729</c:v>
                </c:pt>
                <c:pt idx="887">
                  <c:v>1.3763277723119975</c:v>
                </c:pt>
                <c:pt idx="888">
                  <c:v>1.3739691000057301</c:v>
                </c:pt>
                <c:pt idx="889">
                  <c:v>1.3733639715245467</c:v>
                </c:pt>
                <c:pt idx="890">
                  <c:v>1.3712112925680804</c:v>
                </c:pt>
                <c:pt idx="891">
                  <c:v>1.3708867068292778</c:v>
                </c:pt>
                <c:pt idx="892">
                  <c:v>1.3690896945523672</c:v>
                </c:pt>
                <c:pt idx="893">
                  <c:v>1.3687336697298276</c:v>
                </c:pt>
                <c:pt idx="894">
                  <c:v>1.3672931044270267</c:v>
                </c:pt>
                <c:pt idx="895">
                  <c:v>1.3662635688899982</c:v>
                </c:pt>
                <c:pt idx="896">
                  <c:v>1.3656736552742295</c:v>
                </c:pt>
                <c:pt idx="897">
                  <c:v>1.3652779808369708</c:v>
                </c:pt>
                <c:pt idx="898">
                  <c:v>1.3650915516643534</c:v>
                </c:pt>
                <c:pt idx="899">
                  <c:v>1.3638179769391297</c:v>
                </c:pt>
                <c:pt idx="900">
                  <c:v>1.3637635473254817</c:v>
                </c:pt>
                <c:pt idx="901">
                  <c:v>1.3598993959202175</c:v>
                </c:pt>
                <c:pt idx="902">
                  <c:v>1.3569991685513398</c:v>
                </c:pt>
                <c:pt idx="903">
                  <c:v>1.356796581995098</c:v>
                </c:pt>
                <c:pt idx="904">
                  <c:v>1.3559422256101594</c:v>
                </c:pt>
                <c:pt idx="905">
                  <c:v>1.3548373600338577</c:v>
                </c:pt>
                <c:pt idx="906">
                  <c:v>1.3544090040943528</c:v>
                </c:pt>
                <c:pt idx="907">
                  <c:v>1.3543544859159373</c:v>
                </c:pt>
                <c:pt idx="908">
                  <c:v>1.3542335552598055</c:v>
                </c:pt>
                <c:pt idx="909">
                  <c:v>1.3541269681575907</c:v>
                </c:pt>
                <c:pt idx="910">
                  <c:v>1.3538690169379188</c:v>
                </c:pt>
                <c:pt idx="911">
                  <c:v>1.3531009246464065</c:v>
                </c:pt>
                <c:pt idx="912">
                  <c:v>1.3527573626552343</c:v>
                </c:pt>
                <c:pt idx="913">
                  <c:v>1.3517734718105066</c:v>
                </c:pt>
                <c:pt idx="914">
                  <c:v>1.3514991545581889</c:v>
                </c:pt>
                <c:pt idx="915">
                  <c:v>1.3510453315367061</c:v>
                </c:pt>
                <c:pt idx="916">
                  <c:v>1.3485675417782303</c:v>
                </c:pt>
                <c:pt idx="917">
                  <c:v>1.3485587514449822</c:v>
                </c:pt>
                <c:pt idx="918">
                  <c:v>1.3470485861242045</c:v>
                </c:pt>
                <c:pt idx="919">
                  <c:v>1.3458574943923591</c:v>
                </c:pt>
                <c:pt idx="920">
                  <c:v>1.3452990395004008</c:v>
                </c:pt>
                <c:pt idx="921">
                  <c:v>1.3449492099585441</c:v>
                </c:pt>
                <c:pt idx="922">
                  <c:v>1.3442304431051395</c:v>
                </c:pt>
                <c:pt idx="923">
                  <c:v>1.3435541272940075</c:v>
                </c:pt>
                <c:pt idx="924">
                  <c:v>1.342835052710285</c:v>
                </c:pt>
                <c:pt idx="925">
                  <c:v>1.3426166929314882</c:v>
                </c:pt>
                <c:pt idx="926">
                  <c:v>1.3420783966361798</c:v>
                </c:pt>
                <c:pt idx="927">
                  <c:v>1.341542762582594</c:v>
                </c:pt>
                <c:pt idx="928">
                  <c:v>1.341077646991619</c:v>
                </c:pt>
                <c:pt idx="929">
                  <c:v>1.3393213964915418</c:v>
                </c:pt>
                <c:pt idx="930">
                  <c:v>1.3390564188111262</c:v>
                </c:pt>
                <c:pt idx="931">
                  <c:v>1.3376647829058088</c:v>
                </c:pt>
                <c:pt idx="932">
                  <c:v>1.336283592625517</c:v>
                </c:pt>
                <c:pt idx="933">
                  <c:v>1.3360721753994862</c:v>
                </c:pt>
                <c:pt idx="934">
                  <c:v>1.3351592653086457</c:v>
                </c:pt>
                <c:pt idx="935">
                  <c:v>1.3345461135861854</c:v>
                </c:pt>
                <c:pt idx="936">
                  <c:v>1.333818557162453</c:v>
                </c:pt>
                <c:pt idx="937">
                  <c:v>1.3334158837481467</c:v>
                </c:pt>
                <c:pt idx="938">
                  <c:v>1.333030250209692</c:v>
                </c:pt>
                <c:pt idx="939">
                  <c:v>1.3327271909872334</c:v>
                </c:pt>
                <c:pt idx="940">
                  <c:v>1.33181909889091</c:v>
                </c:pt>
                <c:pt idx="941">
                  <c:v>1.3306866944863298</c:v>
                </c:pt>
                <c:pt idx="942">
                  <c:v>1.3305673325367147</c:v>
                </c:pt>
                <c:pt idx="943">
                  <c:v>1.3298065241390009</c:v>
                </c:pt>
                <c:pt idx="944">
                  <c:v>1.3297617441131484</c:v>
                </c:pt>
                <c:pt idx="945">
                  <c:v>1.3294654933565959</c:v>
                </c:pt>
                <c:pt idx="946">
                  <c:v>1.3286964514444877</c:v>
                </c:pt>
                <c:pt idx="947">
                  <c:v>1.3284042662706277</c:v>
                </c:pt>
                <c:pt idx="948">
                  <c:v>1.3279595026367261</c:v>
                </c:pt>
                <c:pt idx="949">
                  <c:v>1.3274909964829538</c:v>
                </c:pt>
                <c:pt idx="950">
                  <c:v>1.3266484029307977</c:v>
                </c:pt>
                <c:pt idx="951">
                  <c:v>1.3258926336808448</c:v>
                </c:pt>
                <c:pt idx="952">
                  <c:v>1.3249815946681323</c:v>
                </c:pt>
                <c:pt idx="953">
                  <c:v>1.3247794370411183</c:v>
                </c:pt>
                <c:pt idx="954">
                  <c:v>1.3247183410292442</c:v>
                </c:pt>
                <c:pt idx="955">
                  <c:v>1.3237750855399935</c:v>
                </c:pt>
                <c:pt idx="956">
                  <c:v>1.3236821176318381</c:v>
                </c:pt>
                <c:pt idx="957">
                  <c:v>1.3233789459621035</c:v>
                </c:pt>
                <c:pt idx="958">
                  <c:v>1.3233119211965139</c:v>
                </c:pt>
                <c:pt idx="959">
                  <c:v>1.3224544154051896</c:v>
                </c:pt>
                <c:pt idx="960">
                  <c:v>1.3213982476917492</c:v>
                </c:pt>
                <c:pt idx="961">
                  <c:v>1.320899146817422</c:v>
                </c:pt>
                <c:pt idx="962">
                  <c:v>1.3203621217671964</c:v>
                </c:pt>
                <c:pt idx="963">
                  <c:v>1.319872304611605</c:v>
                </c:pt>
                <c:pt idx="964">
                  <c:v>1.3196866470277056</c:v>
                </c:pt>
                <c:pt idx="965">
                  <c:v>1.3192796108683482</c:v>
                </c:pt>
                <c:pt idx="966">
                  <c:v>1.3191119751892946</c:v>
                </c:pt>
                <c:pt idx="967">
                  <c:v>1.3188850161440533</c:v>
                </c:pt>
                <c:pt idx="968">
                  <c:v>1.3184362447959215</c:v>
                </c:pt>
                <c:pt idx="969">
                  <c:v>1.3179434879409089</c:v>
                </c:pt>
                <c:pt idx="970">
                  <c:v>1.3175424478401236</c:v>
                </c:pt>
                <c:pt idx="971">
                  <c:v>1.31735469422038</c:v>
                </c:pt>
                <c:pt idx="972">
                  <c:v>1.3168317540223724</c:v>
                </c:pt>
                <c:pt idx="973">
                  <c:v>1.3160866556801538</c:v>
                </c:pt>
                <c:pt idx="974">
                  <c:v>1.3144784551258508</c:v>
                </c:pt>
                <c:pt idx="975">
                  <c:v>1.3142978798987774</c:v>
                </c:pt>
                <c:pt idx="976">
                  <c:v>1.3133650165722666</c:v>
                </c:pt>
                <c:pt idx="977">
                  <c:v>1.313055738792883</c:v>
                </c:pt>
                <c:pt idx="978">
                  <c:v>1.312541458875649</c:v>
                </c:pt>
                <c:pt idx="979">
                  <c:v>1.3122194597209504</c:v>
                </c:pt>
                <c:pt idx="980">
                  <c:v>1.3113604374673853</c:v>
                </c:pt>
                <c:pt idx="981">
                  <c:v>1.3112007422211707</c:v>
                </c:pt>
                <c:pt idx="982">
                  <c:v>1.309353424640074</c:v>
                </c:pt>
                <c:pt idx="983">
                  <c:v>1.3091118243441173</c:v>
                </c:pt>
                <c:pt idx="984">
                  <c:v>1.3083393225283682</c:v>
                </c:pt>
                <c:pt idx="985">
                  <c:v>1.3080106453082923</c:v>
                </c:pt>
                <c:pt idx="986">
                  <c:v>1.3048617179268962</c:v>
                </c:pt>
                <c:pt idx="987">
                  <c:v>1.3045201414105929</c:v>
                </c:pt>
                <c:pt idx="988">
                  <c:v>1.3044013572081179</c:v>
                </c:pt>
                <c:pt idx="989">
                  <c:v>1.3043728233525085</c:v>
                </c:pt>
                <c:pt idx="990">
                  <c:v>1.3033043452348758</c:v>
                </c:pt>
                <c:pt idx="991">
                  <c:v>1.3032957779174941</c:v>
                </c:pt>
                <c:pt idx="992">
                  <c:v>1.3031060382779258</c:v>
                </c:pt>
                <c:pt idx="993">
                  <c:v>1.3017019363491829</c:v>
                </c:pt>
                <c:pt idx="994">
                  <c:v>1.301572841504089</c:v>
                </c:pt>
                <c:pt idx="995">
                  <c:v>1.3006125047515105</c:v>
                </c:pt>
                <c:pt idx="996">
                  <c:v>1.3003704918087047</c:v>
                </c:pt>
                <c:pt idx="997">
                  <c:v>1.3000349662771833</c:v>
                </c:pt>
                <c:pt idx="998">
                  <c:v>1.2998044774382267</c:v>
                </c:pt>
                <c:pt idx="999">
                  <c:v>1.2990988748099541</c:v>
                </c:pt>
                <c:pt idx="1000">
                  <c:v>1.2985164637879443</c:v>
                </c:pt>
                <c:pt idx="1001">
                  <c:v>1.2968215938324688</c:v>
                </c:pt>
                <c:pt idx="1002">
                  <c:v>1.2964756707461047</c:v>
                </c:pt>
                <c:pt idx="1003">
                  <c:v>1.2960151767884769</c:v>
                </c:pt>
                <c:pt idx="1004">
                  <c:v>1.2951686538573575</c:v>
                </c:pt>
                <c:pt idx="1005">
                  <c:v>1.2947631330327667</c:v>
                </c:pt>
                <c:pt idx="1006">
                  <c:v>1.2944062517835857</c:v>
                </c:pt>
                <c:pt idx="1007">
                  <c:v>1.2933974752478801</c:v>
                </c:pt>
                <c:pt idx="1008">
                  <c:v>1.2923238134043187</c:v>
                </c:pt>
                <c:pt idx="1009">
                  <c:v>1.2922384055377525</c:v>
                </c:pt>
                <c:pt idx="1010">
                  <c:v>1.292210293823375</c:v>
                </c:pt>
                <c:pt idx="1011">
                  <c:v>1.2908573783309125</c:v>
                </c:pt>
                <c:pt idx="1012">
                  <c:v>1.2908074926082123</c:v>
                </c:pt>
                <c:pt idx="1013">
                  <c:v>1.2906114258396086</c:v>
                </c:pt>
                <c:pt idx="1014">
                  <c:v>1.28981768540258</c:v>
                </c:pt>
                <c:pt idx="1015">
                  <c:v>1.289152054915496</c:v>
                </c:pt>
                <c:pt idx="1016">
                  <c:v>1.2889783519427922</c:v>
                </c:pt>
                <c:pt idx="1017">
                  <c:v>1.2876552431199784</c:v>
                </c:pt>
                <c:pt idx="1018">
                  <c:v>1.2869440475989489</c:v>
                </c:pt>
                <c:pt idx="1019">
                  <c:v>1.2847542555579077</c:v>
                </c:pt>
                <c:pt idx="1020">
                  <c:v>1.2828299281874931</c:v>
                </c:pt>
                <c:pt idx="1021">
                  <c:v>1.2824890116350232</c:v>
                </c:pt>
                <c:pt idx="1022">
                  <c:v>1.2819896229478527</c:v>
                </c:pt>
                <c:pt idx="1023">
                  <c:v>1.280681525445478</c:v>
                </c:pt>
                <c:pt idx="1024">
                  <c:v>1.2805260541214385</c:v>
                </c:pt>
                <c:pt idx="1025">
                  <c:v>1.2803186583503687</c:v>
                </c:pt>
                <c:pt idx="1026">
                  <c:v>1.2789150328497969</c:v>
                </c:pt>
                <c:pt idx="1027">
                  <c:v>1.2779818392040097</c:v>
                </c:pt>
                <c:pt idx="1028">
                  <c:v>1.2777106052934752</c:v>
                </c:pt>
                <c:pt idx="1029">
                  <c:v>1.2776811520099114</c:v>
                </c:pt>
                <c:pt idx="1030">
                  <c:v>1.2774954921798523</c:v>
                </c:pt>
                <c:pt idx="1031">
                  <c:v>1.2774894845607534</c:v>
                </c:pt>
                <c:pt idx="1032">
                  <c:v>1.277286002977206</c:v>
                </c:pt>
                <c:pt idx="1033">
                  <c:v>1.2763583756572603</c:v>
                </c:pt>
                <c:pt idx="1034">
                  <c:v>1.2725535707363165</c:v>
                </c:pt>
                <c:pt idx="1035">
                  <c:v>1.2723820844061593</c:v>
                </c:pt>
                <c:pt idx="1036">
                  <c:v>1.2693636535789892</c:v>
                </c:pt>
                <c:pt idx="1037">
                  <c:v>1.2690880002253209</c:v>
                </c:pt>
                <c:pt idx="1038">
                  <c:v>1.2688177673073158</c:v>
                </c:pt>
                <c:pt idx="1039">
                  <c:v>1.2684754099750897</c:v>
                </c:pt>
                <c:pt idx="1040">
                  <c:v>1.2659488815226057</c:v>
                </c:pt>
                <c:pt idx="1041">
                  <c:v>1.2658895189250066</c:v>
                </c:pt>
                <c:pt idx="1042">
                  <c:v>1.265560289931648</c:v>
                </c:pt>
                <c:pt idx="1043">
                  <c:v>1.2650292693323639</c:v>
                </c:pt>
                <c:pt idx="1044">
                  <c:v>1.2635242473494028</c:v>
                </c:pt>
                <c:pt idx="1045">
                  <c:v>1.2624029354565129</c:v>
                </c:pt>
                <c:pt idx="1046">
                  <c:v>1.2597134256239511</c:v>
                </c:pt>
                <c:pt idx="1047">
                  <c:v>1.2595069204622009</c:v>
                </c:pt>
                <c:pt idx="1048">
                  <c:v>1.2590446789382364</c:v>
                </c:pt>
                <c:pt idx="1049">
                  <c:v>1.256966816132105</c:v>
                </c:pt>
                <c:pt idx="1050">
                  <c:v>1.2557345995199327</c:v>
                </c:pt>
                <c:pt idx="1051">
                  <c:v>1.2556258413345665</c:v>
                </c:pt>
                <c:pt idx="1052">
                  <c:v>1.2536821190594143</c:v>
                </c:pt>
                <c:pt idx="1053">
                  <c:v>1.253380170457798</c:v>
                </c:pt>
                <c:pt idx="1054">
                  <c:v>1.2511183521442217</c:v>
                </c:pt>
                <c:pt idx="1055">
                  <c:v>1.2481349988826205</c:v>
                </c:pt>
                <c:pt idx="1056">
                  <c:v>1.2481006476718126</c:v>
                </c:pt>
                <c:pt idx="1057">
                  <c:v>1.247963151085296</c:v>
                </c:pt>
                <c:pt idx="1058">
                  <c:v>1.2474102175292532</c:v>
                </c:pt>
                <c:pt idx="1059">
                  <c:v>1.2469649769124711</c:v>
                </c:pt>
                <c:pt idx="1060">
                  <c:v>1.246941454282942</c:v>
                </c:pt>
                <c:pt idx="1061">
                  <c:v>1.2467493612589284</c:v>
                </c:pt>
                <c:pt idx="1062">
                  <c:v>1.2465800207324398</c:v>
                </c:pt>
                <c:pt idx="1063">
                  <c:v>1.2465132787588147</c:v>
                </c:pt>
                <c:pt idx="1064">
                  <c:v>1.2459991410816971</c:v>
                </c:pt>
                <c:pt idx="1065">
                  <c:v>1.2456999852309749</c:v>
                </c:pt>
                <c:pt idx="1066">
                  <c:v>1.2456563438490822</c:v>
                </c:pt>
                <c:pt idx="1067">
                  <c:v>1.2451175659048763</c:v>
                </c:pt>
                <c:pt idx="1068">
                  <c:v>1.2448993207458856</c:v>
                </c:pt>
                <c:pt idx="1069">
                  <c:v>1.2448644901292374</c:v>
                </c:pt>
                <c:pt idx="1070">
                  <c:v>1.2447955988983659</c:v>
                </c:pt>
                <c:pt idx="1071">
                  <c:v>1.2435349979438854</c:v>
                </c:pt>
                <c:pt idx="1072">
                  <c:v>1.2422471210063748</c:v>
                </c:pt>
                <c:pt idx="1073">
                  <c:v>1.2421990945123529</c:v>
                </c:pt>
                <c:pt idx="1074">
                  <c:v>1.2410420562833913</c:v>
                </c:pt>
                <c:pt idx="1075">
                  <c:v>1.2404907083630505</c:v>
                </c:pt>
                <c:pt idx="1076">
                  <c:v>1.239409262761388</c:v>
                </c:pt>
                <c:pt idx="1077">
                  <c:v>1.2385519579616164</c:v>
                </c:pt>
                <c:pt idx="1078">
                  <c:v>1.2381477561792964</c:v>
                </c:pt>
                <c:pt idx="1079">
                  <c:v>1.2362736001864383</c:v>
                </c:pt>
                <c:pt idx="1080">
                  <c:v>1.2344290897629211</c:v>
                </c:pt>
                <c:pt idx="1081">
                  <c:v>1.2333689224284794</c:v>
                </c:pt>
                <c:pt idx="1082">
                  <c:v>1.2332786222932119</c:v>
                </c:pt>
                <c:pt idx="1083">
                  <c:v>1.2325540937313546</c:v>
                </c:pt>
                <c:pt idx="1084">
                  <c:v>1.2309383914745897</c:v>
                </c:pt>
                <c:pt idx="1085">
                  <c:v>1.2297853431867238</c:v>
                </c:pt>
                <c:pt idx="1086">
                  <c:v>1.2294902326965413</c:v>
                </c:pt>
                <c:pt idx="1087">
                  <c:v>1.2292547128770384</c:v>
                </c:pt>
                <c:pt idx="1088">
                  <c:v>1.2292157991469779</c:v>
                </c:pt>
                <c:pt idx="1089">
                  <c:v>1.228730980053421</c:v>
                </c:pt>
                <c:pt idx="1090">
                  <c:v>1.2270014919639902</c:v>
                </c:pt>
                <c:pt idx="1091">
                  <c:v>1.2237626064555578</c:v>
                </c:pt>
                <c:pt idx="1092">
                  <c:v>1.2234029614460191</c:v>
                </c:pt>
                <c:pt idx="1093">
                  <c:v>1.2233298215925088</c:v>
                </c:pt>
                <c:pt idx="1094">
                  <c:v>1.2230147833672222</c:v>
                </c:pt>
                <c:pt idx="1095">
                  <c:v>1.2221963343723348</c:v>
                </c:pt>
                <c:pt idx="1096">
                  <c:v>1.2213583174105489</c:v>
                </c:pt>
                <c:pt idx="1097">
                  <c:v>1.2210612606298379</c:v>
                </c:pt>
                <c:pt idx="1098">
                  <c:v>1.2190266146610171</c:v>
                </c:pt>
                <c:pt idx="1099">
                  <c:v>1.217667858761023</c:v>
                </c:pt>
                <c:pt idx="1100">
                  <c:v>1.2171454640748276</c:v>
                </c:pt>
                <c:pt idx="1101">
                  <c:v>1.2166893689507658</c:v>
                </c:pt>
                <c:pt idx="1102">
                  <c:v>1.2145810909425532</c:v>
                </c:pt>
                <c:pt idx="1103">
                  <c:v>1.2137106305670708</c:v>
                </c:pt>
                <c:pt idx="1104">
                  <c:v>1.2136098954608521</c:v>
                </c:pt>
                <c:pt idx="1105">
                  <c:v>1.2122000882949717</c:v>
                </c:pt>
                <c:pt idx="1106">
                  <c:v>1.2115574350810407</c:v>
                </c:pt>
                <c:pt idx="1107">
                  <c:v>1.2106233510085418</c:v>
                </c:pt>
                <c:pt idx="1108">
                  <c:v>1.2105747999679406</c:v>
                </c:pt>
                <c:pt idx="1109">
                  <c:v>1.2099811333471382</c:v>
                </c:pt>
                <c:pt idx="1110">
                  <c:v>1.209348864457612</c:v>
                </c:pt>
                <c:pt idx="1111">
                  <c:v>1.2092457310630069</c:v>
                </c:pt>
                <c:pt idx="1112">
                  <c:v>1.2090987181606054</c:v>
                </c:pt>
                <c:pt idx="1113">
                  <c:v>1.2087697059029685</c:v>
                </c:pt>
                <c:pt idx="1114">
                  <c:v>1.2085809847607398</c:v>
                </c:pt>
                <c:pt idx="1115">
                  <c:v>1.2084982024190765</c:v>
                </c:pt>
                <c:pt idx="1116">
                  <c:v>1.2077927617552602</c:v>
                </c:pt>
                <c:pt idx="1117">
                  <c:v>1.2073606033183091</c:v>
                </c:pt>
                <c:pt idx="1118">
                  <c:v>1.2072401229717658</c:v>
                </c:pt>
                <c:pt idx="1119">
                  <c:v>1.2064994373496674</c:v>
                </c:pt>
                <c:pt idx="1120">
                  <c:v>1.2063032165406842</c:v>
                </c:pt>
                <c:pt idx="1121">
                  <c:v>1.2061169969908996</c:v>
                </c:pt>
                <c:pt idx="1122">
                  <c:v>1.203773401964457</c:v>
                </c:pt>
                <c:pt idx="1123">
                  <c:v>1.2036528105880659</c:v>
                </c:pt>
                <c:pt idx="1124">
                  <c:v>1.2035128912406858</c:v>
                </c:pt>
                <c:pt idx="1125">
                  <c:v>1.2014036788630844</c:v>
                </c:pt>
                <c:pt idx="1126">
                  <c:v>1.2007031618927431</c:v>
                </c:pt>
                <c:pt idx="1127">
                  <c:v>1.2003701671760358</c:v>
                </c:pt>
                <c:pt idx="1128">
                  <c:v>1.1992713451863617</c:v>
                </c:pt>
                <c:pt idx="1129">
                  <c:v>1.1983186361768867</c:v>
                </c:pt>
                <c:pt idx="1130">
                  <c:v>1.1981136767275562</c:v>
                </c:pt>
                <c:pt idx="1131">
                  <c:v>1.1971272955125047</c:v>
                </c:pt>
                <c:pt idx="1132">
                  <c:v>1.1967050654976668</c:v>
                </c:pt>
                <c:pt idx="1133">
                  <c:v>1.1953901761768835</c:v>
                </c:pt>
                <c:pt idx="1134">
                  <c:v>1.1942920226740652</c:v>
                </c:pt>
                <c:pt idx="1135">
                  <c:v>1.1936317878679636</c:v>
                </c:pt>
                <c:pt idx="1136">
                  <c:v>1.1932247304081192</c:v>
                </c:pt>
                <c:pt idx="1137">
                  <c:v>1.1894537126390066</c:v>
                </c:pt>
                <c:pt idx="1138">
                  <c:v>1.1889303527333324</c:v>
                </c:pt>
                <c:pt idx="1139">
                  <c:v>1.1888907610547523</c:v>
                </c:pt>
                <c:pt idx="1140">
                  <c:v>1.1885396192076516</c:v>
                </c:pt>
                <c:pt idx="1141">
                  <c:v>1.1870868006868192</c:v>
                </c:pt>
                <c:pt idx="1142">
                  <c:v>1.1869373442710081</c:v>
                </c:pt>
                <c:pt idx="1143">
                  <c:v>1.186331238057363</c:v>
                </c:pt>
                <c:pt idx="1144">
                  <c:v>1.1860186837912166</c:v>
                </c:pt>
                <c:pt idx="1145">
                  <c:v>1.1855177229782279</c:v>
                </c:pt>
                <c:pt idx="1146">
                  <c:v>1.1828236647815722</c:v>
                </c:pt>
                <c:pt idx="1147">
                  <c:v>1.182618895544594</c:v>
                </c:pt>
                <c:pt idx="1148">
                  <c:v>1.1820464417205871</c:v>
                </c:pt>
                <c:pt idx="1149">
                  <c:v>1.1809904900744475</c:v>
                </c:pt>
                <c:pt idx="1150">
                  <c:v>1.1808624407232631</c:v>
                </c:pt>
                <c:pt idx="1151">
                  <c:v>1.1802696782626045</c:v>
                </c:pt>
                <c:pt idx="1152">
                  <c:v>1.1796428580057829</c:v>
                </c:pt>
                <c:pt idx="1153">
                  <c:v>1.179418680657109</c:v>
                </c:pt>
                <c:pt idx="1154">
                  <c:v>1.1783184762634535</c:v>
                </c:pt>
                <c:pt idx="1155">
                  <c:v>1.1765032284942922</c:v>
                </c:pt>
                <c:pt idx="1156">
                  <c:v>1.1762619120113844</c:v>
                </c:pt>
                <c:pt idx="1157">
                  <c:v>1.1757864429259843</c:v>
                </c:pt>
                <c:pt idx="1158">
                  <c:v>1.175392987050208</c:v>
                </c:pt>
                <c:pt idx="1159">
                  <c:v>1.1750246216977396</c:v>
                </c:pt>
                <c:pt idx="1160">
                  <c:v>1.1743851284233842</c:v>
                </c:pt>
                <c:pt idx="1161">
                  <c:v>1.1732159189745754</c:v>
                </c:pt>
                <c:pt idx="1162">
                  <c:v>1.1731003715627997</c:v>
                </c:pt>
                <c:pt idx="1163">
                  <c:v>1.1729083412575538</c:v>
                </c:pt>
                <c:pt idx="1164">
                  <c:v>1.1701642238245793</c:v>
                </c:pt>
                <c:pt idx="1165">
                  <c:v>1.1700901344829768</c:v>
                </c:pt>
                <c:pt idx="1166">
                  <c:v>1.1681821589083647</c:v>
                </c:pt>
                <c:pt idx="1167">
                  <c:v>1.1674242122299772</c:v>
                </c:pt>
                <c:pt idx="1168">
                  <c:v>1.1668887847655147</c:v>
                </c:pt>
                <c:pt idx="1169">
                  <c:v>1.1663673417835845</c:v>
                </c:pt>
                <c:pt idx="1170">
                  <c:v>1.1640279460894527</c:v>
                </c:pt>
                <c:pt idx="1171">
                  <c:v>1.1636701832016256</c:v>
                </c:pt>
                <c:pt idx="1172">
                  <c:v>1.1625296246812742</c:v>
                </c:pt>
                <c:pt idx="1173">
                  <c:v>1.1625065229633804</c:v>
                </c:pt>
                <c:pt idx="1174">
                  <c:v>1.1615450792581505</c:v>
                </c:pt>
                <c:pt idx="1175">
                  <c:v>1.1614726905510067</c:v>
                </c:pt>
                <c:pt idx="1176">
                  <c:v>1.1608631424426121</c:v>
                </c:pt>
                <c:pt idx="1177">
                  <c:v>1.1605878513634911</c:v>
                </c:pt>
                <c:pt idx="1178">
                  <c:v>1.1603929536975577</c:v>
                </c:pt>
                <c:pt idx="1179">
                  <c:v>1.1602243685234792</c:v>
                </c:pt>
                <c:pt idx="1180">
                  <c:v>1.1601391613265679</c:v>
                </c:pt>
                <c:pt idx="1181">
                  <c:v>1.1601129646146235</c:v>
                </c:pt>
                <c:pt idx="1182">
                  <c:v>1.1595171642144804</c:v>
                </c:pt>
                <c:pt idx="1183">
                  <c:v>1.1593801871550917</c:v>
                </c:pt>
                <c:pt idx="1184">
                  <c:v>1.1575299644406469</c:v>
                </c:pt>
                <c:pt idx="1185">
                  <c:v>1.1574916293485775</c:v>
                </c:pt>
                <c:pt idx="1186">
                  <c:v>1.1569290456154218</c:v>
                </c:pt>
                <c:pt idx="1187">
                  <c:v>1.1561232148966001</c:v>
                </c:pt>
                <c:pt idx="1188">
                  <c:v>1.1561086676543937</c:v>
                </c:pt>
                <c:pt idx="1189">
                  <c:v>1.1545835785265597</c:v>
                </c:pt>
                <c:pt idx="1190">
                  <c:v>1.1537992561216355</c:v>
                </c:pt>
                <c:pt idx="1191">
                  <c:v>1.1534817238222177</c:v>
                </c:pt>
                <c:pt idx="1192">
                  <c:v>1.1527665154504976</c:v>
                </c:pt>
                <c:pt idx="1193">
                  <c:v>1.1524341821086155</c:v>
                </c:pt>
                <c:pt idx="1194">
                  <c:v>1.1519892825860929</c:v>
                </c:pt>
                <c:pt idx="1195">
                  <c:v>1.1513074184149832</c:v>
                </c:pt>
                <c:pt idx="1196">
                  <c:v>1.1512607417936691</c:v>
                </c:pt>
                <c:pt idx="1197">
                  <c:v>1.1510920818130015</c:v>
                </c:pt>
                <c:pt idx="1198">
                  <c:v>1.1509251054513348</c:v>
                </c:pt>
                <c:pt idx="1199">
                  <c:v>1.1500468536763613</c:v>
                </c:pt>
                <c:pt idx="1200">
                  <c:v>1.1494027314313346</c:v>
                </c:pt>
                <c:pt idx="1201">
                  <c:v>1.1465608433304686</c:v>
                </c:pt>
                <c:pt idx="1202">
                  <c:v>1.1463417756611389</c:v>
                </c:pt>
                <c:pt idx="1203">
                  <c:v>1.1458612944484616</c:v>
                </c:pt>
                <c:pt idx="1204">
                  <c:v>1.1456019642528508</c:v>
                </c:pt>
                <c:pt idx="1205">
                  <c:v>1.1453539812016387</c:v>
                </c:pt>
                <c:pt idx="1206">
                  <c:v>1.1451968895582756</c:v>
                </c:pt>
                <c:pt idx="1207">
                  <c:v>1.1448766499583196</c:v>
                </c:pt>
                <c:pt idx="1208">
                  <c:v>1.1438980240350647</c:v>
                </c:pt>
                <c:pt idx="1209">
                  <c:v>1.1430218758770632</c:v>
                </c:pt>
                <c:pt idx="1210">
                  <c:v>1.1430121298709064</c:v>
                </c:pt>
                <c:pt idx="1211">
                  <c:v>1.1422379592119789</c:v>
                </c:pt>
                <c:pt idx="1212">
                  <c:v>1.1422097095760109</c:v>
                </c:pt>
                <c:pt idx="1213">
                  <c:v>1.1421113981040476</c:v>
                </c:pt>
                <c:pt idx="1214">
                  <c:v>1.1412122531062201</c:v>
                </c:pt>
                <c:pt idx="1215">
                  <c:v>1.1405336882291619</c:v>
                </c:pt>
                <c:pt idx="1216">
                  <c:v>1.1404727815951277</c:v>
                </c:pt>
                <c:pt idx="1217">
                  <c:v>1.1393972165035975</c:v>
                </c:pt>
                <c:pt idx="1218">
                  <c:v>1.1389383628365852</c:v>
                </c:pt>
                <c:pt idx="1219">
                  <c:v>1.1386752719999613</c:v>
                </c:pt>
                <c:pt idx="1220">
                  <c:v>1.1381553401729994</c:v>
                </c:pt>
                <c:pt idx="1221">
                  <c:v>1.1380881629947583</c:v>
                </c:pt>
                <c:pt idx="1222">
                  <c:v>1.136312490187253</c:v>
                </c:pt>
                <c:pt idx="1223">
                  <c:v>1.135183706646961</c:v>
                </c:pt>
                <c:pt idx="1224">
                  <c:v>1.1348694082792115</c:v>
                </c:pt>
                <c:pt idx="1225">
                  <c:v>1.1337107785105016</c:v>
                </c:pt>
                <c:pt idx="1226">
                  <c:v>1.1335942611431982</c:v>
                </c:pt>
                <c:pt idx="1227">
                  <c:v>1.1331712892492312</c:v>
                </c:pt>
                <c:pt idx="1228">
                  <c:v>1.127725797694298</c:v>
                </c:pt>
                <c:pt idx="1229">
                  <c:v>1.1270921394722757</c:v>
                </c:pt>
                <c:pt idx="1230">
                  <c:v>1.1263033397020787</c:v>
                </c:pt>
                <c:pt idx="1231">
                  <c:v>1.1257681409728071</c:v>
                </c:pt>
                <c:pt idx="1232">
                  <c:v>1.1252521673065776</c:v>
                </c:pt>
                <c:pt idx="1233">
                  <c:v>1.1243179530398151</c:v>
                </c:pt>
                <c:pt idx="1234">
                  <c:v>1.1241751807995914</c:v>
                </c:pt>
                <c:pt idx="1235">
                  <c:v>1.1234288028702843</c:v>
                </c:pt>
                <c:pt idx="1236">
                  <c:v>1.1223523161842108</c:v>
                </c:pt>
                <c:pt idx="1237">
                  <c:v>1.1219167598839725</c:v>
                </c:pt>
                <c:pt idx="1238">
                  <c:v>1.1204844160889209</c:v>
                </c:pt>
                <c:pt idx="1239">
                  <c:v>1.1201885989465994</c:v>
                </c:pt>
                <c:pt idx="1240">
                  <c:v>1.1201883468568405</c:v>
                </c:pt>
                <c:pt idx="1241">
                  <c:v>1.1201469701863902</c:v>
                </c:pt>
                <c:pt idx="1242">
                  <c:v>1.1193932092037902</c:v>
                </c:pt>
                <c:pt idx="1243">
                  <c:v>1.1153162564915728</c:v>
                </c:pt>
                <c:pt idx="1244">
                  <c:v>1.1129498637549384</c:v>
                </c:pt>
                <c:pt idx="1245">
                  <c:v>1.1123363800556623</c:v>
                </c:pt>
                <c:pt idx="1246">
                  <c:v>1.1121173312112902</c:v>
                </c:pt>
                <c:pt idx="1247">
                  <c:v>1.1116989147507379</c:v>
                </c:pt>
                <c:pt idx="1248">
                  <c:v>1.111227090063694</c:v>
                </c:pt>
                <c:pt idx="1249">
                  <c:v>1.1094732296057359</c:v>
                </c:pt>
                <c:pt idx="1250">
                  <c:v>1.1091739496161401</c:v>
                </c:pt>
                <c:pt idx="1251">
                  <c:v>1.1087350277171657</c:v>
                </c:pt>
                <c:pt idx="1252">
                  <c:v>1.1077703208168461</c:v>
                </c:pt>
                <c:pt idx="1253">
                  <c:v>1.1077498233879022</c:v>
                </c:pt>
                <c:pt idx="1254">
                  <c:v>1.1077364968203198</c:v>
                </c:pt>
                <c:pt idx="1255">
                  <c:v>1.1074520506726364</c:v>
                </c:pt>
                <c:pt idx="1256">
                  <c:v>1.107396249723188</c:v>
                </c:pt>
                <c:pt idx="1257">
                  <c:v>1.1066508621653184</c:v>
                </c:pt>
                <c:pt idx="1258">
                  <c:v>1.1062771609619722</c:v>
                </c:pt>
                <c:pt idx="1259">
                  <c:v>1.1052337377934225</c:v>
                </c:pt>
                <c:pt idx="1260">
                  <c:v>1.1040010617361518</c:v>
                </c:pt>
                <c:pt idx="1261">
                  <c:v>1.1038959589579862</c:v>
                </c:pt>
                <c:pt idx="1262">
                  <c:v>1.1036226881071689</c:v>
                </c:pt>
                <c:pt idx="1263">
                  <c:v>1.1035732065768331</c:v>
                </c:pt>
                <c:pt idx="1264">
                  <c:v>1.1033915503460676</c:v>
                </c:pt>
                <c:pt idx="1265">
                  <c:v>1.103342186095738</c:v>
                </c:pt>
                <c:pt idx="1266">
                  <c:v>1.1025308216287648</c:v>
                </c:pt>
                <c:pt idx="1267">
                  <c:v>1.1020831831577911</c:v>
                </c:pt>
                <c:pt idx="1268">
                  <c:v>1.1019595519405649</c:v>
                </c:pt>
                <c:pt idx="1269">
                  <c:v>1.1004382449695507</c:v>
                </c:pt>
                <c:pt idx="1270">
                  <c:v>1.1004345953757146</c:v>
                </c:pt>
                <c:pt idx="1271">
                  <c:v>1.0999815402597857</c:v>
                </c:pt>
                <c:pt idx="1272">
                  <c:v>1.0985103936901914</c:v>
                </c:pt>
                <c:pt idx="1273">
                  <c:v>1.098102853546973</c:v>
                </c:pt>
                <c:pt idx="1274">
                  <c:v>1.098075196599416</c:v>
                </c:pt>
                <c:pt idx="1275">
                  <c:v>1.0979739221985612</c:v>
                </c:pt>
                <c:pt idx="1276">
                  <c:v>1.0967022090354777</c:v>
                </c:pt>
                <c:pt idx="1277">
                  <c:v>1.0960993072745544</c:v>
                </c:pt>
                <c:pt idx="1278">
                  <c:v>1.09570639583302</c:v>
                </c:pt>
                <c:pt idx="1279">
                  <c:v>1.095292655326086</c:v>
                </c:pt>
                <c:pt idx="1280">
                  <c:v>1.0942278130828078</c:v>
                </c:pt>
                <c:pt idx="1281">
                  <c:v>1.0941524474398783</c:v>
                </c:pt>
                <c:pt idx="1282">
                  <c:v>1.0933955840937186</c:v>
                </c:pt>
                <c:pt idx="1283">
                  <c:v>1.0932430536620075</c:v>
                </c:pt>
                <c:pt idx="1284">
                  <c:v>1.0930094589915691</c:v>
                </c:pt>
                <c:pt idx="1285">
                  <c:v>1.0925741670283535</c:v>
                </c:pt>
                <c:pt idx="1286">
                  <c:v>1.0917106880314227</c:v>
                </c:pt>
                <c:pt idx="1287">
                  <c:v>1.0916083319665186</c:v>
                </c:pt>
                <c:pt idx="1288">
                  <c:v>1.09019079053375</c:v>
                </c:pt>
                <c:pt idx="1289">
                  <c:v>1.090154012660574</c:v>
                </c:pt>
                <c:pt idx="1290">
                  <c:v>1.0897500637294584</c:v>
                </c:pt>
                <c:pt idx="1291">
                  <c:v>1.0896408633587049</c:v>
                </c:pt>
                <c:pt idx="1292">
                  <c:v>1.0889178931643668</c:v>
                </c:pt>
                <c:pt idx="1293">
                  <c:v>1.0884679437536198</c:v>
                </c:pt>
                <c:pt idx="1294">
                  <c:v>1.0875125297748232</c:v>
                </c:pt>
                <c:pt idx="1295">
                  <c:v>1.0858525606156273</c:v>
                </c:pt>
                <c:pt idx="1296">
                  <c:v>1.0854416826546993</c:v>
                </c:pt>
                <c:pt idx="1297">
                  <c:v>1.0846636789607949</c:v>
                </c:pt>
                <c:pt idx="1298">
                  <c:v>1.0845642145492953</c:v>
                </c:pt>
                <c:pt idx="1299">
                  <c:v>1.0838633377203963</c:v>
                </c:pt>
                <c:pt idx="1300">
                  <c:v>1.0837363040144687</c:v>
                </c:pt>
                <c:pt idx="1301">
                  <c:v>1.0833650987058689</c:v>
                </c:pt>
                <c:pt idx="1302">
                  <c:v>1.0832850157792357</c:v>
                </c:pt>
                <c:pt idx="1303">
                  <c:v>1.0830349769398653</c:v>
                </c:pt>
                <c:pt idx="1304">
                  <c:v>1.0821759330926064</c:v>
                </c:pt>
                <c:pt idx="1305">
                  <c:v>1.0820771430317215</c:v>
                </c:pt>
                <c:pt idx="1306">
                  <c:v>1.0820676052103664</c:v>
                </c:pt>
                <c:pt idx="1307">
                  <c:v>1.0812221908678521</c:v>
                </c:pt>
                <c:pt idx="1308">
                  <c:v>1.0803660824673238</c:v>
                </c:pt>
                <c:pt idx="1309">
                  <c:v>1.0779578025566607</c:v>
                </c:pt>
                <c:pt idx="1310">
                  <c:v>1.0772540524539744</c:v>
                </c:pt>
                <c:pt idx="1311">
                  <c:v>1.0752465080617524</c:v>
                </c:pt>
                <c:pt idx="1312">
                  <c:v>1.0751098495716487</c:v>
                </c:pt>
                <c:pt idx="1313">
                  <c:v>1.0744880234904175</c:v>
                </c:pt>
                <c:pt idx="1314">
                  <c:v>1.0743851597830218</c:v>
                </c:pt>
                <c:pt idx="1315">
                  <c:v>1.0743751798575392</c:v>
                </c:pt>
                <c:pt idx="1316">
                  <c:v>1.0733946058676176</c:v>
                </c:pt>
                <c:pt idx="1317">
                  <c:v>1.0733660562939609</c:v>
                </c:pt>
                <c:pt idx="1318">
                  <c:v>1.0717433943107917</c:v>
                </c:pt>
                <c:pt idx="1319">
                  <c:v>1.0715583816894279</c:v>
                </c:pt>
                <c:pt idx="1320">
                  <c:v>1.070636393597713</c:v>
                </c:pt>
                <c:pt idx="1321">
                  <c:v>1.070596298571092</c:v>
                </c:pt>
                <c:pt idx="1322">
                  <c:v>1.0699035783051098</c:v>
                </c:pt>
                <c:pt idx="1323">
                  <c:v>1.068495452041696</c:v>
                </c:pt>
                <c:pt idx="1324">
                  <c:v>1.0675998113283494</c:v>
                </c:pt>
                <c:pt idx="1325">
                  <c:v>1.0672240272431164</c:v>
                </c:pt>
                <c:pt idx="1326">
                  <c:v>1.0665043142953314</c:v>
                </c:pt>
                <c:pt idx="1327">
                  <c:v>1.0662967993651107</c:v>
                </c:pt>
                <c:pt idx="1328">
                  <c:v>1.064269611055628</c:v>
                </c:pt>
                <c:pt idx="1329">
                  <c:v>1.0632503109630032</c:v>
                </c:pt>
                <c:pt idx="1330">
                  <c:v>1.062836905980489</c:v>
                </c:pt>
                <c:pt idx="1331">
                  <c:v>1.0622319492576162</c:v>
                </c:pt>
                <c:pt idx="1332">
                  <c:v>1.061267964294532</c:v>
                </c:pt>
                <c:pt idx="1333">
                  <c:v>1.0594150506734366</c:v>
                </c:pt>
                <c:pt idx="1334">
                  <c:v>1.058303472271424</c:v>
                </c:pt>
                <c:pt idx="1335">
                  <c:v>1.0581166372387456</c:v>
                </c:pt>
                <c:pt idx="1336">
                  <c:v>1.0577794392330342</c:v>
                </c:pt>
                <c:pt idx="1337">
                  <c:v>1.0572193269235985</c:v>
                </c:pt>
                <c:pt idx="1338">
                  <c:v>1.0567839559002279</c:v>
                </c:pt>
                <c:pt idx="1339">
                  <c:v>1.0543376521176664</c:v>
                </c:pt>
                <c:pt idx="1340">
                  <c:v>1.0543232106502136</c:v>
                </c:pt>
                <c:pt idx="1341">
                  <c:v>1.0535835474627944</c:v>
                </c:pt>
                <c:pt idx="1342">
                  <c:v>1.0532010222085155</c:v>
                </c:pt>
                <c:pt idx="1343">
                  <c:v>1.0530779232267615</c:v>
                </c:pt>
                <c:pt idx="1344">
                  <c:v>1.0512790866858688</c:v>
                </c:pt>
                <c:pt idx="1345">
                  <c:v>1.051057346296898</c:v>
                </c:pt>
                <c:pt idx="1346">
                  <c:v>1.0498648265940234</c:v>
                </c:pt>
                <c:pt idx="1347">
                  <c:v>1.0493774300064536</c:v>
                </c:pt>
                <c:pt idx="1348">
                  <c:v>1.0485627143273191</c:v>
                </c:pt>
                <c:pt idx="1349">
                  <c:v>1.0481071126058952</c:v>
                </c:pt>
                <c:pt idx="1350">
                  <c:v>1.0469915879490674</c:v>
                </c:pt>
                <c:pt idx="1351">
                  <c:v>1.0464123804486851</c:v>
                </c:pt>
                <c:pt idx="1352">
                  <c:v>1.0463419302179844</c:v>
                </c:pt>
                <c:pt idx="1353">
                  <c:v>1.0462171620848346</c:v>
                </c:pt>
                <c:pt idx="1354">
                  <c:v>1.046087202933065</c:v>
                </c:pt>
                <c:pt idx="1355">
                  <c:v>1.0459664573276284</c:v>
                </c:pt>
                <c:pt idx="1356">
                  <c:v>1.0455211370463386</c:v>
                </c:pt>
                <c:pt idx="1357">
                  <c:v>1.0454798356674915</c:v>
                </c:pt>
                <c:pt idx="1358">
                  <c:v>1.0449260745379805</c:v>
                </c:pt>
                <c:pt idx="1359">
                  <c:v>1.0447168990584033</c:v>
                </c:pt>
                <c:pt idx="1360">
                  <c:v>1.0446538271843318</c:v>
                </c:pt>
                <c:pt idx="1361">
                  <c:v>1.0445644105537086</c:v>
                </c:pt>
                <c:pt idx="1362">
                  <c:v>1.0444333358503826</c:v>
                </c:pt>
                <c:pt idx="1363">
                  <c:v>1.0444167112115241</c:v>
                </c:pt>
                <c:pt idx="1364">
                  <c:v>1.0434564010537946</c:v>
                </c:pt>
                <c:pt idx="1365">
                  <c:v>1.0433937548040821</c:v>
                </c:pt>
                <c:pt idx="1366">
                  <c:v>1.0431442756984204</c:v>
                </c:pt>
                <c:pt idx="1367">
                  <c:v>1.0431182785560991</c:v>
                </c:pt>
                <c:pt idx="1368">
                  <c:v>1.042911776495858</c:v>
                </c:pt>
                <c:pt idx="1369">
                  <c:v>1.0420760172649932</c:v>
                </c:pt>
                <c:pt idx="1370">
                  <c:v>1.0411662570098799</c:v>
                </c:pt>
                <c:pt idx="1371">
                  <c:v>1.0398612216222982</c:v>
                </c:pt>
                <c:pt idx="1372">
                  <c:v>1.0398278375940295</c:v>
                </c:pt>
                <c:pt idx="1373">
                  <c:v>1.039720224842434</c:v>
                </c:pt>
                <c:pt idx="1374">
                  <c:v>1.0395919894553614</c:v>
                </c:pt>
                <c:pt idx="1375">
                  <c:v>1.0394843682165065</c:v>
                </c:pt>
                <c:pt idx="1376">
                  <c:v>1.0390240496961074</c:v>
                </c:pt>
                <c:pt idx="1377">
                  <c:v>1.037997146527089</c:v>
                </c:pt>
                <c:pt idx="1378">
                  <c:v>1.0370216100382386</c:v>
                </c:pt>
                <c:pt idx="1379">
                  <c:v>1.0368555299830065</c:v>
                </c:pt>
                <c:pt idx="1380">
                  <c:v>1.0362195393380278</c:v>
                </c:pt>
                <c:pt idx="1381">
                  <c:v>1.0359714744143871</c:v>
                </c:pt>
                <c:pt idx="1382">
                  <c:v>1.0339994538526258</c:v>
                </c:pt>
                <c:pt idx="1383">
                  <c:v>1.0335581308644097</c:v>
                </c:pt>
                <c:pt idx="1384">
                  <c:v>1.0334330664204732</c:v>
                </c:pt>
                <c:pt idx="1385">
                  <c:v>1.0304990207777389</c:v>
                </c:pt>
                <c:pt idx="1386">
                  <c:v>1.0300174881529052</c:v>
                </c:pt>
                <c:pt idx="1387">
                  <c:v>1.0270991058691006</c:v>
                </c:pt>
                <c:pt idx="1388">
                  <c:v>1.0263145570776389</c:v>
                </c:pt>
                <c:pt idx="1389">
                  <c:v>1.0251187224677751</c:v>
                </c:pt>
                <c:pt idx="1390">
                  <c:v>1.0248999600582531</c:v>
                </c:pt>
                <c:pt idx="1391">
                  <c:v>1.0231665549557318</c:v>
                </c:pt>
                <c:pt idx="1392">
                  <c:v>1.0231297394712457</c:v>
                </c:pt>
                <c:pt idx="1393">
                  <c:v>1.0230552251429565</c:v>
                </c:pt>
                <c:pt idx="1394">
                  <c:v>1.0230333471305053</c:v>
                </c:pt>
                <c:pt idx="1395">
                  <c:v>1.0225712710737769</c:v>
                </c:pt>
                <c:pt idx="1396">
                  <c:v>1.0225259566500187</c:v>
                </c:pt>
                <c:pt idx="1397">
                  <c:v>1.0224146283146167</c:v>
                </c:pt>
                <c:pt idx="1398">
                  <c:v>1.0221032439684596</c:v>
                </c:pt>
                <c:pt idx="1399">
                  <c:v>1.0218567557158627</c:v>
                </c:pt>
                <c:pt idx="1400">
                  <c:v>1.0215927165260679</c:v>
                </c:pt>
                <c:pt idx="1401">
                  <c:v>1.0212778255646773</c:v>
                </c:pt>
                <c:pt idx="1402">
                  <c:v>1.0197532661781692</c:v>
                </c:pt>
                <c:pt idx="1403">
                  <c:v>1.0196176872619274</c:v>
                </c:pt>
                <c:pt idx="1404">
                  <c:v>1.0179239924042403</c:v>
                </c:pt>
                <c:pt idx="1405">
                  <c:v>1.0174249571616627</c:v>
                </c:pt>
                <c:pt idx="1406">
                  <c:v>1.0173499895781313</c:v>
                </c:pt>
                <c:pt idx="1407">
                  <c:v>1.0156216309768371</c:v>
                </c:pt>
                <c:pt idx="1408">
                  <c:v>1.0151101366181601</c:v>
                </c:pt>
                <c:pt idx="1409">
                  <c:v>1.014609466098382</c:v>
                </c:pt>
                <c:pt idx="1410">
                  <c:v>1.0145882542788462</c:v>
                </c:pt>
                <c:pt idx="1411">
                  <c:v>1.0133309967947115</c:v>
                </c:pt>
                <c:pt idx="1412">
                  <c:v>1.0129606503944499</c:v>
                </c:pt>
                <c:pt idx="1413">
                  <c:v>1.0128234976401023</c:v>
                </c:pt>
                <c:pt idx="1414">
                  <c:v>1.0122302017344196</c:v>
                </c:pt>
                <c:pt idx="1415">
                  <c:v>1.0115971566976458</c:v>
                </c:pt>
                <c:pt idx="1416">
                  <c:v>1.0114933782887534</c:v>
                </c:pt>
                <c:pt idx="1417">
                  <c:v>1.0110658081199519</c:v>
                </c:pt>
                <c:pt idx="1418">
                  <c:v>1.0106918481858862</c:v>
                </c:pt>
                <c:pt idx="1419">
                  <c:v>1.0099431759865607</c:v>
                </c:pt>
                <c:pt idx="1420">
                  <c:v>1.0094438283125498</c:v>
                </c:pt>
                <c:pt idx="1421">
                  <c:v>1.0090840519691524</c:v>
                </c:pt>
                <c:pt idx="1422">
                  <c:v>1.0076063562831137</c:v>
                </c:pt>
                <c:pt idx="1423">
                  <c:v>1.0073006518102801</c:v>
                </c:pt>
                <c:pt idx="1424">
                  <c:v>1.0070289237036814</c:v>
                </c:pt>
                <c:pt idx="1425">
                  <c:v>1.0064584208947009</c:v>
                </c:pt>
                <c:pt idx="1426">
                  <c:v>1.0055915155372013</c:v>
                </c:pt>
                <c:pt idx="1427">
                  <c:v>1.0049675614166005</c:v>
                </c:pt>
                <c:pt idx="1428">
                  <c:v>1.0035460574773321</c:v>
                </c:pt>
                <c:pt idx="1429">
                  <c:v>1.0027396883338417</c:v>
                </c:pt>
                <c:pt idx="1430">
                  <c:v>1.0027103828212058</c:v>
                </c:pt>
                <c:pt idx="1431">
                  <c:v>1.0022956750249796</c:v>
                </c:pt>
                <c:pt idx="1432">
                  <c:v>1.0019337972832107</c:v>
                </c:pt>
                <c:pt idx="1433">
                  <c:v>1.0018668905413928</c:v>
                </c:pt>
                <c:pt idx="1434">
                  <c:v>1.0011986521363843</c:v>
                </c:pt>
                <c:pt idx="1435">
                  <c:v>1.0008569085316992</c:v>
                </c:pt>
                <c:pt idx="1436">
                  <c:v>1.000455959079948</c:v>
                </c:pt>
                <c:pt idx="1437">
                  <c:v>0.99964580793216806</c:v>
                </c:pt>
                <c:pt idx="1438">
                  <c:v>0.99961588212874675</c:v>
                </c:pt>
                <c:pt idx="1439">
                  <c:v>0.99947618891179113</c:v>
                </c:pt>
                <c:pt idx="1440">
                  <c:v>0.99914404893213571</c:v>
                </c:pt>
                <c:pt idx="1441">
                  <c:v>0.99887108768156418</c:v>
                </c:pt>
                <c:pt idx="1442">
                  <c:v>0.99818677683610879</c:v>
                </c:pt>
                <c:pt idx="1443">
                  <c:v>0.99766062413539636</c:v>
                </c:pt>
                <c:pt idx="1444">
                  <c:v>0.99730287366168624</c:v>
                </c:pt>
                <c:pt idx="1445">
                  <c:v>0.99709369800529035</c:v>
                </c:pt>
                <c:pt idx="1446">
                  <c:v>0.99707033571117176</c:v>
                </c:pt>
                <c:pt idx="1447">
                  <c:v>0.99673543417852828</c:v>
                </c:pt>
                <c:pt idx="1448">
                  <c:v>0.99670347130106873</c:v>
                </c:pt>
                <c:pt idx="1449">
                  <c:v>0.99642815051788636</c:v>
                </c:pt>
                <c:pt idx="1450">
                  <c:v>0.99582665494815537</c:v>
                </c:pt>
                <c:pt idx="1451">
                  <c:v>0.9937635038123811</c:v>
                </c:pt>
                <c:pt idx="1452">
                  <c:v>0.99371172567080357</c:v>
                </c:pt>
                <c:pt idx="1453">
                  <c:v>0.99364215063330152</c:v>
                </c:pt>
                <c:pt idx="1454">
                  <c:v>0.99349087718110596</c:v>
                </c:pt>
                <c:pt idx="1455">
                  <c:v>0.99321972576416595</c:v>
                </c:pt>
                <c:pt idx="1456">
                  <c:v>0.99235332343412208</c:v>
                </c:pt>
                <c:pt idx="1457">
                  <c:v>0.99187232628971855</c:v>
                </c:pt>
                <c:pt idx="1458">
                  <c:v>0.99172641891981905</c:v>
                </c:pt>
                <c:pt idx="1459">
                  <c:v>0.99152273696557569</c:v>
                </c:pt>
                <c:pt idx="1460">
                  <c:v>0.99149403320222473</c:v>
                </c:pt>
                <c:pt idx="1461">
                  <c:v>0.99136577120070224</c:v>
                </c:pt>
                <c:pt idx="1462">
                  <c:v>0.99106315179981852</c:v>
                </c:pt>
                <c:pt idx="1463">
                  <c:v>0.99072438396379015</c:v>
                </c:pt>
                <c:pt idx="1464">
                  <c:v>0.99039430630669512</c:v>
                </c:pt>
                <c:pt idx="1465">
                  <c:v>0.99018785167547541</c:v>
                </c:pt>
                <c:pt idx="1466">
                  <c:v>0.98972852920818466</c:v>
                </c:pt>
                <c:pt idx="1467">
                  <c:v>0.9884243974684408</c:v>
                </c:pt>
                <c:pt idx="1468">
                  <c:v>0.98826148724774754</c:v>
                </c:pt>
                <c:pt idx="1469">
                  <c:v>0.98817590705967195</c:v>
                </c:pt>
                <c:pt idx="1470">
                  <c:v>0.98772136334665106</c:v>
                </c:pt>
                <c:pt idx="1471">
                  <c:v>0.98733372550224208</c:v>
                </c:pt>
                <c:pt idx="1472">
                  <c:v>0.98659065785527533</c:v>
                </c:pt>
                <c:pt idx="1473">
                  <c:v>0.98460708888406434</c:v>
                </c:pt>
                <c:pt idx="1474">
                  <c:v>0.98446359196271671</c:v>
                </c:pt>
                <c:pt idx="1475">
                  <c:v>0.98420675294044546</c:v>
                </c:pt>
                <c:pt idx="1476">
                  <c:v>0.98390005683387238</c:v>
                </c:pt>
                <c:pt idx="1477">
                  <c:v>0.98304530665251377</c:v>
                </c:pt>
                <c:pt idx="1478">
                  <c:v>0.98273042845010605</c:v>
                </c:pt>
                <c:pt idx="1479">
                  <c:v>0.98176320649347404</c:v>
                </c:pt>
                <c:pt idx="1480">
                  <c:v>0.98166988596253202</c:v>
                </c:pt>
                <c:pt idx="1481">
                  <c:v>0.98163625828529966</c:v>
                </c:pt>
                <c:pt idx="1482">
                  <c:v>0.98155736181913267</c:v>
                </c:pt>
                <c:pt idx="1483">
                  <c:v>0.98136660550045673</c:v>
                </c:pt>
                <c:pt idx="1484">
                  <c:v>0.98123962842390688</c:v>
                </c:pt>
                <c:pt idx="1485">
                  <c:v>0.98116752293048604</c:v>
                </c:pt>
                <c:pt idx="1486">
                  <c:v>0.98059608317892577</c:v>
                </c:pt>
                <c:pt idx="1487">
                  <c:v>0.98052108109926628</c:v>
                </c:pt>
                <c:pt idx="1488">
                  <c:v>0.98049102124579579</c:v>
                </c:pt>
                <c:pt idx="1489">
                  <c:v>0.98027998665440219</c:v>
                </c:pt>
                <c:pt idx="1490">
                  <c:v>0.97921596301646785</c:v>
                </c:pt>
                <c:pt idx="1491">
                  <c:v>0.97743667632306508</c:v>
                </c:pt>
                <c:pt idx="1492">
                  <c:v>0.97721363254264149</c:v>
                </c:pt>
                <c:pt idx="1493">
                  <c:v>0.97709397332976944</c:v>
                </c:pt>
                <c:pt idx="1494">
                  <c:v>0.97709092372152317</c:v>
                </c:pt>
                <c:pt idx="1495">
                  <c:v>0.97644859625170533</c:v>
                </c:pt>
                <c:pt idx="1496">
                  <c:v>0.97610661587608627</c:v>
                </c:pt>
                <c:pt idx="1497">
                  <c:v>0.97606097506686496</c:v>
                </c:pt>
                <c:pt idx="1498">
                  <c:v>0.9757567579073374</c:v>
                </c:pt>
                <c:pt idx="1499">
                  <c:v>0.97571551507283449</c:v>
                </c:pt>
                <c:pt idx="1500">
                  <c:v>0.97569244606649208</c:v>
                </c:pt>
                <c:pt idx="1501">
                  <c:v>0.97549768225219624</c:v>
                </c:pt>
                <c:pt idx="1502">
                  <c:v>0.97431240568772148</c:v>
                </c:pt>
                <c:pt idx="1503">
                  <c:v>0.97425914770379496</c:v>
                </c:pt>
                <c:pt idx="1504">
                  <c:v>0.97418854580954839</c:v>
                </c:pt>
                <c:pt idx="1505">
                  <c:v>0.97359117033150799</c:v>
                </c:pt>
                <c:pt idx="1506">
                  <c:v>0.97353792171608355</c:v>
                </c:pt>
                <c:pt idx="1507">
                  <c:v>0.97298522243901175</c:v>
                </c:pt>
                <c:pt idx="1508">
                  <c:v>0.97218780614213962</c:v>
                </c:pt>
                <c:pt idx="1509">
                  <c:v>0.97107738739227301</c:v>
                </c:pt>
                <c:pt idx="1510">
                  <c:v>0.96894857542427726</c:v>
                </c:pt>
                <c:pt idx="1511">
                  <c:v>0.96831096691028673</c:v>
                </c:pt>
                <c:pt idx="1512">
                  <c:v>0.96666177600909897</c:v>
                </c:pt>
                <c:pt idx="1513">
                  <c:v>0.96614420510574406</c:v>
                </c:pt>
                <c:pt idx="1514">
                  <c:v>0.96538396528184756</c:v>
                </c:pt>
                <c:pt idx="1515">
                  <c:v>0.96534192141056563</c:v>
                </c:pt>
                <c:pt idx="1516">
                  <c:v>0.9647246159284133</c:v>
                </c:pt>
                <c:pt idx="1517">
                  <c:v>0.96404481535605757</c:v>
                </c:pt>
                <c:pt idx="1518">
                  <c:v>0.96375726669253103</c:v>
                </c:pt>
                <c:pt idx="1519">
                  <c:v>0.96359620203664931</c:v>
                </c:pt>
                <c:pt idx="1520">
                  <c:v>0.96281486218498913</c:v>
                </c:pt>
                <c:pt idx="1521">
                  <c:v>0.96231450840447152</c:v>
                </c:pt>
                <c:pt idx="1522">
                  <c:v>0.96201778417586703</c:v>
                </c:pt>
                <c:pt idx="1523">
                  <c:v>0.96069080709186427</c:v>
                </c:pt>
                <c:pt idx="1524">
                  <c:v>0.96003672256183437</c:v>
                </c:pt>
                <c:pt idx="1525">
                  <c:v>0.95828788788908081</c:v>
                </c:pt>
                <c:pt idx="1526">
                  <c:v>0.95825021000815702</c:v>
                </c:pt>
                <c:pt idx="1527">
                  <c:v>0.95746298782155104</c:v>
                </c:pt>
                <c:pt idx="1528">
                  <c:v>0.95557797770274833</c:v>
                </c:pt>
                <c:pt idx="1529">
                  <c:v>0.95539701973492974</c:v>
                </c:pt>
                <c:pt idx="1530">
                  <c:v>0.95430829354684277</c:v>
                </c:pt>
                <c:pt idx="1531">
                  <c:v>0.95347189626925732</c:v>
                </c:pt>
                <c:pt idx="1532">
                  <c:v>0.95342445056938629</c:v>
                </c:pt>
                <c:pt idx="1533">
                  <c:v>0.95328305574013228</c:v>
                </c:pt>
                <c:pt idx="1534">
                  <c:v>0.9523787855743272</c:v>
                </c:pt>
                <c:pt idx="1535">
                  <c:v>0.95173944823526213</c:v>
                </c:pt>
                <c:pt idx="1536">
                  <c:v>0.95068411764938232</c:v>
                </c:pt>
                <c:pt idx="1537">
                  <c:v>0.95024105398608116</c:v>
                </c:pt>
                <c:pt idx="1538">
                  <c:v>0.94999013909784102</c:v>
                </c:pt>
                <c:pt idx="1539">
                  <c:v>0.9498183889683609</c:v>
                </c:pt>
                <c:pt idx="1540">
                  <c:v>0.94977811449328797</c:v>
                </c:pt>
                <c:pt idx="1541">
                  <c:v>0.94874657079005908</c:v>
                </c:pt>
                <c:pt idx="1542">
                  <c:v>0.94859550820432015</c:v>
                </c:pt>
                <c:pt idx="1543">
                  <c:v>0.94805532211050647</c:v>
                </c:pt>
                <c:pt idx="1544">
                  <c:v>0.94801525676018394</c:v>
                </c:pt>
                <c:pt idx="1545">
                  <c:v>0.94752143339768424</c:v>
                </c:pt>
                <c:pt idx="1546">
                  <c:v>0.94751528355946191</c:v>
                </c:pt>
                <c:pt idx="1547">
                  <c:v>0.94739668456689752</c:v>
                </c:pt>
                <c:pt idx="1548">
                  <c:v>0.94730863573482149</c:v>
                </c:pt>
                <c:pt idx="1549">
                  <c:v>0.94668163689410223</c:v>
                </c:pt>
                <c:pt idx="1550">
                  <c:v>0.94532146634846159</c:v>
                </c:pt>
                <c:pt idx="1551">
                  <c:v>0.9448621529892558</c:v>
                </c:pt>
                <c:pt idx="1552">
                  <c:v>0.94438751480135807</c:v>
                </c:pt>
                <c:pt idx="1553">
                  <c:v>0.94428544329400321</c:v>
                </c:pt>
                <c:pt idx="1554">
                  <c:v>0.943632934154086</c:v>
                </c:pt>
                <c:pt idx="1555">
                  <c:v>0.94335610819258808</c:v>
                </c:pt>
                <c:pt idx="1556">
                  <c:v>0.9433038176734454</c:v>
                </c:pt>
                <c:pt idx="1557">
                  <c:v>0.94259562666366359</c:v>
                </c:pt>
                <c:pt idx="1558">
                  <c:v>0.94251469321299353</c:v>
                </c:pt>
                <c:pt idx="1559">
                  <c:v>0.94130653090864636</c:v>
                </c:pt>
                <c:pt idx="1560">
                  <c:v>0.94086575290985164</c:v>
                </c:pt>
                <c:pt idx="1561">
                  <c:v>0.94044012571385782</c:v>
                </c:pt>
                <c:pt idx="1562">
                  <c:v>0.93925546631475387</c:v>
                </c:pt>
                <c:pt idx="1563">
                  <c:v>0.9389779392877502</c:v>
                </c:pt>
                <c:pt idx="1564">
                  <c:v>0.93877167604568179</c:v>
                </c:pt>
                <c:pt idx="1565">
                  <c:v>0.93771020806083283</c:v>
                </c:pt>
                <c:pt idx="1566">
                  <c:v>0.93752476289358389</c:v>
                </c:pt>
                <c:pt idx="1567">
                  <c:v>0.93737820499294944</c:v>
                </c:pt>
                <c:pt idx="1568">
                  <c:v>0.93734326992557293</c:v>
                </c:pt>
                <c:pt idx="1569">
                  <c:v>0.93680081631556977</c:v>
                </c:pt>
                <c:pt idx="1570">
                  <c:v>0.93660509037181983</c:v>
                </c:pt>
                <c:pt idx="1571">
                  <c:v>0.93636761999758111</c:v>
                </c:pt>
                <c:pt idx="1572">
                  <c:v>0.93633083296362141</c:v>
                </c:pt>
                <c:pt idx="1573">
                  <c:v>0.93456424532080629</c:v>
                </c:pt>
                <c:pt idx="1574">
                  <c:v>0.93348380895041505</c:v>
                </c:pt>
                <c:pt idx="1575">
                  <c:v>0.93311177502729248</c:v>
                </c:pt>
                <c:pt idx="1576">
                  <c:v>0.93277400975274283</c:v>
                </c:pt>
                <c:pt idx="1577">
                  <c:v>0.93253846209946201</c:v>
                </c:pt>
                <c:pt idx="1578">
                  <c:v>0.93246963273710337</c:v>
                </c:pt>
                <c:pt idx="1579">
                  <c:v>0.93233563103248529</c:v>
                </c:pt>
                <c:pt idx="1580">
                  <c:v>0.93125402960672554</c:v>
                </c:pt>
                <c:pt idx="1581">
                  <c:v>0.93053055987131272</c:v>
                </c:pt>
                <c:pt idx="1582">
                  <c:v>0.93040821807163199</c:v>
                </c:pt>
                <c:pt idx="1583">
                  <c:v>0.93010042740580712</c:v>
                </c:pt>
                <c:pt idx="1584">
                  <c:v>0.92961299259011121</c:v>
                </c:pt>
                <c:pt idx="1585">
                  <c:v>0.92932716582027231</c:v>
                </c:pt>
                <c:pt idx="1586">
                  <c:v>0.92851218563632165</c:v>
                </c:pt>
                <c:pt idx="1587">
                  <c:v>0.92779461843705313</c:v>
                </c:pt>
                <c:pt idx="1588">
                  <c:v>0.92675702868360355</c:v>
                </c:pt>
                <c:pt idx="1589">
                  <c:v>0.92651227927546087</c:v>
                </c:pt>
                <c:pt idx="1590">
                  <c:v>0.92587913428241775</c:v>
                </c:pt>
                <c:pt idx="1591">
                  <c:v>0.92502157651792016</c:v>
                </c:pt>
                <c:pt idx="1592">
                  <c:v>0.92470242503353894</c:v>
                </c:pt>
                <c:pt idx="1593">
                  <c:v>0.92365746986543384</c:v>
                </c:pt>
                <c:pt idx="1594">
                  <c:v>0.9228734244030099</c:v>
                </c:pt>
                <c:pt idx="1595">
                  <c:v>0.92248221257658891</c:v>
                </c:pt>
                <c:pt idx="1596">
                  <c:v>0.92141619318344314</c:v>
                </c:pt>
                <c:pt idx="1597">
                  <c:v>0.92109006556829742</c:v>
                </c:pt>
                <c:pt idx="1598">
                  <c:v>0.92026168565891453</c:v>
                </c:pt>
                <c:pt idx="1599">
                  <c:v>0.92002597238796757</c:v>
                </c:pt>
                <c:pt idx="1600">
                  <c:v>0.91999233625770638</c:v>
                </c:pt>
                <c:pt idx="1601">
                  <c:v>0.91992112195303744</c:v>
                </c:pt>
                <c:pt idx="1602">
                  <c:v>0.9186889015841907</c:v>
                </c:pt>
                <c:pt idx="1603">
                  <c:v>0.91857732617509025</c:v>
                </c:pt>
                <c:pt idx="1604">
                  <c:v>0.91751456825356781</c:v>
                </c:pt>
                <c:pt idx="1605">
                  <c:v>0.91714740886480128</c:v>
                </c:pt>
                <c:pt idx="1606">
                  <c:v>0.91697944648049901</c:v>
                </c:pt>
                <c:pt idx="1607">
                  <c:v>0.91648244658175626</c:v>
                </c:pt>
                <c:pt idx="1608">
                  <c:v>0.91623097093028727</c:v>
                </c:pt>
                <c:pt idx="1609">
                  <c:v>0.91602620069323903</c:v>
                </c:pt>
                <c:pt idx="1610">
                  <c:v>0.91566074480917881</c:v>
                </c:pt>
                <c:pt idx="1611">
                  <c:v>0.91549469742031908</c:v>
                </c:pt>
                <c:pt idx="1612">
                  <c:v>0.91492539916648463</c:v>
                </c:pt>
                <c:pt idx="1613">
                  <c:v>0.91487716287525145</c:v>
                </c:pt>
                <c:pt idx="1614">
                  <c:v>0.91480489051634484</c:v>
                </c:pt>
                <c:pt idx="1615">
                  <c:v>0.9144465292509012</c:v>
                </c:pt>
                <c:pt idx="1616">
                  <c:v>0.91394044966967036</c:v>
                </c:pt>
                <c:pt idx="1617">
                  <c:v>0.91385933427881971</c:v>
                </c:pt>
                <c:pt idx="1618">
                  <c:v>0.91381818311358443</c:v>
                </c:pt>
                <c:pt idx="1619">
                  <c:v>0.91365914833183381</c:v>
                </c:pt>
                <c:pt idx="1620">
                  <c:v>0.91354129470996015</c:v>
                </c:pt>
                <c:pt idx="1621">
                  <c:v>0.91353420289228737</c:v>
                </c:pt>
                <c:pt idx="1622">
                  <c:v>0.91201816556526583</c:v>
                </c:pt>
                <c:pt idx="1623">
                  <c:v>0.91182913141983668</c:v>
                </c:pt>
                <c:pt idx="1624">
                  <c:v>0.91166467927224604</c:v>
                </c:pt>
                <c:pt idx="1625">
                  <c:v>0.91140032977851571</c:v>
                </c:pt>
                <c:pt idx="1626">
                  <c:v>0.91127285553624759</c:v>
                </c:pt>
                <c:pt idx="1627">
                  <c:v>0.91105426691336266</c:v>
                </c:pt>
                <c:pt idx="1628">
                  <c:v>0.91101529368997947</c:v>
                </c:pt>
                <c:pt idx="1629">
                  <c:v>0.91022800103699242</c:v>
                </c:pt>
                <c:pt idx="1630">
                  <c:v>0.91007080801232665</c:v>
                </c:pt>
                <c:pt idx="1631">
                  <c:v>0.909981285841025</c:v>
                </c:pt>
                <c:pt idx="1632">
                  <c:v>0.90915805761977408</c:v>
                </c:pt>
                <c:pt idx="1633">
                  <c:v>0.90914243153924135</c:v>
                </c:pt>
                <c:pt idx="1634">
                  <c:v>0.90890136119170661</c:v>
                </c:pt>
                <c:pt idx="1635">
                  <c:v>0.90880605838722672</c:v>
                </c:pt>
                <c:pt idx="1636">
                  <c:v>0.90863137506314462</c:v>
                </c:pt>
                <c:pt idx="1637">
                  <c:v>0.90855159130581398</c:v>
                </c:pt>
                <c:pt idx="1638">
                  <c:v>0.9073826984598351</c:v>
                </c:pt>
                <c:pt idx="1639">
                  <c:v>0.9067549039358741</c:v>
                </c:pt>
                <c:pt idx="1640">
                  <c:v>0.9067068092559355</c:v>
                </c:pt>
                <c:pt idx="1641">
                  <c:v>0.90621675063380192</c:v>
                </c:pt>
                <c:pt idx="1642">
                  <c:v>0.90586178810639051</c:v>
                </c:pt>
                <c:pt idx="1643">
                  <c:v>0.90543885605771124</c:v>
                </c:pt>
                <c:pt idx="1644">
                  <c:v>0.90539082959301431</c:v>
                </c:pt>
                <c:pt idx="1645">
                  <c:v>0.90492565747758358</c:v>
                </c:pt>
                <c:pt idx="1646">
                  <c:v>0.90452772304699369</c:v>
                </c:pt>
                <c:pt idx="1647">
                  <c:v>0.90443986102023166</c:v>
                </c:pt>
                <c:pt idx="1648">
                  <c:v>0.90272150011947161</c:v>
                </c:pt>
                <c:pt idx="1649">
                  <c:v>0.90216517125862394</c:v>
                </c:pt>
                <c:pt idx="1650">
                  <c:v>0.90161828975958258</c:v>
                </c:pt>
                <c:pt idx="1651">
                  <c:v>0.9014419411155874</c:v>
                </c:pt>
                <c:pt idx="1652">
                  <c:v>0.90046934046438287</c:v>
                </c:pt>
                <c:pt idx="1653">
                  <c:v>0.90006220473567211</c:v>
                </c:pt>
                <c:pt idx="1654">
                  <c:v>0.89928226766365094</c:v>
                </c:pt>
                <c:pt idx="1655">
                  <c:v>0.89859038747419517</c:v>
                </c:pt>
                <c:pt idx="1656">
                  <c:v>0.89848801854838045</c:v>
                </c:pt>
                <c:pt idx="1657">
                  <c:v>0.89813542383308331</c:v>
                </c:pt>
                <c:pt idx="1658">
                  <c:v>0.89787518410300537</c:v>
                </c:pt>
                <c:pt idx="1659">
                  <c:v>0.89783411071492292</c:v>
                </c:pt>
                <c:pt idx="1660">
                  <c:v>0.89696447356837627</c:v>
                </c:pt>
                <c:pt idx="1661">
                  <c:v>0.89585736091137158</c:v>
                </c:pt>
                <c:pt idx="1662">
                  <c:v>0.89543983121328041</c:v>
                </c:pt>
                <c:pt idx="1663">
                  <c:v>0.89517316377780087</c:v>
                </c:pt>
                <c:pt idx="1664">
                  <c:v>0.89274904443495318</c:v>
                </c:pt>
                <c:pt idx="1665">
                  <c:v>0.89273304031904976</c:v>
                </c:pt>
                <c:pt idx="1666">
                  <c:v>0.89211682872020692</c:v>
                </c:pt>
                <c:pt idx="1667">
                  <c:v>0.8911844754310424</c:v>
                </c:pt>
                <c:pt idx="1668">
                  <c:v>0.89080871465462708</c:v>
                </c:pt>
                <c:pt idx="1669">
                  <c:v>0.89010339019299201</c:v>
                </c:pt>
                <c:pt idx="1670">
                  <c:v>0.8893035462485338</c:v>
                </c:pt>
                <c:pt idx="1671">
                  <c:v>0.88716323575178857</c:v>
                </c:pt>
                <c:pt idx="1672">
                  <c:v>0.8870806346860447</c:v>
                </c:pt>
                <c:pt idx="1673">
                  <c:v>0.88691270965330338</c:v>
                </c:pt>
                <c:pt idx="1674">
                  <c:v>0.88653853538795535</c:v>
                </c:pt>
                <c:pt idx="1675">
                  <c:v>0.88642081246892346</c:v>
                </c:pt>
                <c:pt idx="1676">
                  <c:v>0.88597512590904581</c:v>
                </c:pt>
                <c:pt idx="1677">
                  <c:v>0.88558003515541883</c:v>
                </c:pt>
                <c:pt idx="1678">
                  <c:v>0.88515422009907074</c:v>
                </c:pt>
                <c:pt idx="1679">
                  <c:v>0.88494387414783082</c:v>
                </c:pt>
                <c:pt idx="1680">
                  <c:v>0.88471393300477641</c:v>
                </c:pt>
                <c:pt idx="1681">
                  <c:v>0.88467770182753691</c:v>
                </c:pt>
                <c:pt idx="1682">
                  <c:v>0.88365240316912708</c:v>
                </c:pt>
                <c:pt idx="1683">
                  <c:v>0.88221368581334947</c:v>
                </c:pt>
                <c:pt idx="1684">
                  <c:v>0.88126801515055475</c:v>
                </c:pt>
                <c:pt idx="1685">
                  <c:v>0.88076276735199244</c:v>
                </c:pt>
                <c:pt idx="1686">
                  <c:v>0.88047622205147758</c:v>
                </c:pt>
                <c:pt idx="1687">
                  <c:v>0.88015701708898708</c:v>
                </c:pt>
                <c:pt idx="1688">
                  <c:v>0.87981412860691377</c:v>
                </c:pt>
                <c:pt idx="1689">
                  <c:v>0.8792995777941971</c:v>
                </c:pt>
                <c:pt idx="1690">
                  <c:v>0.87782816989279411</c:v>
                </c:pt>
                <c:pt idx="1691">
                  <c:v>0.87720961806748565</c:v>
                </c:pt>
                <c:pt idx="1692">
                  <c:v>0.87674429189373537</c:v>
                </c:pt>
                <c:pt idx="1693">
                  <c:v>0.87580535937150694</c:v>
                </c:pt>
                <c:pt idx="1694">
                  <c:v>0.87526047462480538</c:v>
                </c:pt>
                <c:pt idx="1695">
                  <c:v>0.87449895320788884</c:v>
                </c:pt>
                <c:pt idx="1696">
                  <c:v>0.87420323794818433</c:v>
                </c:pt>
                <c:pt idx="1697">
                  <c:v>0.87404724608842987</c:v>
                </c:pt>
                <c:pt idx="1698">
                  <c:v>0.87321014587845525</c:v>
                </c:pt>
                <c:pt idx="1699">
                  <c:v>0.87318616907160385</c:v>
                </c:pt>
                <c:pt idx="1700">
                  <c:v>0.87318091151957677</c:v>
                </c:pt>
                <c:pt idx="1701">
                  <c:v>0.87294097296664963</c:v>
                </c:pt>
                <c:pt idx="1702">
                  <c:v>0.87188015818413911</c:v>
                </c:pt>
                <c:pt idx="1703">
                  <c:v>0.87187109644450844</c:v>
                </c:pt>
                <c:pt idx="1704">
                  <c:v>0.87186496248235401</c:v>
                </c:pt>
                <c:pt idx="1705">
                  <c:v>0.87137325045563063</c:v>
                </c:pt>
                <c:pt idx="1706">
                  <c:v>0.87133991612566564</c:v>
                </c:pt>
                <c:pt idx="1707">
                  <c:v>0.87083955310866035</c:v>
                </c:pt>
                <c:pt idx="1708">
                  <c:v>0.87003815189225975</c:v>
                </c:pt>
                <c:pt idx="1709">
                  <c:v>0.86981474909135514</c:v>
                </c:pt>
                <c:pt idx="1710">
                  <c:v>0.86948365459146604</c:v>
                </c:pt>
                <c:pt idx="1711">
                  <c:v>0.86926206478539014</c:v>
                </c:pt>
                <c:pt idx="1712">
                  <c:v>0.86911630319357891</c:v>
                </c:pt>
                <c:pt idx="1713">
                  <c:v>0.86879508930947447</c:v>
                </c:pt>
                <c:pt idx="1714">
                  <c:v>0.86771489722416817</c:v>
                </c:pt>
                <c:pt idx="1715">
                  <c:v>0.86715988940857613</c:v>
                </c:pt>
                <c:pt idx="1716">
                  <c:v>0.86410100845514426</c:v>
                </c:pt>
                <c:pt idx="1717">
                  <c:v>0.86330000818320629</c:v>
                </c:pt>
                <c:pt idx="1718">
                  <c:v>0.86317483605243828</c:v>
                </c:pt>
                <c:pt idx="1719">
                  <c:v>0.86311433804703697</c:v>
                </c:pt>
                <c:pt idx="1720">
                  <c:v>0.86263050548821185</c:v>
                </c:pt>
                <c:pt idx="1721">
                  <c:v>0.86152602167587067</c:v>
                </c:pt>
                <c:pt idx="1722">
                  <c:v>0.86111888038005524</c:v>
                </c:pt>
                <c:pt idx="1723">
                  <c:v>0.86059928952803244</c:v>
                </c:pt>
                <c:pt idx="1724">
                  <c:v>0.86022063046876773</c:v>
                </c:pt>
                <c:pt idx="1725">
                  <c:v>0.85993582752289144</c:v>
                </c:pt>
                <c:pt idx="1726">
                  <c:v>0.859053727306476</c:v>
                </c:pt>
                <c:pt idx="1727">
                  <c:v>0.85899465242820494</c:v>
                </c:pt>
                <c:pt idx="1728">
                  <c:v>0.85731327088305276</c:v>
                </c:pt>
                <c:pt idx="1729">
                  <c:v>0.856541471010274</c:v>
                </c:pt>
                <c:pt idx="1730">
                  <c:v>0.85641560512632164</c:v>
                </c:pt>
                <c:pt idx="1731">
                  <c:v>0.85576891433533497</c:v>
                </c:pt>
                <c:pt idx="1732">
                  <c:v>0.85524612498668118</c:v>
                </c:pt>
                <c:pt idx="1733">
                  <c:v>0.8550609622110521</c:v>
                </c:pt>
                <c:pt idx="1734">
                  <c:v>0.85417997359734854</c:v>
                </c:pt>
                <c:pt idx="1735">
                  <c:v>0.85403941676906303</c:v>
                </c:pt>
                <c:pt idx="1736">
                  <c:v>0.8535985685061227</c:v>
                </c:pt>
                <c:pt idx="1737">
                  <c:v>0.85233047124175232</c:v>
                </c:pt>
                <c:pt idx="1738">
                  <c:v>0.85158265812319289</c:v>
                </c:pt>
                <c:pt idx="1739">
                  <c:v>0.85156068998846068</c:v>
                </c:pt>
                <c:pt idx="1740">
                  <c:v>0.85103468405653393</c:v>
                </c:pt>
                <c:pt idx="1741">
                  <c:v>0.85056626792245105</c:v>
                </c:pt>
                <c:pt idx="1742">
                  <c:v>0.85007208022893288</c:v>
                </c:pt>
                <c:pt idx="1743">
                  <c:v>0.8499958658222333</c:v>
                </c:pt>
                <c:pt idx="1744">
                  <c:v>0.84920084198023782</c:v>
                </c:pt>
                <c:pt idx="1745">
                  <c:v>0.84914401878183088</c:v>
                </c:pt>
                <c:pt idx="1746">
                  <c:v>0.84891914396931578</c:v>
                </c:pt>
                <c:pt idx="1747">
                  <c:v>0.84817005642287757</c:v>
                </c:pt>
                <c:pt idx="1748">
                  <c:v>0.84762721570408339</c:v>
                </c:pt>
                <c:pt idx="1749">
                  <c:v>0.84740181911399004</c:v>
                </c:pt>
                <c:pt idx="1750">
                  <c:v>0.84678169739776166</c:v>
                </c:pt>
                <c:pt idx="1751">
                  <c:v>0.84647810488657904</c:v>
                </c:pt>
                <c:pt idx="1752">
                  <c:v>0.84513701767353577</c:v>
                </c:pt>
                <c:pt idx="1753">
                  <c:v>0.84506340263725788</c:v>
                </c:pt>
                <c:pt idx="1754">
                  <c:v>0.84505409311816049</c:v>
                </c:pt>
                <c:pt idx="1755">
                  <c:v>0.84482164031766616</c:v>
                </c:pt>
                <c:pt idx="1756">
                  <c:v>0.84325113257225148</c:v>
                </c:pt>
                <c:pt idx="1757">
                  <c:v>0.84286560286430934</c:v>
                </c:pt>
                <c:pt idx="1758">
                  <c:v>0.84213480219864389</c:v>
                </c:pt>
                <c:pt idx="1759">
                  <c:v>0.84152026087517717</c:v>
                </c:pt>
                <c:pt idx="1760">
                  <c:v>0.84084399507139784</c:v>
                </c:pt>
                <c:pt idx="1761">
                  <c:v>0.84056252170796975</c:v>
                </c:pt>
                <c:pt idx="1762">
                  <c:v>0.8403926969245914</c:v>
                </c:pt>
                <c:pt idx="1763">
                  <c:v>0.8394817188162168</c:v>
                </c:pt>
                <c:pt idx="1764">
                  <c:v>0.8388211806950554</c:v>
                </c:pt>
                <c:pt idx="1765">
                  <c:v>0.83825562429208023</c:v>
                </c:pt>
                <c:pt idx="1766">
                  <c:v>0.83798699148061218</c:v>
                </c:pt>
                <c:pt idx="1767">
                  <c:v>0.83780270232072784</c:v>
                </c:pt>
                <c:pt idx="1768">
                  <c:v>0.83764444233808311</c:v>
                </c:pt>
                <c:pt idx="1769">
                  <c:v>0.83762648489020941</c:v>
                </c:pt>
                <c:pt idx="1770">
                  <c:v>0.83740575198794498</c:v>
                </c:pt>
                <c:pt idx="1771">
                  <c:v>0.83703589680273649</c:v>
                </c:pt>
                <c:pt idx="1772">
                  <c:v>0.83666394612137274</c:v>
                </c:pt>
                <c:pt idx="1773">
                  <c:v>0.83644172295592878</c:v>
                </c:pt>
                <c:pt idx="1774">
                  <c:v>0.83617643106932127</c:v>
                </c:pt>
                <c:pt idx="1775">
                  <c:v>0.83606140601356205</c:v>
                </c:pt>
                <c:pt idx="1776">
                  <c:v>0.83574563781923217</c:v>
                </c:pt>
                <c:pt idx="1777">
                  <c:v>0.83529562445495908</c:v>
                </c:pt>
                <c:pt idx="1778">
                  <c:v>0.835171348066301</c:v>
                </c:pt>
                <c:pt idx="1779">
                  <c:v>0.83505831019821963</c:v>
                </c:pt>
                <c:pt idx="1780">
                  <c:v>0.83316487154761754</c:v>
                </c:pt>
                <c:pt idx="1781">
                  <c:v>0.83271082799539964</c:v>
                </c:pt>
                <c:pt idx="1782">
                  <c:v>0.83234403147322622</c:v>
                </c:pt>
                <c:pt idx="1783">
                  <c:v>0.83233154562999734</c:v>
                </c:pt>
                <c:pt idx="1784">
                  <c:v>0.83121931349400857</c:v>
                </c:pt>
                <c:pt idx="1785">
                  <c:v>0.83058279534217727</c:v>
                </c:pt>
                <c:pt idx="1786">
                  <c:v>0.83057011584071461</c:v>
                </c:pt>
                <c:pt idx="1787">
                  <c:v>0.82991321629308379</c:v>
                </c:pt>
                <c:pt idx="1788">
                  <c:v>0.82852750233452321</c:v>
                </c:pt>
                <c:pt idx="1789">
                  <c:v>0.82758914523293181</c:v>
                </c:pt>
                <c:pt idx="1790">
                  <c:v>0.82689492786865881</c:v>
                </c:pt>
                <c:pt idx="1791">
                  <c:v>0.82680766716671483</c:v>
                </c:pt>
                <c:pt idx="1792">
                  <c:v>0.82665552048408175</c:v>
                </c:pt>
                <c:pt idx="1793">
                  <c:v>0.82606370352254266</c:v>
                </c:pt>
                <c:pt idx="1794">
                  <c:v>0.82602319067437924</c:v>
                </c:pt>
                <c:pt idx="1795">
                  <c:v>0.82598298643005275</c:v>
                </c:pt>
                <c:pt idx="1796">
                  <c:v>0.82587450774161808</c:v>
                </c:pt>
                <c:pt idx="1797">
                  <c:v>0.82491034255622442</c:v>
                </c:pt>
                <c:pt idx="1798">
                  <c:v>0.82446973989408567</c:v>
                </c:pt>
                <c:pt idx="1799">
                  <c:v>0.82384526284954807</c:v>
                </c:pt>
                <c:pt idx="1800">
                  <c:v>0.82291595882322333</c:v>
                </c:pt>
                <c:pt idx="1801">
                  <c:v>0.82258876607227993</c:v>
                </c:pt>
                <c:pt idx="1802">
                  <c:v>0.82228652888237475</c:v>
                </c:pt>
                <c:pt idx="1803">
                  <c:v>0.82221053923920639</c:v>
                </c:pt>
                <c:pt idx="1804">
                  <c:v>0.82189661332974506</c:v>
                </c:pt>
                <c:pt idx="1805">
                  <c:v>0.82173353418051254</c:v>
                </c:pt>
                <c:pt idx="1806">
                  <c:v>0.82151974893053559</c:v>
                </c:pt>
                <c:pt idx="1807">
                  <c:v>0.8213062380542554</c:v>
                </c:pt>
                <c:pt idx="1808">
                  <c:v>0.82066488139919302</c:v>
                </c:pt>
                <c:pt idx="1809">
                  <c:v>0.82062822426011295</c:v>
                </c:pt>
                <c:pt idx="1810">
                  <c:v>0.82006059799653286</c:v>
                </c:pt>
                <c:pt idx="1811">
                  <c:v>0.81973649211602395</c:v>
                </c:pt>
                <c:pt idx="1812">
                  <c:v>0.81822636413364025</c:v>
                </c:pt>
                <c:pt idx="1813">
                  <c:v>0.81818710525746696</c:v>
                </c:pt>
                <c:pt idx="1814">
                  <c:v>0.8174679948130682</c:v>
                </c:pt>
                <c:pt idx="1815">
                  <c:v>0.81739378163441623</c:v>
                </c:pt>
                <c:pt idx="1816">
                  <c:v>0.8172321935345549</c:v>
                </c:pt>
                <c:pt idx="1817">
                  <c:v>0.81708812009289278</c:v>
                </c:pt>
                <c:pt idx="1818">
                  <c:v>0.81708728670513797</c:v>
                </c:pt>
                <c:pt idx="1819">
                  <c:v>0.81683930113441117</c:v>
                </c:pt>
                <c:pt idx="1820">
                  <c:v>0.81680911497784259</c:v>
                </c:pt>
                <c:pt idx="1821">
                  <c:v>0.81647344424437407</c:v>
                </c:pt>
                <c:pt idx="1822">
                  <c:v>0.8163210818541119</c:v>
                </c:pt>
                <c:pt idx="1823">
                  <c:v>0.81602058748382678</c:v>
                </c:pt>
                <c:pt idx="1824">
                  <c:v>0.81536356848652547</c:v>
                </c:pt>
                <c:pt idx="1825">
                  <c:v>0.81479594791971954</c:v>
                </c:pt>
                <c:pt idx="1826">
                  <c:v>0.8146337893328951</c:v>
                </c:pt>
                <c:pt idx="1827">
                  <c:v>0.8139316918092222</c:v>
                </c:pt>
                <c:pt idx="1828">
                  <c:v>0.81391226521518012</c:v>
                </c:pt>
                <c:pt idx="1829">
                  <c:v>0.8138181257658349</c:v>
                </c:pt>
                <c:pt idx="1830">
                  <c:v>0.8134125923900537</c:v>
                </c:pt>
                <c:pt idx="1831">
                  <c:v>0.8122110641078415</c:v>
                </c:pt>
                <c:pt idx="1832">
                  <c:v>0.81151095671672102</c:v>
                </c:pt>
                <c:pt idx="1833">
                  <c:v>0.81129124022084642</c:v>
                </c:pt>
                <c:pt idx="1834">
                  <c:v>0.81092187038299779</c:v>
                </c:pt>
                <c:pt idx="1835">
                  <c:v>0.80951181338186851</c:v>
                </c:pt>
                <c:pt idx="1836">
                  <c:v>0.80841739649010258</c:v>
                </c:pt>
                <c:pt idx="1837">
                  <c:v>0.80771142849291866</c:v>
                </c:pt>
                <c:pt idx="1838">
                  <c:v>0.80753059548767137</c:v>
                </c:pt>
                <c:pt idx="1839">
                  <c:v>0.80669676488676523</c:v>
                </c:pt>
                <c:pt idx="1840">
                  <c:v>0.80627089406756158</c:v>
                </c:pt>
                <c:pt idx="1841">
                  <c:v>0.8062614717269776</c:v>
                </c:pt>
                <c:pt idx="1842">
                  <c:v>0.80584103447280653</c:v>
                </c:pt>
                <c:pt idx="1843">
                  <c:v>0.80574579251214684</c:v>
                </c:pt>
                <c:pt idx="1844">
                  <c:v>0.80566361497181693</c:v>
                </c:pt>
                <c:pt idx="1845">
                  <c:v>0.80416959432533575</c:v>
                </c:pt>
                <c:pt idx="1846">
                  <c:v>0.80337623800791746</c:v>
                </c:pt>
                <c:pt idx="1847">
                  <c:v>0.8033406394921585</c:v>
                </c:pt>
                <c:pt idx="1848">
                  <c:v>0.80277088221446236</c:v>
                </c:pt>
                <c:pt idx="1849">
                  <c:v>0.80272244754622657</c:v>
                </c:pt>
                <c:pt idx="1850">
                  <c:v>0.80214050778624835</c:v>
                </c:pt>
                <c:pt idx="1851">
                  <c:v>0.80207618209929499</c:v>
                </c:pt>
                <c:pt idx="1852">
                  <c:v>0.80202284113493882</c:v>
                </c:pt>
                <c:pt idx="1853">
                  <c:v>0.80196491777569412</c:v>
                </c:pt>
                <c:pt idx="1854">
                  <c:v>0.80182598295529062</c:v>
                </c:pt>
                <c:pt idx="1855">
                  <c:v>0.80169017238105567</c:v>
                </c:pt>
                <c:pt idx="1856">
                  <c:v>0.80158615611786532</c:v>
                </c:pt>
                <c:pt idx="1857">
                  <c:v>0.80129948995168465</c:v>
                </c:pt>
                <c:pt idx="1858">
                  <c:v>0.80107185526821645</c:v>
                </c:pt>
                <c:pt idx="1859">
                  <c:v>0.80067672017231684</c:v>
                </c:pt>
                <c:pt idx="1860">
                  <c:v>0.80022530893702659</c:v>
                </c:pt>
                <c:pt idx="1861">
                  <c:v>0.79997398087694915</c:v>
                </c:pt>
                <c:pt idx="1862">
                  <c:v>0.79989964576284789</c:v>
                </c:pt>
                <c:pt idx="1863">
                  <c:v>0.79955587544306705</c:v>
                </c:pt>
                <c:pt idx="1864">
                  <c:v>0.79947440020089744</c:v>
                </c:pt>
                <c:pt idx="1865">
                  <c:v>0.7992588231190112</c:v>
                </c:pt>
                <c:pt idx="1866">
                  <c:v>0.7987462843750468</c:v>
                </c:pt>
                <c:pt idx="1867">
                  <c:v>0.79820080069353982</c:v>
                </c:pt>
                <c:pt idx="1868">
                  <c:v>0.79778954042631545</c:v>
                </c:pt>
                <c:pt idx="1869">
                  <c:v>0.79666742835097704</c:v>
                </c:pt>
                <c:pt idx="1870">
                  <c:v>0.79657112451300238</c:v>
                </c:pt>
                <c:pt idx="1871">
                  <c:v>0.79631271759082067</c:v>
                </c:pt>
                <c:pt idx="1872">
                  <c:v>0.79618037607593284</c:v>
                </c:pt>
                <c:pt idx="1873">
                  <c:v>0.7957756171607262</c:v>
                </c:pt>
                <c:pt idx="1874">
                  <c:v>0.79560890644249993</c:v>
                </c:pt>
                <c:pt idx="1875">
                  <c:v>0.79520037854002945</c:v>
                </c:pt>
                <c:pt idx="1876">
                  <c:v>0.79502619009261</c:v>
                </c:pt>
                <c:pt idx="1877">
                  <c:v>0.79400287958327109</c:v>
                </c:pt>
                <c:pt idx="1878">
                  <c:v>0.79232613203357727</c:v>
                </c:pt>
                <c:pt idx="1879">
                  <c:v>0.7922079745835523</c:v>
                </c:pt>
                <c:pt idx="1880">
                  <c:v>0.79194995455581407</c:v>
                </c:pt>
                <c:pt idx="1881">
                  <c:v>0.79169519785805254</c:v>
                </c:pt>
                <c:pt idx="1882">
                  <c:v>0.7916855510847145</c:v>
                </c:pt>
                <c:pt idx="1883">
                  <c:v>0.7910698600984809</c:v>
                </c:pt>
                <c:pt idx="1884">
                  <c:v>0.79041484985905108</c:v>
                </c:pt>
                <c:pt idx="1885">
                  <c:v>0.79026144791238639</c:v>
                </c:pt>
                <c:pt idx="1886">
                  <c:v>0.7897865077247902</c:v>
                </c:pt>
                <c:pt idx="1887">
                  <c:v>0.78938733299348041</c:v>
                </c:pt>
                <c:pt idx="1888">
                  <c:v>0.78930042719128468</c:v>
                </c:pt>
                <c:pt idx="1889">
                  <c:v>0.78916396712712245</c:v>
                </c:pt>
                <c:pt idx="1890">
                  <c:v>0.78871848256424004</c:v>
                </c:pt>
                <c:pt idx="1891">
                  <c:v>0.78797509460237913</c:v>
                </c:pt>
                <c:pt idx="1892">
                  <c:v>0.78791653546277751</c:v>
                </c:pt>
                <c:pt idx="1893">
                  <c:v>0.78779274034523172</c:v>
                </c:pt>
                <c:pt idx="1894">
                  <c:v>0.78684401299754592</c:v>
                </c:pt>
                <c:pt idx="1895">
                  <c:v>0.78658499308169083</c:v>
                </c:pt>
                <c:pt idx="1896">
                  <c:v>0.78597762521730585</c:v>
                </c:pt>
                <c:pt idx="1897">
                  <c:v>0.78570012403303824</c:v>
                </c:pt>
                <c:pt idx="1898">
                  <c:v>0.78544632349314292</c:v>
                </c:pt>
                <c:pt idx="1899">
                  <c:v>0.78483551558862485</c:v>
                </c:pt>
                <c:pt idx="1900">
                  <c:v>0.78436732164975409</c:v>
                </c:pt>
                <c:pt idx="1901">
                  <c:v>0.78435982419417338</c:v>
                </c:pt>
                <c:pt idx="1902">
                  <c:v>0.78370424501413327</c:v>
                </c:pt>
                <c:pt idx="1903">
                  <c:v>0.78362479730024415</c:v>
                </c:pt>
                <c:pt idx="1904">
                  <c:v>0.78280320858918251</c:v>
                </c:pt>
                <c:pt idx="1905">
                  <c:v>0.78217594931898204</c:v>
                </c:pt>
                <c:pt idx="1906">
                  <c:v>0.78199378160454336</c:v>
                </c:pt>
                <c:pt idx="1907">
                  <c:v>0.78130752866539876</c:v>
                </c:pt>
                <c:pt idx="1908">
                  <c:v>0.780338251709075</c:v>
                </c:pt>
                <c:pt idx="1909">
                  <c:v>0.77970005685371335</c:v>
                </c:pt>
                <c:pt idx="1910">
                  <c:v>0.77944563830414015</c:v>
                </c:pt>
                <c:pt idx="1911">
                  <c:v>0.77938916670273128</c:v>
                </c:pt>
                <c:pt idx="1912">
                  <c:v>0.77888058707378593</c:v>
                </c:pt>
                <c:pt idx="1913">
                  <c:v>0.7782553747613199</c:v>
                </c:pt>
                <c:pt idx="1914">
                  <c:v>0.77789783345519092</c:v>
                </c:pt>
                <c:pt idx="1915">
                  <c:v>0.77772843435264538</c:v>
                </c:pt>
                <c:pt idx="1916">
                  <c:v>0.7775730163890997</c:v>
                </c:pt>
                <c:pt idx="1917">
                  <c:v>0.77747489785581603</c:v>
                </c:pt>
                <c:pt idx="1918">
                  <c:v>0.77694092856151864</c:v>
                </c:pt>
                <c:pt idx="1919">
                  <c:v>0.77672610114710749</c:v>
                </c:pt>
                <c:pt idx="1920">
                  <c:v>0.77619692722991662</c:v>
                </c:pt>
                <c:pt idx="1921">
                  <c:v>0.77618657540587011</c:v>
                </c:pt>
                <c:pt idx="1922">
                  <c:v>0.77527137452277095</c:v>
                </c:pt>
                <c:pt idx="1923">
                  <c:v>0.7750529324897153</c:v>
                </c:pt>
                <c:pt idx="1924">
                  <c:v>0.77428598658933123</c:v>
                </c:pt>
                <c:pt idx="1925">
                  <c:v>0.77256942628134317</c:v>
                </c:pt>
                <c:pt idx="1926">
                  <c:v>0.77181576626371895</c:v>
                </c:pt>
                <c:pt idx="1927">
                  <c:v>0.77145736878393167</c:v>
                </c:pt>
                <c:pt idx="1928">
                  <c:v>0.77098174564459765</c:v>
                </c:pt>
                <c:pt idx="1929">
                  <c:v>0.77077372367627539</c:v>
                </c:pt>
                <c:pt idx="1930">
                  <c:v>0.76923038098159224</c:v>
                </c:pt>
                <c:pt idx="1931">
                  <c:v>0.76909495456261678</c:v>
                </c:pt>
                <c:pt idx="1932">
                  <c:v>0.76901116639176814</c:v>
                </c:pt>
                <c:pt idx="1933">
                  <c:v>0.76867896744784381</c:v>
                </c:pt>
                <c:pt idx="1934">
                  <c:v>0.76860449588285018</c:v>
                </c:pt>
                <c:pt idx="1935">
                  <c:v>0.76812161172779725</c:v>
                </c:pt>
                <c:pt idx="1936">
                  <c:v>0.76766248250537861</c:v>
                </c:pt>
                <c:pt idx="1937">
                  <c:v>0.76713856814744075</c:v>
                </c:pt>
                <c:pt idx="1938">
                  <c:v>0.76638590808414631</c:v>
                </c:pt>
                <c:pt idx="1939">
                  <c:v>0.76599703178771572</c:v>
                </c:pt>
                <c:pt idx="1940">
                  <c:v>0.76599559590919808</c:v>
                </c:pt>
                <c:pt idx="1941">
                  <c:v>0.7659083767756899</c:v>
                </c:pt>
                <c:pt idx="1942">
                  <c:v>0.76509708927375086</c:v>
                </c:pt>
                <c:pt idx="1943">
                  <c:v>0.76502259078569756</c:v>
                </c:pt>
                <c:pt idx="1944">
                  <c:v>0.76420816935176661</c:v>
                </c:pt>
                <c:pt idx="1945">
                  <c:v>0.76389399877213859</c:v>
                </c:pt>
                <c:pt idx="1946">
                  <c:v>0.76318351621731939</c:v>
                </c:pt>
                <c:pt idx="1947">
                  <c:v>0.76317848532696919</c:v>
                </c:pt>
                <c:pt idx="1948">
                  <c:v>0.76205073857193051</c:v>
                </c:pt>
                <c:pt idx="1949">
                  <c:v>0.76167618228584899</c:v>
                </c:pt>
                <c:pt idx="1950">
                  <c:v>0.76163821640383567</c:v>
                </c:pt>
                <c:pt idx="1951">
                  <c:v>0.75945028095080835</c:v>
                </c:pt>
                <c:pt idx="1952">
                  <c:v>0.75929988176168106</c:v>
                </c:pt>
                <c:pt idx="1953">
                  <c:v>0.75914646768255767</c:v>
                </c:pt>
                <c:pt idx="1954">
                  <c:v>0.75864380142177201</c:v>
                </c:pt>
                <c:pt idx="1955">
                  <c:v>0.75835412020573079</c:v>
                </c:pt>
                <c:pt idx="1956">
                  <c:v>0.75759475704890733</c:v>
                </c:pt>
                <c:pt idx="1957">
                  <c:v>0.75756921445031566</c:v>
                </c:pt>
                <c:pt idx="1958">
                  <c:v>0.7572636561966205</c:v>
                </c:pt>
                <c:pt idx="1959">
                  <c:v>0.7563532682149432</c:v>
                </c:pt>
                <c:pt idx="1960">
                  <c:v>0.75629379075009084</c:v>
                </c:pt>
                <c:pt idx="1961">
                  <c:v>0.75622334245530198</c:v>
                </c:pt>
                <c:pt idx="1962">
                  <c:v>0.7561815371691768</c:v>
                </c:pt>
                <c:pt idx="1963">
                  <c:v>0.75610179695055557</c:v>
                </c:pt>
                <c:pt idx="1964">
                  <c:v>0.75481908153790744</c:v>
                </c:pt>
                <c:pt idx="1965">
                  <c:v>0.75430139395302487</c:v>
                </c:pt>
                <c:pt idx="1966">
                  <c:v>0.75412867808198081</c:v>
                </c:pt>
                <c:pt idx="1967">
                  <c:v>0.75366109434105599</c:v>
                </c:pt>
                <c:pt idx="1968">
                  <c:v>0.7523556300093639</c:v>
                </c:pt>
                <c:pt idx="1969">
                  <c:v>0.75233049805169561</c:v>
                </c:pt>
                <c:pt idx="1970">
                  <c:v>0.75220544312816306</c:v>
                </c:pt>
                <c:pt idx="1971">
                  <c:v>0.75082135583784648</c:v>
                </c:pt>
                <c:pt idx="1972">
                  <c:v>0.75058130190458083</c:v>
                </c:pt>
                <c:pt idx="1973">
                  <c:v>0.75034997992015184</c:v>
                </c:pt>
                <c:pt idx="1974">
                  <c:v>0.74932068579018141</c:v>
                </c:pt>
                <c:pt idx="1975">
                  <c:v>0.74929541793675847</c:v>
                </c:pt>
                <c:pt idx="1976">
                  <c:v>0.74879913259766173</c:v>
                </c:pt>
                <c:pt idx="1977">
                  <c:v>0.74868984885565182</c:v>
                </c:pt>
                <c:pt idx="1978">
                  <c:v>0.74845774195325265</c:v>
                </c:pt>
                <c:pt idx="1979">
                  <c:v>0.74750770906626207</c:v>
                </c:pt>
                <c:pt idx="1980">
                  <c:v>0.7467991142922954</c:v>
                </c:pt>
                <c:pt idx="1981">
                  <c:v>0.74594162199484915</c:v>
                </c:pt>
                <c:pt idx="1982">
                  <c:v>0.74568985931684362</c:v>
                </c:pt>
                <c:pt idx="1983">
                  <c:v>0.74541674208626785</c:v>
                </c:pt>
                <c:pt idx="1984">
                  <c:v>0.7452683593087176</c:v>
                </c:pt>
                <c:pt idx="1985">
                  <c:v>0.7452001336263796</c:v>
                </c:pt>
                <c:pt idx="1986">
                  <c:v>0.74218527282773272</c:v>
                </c:pt>
                <c:pt idx="1987">
                  <c:v>0.74059305179423518</c:v>
                </c:pt>
                <c:pt idx="1988">
                  <c:v>0.74059150669163221</c:v>
                </c:pt>
                <c:pt idx="1989">
                  <c:v>0.74038886493616818</c:v>
                </c:pt>
                <c:pt idx="1990">
                  <c:v>0.73991545536775383</c:v>
                </c:pt>
                <c:pt idx="1991">
                  <c:v>0.73929661974206118</c:v>
                </c:pt>
                <c:pt idx="1992">
                  <c:v>0.73909473865830411</c:v>
                </c:pt>
                <c:pt idx="1993">
                  <c:v>0.73840070823682946</c:v>
                </c:pt>
                <c:pt idx="1994">
                  <c:v>0.73762334336169899</c:v>
                </c:pt>
                <c:pt idx="1995">
                  <c:v>0.7373022655440189</c:v>
                </c:pt>
                <c:pt idx="1996">
                  <c:v>0.736682808556131</c:v>
                </c:pt>
                <c:pt idx="1997">
                  <c:v>0.7363170884943534</c:v>
                </c:pt>
                <c:pt idx="1998">
                  <c:v>0.73575334811774473</c:v>
                </c:pt>
                <c:pt idx="1999">
                  <c:v>0.73570285140741931</c:v>
                </c:pt>
                <c:pt idx="2000">
                  <c:v>0.73556094567974739</c:v>
                </c:pt>
                <c:pt idx="2001">
                  <c:v>0.734948912619526</c:v>
                </c:pt>
                <c:pt idx="2002">
                  <c:v>0.73475465594475109</c:v>
                </c:pt>
                <c:pt idx="2003">
                  <c:v>0.73414349214214181</c:v>
                </c:pt>
                <c:pt idx="2004">
                  <c:v>0.73412526512447984</c:v>
                </c:pt>
                <c:pt idx="2005">
                  <c:v>0.73410985602644463</c:v>
                </c:pt>
                <c:pt idx="2006">
                  <c:v>0.7341058906218737</c:v>
                </c:pt>
                <c:pt idx="2007">
                  <c:v>0.73344514117104898</c:v>
                </c:pt>
                <c:pt idx="2008">
                  <c:v>0.7332177576370279</c:v>
                </c:pt>
                <c:pt idx="2009">
                  <c:v>0.73305379905385137</c:v>
                </c:pt>
                <c:pt idx="2010">
                  <c:v>0.73288169397726843</c:v>
                </c:pt>
                <c:pt idx="2011">
                  <c:v>0.73265404441750448</c:v>
                </c:pt>
                <c:pt idx="2012">
                  <c:v>0.73232940396373081</c:v>
                </c:pt>
                <c:pt idx="2013">
                  <c:v>0.73122820712861547</c:v>
                </c:pt>
                <c:pt idx="2014">
                  <c:v>0.73118890071527221</c:v>
                </c:pt>
                <c:pt idx="2015">
                  <c:v>0.73114527812256247</c:v>
                </c:pt>
                <c:pt idx="2016">
                  <c:v>0.73020174448559905</c:v>
                </c:pt>
                <c:pt idx="2017">
                  <c:v>0.72925446067978283</c:v>
                </c:pt>
                <c:pt idx="2018">
                  <c:v>0.72898470933905191</c:v>
                </c:pt>
                <c:pt idx="2019">
                  <c:v>0.72837005887634432</c:v>
                </c:pt>
                <c:pt idx="2020">
                  <c:v>0.72828776586354704</c:v>
                </c:pt>
                <c:pt idx="2021">
                  <c:v>0.72772700961840475</c:v>
                </c:pt>
                <c:pt idx="2022">
                  <c:v>0.72740734520084038</c:v>
                </c:pt>
                <c:pt idx="2023">
                  <c:v>0.7271271354897757</c:v>
                </c:pt>
                <c:pt idx="2024">
                  <c:v>0.7267117210146451</c:v>
                </c:pt>
                <c:pt idx="2025">
                  <c:v>0.72640600855966675</c:v>
                </c:pt>
                <c:pt idx="2026">
                  <c:v>0.72593778865729275</c:v>
                </c:pt>
                <c:pt idx="2027">
                  <c:v>0.72573908834561307</c:v>
                </c:pt>
                <c:pt idx="2028">
                  <c:v>0.72565910580467363</c:v>
                </c:pt>
                <c:pt idx="2029">
                  <c:v>0.72512799121898031</c:v>
                </c:pt>
                <c:pt idx="2030">
                  <c:v>0.72492399893572923</c:v>
                </c:pt>
                <c:pt idx="2031">
                  <c:v>0.72457237880542857</c:v>
                </c:pt>
                <c:pt idx="2032">
                  <c:v>0.72435631478950246</c:v>
                </c:pt>
                <c:pt idx="2033">
                  <c:v>0.72433964609445034</c:v>
                </c:pt>
                <c:pt idx="2034">
                  <c:v>0.72413859810571346</c:v>
                </c:pt>
                <c:pt idx="2035">
                  <c:v>0.72399490373900433</c:v>
                </c:pt>
                <c:pt idx="2036">
                  <c:v>0.72378820493906082</c:v>
                </c:pt>
                <c:pt idx="2037">
                  <c:v>0.72368801152610374</c:v>
                </c:pt>
                <c:pt idx="2038">
                  <c:v>0.7236849921597277</c:v>
                </c:pt>
                <c:pt idx="2039">
                  <c:v>0.72301745970078268</c:v>
                </c:pt>
                <c:pt idx="2040">
                  <c:v>0.7227193475149043</c:v>
                </c:pt>
                <c:pt idx="2041">
                  <c:v>0.72255937416770732</c:v>
                </c:pt>
                <c:pt idx="2042">
                  <c:v>0.72223600571855551</c:v>
                </c:pt>
                <c:pt idx="2043">
                  <c:v>0.72210426518624371</c:v>
                </c:pt>
                <c:pt idx="2044">
                  <c:v>0.7218633274997186</c:v>
                </c:pt>
                <c:pt idx="2045">
                  <c:v>0.72162288941471142</c:v>
                </c:pt>
                <c:pt idx="2046">
                  <c:v>0.72156757767334723</c:v>
                </c:pt>
                <c:pt idx="2047">
                  <c:v>0.72113766315172256</c:v>
                </c:pt>
                <c:pt idx="2048">
                  <c:v>0.72084210858376929</c:v>
                </c:pt>
                <c:pt idx="2049">
                  <c:v>0.72072921635118004</c:v>
                </c:pt>
                <c:pt idx="2050">
                  <c:v>0.72067408727842197</c:v>
                </c:pt>
                <c:pt idx="2051">
                  <c:v>0.72014158183183219</c:v>
                </c:pt>
                <c:pt idx="2052">
                  <c:v>0.71976295040251959</c:v>
                </c:pt>
                <c:pt idx="2053">
                  <c:v>0.71933564368237268</c:v>
                </c:pt>
                <c:pt idx="2054">
                  <c:v>0.71923841255834764</c:v>
                </c:pt>
                <c:pt idx="2055">
                  <c:v>0.71870613573646558</c:v>
                </c:pt>
                <c:pt idx="2056">
                  <c:v>0.71750488015590963</c:v>
                </c:pt>
                <c:pt idx="2057">
                  <c:v>0.71743630510307643</c:v>
                </c:pt>
                <c:pt idx="2058">
                  <c:v>0.71682298048416493</c:v>
                </c:pt>
                <c:pt idx="2059">
                  <c:v>0.71630990950827067</c:v>
                </c:pt>
                <c:pt idx="2060">
                  <c:v>0.71623307334519404</c:v>
                </c:pt>
                <c:pt idx="2061">
                  <c:v>0.7140557899253106</c:v>
                </c:pt>
                <c:pt idx="2062">
                  <c:v>0.71318211076320581</c:v>
                </c:pt>
                <c:pt idx="2063">
                  <c:v>0.71315176291236293</c:v>
                </c:pt>
                <c:pt idx="2064">
                  <c:v>0.71303436697261069</c:v>
                </c:pt>
                <c:pt idx="2065">
                  <c:v>0.71277392948704243</c:v>
                </c:pt>
                <c:pt idx="2066">
                  <c:v>0.71187194361598816</c:v>
                </c:pt>
                <c:pt idx="2067">
                  <c:v>0.71178655709385985</c:v>
                </c:pt>
                <c:pt idx="2068">
                  <c:v>0.71136611825467411</c:v>
                </c:pt>
                <c:pt idx="2069">
                  <c:v>0.71113802227335832</c:v>
                </c:pt>
                <c:pt idx="2070">
                  <c:v>0.71034307717146838</c:v>
                </c:pt>
                <c:pt idx="2071">
                  <c:v>0.70966452013335679</c:v>
                </c:pt>
                <c:pt idx="2072">
                  <c:v>0.70958190544728539</c:v>
                </c:pt>
                <c:pt idx="2073">
                  <c:v>0.7095243505685318</c:v>
                </c:pt>
                <c:pt idx="2074">
                  <c:v>0.70945164241356695</c:v>
                </c:pt>
                <c:pt idx="2075">
                  <c:v>0.70912187694113982</c:v>
                </c:pt>
                <c:pt idx="2076">
                  <c:v>0.70908145862264771</c:v>
                </c:pt>
                <c:pt idx="2077">
                  <c:v>0.70855858708075337</c:v>
                </c:pt>
                <c:pt idx="2078">
                  <c:v>0.7084918862356212</c:v>
                </c:pt>
                <c:pt idx="2079">
                  <c:v>0.70834258193570554</c:v>
                </c:pt>
                <c:pt idx="2080">
                  <c:v>0.70830670556098019</c:v>
                </c:pt>
                <c:pt idx="2081">
                  <c:v>0.70812649210527467</c:v>
                </c:pt>
                <c:pt idx="2082">
                  <c:v>0.70717180765563226</c:v>
                </c:pt>
                <c:pt idx="2083">
                  <c:v>0.70663684095620438</c:v>
                </c:pt>
                <c:pt idx="2084">
                  <c:v>0.70659809197333667</c:v>
                </c:pt>
                <c:pt idx="2085">
                  <c:v>0.70616666280585194</c:v>
                </c:pt>
                <c:pt idx="2086">
                  <c:v>0.7058677256813124</c:v>
                </c:pt>
                <c:pt idx="2087">
                  <c:v>0.70584446165991177</c:v>
                </c:pt>
                <c:pt idx="2088">
                  <c:v>0.70540246481253233</c:v>
                </c:pt>
                <c:pt idx="2089">
                  <c:v>0.70446865285653737</c:v>
                </c:pt>
                <c:pt idx="2090">
                  <c:v>0.70421582046666598</c:v>
                </c:pt>
                <c:pt idx="2091">
                  <c:v>0.7030463268582785</c:v>
                </c:pt>
                <c:pt idx="2092">
                  <c:v>0.70290569268884806</c:v>
                </c:pt>
                <c:pt idx="2093">
                  <c:v>0.70161172746089318</c:v>
                </c:pt>
                <c:pt idx="2094">
                  <c:v>0.70098104116398452</c:v>
                </c:pt>
                <c:pt idx="2095">
                  <c:v>0.70083983675878481</c:v>
                </c:pt>
                <c:pt idx="2096">
                  <c:v>0.70056892964389583</c:v>
                </c:pt>
                <c:pt idx="2097">
                  <c:v>0.69930936679445432</c:v>
                </c:pt>
                <c:pt idx="2098">
                  <c:v>0.69927543779992363</c:v>
                </c:pt>
                <c:pt idx="2099">
                  <c:v>0.69757850818071832</c:v>
                </c:pt>
                <c:pt idx="2100">
                  <c:v>0.69687580999933296</c:v>
                </c:pt>
                <c:pt idx="2101">
                  <c:v>0.69671478444350843</c:v>
                </c:pt>
                <c:pt idx="2102">
                  <c:v>0.69663553651646404</c:v>
                </c:pt>
                <c:pt idx="2103">
                  <c:v>0.69639383748960471</c:v>
                </c:pt>
                <c:pt idx="2104">
                  <c:v>0.69632898317249714</c:v>
                </c:pt>
                <c:pt idx="2105">
                  <c:v>0.69604244611270816</c:v>
                </c:pt>
                <c:pt idx="2106">
                  <c:v>0.6952649308762443</c:v>
                </c:pt>
                <c:pt idx="2107">
                  <c:v>0.69460569992886045</c:v>
                </c:pt>
                <c:pt idx="2108">
                  <c:v>0.69279739078265312</c:v>
                </c:pt>
                <c:pt idx="2109">
                  <c:v>0.69227444919914738</c:v>
                </c:pt>
                <c:pt idx="2110">
                  <c:v>0.69212875864245882</c:v>
                </c:pt>
                <c:pt idx="2111">
                  <c:v>0.69191242498787331</c:v>
                </c:pt>
                <c:pt idx="2112">
                  <c:v>0.69154732440567623</c:v>
                </c:pt>
                <c:pt idx="2113">
                  <c:v>0.69133411766622022</c:v>
                </c:pt>
                <c:pt idx="2114">
                  <c:v>0.69121496871160903</c:v>
                </c:pt>
                <c:pt idx="2115">
                  <c:v>0.69064206479812584</c:v>
                </c:pt>
                <c:pt idx="2116">
                  <c:v>0.69039816020029254</c:v>
                </c:pt>
                <c:pt idx="2117">
                  <c:v>0.69022917848506959</c:v>
                </c:pt>
                <c:pt idx="2118">
                  <c:v>0.69012001275066404</c:v>
                </c:pt>
                <c:pt idx="2119">
                  <c:v>0.68964592131218727</c:v>
                </c:pt>
                <c:pt idx="2120">
                  <c:v>0.68926110318715794</c:v>
                </c:pt>
                <c:pt idx="2121">
                  <c:v>0.68894150152589162</c:v>
                </c:pt>
                <c:pt idx="2122">
                  <c:v>0.6889248416974243</c:v>
                </c:pt>
                <c:pt idx="2123">
                  <c:v>0.68884949156694952</c:v>
                </c:pt>
                <c:pt idx="2124">
                  <c:v>0.68863985697356322</c:v>
                </c:pt>
                <c:pt idx="2125">
                  <c:v>0.6883669364741023</c:v>
                </c:pt>
                <c:pt idx="2126">
                  <c:v>0.68816331743293768</c:v>
                </c:pt>
                <c:pt idx="2127">
                  <c:v>0.68809987923762006</c:v>
                </c:pt>
                <c:pt idx="2128">
                  <c:v>0.68808418452378395</c:v>
                </c:pt>
                <c:pt idx="2129">
                  <c:v>0.68750214991914893</c:v>
                </c:pt>
                <c:pt idx="2130">
                  <c:v>0.68722696177638753</c:v>
                </c:pt>
                <c:pt idx="2131">
                  <c:v>0.68608349698111815</c:v>
                </c:pt>
                <c:pt idx="2132">
                  <c:v>0.68546966003335397</c:v>
                </c:pt>
                <c:pt idx="2133">
                  <c:v>0.68533691197331281</c:v>
                </c:pt>
                <c:pt idx="2134">
                  <c:v>0.6852540634860137</c:v>
                </c:pt>
                <c:pt idx="2135">
                  <c:v>0.68487968652966802</c:v>
                </c:pt>
                <c:pt idx="2136">
                  <c:v>0.68461431246321069</c:v>
                </c:pt>
                <c:pt idx="2137">
                  <c:v>0.68433960801754345</c:v>
                </c:pt>
                <c:pt idx="2138">
                  <c:v>0.68433430135790407</c:v>
                </c:pt>
                <c:pt idx="2139">
                  <c:v>0.68392771310235423</c:v>
                </c:pt>
                <c:pt idx="2140">
                  <c:v>0.68321878796412494</c:v>
                </c:pt>
                <c:pt idx="2141">
                  <c:v>0.68296574807482546</c:v>
                </c:pt>
                <c:pt idx="2142">
                  <c:v>0.68290630704809385</c:v>
                </c:pt>
                <c:pt idx="2143">
                  <c:v>0.68212040418076447</c:v>
                </c:pt>
                <c:pt idx="2144">
                  <c:v>0.68188529904693385</c:v>
                </c:pt>
                <c:pt idx="2145">
                  <c:v>0.68180506171460042</c:v>
                </c:pt>
                <c:pt idx="2146">
                  <c:v>0.68149999485764468</c:v>
                </c:pt>
                <c:pt idx="2147">
                  <c:v>0.68116040670501232</c:v>
                </c:pt>
                <c:pt idx="2148">
                  <c:v>0.68090109076775718</c:v>
                </c:pt>
                <c:pt idx="2149">
                  <c:v>0.68076008756751483</c:v>
                </c:pt>
                <c:pt idx="2150">
                  <c:v>0.68033265977098345</c:v>
                </c:pt>
                <c:pt idx="2151">
                  <c:v>0.6801706307919192</c:v>
                </c:pt>
                <c:pt idx="2152">
                  <c:v>0.68001923995277924</c:v>
                </c:pt>
                <c:pt idx="2153">
                  <c:v>0.67998653398016806</c:v>
                </c:pt>
                <c:pt idx="2154">
                  <c:v>0.67997112662747572</c:v>
                </c:pt>
                <c:pt idx="2155">
                  <c:v>0.67878868570920115</c:v>
                </c:pt>
                <c:pt idx="2156">
                  <c:v>0.67854816379218541</c:v>
                </c:pt>
                <c:pt idx="2157">
                  <c:v>0.67782632201788151</c:v>
                </c:pt>
                <c:pt idx="2158">
                  <c:v>0.6778152355068805</c:v>
                </c:pt>
                <c:pt idx="2159">
                  <c:v>0.67758394087333051</c:v>
                </c:pt>
                <c:pt idx="2160">
                  <c:v>0.67756443593419591</c:v>
                </c:pt>
                <c:pt idx="2161">
                  <c:v>0.67743577731604798</c:v>
                </c:pt>
                <c:pt idx="2162">
                  <c:v>0.67727495440801244</c:v>
                </c:pt>
                <c:pt idx="2163">
                  <c:v>0.67689378683871515</c:v>
                </c:pt>
                <c:pt idx="2164">
                  <c:v>0.67683104894397006</c:v>
                </c:pt>
                <c:pt idx="2165">
                  <c:v>0.67682881687858198</c:v>
                </c:pt>
                <c:pt idx="2166">
                  <c:v>0.67644996539120639</c:v>
                </c:pt>
                <c:pt idx="2167">
                  <c:v>0.6762091252842678</c:v>
                </c:pt>
                <c:pt idx="2168">
                  <c:v>0.67611449076995778</c:v>
                </c:pt>
                <c:pt idx="2169">
                  <c:v>0.67604163087346469</c:v>
                </c:pt>
                <c:pt idx="2170">
                  <c:v>0.67566382151010107</c:v>
                </c:pt>
                <c:pt idx="2171">
                  <c:v>0.67527142363707593</c:v>
                </c:pt>
                <c:pt idx="2172">
                  <c:v>0.67508833220207376</c:v>
                </c:pt>
                <c:pt idx="2173">
                  <c:v>0.6748914067304056</c:v>
                </c:pt>
                <c:pt idx="2174">
                  <c:v>0.6746558440763667</c:v>
                </c:pt>
                <c:pt idx="2175">
                  <c:v>0.67457705693698489</c:v>
                </c:pt>
                <c:pt idx="2176">
                  <c:v>0.67456696001781302</c:v>
                </c:pt>
                <c:pt idx="2177">
                  <c:v>0.67440200835077901</c:v>
                </c:pt>
                <c:pt idx="2178">
                  <c:v>0.67410955206789847</c:v>
                </c:pt>
                <c:pt idx="2179">
                  <c:v>0.67261224471057679</c:v>
                </c:pt>
                <c:pt idx="2180">
                  <c:v>0.67247642828075671</c:v>
                </c:pt>
                <c:pt idx="2181">
                  <c:v>0.67239331353177711</c:v>
                </c:pt>
                <c:pt idx="2182">
                  <c:v>0.67194640606839862</c:v>
                </c:pt>
                <c:pt idx="2183">
                  <c:v>0.67176563213458629</c:v>
                </c:pt>
                <c:pt idx="2184">
                  <c:v>0.6715386934568347</c:v>
                </c:pt>
                <c:pt idx="2185">
                  <c:v>0.67140762760694683</c:v>
                </c:pt>
                <c:pt idx="2186">
                  <c:v>0.67095768519748877</c:v>
                </c:pt>
                <c:pt idx="2187">
                  <c:v>0.67075747872419911</c:v>
                </c:pt>
                <c:pt idx="2188">
                  <c:v>0.67065869781374776</c:v>
                </c:pt>
                <c:pt idx="2189">
                  <c:v>0.6698003575715602</c:v>
                </c:pt>
                <c:pt idx="2190">
                  <c:v>0.66960815884671177</c:v>
                </c:pt>
                <c:pt idx="2191">
                  <c:v>0.66927649099069775</c:v>
                </c:pt>
                <c:pt idx="2192">
                  <c:v>0.66708943203837756</c:v>
                </c:pt>
                <c:pt idx="2193">
                  <c:v>0.66662991563624918</c:v>
                </c:pt>
                <c:pt idx="2194">
                  <c:v>0.66435047374048295</c:v>
                </c:pt>
                <c:pt idx="2195">
                  <c:v>0.66414708819692314</c:v>
                </c:pt>
                <c:pt idx="2196">
                  <c:v>0.66351252684510509</c:v>
                </c:pt>
                <c:pt idx="2197">
                  <c:v>0.66198498111967408</c:v>
                </c:pt>
                <c:pt idx="2198">
                  <c:v>0.66198271191454217</c:v>
                </c:pt>
                <c:pt idx="2199">
                  <c:v>0.66186126726022554</c:v>
                </c:pt>
                <c:pt idx="2200">
                  <c:v>0.66156527117718711</c:v>
                </c:pt>
                <c:pt idx="2201">
                  <c:v>0.66130394929467795</c:v>
                </c:pt>
                <c:pt idx="2202">
                  <c:v>0.66118411501773489</c:v>
                </c:pt>
                <c:pt idx="2203">
                  <c:v>0.66070492736018382</c:v>
                </c:pt>
                <c:pt idx="2204">
                  <c:v>0.66051897478173038</c:v>
                </c:pt>
                <c:pt idx="2205">
                  <c:v>0.65996875261391064</c:v>
                </c:pt>
                <c:pt idx="2206">
                  <c:v>0.65967492573330533</c:v>
                </c:pt>
                <c:pt idx="2207">
                  <c:v>0.65963279019047238</c:v>
                </c:pt>
                <c:pt idx="2208">
                  <c:v>0.65945849270597001</c:v>
                </c:pt>
                <c:pt idx="2209">
                  <c:v>0.6594125275048961</c:v>
                </c:pt>
                <c:pt idx="2210">
                  <c:v>0.657430025961939</c:v>
                </c:pt>
                <c:pt idx="2211">
                  <c:v>0.65632472397124175</c:v>
                </c:pt>
                <c:pt idx="2212">
                  <c:v>0.65573230253930892</c:v>
                </c:pt>
                <c:pt idx="2213">
                  <c:v>0.65530334116322131</c:v>
                </c:pt>
                <c:pt idx="2214">
                  <c:v>0.65456373584227745</c:v>
                </c:pt>
                <c:pt idx="2215">
                  <c:v>0.65419905890089525</c:v>
                </c:pt>
                <c:pt idx="2216">
                  <c:v>0.65337301257233316</c:v>
                </c:pt>
                <c:pt idx="2217">
                  <c:v>0.65331331084951283</c:v>
                </c:pt>
                <c:pt idx="2218">
                  <c:v>0.65307933567096932</c:v>
                </c:pt>
                <c:pt idx="2219">
                  <c:v>0.65265641505653182</c:v>
                </c:pt>
                <c:pt idx="2220">
                  <c:v>0.6522768188249759</c:v>
                </c:pt>
                <c:pt idx="2221">
                  <c:v>0.65221508136448247</c:v>
                </c:pt>
                <c:pt idx="2222">
                  <c:v>0.65154820552868242</c:v>
                </c:pt>
                <c:pt idx="2223">
                  <c:v>0.65102882228323833</c:v>
                </c:pt>
                <c:pt idx="2224">
                  <c:v>0.65087563192643061</c:v>
                </c:pt>
                <c:pt idx="2225">
                  <c:v>0.6501740003487636</c:v>
                </c:pt>
                <c:pt idx="2226">
                  <c:v>0.64999404769410718</c:v>
                </c:pt>
                <c:pt idx="2227">
                  <c:v>0.64949336978383188</c:v>
                </c:pt>
                <c:pt idx="2228">
                  <c:v>0.64773182422025533</c:v>
                </c:pt>
                <c:pt idx="2229">
                  <c:v>0.64729390080746751</c:v>
                </c:pt>
                <c:pt idx="2230">
                  <c:v>0.64543335167452009</c:v>
                </c:pt>
                <c:pt idx="2231">
                  <c:v>0.64512427288791718</c:v>
                </c:pt>
                <c:pt idx="2232">
                  <c:v>0.64505970594611695</c:v>
                </c:pt>
                <c:pt idx="2233">
                  <c:v>0.64495169296543242</c:v>
                </c:pt>
                <c:pt idx="2234">
                  <c:v>0.64394268690418988</c:v>
                </c:pt>
                <c:pt idx="2235">
                  <c:v>0.64359494861527899</c:v>
                </c:pt>
                <c:pt idx="2236">
                  <c:v>0.64296612715294577</c:v>
                </c:pt>
                <c:pt idx="2237">
                  <c:v>0.64295676742065855</c:v>
                </c:pt>
                <c:pt idx="2238">
                  <c:v>0.64264447629019561</c:v>
                </c:pt>
                <c:pt idx="2239">
                  <c:v>0.64231646610756632</c:v>
                </c:pt>
                <c:pt idx="2240">
                  <c:v>0.64200238733052917</c:v>
                </c:pt>
                <c:pt idx="2241">
                  <c:v>0.64191742809467189</c:v>
                </c:pt>
                <c:pt idx="2242">
                  <c:v>0.64188560203738221</c:v>
                </c:pt>
                <c:pt idx="2243">
                  <c:v>0.64169132876888779</c:v>
                </c:pt>
                <c:pt idx="2244">
                  <c:v>0.64166494575080069</c:v>
                </c:pt>
                <c:pt idx="2245">
                  <c:v>0.64153562351222437</c:v>
                </c:pt>
                <c:pt idx="2246">
                  <c:v>0.64140411842979672</c:v>
                </c:pt>
                <c:pt idx="2247">
                  <c:v>0.64085209042101643</c:v>
                </c:pt>
                <c:pt idx="2248">
                  <c:v>0.64051584696142505</c:v>
                </c:pt>
                <c:pt idx="2249">
                  <c:v>0.6404944224840059</c:v>
                </c:pt>
                <c:pt idx="2250">
                  <c:v>0.63998272095060049</c:v>
                </c:pt>
                <c:pt idx="2251">
                  <c:v>0.63981096106820901</c:v>
                </c:pt>
                <c:pt idx="2252">
                  <c:v>0.63964916293775842</c:v>
                </c:pt>
                <c:pt idx="2253">
                  <c:v>0.63842871772856902</c:v>
                </c:pt>
                <c:pt idx="2254">
                  <c:v>0.63770887644413121</c:v>
                </c:pt>
                <c:pt idx="2255">
                  <c:v>0.63759911170241512</c:v>
                </c:pt>
                <c:pt idx="2256">
                  <c:v>0.63759072288029539</c:v>
                </c:pt>
                <c:pt idx="2257">
                  <c:v>0.6375682014107017</c:v>
                </c:pt>
                <c:pt idx="2258">
                  <c:v>0.63748620418183299</c:v>
                </c:pt>
                <c:pt idx="2259">
                  <c:v>0.6373784877281452</c:v>
                </c:pt>
                <c:pt idx="2260">
                  <c:v>0.637213164976418</c:v>
                </c:pt>
                <c:pt idx="2261">
                  <c:v>0.6365616748020122</c:v>
                </c:pt>
                <c:pt idx="2262">
                  <c:v>0.63610794445093233</c:v>
                </c:pt>
                <c:pt idx="2263">
                  <c:v>0.63574121147314633</c:v>
                </c:pt>
                <c:pt idx="2264">
                  <c:v>0.63509168351049139</c:v>
                </c:pt>
                <c:pt idx="2265">
                  <c:v>0.63484545301239115</c:v>
                </c:pt>
                <c:pt idx="2266">
                  <c:v>0.63473039260904196</c:v>
                </c:pt>
                <c:pt idx="2267">
                  <c:v>0.63468638695047386</c:v>
                </c:pt>
                <c:pt idx="2268">
                  <c:v>0.63342817363055759</c:v>
                </c:pt>
                <c:pt idx="2269">
                  <c:v>0.63333959383384852</c:v>
                </c:pt>
                <c:pt idx="2270">
                  <c:v>0.63330015273087936</c:v>
                </c:pt>
                <c:pt idx="2271">
                  <c:v>0.63286520832038162</c:v>
                </c:pt>
                <c:pt idx="2272">
                  <c:v>0.63264665349832572</c:v>
                </c:pt>
                <c:pt idx="2273">
                  <c:v>0.63260286089437989</c:v>
                </c:pt>
                <c:pt idx="2274">
                  <c:v>0.63177957592734812</c:v>
                </c:pt>
                <c:pt idx="2275">
                  <c:v>0.63132083447402354</c:v>
                </c:pt>
                <c:pt idx="2276">
                  <c:v>0.63074766806084892</c:v>
                </c:pt>
                <c:pt idx="2277">
                  <c:v>0.63060421045486881</c:v>
                </c:pt>
                <c:pt idx="2278">
                  <c:v>0.63028753194925546</c:v>
                </c:pt>
                <c:pt idx="2279">
                  <c:v>0.63027013907696294</c:v>
                </c:pt>
                <c:pt idx="2280">
                  <c:v>0.63021119468749009</c:v>
                </c:pt>
                <c:pt idx="2281">
                  <c:v>0.6300822948204684</c:v>
                </c:pt>
                <c:pt idx="2282">
                  <c:v>0.62971030461474731</c:v>
                </c:pt>
                <c:pt idx="2283">
                  <c:v>0.62963524418185746</c:v>
                </c:pt>
                <c:pt idx="2284">
                  <c:v>0.62912083904625971</c:v>
                </c:pt>
                <c:pt idx="2285">
                  <c:v>0.62911615316063862</c:v>
                </c:pt>
                <c:pt idx="2286">
                  <c:v>0.62903754922023136</c:v>
                </c:pt>
                <c:pt idx="2287">
                  <c:v>0.62897758222723754</c:v>
                </c:pt>
                <c:pt idx="2288">
                  <c:v>0.62860358807814654</c:v>
                </c:pt>
                <c:pt idx="2289">
                  <c:v>0.6267112548151923</c:v>
                </c:pt>
                <c:pt idx="2290">
                  <c:v>0.62666541496463002</c:v>
                </c:pt>
                <c:pt idx="2291">
                  <c:v>0.62655543326828966</c:v>
                </c:pt>
                <c:pt idx="2292">
                  <c:v>0.62612069749731336</c:v>
                </c:pt>
                <c:pt idx="2293">
                  <c:v>0.62592791203506581</c:v>
                </c:pt>
                <c:pt idx="2294">
                  <c:v>0.6255513499335067</c:v>
                </c:pt>
                <c:pt idx="2295">
                  <c:v>0.62551035884970152</c:v>
                </c:pt>
                <c:pt idx="2296">
                  <c:v>0.62464711392743144</c:v>
                </c:pt>
                <c:pt idx="2297">
                  <c:v>0.62424449968172269</c:v>
                </c:pt>
                <c:pt idx="2298">
                  <c:v>0.62384389095105952</c:v>
                </c:pt>
                <c:pt idx="2299">
                  <c:v>0.62336190604084496</c:v>
                </c:pt>
                <c:pt idx="2300">
                  <c:v>0.62296595204839356</c:v>
                </c:pt>
                <c:pt idx="2301">
                  <c:v>0.6224043089211202</c:v>
                </c:pt>
                <c:pt idx="2302">
                  <c:v>0.62127042763066431</c:v>
                </c:pt>
                <c:pt idx="2303">
                  <c:v>0.62110156606671962</c:v>
                </c:pt>
                <c:pt idx="2304">
                  <c:v>0.62087758604596965</c:v>
                </c:pt>
                <c:pt idx="2305">
                  <c:v>0.62051192627997764</c:v>
                </c:pt>
                <c:pt idx="2306">
                  <c:v>0.61991736477125337</c:v>
                </c:pt>
                <c:pt idx="2307">
                  <c:v>0.61924435184311677</c:v>
                </c:pt>
                <c:pt idx="2308">
                  <c:v>0.61900114109257331</c:v>
                </c:pt>
                <c:pt idx="2309">
                  <c:v>0.61881804107767657</c:v>
                </c:pt>
                <c:pt idx="2310">
                  <c:v>0.61829609298869836</c:v>
                </c:pt>
                <c:pt idx="2311">
                  <c:v>0.61801869640798412</c:v>
                </c:pt>
                <c:pt idx="2312">
                  <c:v>0.61794932705672334</c:v>
                </c:pt>
                <c:pt idx="2313">
                  <c:v>0.61739076558168327</c:v>
                </c:pt>
                <c:pt idx="2314">
                  <c:v>0.6173490976363748</c:v>
                </c:pt>
                <c:pt idx="2315">
                  <c:v>0.61732139665476904</c:v>
                </c:pt>
                <c:pt idx="2316">
                  <c:v>0.61732053427974509</c:v>
                </c:pt>
                <c:pt idx="2317">
                  <c:v>0.61634245466086135</c:v>
                </c:pt>
                <c:pt idx="2318">
                  <c:v>0.6161683120522875</c:v>
                </c:pt>
                <c:pt idx="2319">
                  <c:v>0.61603915108782992</c:v>
                </c:pt>
                <c:pt idx="2320">
                  <c:v>0.61601006988763773</c:v>
                </c:pt>
                <c:pt idx="2321">
                  <c:v>0.61529626308958185</c:v>
                </c:pt>
                <c:pt idx="2322">
                  <c:v>0.61382793379336831</c:v>
                </c:pt>
                <c:pt idx="2323">
                  <c:v>0.61317692004931235</c:v>
                </c:pt>
                <c:pt idx="2324">
                  <c:v>0.61246715557350562</c:v>
                </c:pt>
                <c:pt idx="2325">
                  <c:v>0.61183393611218606</c:v>
                </c:pt>
                <c:pt idx="2326">
                  <c:v>0.61054896437905826</c:v>
                </c:pt>
                <c:pt idx="2327">
                  <c:v>0.6104368908507426</c:v>
                </c:pt>
                <c:pt idx="2328">
                  <c:v>0.61004675202379843</c:v>
                </c:pt>
                <c:pt idx="2329">
                  <c:v>0.60969219607133118</c:v>
                </c:pt>
                <c:pt idx="2330">
                  <c:v>0.60921976462124883</c:v>
                </c:pt>
                <c:pt idx="2331">
                  <c:v>0.609167416267138</c:v>
                </c:pt>
                <c:pt idx="2332">
                  <c:v>0.60901843037352743</c:v>
                </c:pt>
                <c:pt idx="2333">
                  <c:v>0.60843164640414638</c:v>
                </c:pt>
                <c:pt idx="2334">
                  <c:v>0.60811791786282976</c:v>
                </c:pt>
                <c:pt idx="2335">
                  <c:v>0.60808217664909703</c:v>
                </c:pt>
                <c:pt idx="2336">
                  <c:v>0.60784074743947458</c:v>
                </c:pt>
                <c:pt idx="2337">
                  <c:v>0.60780704563053045</c:v>
                </c:pt>
                <c:pt idx="2338">
                  <c:v>0.60766534580993581</c:v>
                </c:pt>
                <c:pt idx="2339">
                  <c:v>0.60740514283614588</c:v>
                </c:pt>
                <c:pt idx="2340">
                  <c:v>0.60739754185160322</c:v>
                </c:pt>
                <c:pt idx="2341">
                  <c:v>0.60703466959205166</c:v>
                </c:pt>
                <c:pt idx="2342">
                  <c:v>0.6068616299826558</c:v>
                </c:pt>
                <c:pt idx="2343">
                  <c:v>0.60685559945810996</c:v>
                </c:pt>
                <c:pt idx="2344">
                  <c:v>0.60641820564304161</c:v>
                </c:pt>
                <c:pt idx="2345">
                  <c:v>0.60567816068932223</c:v>
                </c:pt>
                <c:pt idx="2346">
                  <c:v>0.60541736214779163</c:v>
                </c:pt>
                <c:pt idx="2347">
                  <c:v>0.60486534674752235</c:v>
                </c:pt>
                <c:pt idx="2348">
                  <c:v>0.60423036432428934</c:v>
                </c:pt>
                <c:pt idx="2349">
                  <c:v>0.60410252551452814</c:v>
                </c:pt>
                <c:pt idx="2350">
                  <c:v>0.6039577588090097</c:v>
                </c:pt>
                <c:pt idx="2351">
                  <c:v>0.6030443351739273</c:v>
                </c:pt>
                <c:pt idx="2352">
                  <c:v>0.60259785057113124</c:v>
                </c:pt>
                <c:pt idx="2353">
                  <c:v>0.60252689212113586</c:v>
                </c:pt>
                <c:pt idx="2354">
                  <c:v>0.60204416574886033</c:v>
                </c:pt>
                <c:pt idx="2355">
                  <c:v>0.60185123864281909</c:v>
                </c:pt>
                <c:pt idx="2356">
                  <c:v>0.60048276720207161</c:v>
                </c:pt>
                <c:pt idx="2357">
                  <c:v>0.6000957938656214</c:v>
                </c:pt>
                <c:pt idx="2358">
                  <c:v>0.59886458378231422</c:v>
                </c:pt>
                <c:pt idx="2359">
                  <c:v>0.59863816688126514</c:v>
                </c:pt>
                <c:pt idx="2360">
                  <c:v>0.5983323103500735</c:v>
                </c:pt>
                <c:pt idx="2361">
                  <c:v>0.59829079762979531</c:v>
                </c:pt>
                <c:pt idx="2362">
                  <c:v>0.59795113623851948</c:v>
                </c:pt>
                <c:pt idx="2363">
                  <c:v>0.59786611836084336</c:v>
                </c:pt>
                <c:pt idx="2364">
                  <c:v>0.59780790951302087</c:v>
                </c:pt>
                <c:pt idx="2365">
                  <c:v>0.59769738930080718</c:v>
                </c:pt>
                <c:pt idx="2366">
                  <c:v>0.59618278381409995</c:v>
                </c:pt>
                <c:pt idx="2367">
                  <c:v>0.59508187820478209</c:v>
                </c:pt>
                <c:pt idx="2368">
                  <c:v>0.59497587603729452</c:v>
                </c:pt>
                <c:pt idx="2369">
                  <c:v>0.59444755322498832</c:v>
                </c:pt>
                <c:pt idx="2370">
                  <c:v>0.5932979462347211</c:v>
                </c:pt>
                <c:pt idx="2371">
                  <c:v>0.59329700043442335</c:v>
                </c:pt>
                <c:pt idx="2372">
                  <c:v>0.59282912717736336</c:v>
                </c:pt>
                <c:pt idx="2373">
                  <c:v>0.59254491819226141</c:v>
                </c:pt>
                <c:pt idx="2374">
                  <c:v>0.59232024570683628</c:v>
                </c:pt>
                <c:pt idx="2375">
                  <c:v>0.59117578585807251</c:v>
                </c:pt>
                <c:pt idx="2376">
                  <c:v>0.59095149700923255</c:v>
                </c:pt>
                <c:pt idx="2377">
                  <c:v>0.59036864803791544</c:v>
                </c:pt>
                <c:pt idx="2378">
                  <c:v>0.58974673561408897</c:v>
                </c:pt>
                <c:pt idx="2379">
                  <c:v>0.58910970760910186</c:v>
                </c:pt>
                <c:pt idx="2380">
                  <c:v>0.5890481768285829</c:v>
                </c:pt>
                <c:pt idx="2381">
                  <c:v>0.58823762223216858</c:v>
                </c:pt>
                <c:pt idx="2382">
                  <c:v>0.58775617912495504</c:v>
                </c:pt>
                <c:pt idx="2383">
                  <c:v>0.58770451106549892</c:v>
                </c:pt>
                <c:pt idx="2384">
                  <c:v>0.58657697371348116</c:v>
                </c:pt>
                <c:pt idx="2385">
                  <c:v>0.58637930853174414</c:v>
                </c:pt>
                <c:pt idx="2386">
                  <c:v>0.58614436588954943</c:v>
                </c:pt>
                <c:pt idx="2387">
                  <c:v>0.58543649145003263</c:v>
                </c:pt>
                <c:pt idx="2388">
                  <c:v>0.58536379608866551</c:v>
                </c:pt>
                <c:pt idx="2389">
                  <c:v>0.58501734095429403</c:v>
                </c:pt>
                <c:pt idx="2390">
                  <c:v>0.58456195135329569</c:v>
                </c:pt>
                <c:pt idx="2391">
                  <c:v>0.58425627373445754</c:v>
                </c:pt>
                <c:pt idx="2392">
                  <c:v>0.58415315757015851</c:v>
                </c:pt>
                <c:pt idx="2393">
                  <c:v>0.58391253823832268</c:v>
                </c:pt>
                <c:pt idx="2394">
                  <c:v>0.58385179824733546</c:v>
                </c:pt>
                <c:pt idx="2395">
                  <c:v>0.58359836603875148</c:v>
                </c:pt>
                <c:pt idx="2396">
                  <c:v>0.58263112492379698</c:v>
                </c:pt>
                <c:pt idx="2397">
                  <c:v>0.58128860727275722</c:v>
                </c:pt>
                <c:pt idx="2398">
                  <c:v>0.58124303706706382</c:v>
                </c:pt>
                <c:pt idx="2399">
                  <c:v>0.58104705308512328</c:v>
                </c:pt>
                <c:pt idx="2400">
                  <c:v>0.58030831618065248</c:v>
                </c:pt>
                <c:pt idx="2401">
                  <c:v>0.57928924002225046</c:v>
                </c:pt>
                <c:pt idx="2402">
                  <c:v>0.57866540024344704</c:v>
                </c:pt>
                <c:pt idx="2403">
                  <c:v>0.57860764351033944</c:v>
                </c:pt>
                <c:pt idx="2404">
                  <c:v>0.57860672823486303</c:v>
                </c:pt>
                <c:pt idx="2405">
                  <c:v>0.57806471532277937</c:v>
                </c:pt>
                <c:pt idx="2406">
                  <c:v>0.57732438811617137</c:v>
                </c:pt>
                <c:pt idx="2407">
                  <c:v>0.5768202383907497</c:v>
                </c:pt>
                <c:pt idx="2408">
                  <c:v>0.57675612205491544</c:v>
                </c:pt>
                <c:pt idx="2409">
                  <c:v>0.57646898122768864</c:v>
                </c:pt>
                <c:pt idx="2410">
                  <c:v>0.5750886617701525</c:v>
                </c:pt>
                <c:pt idx="2411">
                  <c:v>0.57503868753433551</c:v>
                </c:pt>
                <c:pt idx="2412">
                  <c:v>0.57395710783565002</c:v>
                </c:pt>
                <c:pt idx="2413">
                  <c:v>0.57356834301772108</c:v>
                </c:pt>
                <c:pt idx="2414">
                  <c:v>0.57346357342561471</c:v>
                </c:pt>
                <c:pt idx="2415">
                  <c:v>0.57345731179128756</c:v>
                </c:pt>
                <c:pt idx="2416">
                  <c:v>0.57340977130616921</c:v>
                </c:pt>
                <c:pt idx="2417">
                  <c:v>0.57337649776669097</c:v>
                </c:pt>
                <c:pt idx="2418">
                  <c:v>0.57255518101495739</c:v>
                </c:pt>
                <c:pt idx="2419">
                  <c:v>0.57254821036997816</c:v>
                </c:pt>
                <c:pt idx="2420">
                  <c:v>0.57205015026798978</c:v>
                </c:pt>
                <c:pt idx="2421">
                  <c:v>0.57185555696129842</c:v>
                </c:pt>
                <c:pt idx="2422">
                  <c:v>0.57151726681539539</c:v>
                </c:pt>
                <c:pt idx="2423">
                  <c:v>0.5713968878084893</c:v>
                </c:pt>
                <c:pt idx="2424">
                  <c:v>0.57128127366020998</c:v>
                </c:pt>
                <c:pt idx="2425">
                  <c:v>0.57118186987584263</c:v>
                </c:pt>
                <c:pt idx="2426">
                  <c:v>0.57052113906918955</c:v>
                </c:pt>
                <c:pt idx="2427">
                  <c:v>0.57015643156693241</c:v>
                </c:pt>
                <c:pt idx="2428">
                  <c:v>0.56958995668542545</c:v>
                </c:pt>
                <c:pt idx="2429">
                  <c:v>0.56872211291925279</c:v>
                </c:pt>
                <c:pt idx="2430">
                  <c:v>0.56870930776347217</c:v>
                </c:pt>
                <c:pt idx="2431">
                  <c:v>0.56850477893744777</c:v>
                </c:pt>
                <c:pt idx="2432">
                  <c:v>0.56850166281521508</c:v>
                </c:pt>
                <c:pt idx="2433">
                  <c:v>0.56837772366770334</c:v>
                </c:pt>
                <c:pt idx="2434">
                  <c:v>0.56834430033773409</c:v>
                </c:pt>
                <c:pt idx="2435">
                  <c:v>0.56826620369473368</c:v>
                </c:pt>
                <c:pt idx="2436">
                  <c:v>0.56806929201530121</c:v>
                </c:pt>
                <c:pt idx="2437">
                  <c:v>0.56721306446030539</c:v>
                </c:pt>
                <c:pt idx="2438">
                  <c:v>0.56699996382867868</c:v>
                </c:pt>
                <c:pt idx="2439">
                  <c:v>0.56667985400905585</c:v>
                </c:pt>
                <c:pt idx="2440">
                  <c:v>0.56657717481444381</c:v>
                </c:pt>
                <c:pt idx="2441">
                  <c:v>0.56640635527147709</c:v>
                </c:pt>
                <c:pt idx="2442">
                  <c:v>0.56629402779467675</c:v>
                </c:pt>
                <c:pt idx="2443">
                  <c:v>0.566262213025582</c:v>
                </c:pt>
                <c:pt idx="2444">
                  <c:v>0.56607019702542383</c:v>
                </c:pt>
                <c:pt idx="2445">
                  <c:v>0.56583466187949594</c:v>
                </c:pt>
                <c:pt idx="2446">
                  <c:v>0.56575253234285383</c:v>
                </c:pt>
                <c:pt idx="2447">
                  <c:v>0.56522081026074855</c:v>
                </c:pt>
                <c:pt idx="2448">
                  <c:v>0.56491405140685391</c:v>
                </c:pt>
                <c:pt idx="2449">
                  <c:v>0.56470632875292193</c:v>
                </c:pt>
                <c:pt idx="2450">
                  <c:v>0.56415373264318935</c:v>
                </c:pt>
                <c:pt idx="2451">
                  <c:v>0.56411171506030844</c:v>
                </c:pt>
                <c:pt idx="2452">
                  <c:v>0.56354434499036732</c:v>
                </c:pt>
                <c:pt idx="2453">
                  <c:v>0.56345251820210029</c:v>
                </c:pt>
                <c:pt idx="2454">
                  <c:v>0.56314538900836852</c:v>
                </c:pt>
                <c:pt idx="2455">
                  <c:v>0.56292165858318011</c:v>
                </c:pt>
                <c:pt idx="2456">
                  <c:v>0.56291842510641332</c:v>
                </c:pt>
                <c:pt idx="2457">
                  <c:v>0.56278747307244936</c:v>
                </c:pt>
                <c:pt idx="2458">
                  <c:v>0.56258558359893485</c:v>
                </c:pt>
                <c:pt idx="2459">
                  <c:v>0.56242114942902366</c:v>
                </c:pt>
                <c:pt idx="2460">
                  <c:v>0.56236874773453194</c:v>
                </c:pt>
                <c:pt idx="2461">
                  <c:v>0.56211242581811605</c:v>
                </c:pt>
                <c:pt idx="2462">
                  <c:v>0.56208477975241067</c:v>
                </c:pt>
                <c:pt idx="2463">
                  <c:v>0.56110399829698865</c:v>
                </c:pt>
                <c:pt idx="2464">
                  <c:v>0.56067361289390372</c:v>
                </c:pt>
                <c:pt idx="2465">
                  <c:v>0.55893051049242759</c:v>
                </c:pt>
                <c:pt idx="2466">
                  <c:v>0.55888339213750338</c:v>
                </c:pt>
                <c:pt idx="2467">
                  <c:v>0.55886764773064213</c:v>
                </c:pt>
                <c:pt idx="2468">
                  <c:v>0.55843046472047875</c:v>
                </c:pt>
                <c:pt idx="2469">
                  <c:v>0.55833301590712459</c:v>
                </c:pt>
                <c:pt idx="2470">
                  <c:v>0.55699999854978355</c:v>
                </c:pt>
                <c:pt idx="2471">
                  <c:v>0.55637699330998469</c:v>
                </c:pt>
                <c:pt idx="2472">
                  <c:v>0.55578304656704869</c:v>
                </c:pt>
                <c:pt idx="2473">
                  <c:v>0.55535037840531754</c:v>
                </c:pt>
                <c:pt idx="2474">
                  <c:v>0.55469653661180252</c:v>
                </c:pt>
                <c:pt idx="2475">
                  <c:v>0.55468948558402975</c:v>
                </c:pt>
                <c:pt idx="2476">
                  <c:v>0.55457847788918535</c:v>
                </c:pt>
                <c:pt idx="2477">
                  <c:v>0.55411926847598048</c:v>
                </c:pt>
                <c:pt idx="2478">
                  <c:v>0.55365722734832401</c:v>
                </c:pt>
                <c:pt idx="2479">
                  <c:v>0.55277866760276162</c:v>
                </c:pt>
                <c:pt idx="2480">
                  <c:v>0.55221303814640921</c:v>
                </c:pt>
                <c:pt idx="2481">
                  <c:v>0.55179214216850492</c:v>
                </c:pt>
                <c:pt idx="2482">
                  <c:v>0.55110124565407959</c:v>
                </c:pt>
                <c:pt idx="2483">
                  <c:v>0.55086882138665183</c:v>
                </c:pt>
                <c:pt idx="2484">
                  <c:v>0.5506365280270421</c:v>
                </c:pt>
                <c:pt idx="2485">
                  <c:v>0.55027183228445875</c:v>
                </c:pt>
                <c:pt idx="2486">
                  <c:v>0.54900372292695032</c:v>
                </c:pt>
                <c:pt idx="2487">
                  <c:v>0.54881965072895744</c:v>
                </c:pt>
                <c:pt idx="2488">
                  <c:v>0.54786104107202183</c:v>
                </c:pt>
                <c:pt idx="2489">
                  <c:v>0.54763282200266461</c:v>
                </c:pt>
                <c:pt idx="2490">
                  <c:v>0.54760590277120458</c:v>
                </c:pt>
                <c:pt idx="2491">
                  <c:v>0.54748427079943862</c:v>
                </c:pt>
                <c:pt idx="2492">
                  <c:v>0.54736758146216302</c:v>
                </c:pt>
                <c:pt idx="2493">
                  <c:v>0.54596122379241829</c:v>
                </c:pt>
                <c:pt idx="2494">
                  <c:v>0.54563025501326523</c:v>
                </c:pt>
                <c:pt idx="2495">
                  <c:v>0.54523017682400188</c:v>
                </c:pt>
                <c:pt idx="2496">
                  <c:v>0.54482073479411663</c:v>
                </c:pt>
                <c:pt idx="2497">
                  <c:v>0.54468740627692513</c:v>
                </c:pt>
                <c:pt idx="2498">
                  <c:v>0.54432022141335235</c:v>
                </c:pt>
                <c:pt idx="2499">
                  <c:v>0.54430294063302376</c:v>
                </c:pt>
                <c:pt idx="2500">
                  <c:v>0.54426612554913034</c:v>
                </c:pt>
                <c:pt idx="2501">
                  <c:v>0.54328263609718086</c:v>
                </c:pt>
                <c:pt idx="2502">
                  <c:v>0.54236068785543112</c:v>
                </c:pt>
                <c:pt idx="2503">
                  <c:v>0.54233545013133566</c:v>
                </c:pt>
                <c:pt idx="2504">
                  <c:v>0.5420648350886359</c:v>
                </c:pt>
                <c:pt idx="2505">
                  <c:v>0.54189236033558008</c:v>
                </c:pt>
                <c:pt idx="2506">
                  <c:v>0.54165242067076691</c:v>
                </c:pt>
                <c:pt idx="2507">
                  <c:v>0.54161168837269402</c:v>
                </c:pt>
                <c:pt idx="2508">
                  <c:v>0.54140137596322635</c:v>
                </c:pt>
                <c:pt idx="2509">
                  <c:v>0.54136839137107373</c:v>
                </c:pt>
                <c:pt idx="2510">
                  <c:v>0.54117690677936414</c:v>
                </c:pt>
                <c:pt idx="2511">
                  <c:v>0.54108550995097004</c:v>
                </c:pt>
                <c:pt idx="2512">
                  <c:v>0.54094463702443119</c:v>
                </c:pt>
                <c:pt idx="2513">
                  <c:v>0.54063142251118268</c:v>
                </c:pt>
                <c:pt idx="2514">
                  <c:v>0.54051670835660792</c:v>
                </c:pt>
                <c:pt idx="2515">
                  <c:v>0.54012373783168699</c:v>
                </c:pt>
                <c:pt idx="2516">
                  <c:v>0.54006799434576636</c:v>
                </c:pt>
                <c:pt idx="2517">
                  <c:v>0.5390778942288712</c:v>
                </c:pt>
                <c:pt idx="2518">
                  <c:v>0.53890202070511395</c:v>
                </c:pt>
                <c:pt idx="2519">
                  <c:v>0.53840962922197122</c:v>
                </c:pt>
                <c:pt idx="2520">
                  <c:v>0.53832458941063133</c:v>
                </c:pt>
                <c:pt idx="2521">
                  <c:v>0.53796103531152017</c:v>
                </c:pt>
                <c:pt idx="2522">
                  <c:v>0.53747998786069984</c:v>
                </c:pt>
                <c:pt idx="2523">
                  <c:v>0.53703703974226225</c:v>
                </c:pt>
                <c:pt idx="2524">
                  <c:v>0.53643989656848134</c:v>
                </c:pt>
                <c:pt idx="2525">
                  <c:v>0.53605924007472427</c:v>
                </c:pt>
                <c:pt idx="2526">
                  <c:v>0.53605606418654828</c:v>
                </c:pt>
                <c:pt idx="2527">
                  <c:v>0.5359853675073829</c:v>
                </c:pt>
                <c:pt idx="2528">
                  <c:v>0.53595929427333255</c:v>
                </c:pt>
                <c:pt idx="2529">
                  <c:v>0.53545472212187617</c:v>
                </c:pt>
                <c:pt idx="2530">
                  <c:v>0.53529667084283183</c:v>
                </c:pt>
                <c:pt idx="2531">
                  <c:v>0.53474886129503008</c:v>
                </c:pt>
                <c:pt idx="2532">
                  <c:v>0.5346474166498224</c:v>
                </c:pt>
                <c:pt idx="2533">
                  <c:v>0.53463171280701594</c:v>
                </c:pt>
                <c:pt idx="2534">
                  <c:v>0.53439810417328248</c:v>
                </c:pt>
                <c:pt idx="2535">
                  <c:v>0.53428371400873675</c:v>
                </c:pt>
                <c:pt idx="2536">
                  <c:v>0.53427649822037682</c:v>
                </c:pt>
                <c:pt idx="2537">
                  <c:v>0.53396849112063616</c:v>
                </c:pt>
                <c:pt idx="2538">
                  <c:v>0.53391545201621105</c:v>
                </c:pt>
                <c:pt idx="2539">
                  <c:v>0.5338453311024054</c:v>
                </c:pt>
                <c:pt idx="2540">
                  <c:v>0.53381837368049367</c:v>
                </c:pt>
                <c:pt idx="2541">
                  <c:v>0.53356028911355113</c:v>
                </c:pt>
                <c:pt idx="2542">
                  <c:v>0.53351392332277958</c:v>
                </c:pt>
                <c:pt idx="2543">
                  <c:v>0.53301293969040164</c:v>
                </c:pt>
                <c:pt idx="2544">
                  <c:v>0.53291664258186078</c:v>
                </c:pt>
                <c:pt idx="2545">
                  <c:v>0.53291214079624905</c:v>
                </c:pt>
                <c:pt idx="2546">
                  <c:v>0.53244432699570987</c:v>
                </c:pt>
                <c:pt idx="2547">
                  <c:v>0.53189049996561</c:v>
                </c:pt>
                <c:pt idx="2548">
                  <c:v>0.5312260528999182</c:v>
                </c:pt>
                <c:pt idx="2549">
                  <c:v>0.52992207875733754</c:v>
                </c:pt>
                <c:pt idx="2550">
                  <c:v>0.52939954516291687</c:v>
                </c:pt>
                <c:pt idx="2551">
                  <c:v>0.52938554266423687</c:v>
                </c:pt>
                <c:pt idx="2552">
                  <c:v>0.52919200299139535</c:v>
                </c:pt>
                <c:pt idx="2553">
                  <c:v>0.52912497893434352</c:v>
                </c:pt>
                <c:pt idx="2554">
                  <c:v>0.52864697791831716</c:v>
                </c:pt>
                <c:pt idx="2555">
                  <c:v>0.52855887029978688</c:v>
                </c:pt>
                <c:pt idx="2556">
                  <c:v>0.52808150914218388</c:v>
                </c:pt>
                <c:pt idx="2557">
                  <c:v>0.52803974447167135</c:v>
                </c:pt>
                <c:pt idx="2558">
                  <c:v>0.52702887391581155</c:v>
                </c:pt>
                <c:pt idx="2559">
                  <c:v>0.52698506274327472</c:v>
                </c:pt>
                <c:pt idx="2560">
                  <c:v>0.52658635583708169</c:v>
                </c:pt>
                <c:pt idx="2561">
                  <c:v>0.52603962487463463</c:v>
                </c:pt>
                <c:pt idx="2562">
                  <c:v>0.52528858331930217</c:v>
                </c:pt>
                <c:pt idx="2563">
                  <c:v>0.52476723455273788</c:v>
                </c:pt>
                <c:pt idx="2564">
                  <c:v>0.52454720104203301</c:v>
                </c:pt>
                <c:pt idx="2565">
                  <c:v>0.52341914077326179</c:v>
                </c:pt>
                <c:pt idx="2566">
                  <c:v>0.52321193613684913</c:v>
                </c:pt>
                <c:pt idx="2567">
                  <c:v>0.52317830336416182</c:v>
                </c:pt>
                <c:pt idx="2568">
                  <c:v>0.52258756377881799</c:v>
                </c:pt>
                <c:pt idx="2569">
                  <c:v>0.52226167555682701</c:v>
                </c:pt>
                <c:pt idx="2570">
                  <c:v>0.52145663403437925</c:v>
                </c:pt>
                <c:pt idx="2571">
                  <c:v>0.52144951069793199</c:v>
                </c:pt>
                <c:pt idx="2572">
                  <c:v>0.52120083287764085</c:v>
                </c:pt>
                <c:pt idx="2573">
                  <c:v>0.5211116520187361</c:v>
                </c:pt>
                <c:pt idx="2574">
                  <c:v>0.52026079449638707</c:v>
                </c:pt>
                <c:pt idx="2575">
                  <c:v>0.51970541037149764</c:v>
                </c:pt>
                <c:pt idx="2576">
                  <c:v>0.5191928595499854</c:v>
                </c:pt>
                <c:pt idx="2577">
                  <c:v>0.51824549436474066</c:v>
                </c:pt>
                <c:pt idx="2578">
                  <c:v>0.51823448044732645</c:v>
                </c:pt>
                <c:pt idx="2579">
                  <c:v>0.51787452542166557</c:v>
                </c:pt>
                <c:pt idx="2580">
                  <c:v>0.51782511079551308</c:v>
                </c:pt>
                <c:pt idx="2581">
                  <c:v>0.5178124898498544</c:v>
                </c:pt>
                <c:pt idx="2582">
                  <c:v>0.51757940777723499</c:v>
                </c:pt>
                <c:pt idx="2583">
                  <c:v>0.51754231305445375</c:v>
                </c:pt>
                <c:pt idx="2584">
                  <c:v>0.51709939064702815</c:v>
                </c:pt>
                <c:pt idx="2585">
                  <c:v>0.5168117592817274</c:v>
                </c:pt>
                <c:pt idx="2586">
                  <c:v>0.51675622998820492</c:v>
                </c:pt>
                <c:pt idx="2587">
                  <c:v>0.51661834048174848</c:v>
                </c:pt>
                <c:pt idx="2588">
                  <c:v>0.51576349007069777</c:v>
                </c:pt>
                <c:pt idx="2589">
                  <c:v>0.51523357668549075</c:v>
                </c:pt>
                <c:pt idx="2590">
                  <c:v>0.51514013087815003</c:v>
                </c:pt>
                <c:pt idx="2591">
                  <c:v>0.51493103804409623</c:v>
                </c:pt>
                <c:pt idx="2592">
                  <c:v>0.51469071837229585</c:v>
                </c:pt>
                <c:pt idx="2593">
                  <c:v>0.51458335427088897</c:v>
                </c:pt>
                <c:pt idx="2594">
                  <c:v>0.51426835210233857</c:v>
                </c:pt>
                <c:pt idx="2595">
                  <c:v>0.51399614622003786</c:v>
                </c:pt>
                <c:pt idx="2596">
                  <c:v>0.51278077524433396</c:v>
                </c:pt>
                <c:pt idx="2597">
                  <c:v>0.51271148261191046</c:v>
                </c:pt>
                <c:pt idx="2598">
                  <c:v>0.51220190556603717</c:v>
                </c:pt>
                <c:pt idx="2599">
                  <c:v>0.5120087381521875</c:v>
                </c:pt>
                <c:pt idx="2600">
                  <c:v>0.51178630062917452</c:v>
                </c:pt>
                <c:pt idx="2601">
                  <c:v>0.51173759585215428</c:v>
                </c:pt>
                <c:pt idx="2602">
                  <c:v>0.51133175272113718</c:v>
                </c:pt>
                <c:pt idx="2603">
                  <c:v>0.51125871526234268</c:v>
                </c:pt>
                <c:pt idx="2604">
                  <c:v>0.51116256774184587</c:v>
                </c:pt>
                <c:pt idx="2605">
                  <c:v>0.51093069849624573</c:v>
                </c:pt>
                <c:pt idx="2606">
                  <c:v>0.51009629730838313</c:v>
                </c:pt>
                <c:pt idx="2607">
                  <c:v>0.51009255981758961</c:v>
                </c:pt>
                <c:pt idx="2608">
                  <c:v>0.50866557620989949</c:v>
                </c:pt>
                <c:pt idx="2609">
                  <c:v>0.50840664641019051</c:v>
                </c:pt>
                <c:pt idx="2610">
                  <c:v>0.5083754797122112</c:v>
                </c:pt>
                <c:pt idx="2611">
                  <c:v>0.50800218908997563</c:v>
                </c:pt>
                <c:pt idx="2612">
                  <c:v>0.50781443556218764</c:v>
                </c:pt>
                <c:pt idx="2613">
                  <c:v>0.5075444233308003</c:v>
                </c:pt>
                <c:pt idx="2614">
                  <c:v>0.50691932009713581</c:v>
                </c:pt>
                <c:pt idx="2615">
                  <c:v>0.50651142343188937</c:v>
                </c:pt>
                <c:pt idx="2616">
                  <c:v>0.5065018361974799</c:v>
                </c:pt>
                <c:pt idx="2617">
                  <c:v>0.5062389253259244</c:v>
                </c:pt>
                <c:pt idx="2618">
                  <c:v>0.50605320933206854</c:v>
                </c:pt>
                <c:pt idx="2619">
                  <c:v>0.50564643826268274</c:v>
                </c:pt>
                <c:pt idx="2620">
                  <c:v>0.50528111883023907</c:v>
                </c:pt>
                <c:pt idx="2621">
                  <c:v>0.50499600471203898</c:v>
                </c:pt>
                <c:pt idx="2622">
                  <c:v>0.50492200030911927</c:v>
                </c:pt>
                <c:pt idx="2623">
                  <c:v>0.5046545748029152</c:v>
                </c:pt>
                <c:pt idx="2624">
                  <c:v>0.50448688460623148</c:v>
                </c:pt>
                <c:pt idx="2625">
                  <c:v>0.50430392572675287</c:v>
                </c:pt>
                <c:pt idx="2626">
                  <c:v>0.50410363557509241</c:v>
                </c:pt>
                <c:pt idx="2627">
                  <c:v>0.50363676483302744</c:v>
                </c:pt>
                <c:pt idx="2628">
                  <c:v>0.50362501892679212</c:v>
                </c:pt>
                <c:pt idx="2629">
                  <c:v>0.50337223235872663</c:v>
                </c:pt>
                <c:pt idx="2630">
                  <c:v>0.50270730501274852</c:v>
                </c:pt>
                <c:pt idx="2631">
                  <c:v>0.50236062594645337</c:v>
                </c:pt>
                <c:pt idx="2632">
                  <c:v>0.50233515032086384</c:v>
                </c:pt>
                <c:pt idx="2633">
                  <c:v>0.5019623076015598</c:v>
                </c:pt>
                <c:pt idx="2634">
                  <c:v>0.50167804026908813</c:v>
                </c:pt>
                <c:pt idx="2635">
                  <c:v>0.50146286493307068</c:v>
                </c:pt>
                <c:pt idx="2636">
                  <c:v>0.50124269236596863</c:v>
                </c:pt>
                <c:pt idx="2637">
                  <c:v>0.50117664635771775</c:v>
                </c:pt>
                <c:pt idx="2638">
                  <c:v>0.50075276963182902</c:v>
                </c:pt>
                <c:pt idx="2639">
                  <c:v>0.50038183006226822</c:v>
                </c:pt>
                <c:pt idx="2640">
                  <c:v>0.50019363650394455</c:v>
                </c:pt>
                <c:pt idx="2641">
                  <c:v>0.50015320296368615</c:v>
                </c:pt>
                <c:pt idx="2642">
                  <c:v>0.49994343105536565</c:v>
                </c:pt>
                <c:pt idx="2643">
                  <c:v>0.49957454149392566</c:v>
                </c:pt>
                <c:pt idx="2644">
                  <c:v>0.49944696021737778</c:v>
                </c:pt>
                <c:pt idx="2645">
                  <c:v>0.49944312250836681</c:v>
                </c:pt>
                <c:pt idx="2646">
                  <c:v>0.49820446428865572</c:v>
                </c:pt>
                <c:pt idx="2647">
                  <c:v>0.49805833175145664</c:v>
                </c:pt>
                <c:pt idx="2648">
                  <c:v>0.49789829080425796</c:v>
                </c:pt>
                <c:pt idx="2649">
                  <c:v>0.49766850504381732</c:v>
                </c:pt>
                <c:pt idx="2650">
                  <c:v>0.49676789828090984</c:v>
                </c:pt>
                <c:pt idx="2651">
                  <c:v>0.49663497898160575</c:v>
                </c:pt>
                <c:pt idx="2652">
                  <c:v>0.49647584508114373</c:v>
                </c:pt>
                <c:pt idx="2653">
                  <c:v>0.49583120171446815</c:v>
                </c:pt>
                <c:pt idx="2654">
                  <c:v>0.49559909618143383</c:v>
                </c:pt>
                <c:pt idx="2655">
                  <c:v>0.49503088629731079</c:v>
                </c:pt>
                <c:pt idx="2656">
                  <c:v>0.49479980237604898</c:v>
                </c:pt>
                <c:pt idx="2657">
                  <c:v>0.49402271947789023</c:v>
                </c:pt>
                <c:pt idx="2658">
                  <c:v>0.49359733214867735</c:v>
                </c:pt>
                <c:pt idx="2659">
                  <c:v>0.4934630104437025</c:v>
                </c:pt>
                <c:pt idx="2660">
                  <c:v>0.49326164894143071</c:v>
                </c:pt>
                <c:pt idx="2661">
                  <c:v>0.49279756699578492</c:v>
                </c:pt>
                <c:pt idx="2662">
                  <c:v>0.4924470073897132</c:v>
                </c:pt>
                <c:pt idx="2663">
                  <c:v>0.49143352797167555</c:v>
                </c:pt>
                <c:pt idx="2664">
                  <c:v>0.49141687312967042</c:v>
                </c:pt>
                <c:pt idx="2665">
                  <c:v>0.49139716918615062</c:v>
                </c:pt>
                <c:pt idx="2666">
                  <c:v>0.49091401391367351</c:v>
                </c:pt>
                <c:pt idx="2667">
                  <c:v>0.49050170987729608</c:v>
                </c:pt>
                <c:pt idx="2668">
                  <c:v>0.49025733847257252</c:v>
                </c:pt>
                <c:pt idx="2669">
                  <c:v>0.48980632975333893</c:v>
                </c:pt>
                <c:pt idx="2670">
                  <c:v>0.48965532646628807</c:v>
                </c:pt>
                <c:pt idx="2671">
                  <c:v>0.48960415084231151</c:v>
                </c:pt>
                <c:pt idx="2672">
                  <c:v>0.48923406894885002</c:v>
                </c:pt>
                <c:pt idx="2673">
                  <c:v>0.48916641747253697</c:v>
                </c:pt>
                <c:pt idx="2674">
                  <c:v>0.48902297121031402</c:v>
                </c:pt>
                <c:pt idx="2675">
                  <c:v>0.48887331239517245</c:v>
                </c:pt>
                <c:pt idx="2676">
                  <c:v>0.48877686783224361</c:v>
                </c:pt>
                <c:pt idx="2677">
                  <c:v>0.48876500051443633</c:v>
                </c:pt>
                <c:pt idx="2678">
                  <c:v>0.48820559665723401</c:v>
                </c:pt>
                <c:pt idx="2679">
                  <c:v>0.48815090775817577</c:v>
                </c:pt>
                <c:pt idx="2680">
                  <c:v>0.48813661709382083</c:v>
                </c:pt>
                <c:pt idx="2681">
                  <c:v>0.48784381227791285</c:v>
                </c:pt>
                <c:pt idx="2682">
                  <c:v>0.48765343727377075</c:v>
                </c:pt>
                <c:pt idx="2683">
                  <c:v>0.48713033638763747</c:v>
                </c:pt>
                <c:pt idx="2684">
                  <c:v>0.48711184642664251</c:v>
                </c:pt>
                <c:pt idx="2685">
                  <c:v>0.48696607131083003</c:v>
                </c:pt>
                <c:pt idx="2686">
                  <c:v>0.48678562058110236</c:v>
                </c:pt>
                <c:pt idx="2687">
                  <c:v>0.48631538898333487</c:v>
                </c:pt>
                <c:pt idx="2688">
                  <c:v>0.48583355912941967</c:v>
                </c:pt>
                <c:pt idx="2689">
                  <c:v>0.4845982914215391</c:v>
                </c:pt>
                <c:pt idx="2690">
                  <c:v>0.48449465982934187</c:v>
                </c:pt>
                <c:pt idx="2691">
                  <c:v>0.48439027156547809</c:v>
                </c:pt>
                <c:pt idx="2692">
                  <c:v>0.48425524486502497</c:v>
                </c:pt>
                <c:pt idx="2693">
                  <c:v>0.48391248179865698</c:v>
                </c:pt>
                <c:pt idx="2694">
                  <c:v>0.4829878503544644</c:v>
                </c:pt>
                <c:pt idx="2695">
                  <c:v>0.48260752916247601</c:v>
                </c:pt>
                <c:pt idx="2696">
                  <c:v>0.48245277420835908</c:v>
                </c:pt>
                <c:pt idx="2697">
                  <c:v>0.48057570350228673</c:v>
                </c:pt>
                <c:pt idx="2698">
                  <c:v>0.48054709383538763</c:v>
                </c:pt>
                <c:pt idx="2699">
                  <c:v>0.48047691357550271</c:v>
                </c:pt>
                <c:pt idx="2700">
                  <c:v>0.48031172056174476</c:v>
                </c:pt>
                <c:pt idx="2701">
                  <c:v>0.4802913872410427</c:v>
                </c:pt>
                <c:pt idx="2702">
                  <c:v>0.48003358444230809</c:v>
                </c:pt>
                <c:pt idx="2703">
                  <c:v>0.47968065771214491</c:v>
                </c:pt>
                <c:pt idx="2704">
                  <c:v>0.47918250037940996</c:v>
                </c:pt>
                <c:pt idx="2705">
                  <c:v>0.47917853061387056</c:v>
                </c:pt>
                <c:pt idx="2706">
                  <c:v>0.47890880917978029</c:v>
                </c:pt>
                <c:pt idx="2707">
                  <c:v>0.47888429056203557</c:v>
                </c:pt>
                <c:pt idx="2708">
                  <c:v>0.47838494878958532</c:v>
                </c:pt>
                <c:pt idx="2709">
                  <c:v>0.47799985049191746</c:v>
                </c:pt>
                <c:pt idx="2710">
                  <c:v>0.47763762521123926</c:v>
                </c:pt>
                <c:pt idx="2711">
                  <c:v>0.47709206617726452</c:v>
                </c:pt>
                <c:pt idx="2712">
                  <c:v>0.47692437681533384</c:v>
                </c:pt>
                <c:pt idx="2713">
                  <c:v>0.4769140712230252</c:v>
                </c:pt>
                <c:pt idx="2714">
                  <c:v>0.47683653531422887</c:v>
                </c:pt>
                <c:pt idx="2715">
                  <c:v>0.47501480058219531</c:v>
                </c:pt>
                <c:pt idx="2716">
                  <c:v>0.4748312765024596</c:v>
                </c:pt>
                <c:pt idx="2717">
                  <c:v>0.47476880335216132</c:v>
                </c:pt>
                <c:pt idx="2718">
                  <c:v>0.47401010158778883</c:v>
                </c:pt>
                <c:pt idx="2719">
                  <c:v>0.47377367931647768</c:v>
                </c:pt>
                <c:pt idx="2720">
                  <c:v>0.47366237515185128</c:v>
                </c:pt>
                <c:pt idx="2721">
                  <c:v>0.47336124610658104</c:v>
                </c:pt>
                <c:pt idx="2722">
                  <c:v>0.47305636993851879</c:v>
                </c:pt>
                <c:pt idx="2723">
                  <c:v>0.47289265858870566</c:v>
                </c:pt>
                <c:pt idx="2724">
                  <c:v>0.47273324716509191</c:v>
                </c:pt>
                <c:pt idx="2725">
                  <c:v>0.47260127956765924</c:v>
                </c:pt>
                <c:pt idx="2726">
                  <c:v>0.47221640309057261</c:v>
                </c:pt>
                <c:pt idx="2727">
                  <c:v>0.47204747917674278</c:v>
                </c:pt>
                <c:pt idx="2728">
                  <c:v>0.47038053639104105</c:v>
                </c:pt>
                <c:pt idx="2729">
                  <c:v>0.47036728917097398</c:v>
                </c:pt>
                <c:pt idx="2730">
                  <c:v>0.47020508077979545</c:v>
                </c:pt>
                <c:pt idx="2731">
                  <c:v>0.47012839574192988</c:v>
                </c:pt>
                <c:pt idx="2732">
                  <c:v>0.46970599311013989</c:v>
                </c:pt>
                <c:pt idx="2733">
                  <c:v>0.46915819593899638</c:v>
                </c:pt>
                <c:pt idx="2734">
                  <c:v>0.4690311475139059</c:v>
                </c:pt>
                <c:pt idx="2735">
                  <c:v>0.46902348759269197</c:v>
                </c:pt>
                <c:pt idx="2736">
                  <c:v>0.46896077202383202</c:v>
                </c:pt>
                <c:pt idx="2737">
                  <c:v>0.46893737763276594</c:v>
                </c:pt>
                <c:pt idx="2738">
                  <c:v>0.46890320188579948</c:v>
                </c:pt>
                <c:pt idx="2739">
                  <c:v>0.46847299086140459</c:v>
                </c:pt>
                <c:pt idx="2740">
                  <c:v>0.46844790376734213</c:v>
                </c:pt>
                <c:pt idx="2741">
                  <c:v>0.46756498917702166</c:v>
                </c:pt>
                <c:pt idx="2742">
                  <c:v>0.46751912542948026</c:v>
                </c:pt>
                <c:pt idx="2743">
                  <c:v>0.4667757038090512</c:v>
                </c:pt>
                <c:pt idx="2744">
                  <c:v>0.46637309565647295</c:v>
                </c:pt>
                <c:pt idx="2745">
                  <c:v>0.46605323943354876</c:v>
                </c:pt>
                <c:pt idx="2746">
                  <c:v>0.46604609654580875</c:v>
                </c:pt>
                <c:pt idx="2747">
                  <c:v>0.46603030678610302</c:v>
                </c:pt>
                <c:pt idx="2748">
                  <c:v>0.4652654654719896</c:v>
                </c:pt>
                <c:pt idx="2749">
                  <c:v>0.4650775132445496</c:v>
                </c:pt>
                <c:pt idx="2750">
                  <c:v>0.46462321886880825</c:v>
                </c:pt>
                <c:pt idx="2751">
                  <c:v>0.4644837274846248</c:v>
                </c:pt>
                <c:pt idx="2752">
                  <c:v>0.46400881571068053</c:v>
                </c:pt>
                <c:pt idx="2753">
                  <c:v>0.46349197200101278</c:v>
                </c:pt>
                <c:pt idx="2754">
                  <c:v>0.46308339611198435</c:v>
                </c:pt>
                <c:pt idx="2755">
                  <c:v>0.46280533009216168</c:v>
                </c:pt>
                <c:pt idx="2756">
                  <c:v>0.4625246633945525</c:v>
                </c:pt>
                <c:pt idx="2757">
                  <c:v>0.46130781758960127</c:v>
                </c:pt>
                <c:pt idx="2758">
                  <c:v>0.46103099329971409</c:v>
                </c:pt>
                <c:pt idx="2759">
                  <c:v>0.46089508153061859</c:v>
                </c:pt>
                <c:pt idx="2760">
                  <c:v>0.46070893540225266</c:v>
                </c:pt>
                <c:pt idx="2761">
                  <c:v>0.45985716269481436</c:v>
                </c:pt>
                <c:pt idx="2762">
                  <c:v>0.45974034866376368</c:v>
                </c:pt>
                <c:pt idx="2763">
                  <c:v>0.45958999917986837</c:v>
                </c:pt>
                <c:pt idx="2764">
                  <c:v>0.45906627806570688</c:v>
                </c:pt>
                <c:pt idx="2765">
                  <c:v>0.45897214437018485</c:v>
                </c:pt>
                <c:pt idx="2766">
                  <c:v>0.45890527278817872</c:v>
                </c:pt>
                <c:pt idx="2767">
                  <c:v>0.45883567281523469</c:v>
                </c:pt>
                <c:pt idx="2768">
                  <c:v>0.45764942646150331</c:v>
                </c:pt>
                <c:pt idx="2769">
                  <c:v>0.45747389705670694</c:v>
                </c:pt>
                <c:pt idx="2770">
                  <c:v>0.45711664424959947</c:v>
                </c:pt>
                <c:pt idx="2771">
                  <c:v>0.45679665746636705</c:v>
                </c:pt>
                <c:pt idx="2772">
                  <c:v>0.45642079361769211</c:v>
                </c:pt>
                <c:pt idx="2773">
                  <c:v>0.45636316700635998</c:v>
                </c:pt>
                <c:pt idx="2774">
                  <c:v>0.45625396187638334</c:v>
                </c:pt>
                <c:pt idx="2775">
                  <c:v>0.4559736924692967</c:v>
                </c:pt>
                <c:pt idx="2776">
                  <c:v>0.45567592064835638</c:v>
                </c:pt>
                <c:pt idx="2777">
                  <c:v>0.45552183783531636</c:v>
                </c:pt>
                <c:pt idx="2778">
                  <c:v>0.45543699276631716</c:v>
                </c:pt>
                <c:pt idx="2779">
                  <c:v>0.45471905143688723</c:v>
                </c:pt>
                <c:pt idx="2780">
                  <c:v>0.45471839698249217</c:v>
                </c:pt>
                <c:pt idx="2781">
                  <c:v>0.4546643656363073</c:v>
                </c:pt>
                <c:pt idx="2782">
                  <c:v>0.45437857844625457</c:v>
                </c:pt>
                <c:pt idx="2783">
                  <c:v>0.45413773855392975</c:v>
                </c:pt>
                <c:pt idx="2784">
                  <c:v>0.45362714284655925</c:v>
                </c:pt>
                <c:pt idx="2785">
                  <c:v>0.45362576914488822</c:v>
                </c:pt>
                <c:pt idx="2786">
                  <c:v>0.45361485259773954</c:v>
                </c:pt>
                <c:pt idx="2787">
                  <c:v>0.45323419192684544</c:v>
                </c:pt>
                <c:pt idx="2788">
                  <c:v>0.45320818219659864</c:v>
                </c:pt>
                <c:pt idx="2789">
                  <c:v>0.4531681985321081</c:v>
                </c:pt>
                <c:pt idx="2790">
                  <c:v>0.45312765449725029</c:v>
                </c:pt>
                <c:pt idx="2791">
                  <c:v>0.45311173052587855</c:v>
                </c:pt>
                <c:pt idx="2792">
                  <c:v>0.45295626338433137</c:v>
                </c:pt>
                <c:pt idx="2793">
                  <c:v>0.45147373488494019</c:v>
                </c:pt>
                <c:pt idx="2794">
                  <c:v>0.45096375597109645</c:v>
                </c:pt>
                <c:pt idx="2795">
                  <c:v>0.45064502152819608</c:v>
                </c:pt>
                <c:pt idx="2796">
                  <c:v>0.45050846866975425</c:v>
                </c:pt>
                <c:pt idx="2797">
                  <c:v>0.45048084810668765</c:v>
                </c:pt>
                <c:pt idx="2798">
                  <c:v>0.44993770102654795</c:v>
                </c:pt>
                <c:pt idx="2799">
                  <c:v>0.44941600210060373</c:v>
                </c:pt>
                <c:pt idx="2800">
                  <c:v>0.44929070027116502</c:v>
                </c:pt>
                <c:pt idx="2801">
                  <c:v>0.4491543946514025</c:v>
                </c:pt>
                <c:pt idx="2802">
                  <c:v>0.44909799490483282</c:v>
                </c:pt>
                <c:pt idx="2803">
                  <c:v>0.44881322126232503</c:v>
                </c:pt>
                <c:pt idx="2804">
                  <c:v>0.44879073983017576</c:v>
                </c:pt>
                <c:pt idx="2805">
                  <c:v>0.44860448102495959</c:v>
                </c:pt>
                <c:pt idx="2806">
                  <c:v>0.44800709612048867</c:v>
                </c:pt>
                <c:pt idx="2807">
                  <c:v>0.4479690969356861</c:v>
                </c:pt>
                <c:pt idx="2808">
                  <c:v>0.44782397249294265</c:v>
                </c:pt>
                <c:pt idx="2809">
                  <c:v>0.4478015176770106</c:v>
                </c:pt>
                <c:pt idx="2810">
                  <c:v>0.44734430277722698</c:v>
                </c:pt>
                <c:pt idx="2811">
                  <c:v>0.44732150311031099</c:v>
                </c:pt>
                <c:pt idx="2812">
                  <c:v>0.4472778421826118</c:v>
                </c:pt>
                <c:pt idx="2813">
                  <c:v>0.44718296026029491</c:v>
                </c:pt>
                <c:pt idx="2814">
                  <c:v>0.44685591310655309</c:v>
                </c:pt>
                <c:pt idx="2815">
                  <c:v>0.44610461131772067</c:v>
                </c:pt>
                <c:pt idx="2816">
                  <c:v>0.44602277051197203</c:v>
                </c:pt>
                <c:pt idx="2817">
                  <c:v>0.44536756615560952</c:v>
                </c:pt>
                <c:pt idx="2818">
                  <c:v>0.44489850973797646</c:v>
                </c:pt>
                <c:pt idx="2819">
                  <c:v>0.44475584883045477</c:v>
                </c:pt>
                <c:pt idx="2820">
                  <c:v>0.4444958937915155</c:v>
                </c:pt>
                <c:pt idx="2821">
                  <c:v>0.44422387799930735</c:v>
                </c:pt>
                <c:pt idx="2822">
                  <c:v>0.44375068360969439</c:v>
                </c:pt>
                <c:pt idx="2823">
                  <c:v>0.44360784000087972</c:v>
                </c:pt>
                <c:pt idx="2824">
                  <c:v>0.44306762221424595</c:v>
                </c:pt>
                <c:pt idx="2825">
                  <c:v>0.44302834039415873</c:v>
                </c:pt>
                <c:pt idx="2826">
                  <c:v>0.44262813121192007</c:v>
                </c:pt>
                <c:pt idx="2827">
                  <c:v>0.44237189081625217</c:v>
                </c:pt>
                <c:pt idx="2828">
                  <c:v>0.44223568214635373</c:v>
                </c:pt>
                <c:pt idx="2829">
                  <c:v>0.44175136457833591</c:v>
                </c:pt>
                <c:pt idx="2830">
                  <c:v>0.44170733838498366</c:v>
                </c:pt>
                <c:pt idx="2831">
                  <c:v>0.44043122188439016</c:v>
                </c:pt>
                <c:pt idx="2832">
                  <c:v>0.44029331006918515</c:v>
                </c:pt>
                <c:pt idx="2833">
                  <c:v>0.44028650240392542</c:v>
                </c:pt>
                <c:pt idx="2834">
                  <c:v>0.44018974916493386</c:v>
                </c:pt>
                <c:pt idx="2835">
                  <c:v>0.43997641883634292</c:v>
                </c:pt>
                <c:pt idx="2836">
                  <c:v>0.43993369649262937</c:v>
                </c:pt>
                <c:pt idx="2837">
                  <c:v>0.43955865650103276</c:v>
                </c:pt>
                <c:pt idx="2838">
                  <c:v>0.43908575282627405</c:v>
                </c:pt>
                <c:pt idx="2839">
                  <c:v>0.43897453764044492</c:v>
                </c:pt>
                <c:pt idx="2840">
                  <c:v>0.43851356086201332</c:v>
                </c:pt>
                <c:pt idx="2841">
                  <c:v>0.43832173519662576</c:v>
                </c:pt>
                <c:pt idx="2842">
                  <c:v>0.43679584688963397</c:v>
                </c:pt>
                <c:pt idx="2843">
                  <c:v>0.43673921560153389</c:v>
                </c:pt>
                <c:pt idx="2844">
                  <c:v>0.43664553456207711</c:v>
                </c:pt>
                <c:pt idx="2845">
                  <c:v>0.43659375793250049</c:v>
                </c:pt>
                <c:pt idx="2846">
                  <c:v>0.43628604369219948</c:v>
                </c:pt>
                <c:pt idx="2847">
                  <c:v>0.43625934388350979</c:v>
                </c:pt>
                <c:pt idx="2848">
                  <c:v>0.436190357550437</c:v>
                </c:pt>
                <c:pt idx="2849">
                  <c:v>0.43597762720664363</c:v>
                </c:pt>
                <c:pt idx="2850">
                  <c:v>0.43552652786971019</c:v>
                </c:pt>
                <c:pt idx="2851">
                  <c:v>0.43518349807797074</c:v>
                </c:pt>
                <c:pt idx="2852">
                  <c:v>0.43516422141883793</c:v>
                </c:pt>
                <c:pt idx="2853">
                  <c:v>0.43504976279183921</c:v>
                </c:pt>
                <c:pt idx="2854">
                  <c:v>0.43504881035019288</c:v>
                </c:pt>
                <c:pt idx="2855">
                  <c:v>0.43459561721313666</c:v>
                </c:pt>
                <c:pt idx="2856">
                  <c:v>0.43424983766827702</c:v>
                </c:pt>
                <c:pt idx="2857">
                  <c:v>0.43420107867238589</c:v>
                </c:pt>
                <c:pt idx="2858">
                  <c:v>0.43419800206056824</c:v>
                </c:pt>
                <c:pt idx="2859">
                  <c:v>0.43363719912202614</c:v>
                </c:pt>
                <c:pt idx="2860">
                  <c:v>0.43359533035576786</c:v>
                </c:pt>
                <c:pt idx="2861">
                  <c:v>0.4331076996540057</c:v>
                </c:pt>
                <c:pt idx="2862">
                  <c:v>0.43301145415392406</c:v>
                </c:pt>
                <c:pt idx="2863">
                  <c:v>0.43272571556908634</c:v>
                </c:pt>
                <c:pt idx="2864">
                  <c:v>0.43242986150967555</c:v>
                </c:pt>
                <c:pt idx="2865">
                  <c:v>0.43149832543212391</c:v>
                </c:pt>
                <c:pt idx="2866">
                  <c:v>0.4313185628004314</c:v>
                </c:pt>
                <c:pt idx="2867">
                  <c:v>0.43122629539490992</c:v>
                </c:pt>
                <c:pt idx="2868">
                  <c:v>0.43113580127446677</c:v>
                </c:pt>
                <c:pt idx="2869">
                  <c:v>0.43106148708001529</c:v>
                </c:pt>
                <c:pt idx="2870">
                  <c:v>0.43081173796109545</c:v>
                </c:pt>
                <c:pt idx="2871">
                  <c:v>0.43075750492202414</c:v>
                </c:pt>
                <c:pt idx="2872">
                  <c:v>0.43000554705451649</c:v>
                </c:pt>
                <c:pt idx="2873">
                  <c:v>0.42995988505634253</c:v>
                </c:pt>
                <c:pt idx="2874">
                  <c:v>0.42981649076487638</c:v>
                </c:pt>
                <c:pt idx="2875">
                  <c:v>0.42956369183167209</c:v>
                </c:pt>
                <c:pt idx="2876">
                  <c:v>0.42955384436756439</c:v>
                </c:pt>
                <c:pt idx="2877">
                  <c:v>0.42846510057626785</c:v>
                </c:pt>
                <c:pt idx="2878">
                  <c:v>0.42700539084930822</c:v>
                </c:pt>
                <c:pt idx="2879">
                  <c:v>0.42687040780622315</c:v>
                </c:pt>
                <c:pt idx="2880">
                  <c:v>0.42685591077237622</c:v>
                </c:pt>
                <c:pt idx="2881">
                  <c:v>0.42680246714751058</c:v>
                </c:pt>
                <c:pt idx="2882">
                  <c:v>0.42656952796120867</c:v>
                </c:pt>
                <c:pt idx="2883">
                  <c:v>0.42642049350188826</c:v>
                </c:pt>
                <c:pt idx="2884">
                  <c:v>0.4261662691731482</c:v>
                </c:pt>
                <c:pt idx="2885">
                  <c:v>0.42603666486704267</c:v>
                </c:pt>
                <c:pt idx="2886">
                  <c:v>0.42527807196885875</c:v>
                </c:pt>
                <c:pt idx="2887">
                  <c:v>0.42456902764351928</c:v>
                </c:pt>
                <c:pt idx="2888">
                  <c:v>0.42387150891379904</c:v>
                </c:pt>
                <c:pt idx="2889">
                  <c:v>0.42379322583139645</c:v>
                </c:pt>
                <c:pt idx="2890">
                  <c:v>0.4235218161440098</c:v>
                </c:pt>
                <c:pt idx="2891">
                  <c:v>0.42331468528379035</c:v>
                </c:pt>
                <c:pt idx="2892">
                  <c:v>0.42305958062756049</c:v>
                </c:pt>
                <c:pt idx="2893">
                  <c:v>0.42258668812989503</c:v>
                </c:pt>
                <c:pt idx="2894">
                  <c:v>0.4220238832653368</c:v>
                </c:pt>
                <c:pt idx="2895">
                  <c:v>0.42185507142329975</c:v>
                </c:pt>
                <c:pt idx="2896">
                  <c:v>0.42164487374169024</c:v>
                </c:pt>
                <c:pt idx="2897">
                  <c:v>0.42153365650651869</c:v>
                </c:pt>
                <c:pt idx="2898">
                  <c:v>0.42136247757942691</c:v>
                </c:pt>
                <c:pt idx="2899">
                  <c:v>0.42115800994997482</c:v>
                </c:pt>
                <c:pt idx="2900">
                  <c:v>0.42115227562809016</c:v>
                </c:pt>
                <c:pt idx="2901">
                  <c:v>0.42068076157514583</c:v>
                </c:pt>
                <c:pt idx="2902">
                  <c:v>0.42036763616231454</c:v>
                </c:pt>
                <c:pt idx="2903">
                  <c:v>0.41951549308795716</c:v>
                </c:pt>
                <c:pt idx="2904">
                  <c:v>0.41940383681417304</c:v>
                </c:pt>
                <c:pt idx="2905">
                  <c:v>0.41938878212920577</c:v>
                </c:pt>
                <c:pt idx="2906">
                  <c:v>0.41866621498678835</c:v>
                </c:pt>
                <c:pt idx="2907">
                  <c:v>0.41854521036500975</c:v>
                </c:pt>
                <c:pt idx="2908">
                  <c:v>0.41832443052284168</c:v>
                </c:pt>
                <c:pt idx="2909">
                  <c:v>0.41747479813822014</c:v>
                </c:pt>
                <c:pt idx="2910">
                  <c:v>0.41707801396559119</c:v>
                </c:pt>
                <c:pt idx="2911">
                  <c:v>0.41598860917509439</c:v>
                </c:pt>
                <c:pt idx="2912">
                  <c:v>0.41583535982993669</c:v>
                </c:pt>
                <c:pt idx="2913">
                  <c:v>0.41527428161891072</c:v>
                </c:pt>
                <c:pt idx="2914">
                  <c:v>0.41483642295058865</c:v>
                </c:pt>
                <c:pt idx="2915">
                  <c:v>0.41445675530228432</c:v>
                </c:pt>
                <c:pt idx="2916">
                  <c:v>0.41443243177121425</c:v>
                </c:pt>
                <c:pt idx="2917">
                  <c:v>0.41439728931373476</c:v>
                </c:pt>
                <c:pt idx="2918">
                  <c:v>0.41438975408014705</c:v>
                </c:pt>
                <c:pt idx="2919">
                  <c:v>0.41420748010253422</c:v>
                </c:pt>
                <c:pt idx="2920">
                  <c:v>0.41405524226364698</c:v>
                </c:pt>
                <c:pt idx="2921">
                  <c:v>0.41370860232984025</c:v>
                </c:pt>
                <c:pt idx="2922">
                  <c:v>0.4134329182882947</c:v>
                </c:pt>
                <c:pt idx="2923">
                  <c:v>0.41333282047888975</c:v>
                </c:pt>
                <c:pt idx="2924">
                  <c:v>0.41311849764810749</c:v>
                </c:pt>
                <c:pt idx="2925">
                  <c:v>0.41309671604987713</c:v>
                </c:pt>
                <c:pt idx="2926">
                  <c:v>0.41267742916419625</c:v>
                </c:pt>
                <c:pt idx="2927">
                  <c:v>0.41243341155378505</c:v>
                </c:pt>
                <c:pt idx="2928">
                  <c:v>0.41210563525842453</c:v>
                </c:pt>
                <c:pt idx="2929">
                  <c:v>0.41193784004838319</c:v>
                </c:pt>
                <c:pt idx="2930">
                  <c:v>0.41193611857684603</c:v>
                </c:pt>
                <c:pt idx="2931">
                  <c:v>0.41178314796070575</c:v>
                </c:pt>
                <c:pt idx="2932">
                  <c:v>0.41158295300764491</c:v>
                </c:pt>
                <c:pt idx="2933">
                  <c:v>0.41138064366330601</c:v>
                </c:pt>
                <c:pt idx="2934">
                  <c:v>0.4112049526532171</c:v>
                </c:pt>
                <c:pt idx="2935">
                  <c:v>0.41114087349945805</c:v>
                </c:pt>
                <c:pt idx="2936">
                  <c:v>0.41104468770090286</c:v>
                </c:pt>
                <c:pt idx="2937">
                  <c:v>0.41035661515692456</c:v>
                </c:pt>
                <c:pt idx="2938">
                  <c:v>0.4102150922239971</c:v>
                </c:pt>
                <c:pt idx="2939">
                  <c:v>0.40984047638908522</c:v>
                </c:pt>
                <c:pt idx="2940">
                  <c:v>0.40946103244257093</c:v>
                </c:pt>
                <c:pt idx="2941">
                  <c:v>0.4093848086737305</c:v>
                </c:pt>
                <c:pt idx="2942">
                  <c:v>0.4089835143436748</c:v>
                </c:pt>
                <c:pt idx="2943">
                  <c:v>0.40830663393741434</c:v>
                </c:pt>
                <c:pt idx="2944">
                  <c:v>0.40821351897255653</c:v>
                </c:pt>
                <c:pt idx="2945">
                  <c:v>0.40817766939256517</c:v>
                </c:pt>
                <c:pt idx="2946">
                  <c:v>0.40788092305089452</c:v>
                </c:pt>
                <c:pt idx="2947">
                  <c:v>0.40777585098183378</c:v>
                </c:pt>
                <c:pt idx="2948">
                  <c:v>0.40761987595303362</c:v>
                </c:pt>
                <c:pt idx="2949">
                  <c:v>0.40746021424598322</c:v>
                </c:pt>
                <c:pt idx="2950">
                  <c:v>0.40707549920620678</c:v>
                </c:pt>
                <c:pt idx="2951">
                  <c:v>0.40706753274948299</c:v>
                </c:pt>
                <c:pt idx="2952">
                  <c:v>0.40705130693649511</c:v>
                </c:pt>
                <c:pt idx="2953">
                  <c:v>0.40687330206239847</c:v>
                </c:pt>
                <c:pt idx="2954">
                  <c:v>0.40683488532412626</c:v>
                </c:pt>
                <c:pt idx="2955">
                  <c:v>0.40658174776352296</c:v>
                </c:pt>
                <c:pt idx="2956">
                  <c:v>0.40654557843184552</c:v>
                </c:pt>
                <c:pt idx="2957">
                  <c:v>0.40620220332231605</c:v>
                </c:pt>
                <c:pt idx="2958">
                  <c:v>0.40605343693939566</c:v>
                </c:pt>
                <c:pt idx="2959">
                  <c:v>0.40558949016286383</c:v>
                </c:pt>
                <c:pt idx="2960">
                  <c:v>0.40525658918464963</c:v>
                </c:pt>
                <c:pt idx="2961">
                  <c:v>0.40481184799814007</c:v>
                </c:pt>
                <c:pt idx="2962">
                  <c:v>0.40391893287531233</c:v>
                </c:pt>
                <c:pt idx="2963">
                  <c:v>0.40379647749418951</c:v>
                </c:pt>
                <c:pt idx="2964">
                  <c:v>0.40374624676783871</c:v>
                </c:pt>
                <c:pt idx="2965">
                  <c:v>0.40356805942472129</c:v>
                </c:pt>
                <c:pt idx="2966">
                  <c:v>0.4029458576112489</c:v>
                </c:pt>
                <c:pt idx="2967">
                  <c:v>0.40273257351062114</c:v>
                </c:pt>
                <c:pt idx="2968">
                  <c:v>0.40266354786380643</c:v>
                </c:pt>
                <c:pt idx="2969">
                  <c:v>0.4023047434242249</c:v>
                </c:pt>
                <c:pt idx="2970">
                  <c:v>0.40199909650580018</c:v>
                </c:pt>
                <c:pt idx="2971">
                  <c:v>0.4017861411810551</c:v>
                </c:pt>
                <c:pt idx="2972">
                  <c:v>0.40170687059938498</c:v>
                </c:pt>
                <c:pt idx="2973">
                  <c:v>0.40128169084409437</c:v>
                </c:pt>
                <c:pt idx="2974">
                  <c:v>0.40120972851467473</c:v>
                </c:pt>
                <c:pt idx="2975">
                  <c:v>0.40060390699279907</c:v>
                </c:pt>
                <c:pt idx="2976">
                  <c:v>0.40038737580219069</c:v>
                </c:pt>
                <c:pt idx="2977">
                  <c:v>0.40000033040153621</c:v>
                </c:pt>
                <c:pt idx="2978">
                  <c:v>0.39996288500534105</c:v>
                </c:pt>
                <c:pt idx="2979">
                  <c:v>0.39995107261441648</c:v>
                </c:pt>
                <c:pt idx="2980">
                  <c:v>0.3996780956742535</c:v>
                </c:pt>
                <c:pt idx="2981">
                  <c:v>0.39923083613451144</c:v>
                </c:pt>
                <c:pt idx="2982">
                  <c:v>0.39920893924154932</c:v>
                </c:pt>
                <c:pt idx="2983">
                  <c:v>0.39890508018170401</c:v>
                </c:pt>
                <c:pt idx="2984">
                  <c:v>0.39858859492565829</c:v>
                </c:pt>
                <c:pt idx="2985">
                  <c:v>0.39769279745230812</c:v>
                </c:pt>
                <c:pt idx="2986">
                  <c:v>0.39707605387573441</c:v>
                </c:pt>
                <c:pt idx="2987">
                  <c:v>0.39651939095231703</c:v>
                </c:pt>
                <c:pt idx="2988">
                  <c:v>0.39651455289632248</c:v>
                </c:pt>
                <c:pt idx="2989">
                  <c:v>0.3964423045217888</c:v>
                </c:pt>
                <c:pt idx="2990">
                  <c:v>0.39586317044024399</c:v>
                </c:pt>
                <c:pt idx="2991">
                  <c:v>0.39539594602823191</c:v>
                </c:pt>
                <c:pt idx="2992">
                  <c:v>0.39503314505045622</c:v>
                </c:pt>
                <c:pt idx="2993">
                  <c:v>0.39467065883261448</c:v>
                </c:pt>
                <c:pt idx="2994">
                  <c:v>0.39437816678450582</c:v>
                </c:pt>
                <c:pt idx="2995">
                  <c:v>0.39435035154587622</c:v>
                </c:pt>
                <c:pt idx="2996">
                  <c:v>0.39426035993209047</c:v>
                </c:pt>
                <c:pt idx="2997">
                  <c:v>0.3931769849680275</c:v>
                </c:pt>
                <c:pt idx="2998">
                  <c:v>0.3929065584392103</c:v>
                </c:pt>
                <c:pt idx="2999">
                  <c:v>0.3927533492568781</c:v>
                </c:pt>
                <c:pt idx="3000">
                  <c:v>0.39248950422694689</c:v>
                </c:pt>
                <c:pt idx="3001">
                  <c:v>0.39201904108979319</c:v>
                </c:pt>
                <c:pt idx="3002">
                  <c:v>0.39195341030517039</c:v>
                </c:pt>
                <c:pt idx="3003">
                  <c:v>0.39171557428465531</c:v>
                </c:pt>
                <c:pt idx="3004">
                  <c:v>0.39166921386766762</c:v>
                </c:pt>
                <c:pt idx="3005">
                  <c:v>0.39138748346933849</c:v>
                </c:pt>
                <c:pt idx="3006">
                  <c:v>0.39109712112420369</c:v>
                </c:pt>
                <c:pt idx="3007">
                  <c:v>0.39055863173652589</c:v>
                </c:pt>
                <c:pt idx="3008">
                  <c:v>0.39037800901409342</c:v>
                </c:pt>
                <c:pt idx="3009">
                  <c:v>0.3903666402263038</c:v>
                </c:pt>
                <c:pt idx="3010">
                  <c:v>0.39024771061783636</c:v>
                </c:pt>
                <c:pt idx="3011">
                  <c:v>0.39005478261202725</c:v>
                </c:pt>
                <c:pt idx="3012">
                  <c:v>0.38993932826218619</c:v>
                </c:pt>
                <c:pt idx="3013">
                  <c:v>0.38972487945635986</c:v>
                </c:pt>
                <c:pt idx="3014">
                  <c:v>0.38927884555790115</c:v>
                </c:pt>
                <c:pt idx="3015">
                  <c:v>0.38852086168842426</c:v>
                </c:pt>
                <c:pt idx="3016">
                  <c:v>0.38835211761679594</c:v>
                </c:pt>
                <c:pt idx="3017">
                  <c:v>0.38817570874207846</c:v>
                </c:pt>
                <c:pt idx="3018">
                  <c:v>0.3875376275943786</c:v>
                </c:pt>
                <c:pt idx="3019">
                  <c:v>0.38635258072584777</c:v>
                </c:pt>
                <c:pt idx="3020">
                  <c:v>0.38632831330486705</c:v>
                </c:pt>
                <c:pt idx="3021">
                  <c:v>0.38629239182674674</c:v>
                </c:pt>
                <c:pt idx="3022">
                  <c:v>0.38621456791141334</c:v>
                </c:pt>
                <c:pt idx="3023">
                  <c:v>0.38573024442166498</c:v>
                </c:pt>
                <c:pt idx="3024">
                  <c:v>0.38565538956027923</c:v>
                </c:pt>
                <c:pt idx="3025">
                  <c:v>0.38538090975610001</c:v>
                </c:pt>
                <c:pt idx="3026">
                  <c:v>0.38514315261862542</c:v>
                </c:pt>
                <c:pt idx="3027">
                  <c:v>0.3850367281723413</c:v>
                </c:pt>
                <c:pt idx="3028">
                  <c:v>0.38484992631273018</c:v>
                </c:pt>
                <c:pt idx="3029">
                  <c:v>0.38429917041670503</c:v>
                </c:pt>
                <c:pt idx="3030">
                  <c:v>0.38412270920649488</c:v>
                </c:pt>
                <c:pt idx="3031">
                  <c:v>0.38372727660942774</c:v>
                </c:pt>
                <c:pt idx="3032">
                  <c:v>0.38372549493503794</c:v>
                </c:pt>
                <c:pt idx="3033">
                  <c:v>0.38323840980035279</c:v>
                </c:pt>
                <c:pt idx="3034">
                  <c:v>0.38314754838721604</c:v>
                </c:pt>
                <c:pt idx="3035">
                  <c:v>0.38301146696768557</c:v>
                </c:pt>
                <c:pt idx="3036">
                  <c:v>0.38284529515574278</c:v>
                </c:pt>
                <c:pt idx="3037">
                  <c:v>0.38281918414064192</c:v>
                </c:pt>
                <c:pt idx="3038">
                  <c:v>0.38277260556941789</c:v>
                </c:pt>
                <c:pt idx="3039">
                  <c:v>0.38270791135766258</c:v>
                </c:pt>
                <c:pt idx="3040">
                  <c:v>0.38247627237821402</c:v>
                </c:pt>
                <c:pt idx="3041">
                  <c:v>0.3823413115235908</c:v>
                </c:pt>
                <c:pt idx="3042">
                  <c:v>0.38227336246045673</c:v>
                </c:pt>
                <c:pt idx="3043">
                  <c:v>0.38206574511140634</c:v>
                </c:pt>
                <c:pt idx="3044">
                  <c:v>0.38188629946020591</c:v>
                </c:pt>
                <c:pt idx="3045">
                  <c:v>0.3817464602675304</c:v>
                </c:pt>
                <c:pt idx="3046">
                  <c:v>0.38149423064134325</c:v>
                </c:pt>
                <c:pt idx="3047">
                  <c:v>0.38097451662731124</c:v>
                </c:pt>
                <c:pt idx="3048">
                  <c:v>0.38090292949542198</c:v>
                </c:pt>
                <c:pt idx="3049">
                  <c:v>0.38043734810753266</c:v>
                </c:pt>
                <c:pt idx="3050">
                  <c:v>0.38036059574192849</c:v>
                </c:pt>
                <c:pt idx="3051">
                  <c:v>0.38027470334929625</c:v>
                </c:pt>
                <c:pt idx="3052">
                  <c:v>0.38010135572746245</c:v>
                </c:pt>
                <c:pt idx="3053">
                  <c:v>0.37995472240019978</c:v>
                </c:pt>
                <c:pt idx="3054">
                  <c:v>0.37958021108890933</c:v>
                </c:pt>
                <c:pt idx="3055">
                  <c:v>0.37898450777839782</c:v>
                </c:pt>
                <c:pt idx="3056">
                  <c:v>0.37820166631617136</c:v>
                </c:pt>
                <c:pt idx="3057">
                  <c:v>0.37807665580140692</c:v>
                </c:pt>
                <c:pt idx="3058">
                  <c:v>0.37802190185646328</c:v>
                </c:pt>
                <c:pt idx="3059">
                  <c:v>0.37773384578344288</c:v>
                </c:pt>
                <c:pt idx="3060">
                  <c:v>0.37679666084383123</c:v>
                </c:pt>
                <c:pt idx="3061">
                  <c:v>0.37679398966746658</c:v>
                </c:pt>
                <c:pt idx="3062">
                  <c:v>0.37675572156375753</c:v>
                </c:pt>
                <c:pt idx="3063">
                  <c:v>0.37639762433028401</c:v>
                </c:pt>
                <c:pt idx="3064">
                  <c:v>0.37629780278103658</c:v>
                </c:pt>
                <c:pt idx="3065">
                  <c:v>0.37614777693757395</c:v>
                </c:pt>
                <c:pt idx="3066">
                  <c:v>0.37612619088462346</c:v>
                </c:pt>
                <c:pt idx="3067">
                  <c:v>0.37599242464677762</c:v>
                </c:pt>
                <c:pt idx="3068">
                  <c:v>0.37538801147637407</c:v>
                </c:pt>
                <c:pt idx="3069">
                  <c:v>0.3750533463697705</c:v>
                </c:pt>
                <c:pt idx="3070">
                  <c:v>0.37499820599653677</c:v>
                </c:pt>
                <c:pt idx="3071">
                  <c:v>0.37481040034684016</c:v>
                </c:pt>
                <c:pt idx="3072">
                  <c:v>0.37469277104188387</c:v>
                </c:pt>
                <c:pt idx="3073">
                  <c:v>0.37418175724613773</c:v>
                </c:pt>
                <c:pt idx="3074">
                  <c:v>0.37396602489816316</c:v>
                </c:pt>
                <c:pt idx="3075">
                  <c:v>0.37311077866420184</c:v>
                </c:pt>
                <c:pt idx="3076">
                  <c:v>0.3722668949687169</c:v>
                </c:pt>
                <c:pt idx="3077">
                  <c:v>0.37222611541043382</c:v>
                </c:pt>
                <c:pt idx="3078">
                  <c:v>0.37210926650340886</c:v>
                </c:pt>
                <c:pt idx="3079">
                  <c:v>0.37191120311388254</c:v>
                </c:pt>
                <c:pt idx="3080">
                  <c:v>0.37178125770744869</c:v>
                </c:pt>
                <c:pt idx="3081">
                  <c:v>0.37158467320031136</c:v>
                </c:pt>
                <c:pt idx="3082">
                  <c:v>0.37147023070715052</c:v>
                </c:pt>
                <c:pt idx="3083">
                  <c:v>0.37129716542055607</c:v>
                </c:pt>
                <c:pt idx="3084">
                  <c:v>0.37078897991173726</c:v>
                </c:pt>
                <c:pt idx="3085">
                  <c:v>0.37029885466524104</c:v>
                </c:pt>
                <c:pt idx="3086">
                  <c:v>0.36997711496428753</c:v>
                </c:pt>
                <c:pt idx="3087">
                  <c:v>0.36952385053416054</c:v>
                </c:pt>
                <c:pt idx="3088">
                  <c:v>0.36893656185057322</c:v>
                </c:pt>
                <c:pt idx="3089">
                  <c:v>0.36885726872446228</c:v>
                </c:pt>
                <c:pt idx="3090">
                  <c:v>0.36858199120262858</c:v>
                </c:pt>
                <c:pt idx="3091">
                  <c:v>0.36806680955791415</c:v>
                </c:pt>
                <c:pt idx="3092">
                  <c:v>0.36798039391882031</c:v>
                </c:pt>
                <c:pt idx="3093">
                  <c:v>0.36741941318605453</c:v>
                </c:pt>
                <c:pt idx="3094">
                  <c:v>0.36727913483037394</c:v>
                </c:pt>
                <c:pt idx="3095">
                  <c:v>0.36713796140615196</c:v>
                </c:pt>
                <c:pt idx="3096">
                  <c:v>0.36712584360514922</c:v>
                </c:pt>
                <c:pt idx="3097">
                  <c:v>0.36702743453112729</c:v>
                </c:pt>
                <c:pt idx="3098">
                  <c:v>0.36656464295852076</c:v>
                </c:pt>
                <c:pt idx="3099">
                  <c:v>0.36646667547606282</c:v>
                </c:pt>
                <c:pt idx="3100">
                  <c:v>0.36605009418837964</c:v>
                </c:pt>
                <c:pt idx="3101">
                  <c:v>0.36565523786026577</c:v>
                </c:pt>
                <c:pt idx="3102">
                  <c:v>0.36551722008365922</c:v>
                </c:pt>
                <c:pt idx="3103">
                  <c:v>0.36528605316530066</c:v>
                </c:pt>
                <c:pt idx="3104">
                  <c:v>0.36512332347652682</c:v>
                </c:pt>
                <c:pt idx="3105">
                  <c:v>0.36498560952482945</c:v>
                </c:pt>
                <c:pt idx="3106">
                  <c:v>0.36450166466870998</c:v>
                </c:pt>
                <c:pt idx="3107">
                  <c:v>0.36425488649154053</c:v>
                </c:pt>
                <c:pt idx="3108">
                  <c:v>0.36419901959733059</c:v>
                </c:pt>
                <c:pt idx="3109">
                  <c:v>0.36391838747622446</c:v>
                </c:pt>
                <c:pt idx="3110">
                  <c:v>0.36363903366953204</c:v>
                </c:pt>
                <c:pt idx="3111">
                  <c:v>0.36361084430597029</c:v>
                </c:pt>
                <c:pt idx="3112">
                  <c:v>0.36291017014705668</c:v>
                </c:pt>
                <c:pt idx="3113">
                  <c:v>0.36285495181500382</c:v>
                </c:pt>
                <c:pt idx="3114">
                  <c:v>0.36283494882379891</c:v>
                </c:pt>
                <c:pt idx="3115">
                  <c:v>0.36266020330451987</c:v>
                </c:pt>
                <c:pt idx="3116">
                  <c:v>0.36178508327819042</c:v>
                </c:pt>
                <c:pt idx="3117">
                  <c:v>0.36145713902892623</c:v>
                </c:pt>
                <c:pt idx="3118">
                  <c:v>0.36132743220440239</c:v>
                </c:pt>
                <c:pt idx="3119">
                  <c:v>0.36122092687958524</c:v>
                </c:pt>
                <c:pt idx="3120">
                  <c:v>0.36106117062269477</c:v>
                </c:pt>
                <c:pt idx="3121">
                  <c:v>0.36105989347829065</c:v>
                </c:pt>
                <c:pt idx="3122">
                  <c:v>0.36086647496403101</c:v>
                </c:pt>
                <c:pt idx="3123">
                  <c:v>0.36073047103901656</c:v>
                </c:pt>
                <c:pt idx="3124">
                  <c:v>0.36028174879239239</c:v>
                </c:pt>
                <c:pt idx="3125">
                  <c:v>0.36014105122089712</c:v>
                </c:pt>
                <c:pt idx="3126">
                  <c:v>0.3592073460373254</c:v>
                </c:pt>
                <c:pt idx="3127">
                  <c:v>0.35908759817702668</c:v>
                </c:pt>
                <c:pt idx="3128">
                  <c:v>0.35899572959711429</c:v>
                </c:pt>
                <c:pt idx="3129">
                  <c:v>0.3588193946081229</c:v>
                </c:pt>
                <c:pt idx="3130">
                  <c:v>0.35881731299913738</c:v>
                </c:pt>
                <c:pt idx="3131">
                  <c:v>0.35880468989694153</c:v>
                </c:pt>
                <c:pt idx="3132">
                  <c:v>0.35863243472936635</c:v>
                </c:pt>
                <c:pt idx="3133">
                  <c:v>0.35862924589201117</c:v>
                </c:pt>
                <c:pt idx="3134">
                  <c:v>0.35862797743525188</c:v>
                </c:pt>
                <c:pt idx="3135">
                  <c:v>0.35844405514136291</c:v>
                </c:pt>
                <c:pt idx="3136">
                  <c:v>0.35819307427186425</c:v>
                </c:pt>
                <c:pt idx="3137">
                  <c:v>0.35814472314334594</c:v>
                </c:pt>
                <c:pt idx="3138">
                  <c:v>0.35777460508796038</c:v>
                </c:pt>
                <c:pt idx="3139">
                  <c:v>0.35757673143131014</c:v>
                </c:pt>
                <c:pt idx="3140">
                  <c:v>0.35728587083429714</c:v>
                </c:pt>
                <c:pt idx="3141">
                  <c:v>0.35726668056951266</c:v>
                </c:pt>
                <c:pt idx="3142">
                  <c:v>0.35719561427128338</c:v>
                </c:pt>
                <c:pt idx="3143">
                  <c:v>0.35705024295124277</c:v>
                </c:pt>
                <c:pt idx="3144">
                  <c:v>0.35699820601380455</c:v>
                </c:pt>
                <c:pt idx="3145">
                  <c:v>0.3565359750356093</c:v>
                </c:pt>
                <c:pt idx="3146">
                  <c:v>0.35615531187633481</c:v>
                </c:pt>
                <c:pt idx="3147">
                  <c:v>0.3560350796875329</c:v>
                </c:pt>
                <c:pt idx="3148">
                  <c:v>0.35515533722530102</c:v>
                </c:pt>
                <c:pt idx="3149">
                  <c:v>0.35466166947312638</c:v>
                </c:pt>
                <c:pt idx="3150">
                  <c:v>0.35430098435084584</c:v>
                </c:pt>
                <c:pt idx="3151">
                  <c:v>0.35420891278811362</c:v>
                </c:pt>
                <c:pt idx="3152">
                  <c:v>0.35420593147509122</c:v>
                </c:pt>
                <c:pt idx="3153">
                  <c:v>0.35365972327440764</c:v>
                </c:pt>
                <c:pt idx="3154">
                  <c:v>0.3531456375487676</c:v>
                </c:pt>
                <c:pt idx="3155">
                  <c:v>0.35301854544269445</c:v>
                </c:pt>
                <c:pt idx="3156">
                  <c:v>0.3528085809967012</c:v>
                </c:pt>
                <c:pt idx="3157">
                  <c:v>0.35260440271091992</c:v>
                </c:pt>
                <c:pt idx="3158">
                  <c:v>0.35220373023782409</c:v>
                </c:pt>
                <c:pt idx="3159">
                  <c:v>0.35208894711733912</c:v>
                </c:pt>
                <c:pt idx="3160">
                  <c:v>0.35196677736757448</c:v>
                </c:pt>
                <c:pt idx="3161">
                  <c:v>0.35184594099504357</c:v>
                </c:pt>
                <c:pt idx="3162">
                  <c:v>0.35182486090242321</c:v>
                </c:pt>
                <c:pt idx="3163">
                  <c:v>0.35172629284857643</c:v>
                </c:pt>
                <c:pt idx="3164">
                  <c:v>0.35169598009430902</c:v>
                </c:pt>
                <c:pt idx="3165">
                  <c:v>0.35160792339891411</c:v>
                </c:pt>
                <c:pt idx="3166">
                  <c:v>0.35154876609269775</c:v>
                </c:pt>
                <c:pt idx="3167">
                  <c:v>0.35144719820930376</c:v>
                </c:pt>
                <c:pt idx="3168">
                  <c:v>0.35139512135895073</c:v>
                </c:pt>
                <c:pt idx="3169">
                  <c:v>0.35130923321412516</c:v>
                </c:pt>
                <c:pt idx="3170">
                  <c:v>0.35102560517263504</c:v>
                </c:pt>
                <c:pt idx="3171">
                  <c:v>0.35044926196097576</c:v>
                </c:pt>
                <c:pt idx="3172">
                  <c:v>0.35026284967030519</c:v>
                </c:pt>
                <c:pt idx="3173">
                  <c:v>0.35018815415530463</c:v>
                </c:pt>
                <c:pt idx="3174">
                  <c:v>0.35012985849984524</c:v>
                </c:pt>
                <c:pt idx="3175">
                  <c:v>0.35011020992378228</c:v>
                </c:pt>
                <c:pt idx="3176">
                  <c:v>0.349747650399234</c:v>
                </c:pt>
                <c:pt idx="3177">
                  <c:v>0.34957141912904299</c:v>
                </c:pt>
                <c:pt idx="3178">
                  <c:v>0.34949077903614156</c:v>
                </c:pt>
                <c:pt idx="3179">
                  <c:v>0.3491613685640777</c:v>
                </c:pt>
                <c:pt idx="3180">
                  <c:v>0.34913882669849144</c:v>
                </c:pt>
                <c:pt idx="3181">
                  <c:v>0.34849201898003496</c:v>
                </c:pt>
                <c:pt idx="3182">
                  <c:v>0.34842084758247222</c:v>
                </c:pt>
                <c:pt idx="3183">
                  <c:v>0.34796353103379585</c:v>
                </c:pt>
                <c:pt idx="3184">
                  <c:v>0.34765922700433571</c:v>
                </c:pt>
                <c:pt idx="3185">
                  <c:v>0.34751052384075548</c:v>
                </c:pt>
                <c:pt idx="3186">
                  <c:v>0.34712187165674852</c:v>
                </c:pt>
                <c:pt idx="3187">
                  <c:v>0.34691147412700868</c:v>
                </c:pt>
                <c:pt idx="3188">
                  <c:v>0.34660595778894454</c:v>
                </c:pt>
                <c:pt idx="3189">
                  <c:v>0.34591362454787411</c:v>
                </c:pt>
                <c:pt idx="3190">
                  <c:v>0.34582100014733619</c:v>
                </c:pt>
                <c:pt idx="3191">
                  <c:v>0.34577865371041827</c:v>
                </c:pt>
                <c:pt idx="3192">
                  <c:v>0.34556168348741545</c:v>
                </c:pt>
                <c:pt idx="3193">
                  <c:v>0.34532014813409423</c:v>
                </c:pt>
                <c:pt idx="3194">
                  <c:v>0.34531829279582837</c:v>
                </c:pt>
                <c:pt idx="3195">
                  <c:v>0.34516473795336733</c:v>
                </c:pt>
                <c:pt idx="3196">
                  <c:v>0.34511849121010751</c:v>
                </c:pt>
                <c:pt idx="3197">
                  <c:v>0.34487378439428429</c:v>
                </c:pt>
                <c:pt idx="3198">
                  <c:v>0.3447050705171627</c:v>
                </c:pt>
                <c:pt idx="3199">
                  <c:v>0.34432224781994381</c:v>
                </c:pt>
                <c:pt idx="3200">
                  <c:v>0.34397469193054647</c:v>
                </c:pt>
                <c:pt idx="3201">
                  <c:v>0.34363969870697353</c:v>
                </c:pt>
                <c:pt idx="3202">
                  <c:v>0.3436056746352899</c:v>
                </c:pt>
                <c:pt idx="3203">
                  <c:v>0.34347910870952958</c:v>
                </c:pt>
                <c:pt idx="3204">
                  <c:v>0.34345041932149761</c:v>
                </c:pt>
                <c:pt idx="3205">
                  <c:v>0.34296244877307397</c:v>
                </c:pt>
                <c:pt idx="3206">
                  <c:v>0.342713543328443</c:v>
                </c:pt>
                <c:pt idx="3207">
                  <c:v>0.34269110142903908</c:v>
                </c:pt>
                <c:pt idx="3208">
                  <c:v>0.34257555639419573</c:v>
                </c:pt>
                <c:pt idx="3209">
                  <c:v>0.3424168668628782</c:v>
                </c:pt>
                <c:pt idx="3210">
                  <c:v>0.34229027726707301</c:v>
                </c:pt>
                <c:pt idx="3211">
                  <c:v>0.34210396621895239</c:v>
                </c:pt>
                <c:pt idx="3212">
                  <c:v>0.34206281014686563</c:v>
                </c:pt>
                <c:pt idx="3213">
                  <c:v>0.34125622006939094</c:v>
                </c:pt>
                <c:pt idx="3214">
                  <c:v>0.34108790898741009</c:v>
                </c:pt>
                <c:pt idx="3215">
                  <c:v>0.34074873890025065</c:v>
                </c:pt>
                <c:pt idx="3216">
                  <c:v>0.34043230079138731</c:v>
                </c:pt>
                <c:pt idx="3217">
                  <c:v>0.3403166089185885</c:v>
                </c:pt>
                <c:pt idx="3218">
                  <c:v>0.34002774322794022</c:v>
                </c:pt>
                <c:pt idx="3219">
                  <c:v>0.33999138967019926</c:v>
                </c:pt>
                <c:pt idx="3220">
                  <c:v>0.33954375873894477</c:v>
                </c:pt>
                <c:pt idx="3221">
                  <c:v>0.33914631299210157</c:v>
                </c:pt>
                <c:pt idx="3222">
                  <c:v>0.33878469994426341</c:v>
                </c:pt>
                <c:pt idx="3223">
                  <c:v>0.33864968444880883</c:v>
                </c:pt>
                <c:pt idx="3224">
                  <c:v>0.33851471464582744</c:v>
                </c:pt>
                <c:pt idx="3225">
                  <c:v>0.3384390019874699</c:v>
                </c:pt>
                <c:pt idx="3226">
                  <c:v>0.33827986337662186</c:v>
                </c:pt>
                <c:pt idx="3227">
                  <c:v>0.3382081659438268</c:v>
                </c:pt>
                <c:pt idx="3228">
                  <c:v>0.33814004484736587</c:v>
                </c:pt>
                <c:pt idx="3229">
                  <c:v>0.33800088944699985</c:v>
                </c:pt>
                <c:pt idx="3230">
                  <c:v>0.33779989049012732</c:v>
                </c:pt>
                <c:pt idx="3231">
                  <c:v>0.33772277457606503</c:v>
                </c:pt>
                <c:pt idx="3232">
                  <c:v>0.33733252802529246</c:v>
                </c:pt>
                <c:pt idx="3233">
                  <c:v>0.33709346823731046</c:v>
                </c:pt>
                <c:pt idx="3234">
                  <c:v>0.33606953126437761</c:v>
                </c:pt>
                <c:pt idx="3235">
                  <c:v>0.33591850098097076</c:v>
                </c:pt>
                <c:pt idx="3236">
                  <c:v>0.33545308575482113</c:v>
                </c:pt>
                <c:pt idx="3237">
                  <c:v>0.3352704051695396</c:v>
                </c:pt>
                <c:pt idx="3238">
                  <c:v>0.3350828625615157</c:v>
                </c:pt>
                <c:pt idx="3239">
                  <c:v>0.33468020489181666</c:v>
                </c:pt>
                <c:pt idx="3240">
                  <c:v>0.33385872125370653</c:v>
                </c:pt>
                <c:pt idx="3241">
                  <c:v>0.33373137846718653</c:v>
                </c:pt>
                <c:pt idx="3242">
                  <c:v>0.33347099952687875</c:v>
                </c:pt>
                <c:pt idx="3243">
                  <c:v>0.33325581527997322</c:v>
                </c:pt>
                <c:pt idx="3244">
                  <c:v>0.33298038375949729</c:v>
                </c:pt>
                <c:pt idx="3245">
                  <c:v>0.33294211767302423</c:v>
                </c:pt>
                <c:pt idx="3246">
                  <c:v>0.3329307661244601</c:v>
                </c:pt>
                <c:pt idx="3247">
                  <c:v>0.33264201875700944</c:v>
                </c:pt>
                <c:pt idx="3248">
                  <c:v>0.33252713099024511</c:v>
                </c:pt>
                <c:pt idx="3249">
                  <c:v>0.33246568633068369</c:v>
                </c:pt>
                <c:pt idx="3250">
                  <c:v>0.3319829528465566</c:v>
                </c:pt>
                <c:pt idx="3251">
                  <c:v>0.33140721152842562</c:v>
                </c:pt>
                <c:pt idx="3252">
                  <c:v>0.33092554982399081</c:v>
                </c:pt>
                <c:pt idx="3253">
                  <c:v>0.33077175538918463</c:v>
                </c:pt>
                <c:pt idx="3254">
                  <c:v>0.33045527665175722</c:v>
                </c:pt>
                <c:pt idx="3255">
                  <c:v>0.33045369051572354</c:v>
                </c:pt>
                <c:pt idx="3256">
                  <c:v>0.33037402479379968</c:v>
                </c:pt>
                <c:pt idx="3257">
                  <c:v>0.33034977326911319</c:v>
                </c:pt>
                <c:pt idx="3258">
                  <c:v>0.33021980450044797</c:v>
                </c:pt>
                <c:pt idx="3259">
                  <c:v>0.32850014260098109</c:v>
                </c:pt>
                <c:pt idx="3260">
                  <c:v>0.32832324116272804</c:v>
                </c:pt>
                <c:pt idx="3261">
                  <c:v>0.32784454899037591</c:v>
                </c:pt>
                <c:pt idx="3262">
                  <c:v>0.32784259969760171</c:v>
                </c:pt>
                <c:pt idx="3263">
                  <c:v>0.32782176198019558</c:v>
                </c:pt>
                <c:pt idx="3264">
                  <c:v>0.32773181492611614</c:v>
                </c:pt>
                <c:pt idx="3265">
                  <c:v>0.32655536071147451</c:v>
                </c:pt>
                <c:pt idx="3266">
                  <c:v>0.32642850187513384</c:v>
                </c:pt>
                <c:pt idx="3267">
                  <c:v>0.32611511009857325</c:v>
                </c:pt>
                <c:pt idx="3268">
                  <c:v>0.32591989064133603</c:v>
                </c:pt>
                <c:pt idx="3269">
                  <c:v>0.32513161685164943</c:v>
                </c:pt>
                <c:pt idx="3270">
                  <c:v>0.32447382617056197</c:v>
                </c:pt>
                <c:pt idx="3271">
                  <c:v>0.32407081281960726</c:v>
                </c:pt>
                <c:pt idx="3272">
                  <c:v>0.32392053506530688</c:v>
                </c:pt>
                <c:pt idx="3273">
                  <c:v>0.32384010430236121</c:v>
                </c:pt>
                <c:pt idx="3274">
                  <c:v>0.32383842667673424</c:v>
                </c:pt>
                <c:pt idx="3275">
                  <c:v>0.32332731255075708</c:v>
                </c:pt>
                <c:pt idx="3276">
                  <c:v>0.32314108680583342</c:v>
                </c:pt>
                <c:pt idx="3277">
                  <c:v>0.32299332836271172</c:v>
                </c:pt>
                <c:pt idx="3278">
                  <c:v>0.32296629477360089</c:v>
                </c:pt>
                <c:pt idx="3279">
                  <c:v>0.32244599695090503</c:v>
                </c:pt>
                <c:pt idx="3280">
                  <c:v>0.32212765602806193</c:v>
                </c:pt>
                <c:pt idx="3281">
                  <c:v>0.32198557183163029</c:v>
                </c:pt>
                <c:pt idx="3282">
                  <c:v>0.32188983574117536</c:v>
                </c:pt>
                <c:pt idx="3283">
                  <c:v>0.32159176892994129</c:v>
                </c:pt>
                <c:pt idx="3284">
                  <c:v>0.32117744826162342</c:v>
                </c:pt>
                <c:pt idx="3285">
                  <c:v>0.32084193226429086</c:v>
                </c:pt>
                <c:pt idx="3286">
                  <c:v>0.32023216074702426</c:v>
                </c:pt>
                <c:pt idx="3287">
                  <c:v>0.32013546487152156</c:v>
                </c:pt>
                <c:pt idx="3288">
                  <c:v>0.31944125844845855</c:v>
                </c:pt>
                <c:pt idx="3289">
                  <c:v>0.31942493973422864</c:v>
                </c:pt>
                <c:pt idx="3290">
                  <c:v>0.31892747451661924</c:v>
                </c:pt>
                <c:pt idx="3291">
                  <c:v>0.31884836577977588</c:v>
                </c:pt>
                <c:pt idx="3292">
                  <c:v>0.31864124022602952</c:v>
                </c:pt>
                <c:pt idx="3293">
                  <c:v>0.31852744829106044</c:v>
                </c:pt>
                <c:pt idx="3294">
                  <c:v>0.31851374883587763</c:v>
                </c:pt>
                <c:pt idx="3295">
                  <c:v>0.31841096333433316</c:v>
                </c:pt>
                <c:pt idx="3296">
                  <c:v>0.31832194778744577</c:v>
                </c:pt>
                <c:pt idx="3297">
                  <c:v>0.3179562240220325</c:v>
                </c:pt>
                <c:pt idx="3298">
                  <c:v>0.31795060032344802</c:v>
                </c:pt>
                <c:pt idx="3299">
                  <c:v>0.317941316866519</c:v>
                </c:pt>
                <c:pt idx="3300">
                  <c:v>0.31784769121800821</c:v>
                </c:pt>
                <c:pt idx="3301">
                  <c:v>0.31783655510540176</c:v>
                </c:pt>
                <c:pt idx="3302">
                  <c:v>0.31695870897750794</c:v>
                </c:pt>
                <c:pt idx="3303">
                  <c:v>0.31665270873699713</c:v>
                </c:pt>
                <c:pt idx="3304">
                  <c:v>0.31650968050010814</c:v>
                </c:pt>
                <c:pt idx="3305">
                  <c:v>0.31607979415023441</c:v>
                </c:pt>
                <c:pt idx="3306">
                  <c:v>0.31574731739693401</c:v>
                </c:pt>
                <c:pt idx="3307">
                  <c:v>0.31559558547303462</c:v>
                </c:pt>
                <c:pt idx="3308">
                  <c:v>0.31543201769734291</c:v>
                </c:pt>
                <c:pt idx="3309">
                  <c:v>0.31530176303003316</c:v>
                </c:pt>
                <c:pt idx="3310">
                  <c:v>0.31470284513845315</c:v>
                </c:pt>
                <c:pt idx="3311">
                  <c:v>0.31467896385366162</c:v>
                </c:pt>
                <c:pt idx="3312">
                  <c:v>0.31456857460839605</c:v>
                </c:pt>
                <c:pt idx="3313">
                  <c:v>0.31427179770053815</c:v>
                </c:pt>
                <c:pt idx="3314">
                  <c:v>0.31413893532051734</c:v>
                </c:pt>
                <c:pt idx="3315">
                  <c:v>0.31403886198939779</c:v>
                </c:pt>
                <c:pt idx="3316">
                  <c:v>0.31371325761081781</c:v>
                </c:pt>
                <c:pt idx="3317">
                  <c:v>0.31356278506244539</c:v>
                </c:pt>
                <c:pt idx="3318">
                  <c:v>0.31342185140022716</c:v>
                </c:pt>
                <c:pt idx="3319">
                  <c:v>0.31307542015061807</c:v>
                </c:pt>
                <c:pt idx="3320">
                  <c:v>0.31275869973449472</c:v>
                </c:pt>
                <c:pt idx="3321">
                  <c:v>0.31225165957626561</c:v>
                </c:pt>
                <c:pt idx="3322">
                  <c:v>0.31148151944326757</c:v>
                </c:pt>
                <c:pt idx="3323">
                  <c:v>0.31144612701651903</c:v>
                </c:pt>
                <c:pt idx="3324">
                  <c:v>0.31100715336876206</c:v>
                </c:pt>
                <c:pt idx="3325">
                  <c:v>0.31091427489565915</c:v>
                </c:pt>
                <c:pt idx="3326">
                  <c:v>0.3106209760310118</c:v>
                </c:pt>
                <c:pt idx="3327">
                  <c:v>0.30992252320164992</c:v>
                </c:pt>
                <c:pt idx="3328">
                  <c:v>0.30988304636351988</c:v>
                </c:pt>
                <c:pt idx="3329">
                  <c:v>0.30981775815260992</c:v>
                </c:pt>
                <c:pt idx="3330">
                  <c:v>0.30969063461037538</c:v>
                </c:pt>
                <c:pt idx="3331">
                  <c:v>0.30962793185663773</c:v>
                </c:pt>
                <c:pt idx="3332">
                  <c:v>0.30939512547828141</c:v>
                </c:pt>
                <c:pt idx="3333">
                  <c:v>0.30924394302087305</c:v>
                </c:pt>
                <c:pt idx="3334">
                  <c:v>0.30907262962655341</c:v>
                </c:pt>
                <c:pt idx="3335">
                  <c:v>0.30889707460945132</c:v>
                </c:pt>
                <c:pt idx="3336">
                  <c:v>0.30887944833163083</c:v>
                </c:pt>
                <c:pt idx="3337">
                  <c:v>0.30841550429915282</c:v>
                </c:pt>
                <c:pt idx="3338">
                  <c:v>0.30770482569499463</c:v>
                </c:pt>
                <c:pt idx="3339">
                  <c:v>0.30759219690787049</c:v>
                </c:pt>
                <c:pt idx="3340">
                  <c:v>0.30729196756802601</c:v>
                </c:pt>
                <c:pt idx="3341">
                  <c:v>0.30680951774725068</c:v>
                </c:pt>
                <c:pt idx="3342">
                  <c:v>0.30655983454162206</c:v>
                </c:pt>
                <c:pt idx="3343">
                  <c:v>0.30654319766803267</c:v>
                </c:pt>
                <c:pt idx="3344">
                  <c:v>0.30576251365458323</c:v>
                </c:pt>
                <c:pt idx="3345">
                  <c:v>0.30567772708075058</c:v>
                </c:pt>
                <c:pt idx="3346">
                  <c:v>0.30552624897989483</c:v>
                </c:pt>
                <c:pt idx="3347">
                  <c:v>0.3053334896443059</c:v>
                </c:pt>
                <c:pt idx="3348">
                  <c:v>0.30525046979681264</c:v>
                </c:pt>
                <c:pt idx="3349">
                  <c:v>0.30440812374100862</c:v>
                </c:pt>
                <c:pt idx="3350">
                  <c:v>0.30413620091054538</c:v>
                </c:pt>
                <c:pt idx="3351">
                  <c:v>0.3038562964335883</c:v>
                </c:pt>
                <c:pt idx="3352">
                  <c:v>0.30364791828546811</c:v>
                </c:pt>
                <c:pt idx="3353">
                  <c:v>0.30336987744199162</c:v>
                </c:pt>
                <c:pt idx="3354">
                  <c:v>0.30320891966548108</c:v>
                </c:pt>
                <c:pt idx="3355">
                  <c:v>0.30319476543582868</c:v>
                </c:pt>
                <c:pt idx="3356">
                  <c:v>0.30310435582283196</c:v>
                </c:pt>
                <c:pt idx="3357">
                  <c:v>0.3030351537217133</c:v>
                </c:pt>
                <c:pt idx="3358">
                  <c:v>0.30302877863890026</c:v>
                </c:pt>
                <c:pt idx="3359">
                  <c:v>0.30302476690857477</c:v>
                </c:pt>
                <c:pt idx="3360">
                  <c:v>0.30282329469957625</c:v>
                </c:pt>
                <c:pt idx="3361">
                  <c:v>0.30281867483792912</c:v>
                </c:pt>
                <c:pt idx="3362">
                  <c:v>0.30238630196725874</c:v>
                </c:pt>
                <c:pt idx="3363">
                  <c:v>0.30223952952510841</c:v>
                </c:pt>
                <c:pt idx="3364">
                  <c:v>0.30202671134054826</c:v>
                </c:pt>
                <c:pt idx="3365">
                  <c:v>0.30190779672297069</c:v>
                </c:pt>
                <c:pt idx="3366">
                  <c:v>0.30183011587840614</c:v>
                </c:pt>
                <c:pt idx="3367">
                  <c:v>0.3017545230890305</c:v>
                </c:pt>
                <c:pt idx="3368">
                  <c:v>0.30136765468581422</c:v>
                </c:pt>
                <c:pt idx="3369">
                  <c:v>0.30124750969988556</c:v>
                </c:pt>
                <c:pt idx="3370">
                  <c:v>0.30090478477566857</c:v>
                </c:pt>
                <c:pt idx="3371">
                  <c:v>0.30087183478459395</c:v>
                </c:pt>
                <c:pt idx="3372">
                  <c:v>0.30069862145529291</c:v>
                </c:pt>
                <c:pt idx="3373">
                  <c:v>0.30037269068260014</c:v>
                </c:pt>
                <c:pt idx="3374">
                  <c:v>0.29964743384800407</c:v>
                </c:pt>
                <c:pt idx="3375">
                  <c:v>0.29962380179507797</c:v>
                </c:pt>
                <c:pt idx="3376">
                  <c:v>0.29941399891698933</c:v>
                </c:pt>
                <c:pt idx="3377">
                  <c:v>0.29938928942711823</c:v>
                </c:pt>
                <c:pt idx="3378">
                  <c:v>0.29935126826208081</c:v>
                </c:pt>
                <c:pt idx="3379">
                  <c:v>0.29889585001968838</c:v>
                </c:pt>
                <c:pt idx="3380">
                  <c:v>0.29830999270919945</c:v>
                </c:pt>
                <c:pt idx="3381">
                  <c:v>0.29792184035273983</c:v>
                </c:pt>
                <c:pt idx="3382">
                  <c:v>0.29768607692967586</c:v>
                </c:pt>
                <c:pt idx="3383">
                  <c:v>0.29756491788932454</c:v>
                </c:pt>
                <c:pt idx="3384">
                  <c:v>0.29740634656711484</c:v>
                </c:pt>
                <c:pt idx="3385">
                  <c:v>0.29738583104035277</c:v>
                </c:pt>
                <c:pt idx="3386">
                  <c:v>0.29688516424750744</c:v>
                </c:pt>
                <c:pt idx="3387">
                  <c:v>0.29670572765317388</c:v>
                </c:pt>
                <c:pt idx="3388">
                  <c:v>0.2965287725208296</c:v>
                </c:pt>
                <c:pt idx="3389">
                  <c:v>0.2958113744571072</c:v>
                </c:pt>
                <c:pt idx="3390">
                  <c:v>0.2957907548048494</c:v>
                </c:pt>
                <c:pt idx="3391">
                  <c:v>0.29517657459131741</c:v>
                </c:pt>
                <c:pt idx="3392">
                  <c:v>0.29501693725396855</c:v>
                </c:pt>
                <c:pt idx="3393">
                  <c:v>0.29487923807031102</c:v>
                </c:pt>
                <c:pt idx="3394">
                  <c:v>0.29473730157530137</c:v>
                </c:pt>
                <c:pt idx="3395">
                  <c:v>0.29466161278164976</c:v>
                </c:pt>
                <c:pt idx="3396">
                  <c:v>0.29451584772381434</c:v>
                </c:pt>
                <c:pt idx="3397">
                  <c:v>0.2943206861462882</c:v>
                </c:pt>
                <c:pt idx="3398">
                  <c:v>0.2942199903078806</c:v>
                </c:pt>
                <c:pt idx="3399">
                  <c:v>0.29407987291399518</c:v>
                </c:pt>
                <c:pt idx="3400">
                  <c:v>0.29404502534060728</c:v>
                </c:pt>
                <c:pt idx="3401">
                  <c:v>0.29391147207980489</c:v>
                </c:pt>
                <c:pt idx="3402">
                  <c:v>0.29388384987243887</c:v>
                </c:pt>
                <c:pt idx="3403">
                  <c:v>0.29324737520123012</c:v>
                </c:pt>
                <c:pt idx="3404">
                  <c:v>0.29263422979868819</c:v>
                </c:pt>
                <c:pt idx="3405">
                  <c:v>0.29236895634756199</c:v>
                </c:pt>
                <c:pt idx="3406">
                  <c:v>0.29231138872014656</c:v>
                </c:pt>
                <c:pt idx="3407">
                  <c:v>0.2921536791818396</c:v>
                </c:pt>
                <c:pt idx="3408">
                  <c:v>0.29166093405356347</c:v>
                </c:pt>
                <c:pt idx="3409">
                  <c:v>0.29116202949838443</c:v>
                </c:pt>
                <c:pt idx="3410">
                  <c:v>0.29097510197256016</c:v>
                </c:pt>
                <c:pt idx="3411">
                  <c:v>0.290780272947325</c:v>
                </c:pt>
                <c:pt idx="3412">
                  <c:v>0.2906966046490157</c:v>
                </c:pt>
                <c:pt idx="3413">
                  <c:v>0.2906684543663674</c:v>
                </c:pt>
                <c:pt idx="3414">
                  <c:v>0.29046561212479405</c:v>
                </c:pt>
                <c:pt idx="3415">
                  <c:v>0.29023199420470341</c:v>
                </c:pt>
                <c:pt idx="3416">
                  <c:v>0.28982720084789804</c:v>
                </c:pt>
                <c:pt idx="3417">
                  <c:v>0.28981726729116647</c:v>
                </c:pt>
                <c:pt idx="3418">
                  <c:v>0.28969824800372646</c:v>
                </c:pt>
                <c:pt idx="3419">
                  <c:v>0.28969582467255889</c:v>
                </c:pt>
                <c:pt idx="3420">
                  <c:v>0.28942289688760547</c:v>
                </c:pt>
                <c:pt idx="3421">
                  <c:v>0.28922574749438196</c:v>
                </c:pt>
                <c:pt idx="3422">
                  <c:v>0.28910264548412112</c:v>
                </c:pt>
                <c:pt idx="3423">
                  <c:v>0.28854968156217503</c:v>
                </c:pt>
                <c:pt idx="3424">
                  <c:v>0.28851750234296275</c:v>
                </c:pt>
                <c:pt idx="3425">
                  <c:v>0.28846226311887996</c:v>
                </c:pt>
                <c:pt idx="3426">
                  <c:v>0.28841752681144878</c:v>
                </c:pt>
                <c:pt idx="3427">
                  <c:v>0.28823771829693412</c:v>
                </c:pt>
                <c:pt idx="3428">
                  <c:v>0.28820624533457478</c:v>
                </c:pt>
                <c:pt idx="3429">
                  <c:v>0.28810362435789494</c:v>
                </c:pt>
                <c:pt idx="3430">
                  <c:v>0.28800527970168871</c:v>
                </c:pt>
                <c:pt idx="3431">
                  <c:v>0.28762958933594263</c:v>
                </c:pt>
                <c:pt idx="3432">
                  <c:v>0.28754962938171913</c:v>
                </c:pt>
                <c:pt idx="3433">
                  <c:v>0.28741392393913517</c:v>
                </c:pt>
                <c:pt idx="3434">
                  <c:v>0.28730028328120988</c:v>
                </c:pt>
                <c:pt idx="3435">
                  <c:v>0.28707706298848984</c:v>
                </c:pt>
                <c:pt idx="3436">
                  <c:v>0.28677975125006067</c:v>
                </c:pt>
                <c:pt idx="3437">
                  <c:v>0.28604743920170633</c:v>
                </c:pt>
                <c:pt idx="3438">
                  <c:v>0.28597250980617767</c:v>
                </c:pt>
                <c:pt idx="3439">
                  <c:v>0.28585397923186401</c:v>
                </c:pt>
                <c:pt idx="3440">
                  <c:v>0.28474557098426739</c:v>
                </c:pt>
                <c:pt idx="3441">
                  <c:v>0.28462357226972518</c:v>
                </c:pt>
                <c:pt idx="3442">
                  <c:v>0.28454649641941526</c:v>
                </c:pt>
                <c:pt idx="3443">
                  <c:v>0.2838109959885301</c:v>
                </c:pt>
                <c:pt idx="3444">
                  <c:v>0.28302586716569728</c:v>
                </c:pt>
                <c:pt idx="3445">
                  <c:v>0.28289271595869414</c:v>
                </c:pt>
                <c:pt idx="3446">
                  <c:v>0.28277338688713816</c:v>
                </c:pt>
                <c:pt idx="3447">
                  <c:v>0.28267640938814587</c:v>
                </c:pt>
                <c:pt idx="3448">
                  <c:v>0.28242478111207681</c:v>
                </c:pt>
                <c:pt idx="3449">
                  <c:v>0.28222097889414938</c:v>
                </c:pt>
                <c:pt idx="3450">
                  <c:v>0.28211044302985355</c:v>
                </c:pt>
                <c:pt idx="3451">
                  <c:v>0.28196462703576791</c:v>
                </c:pt>
                <c:pt idx="3452">
                  <c:v>0.28174065845208102</c:v>
                </c:pt>
                <c:pt idx="3453">
                  <c:v>0.28147472356115499</c:v>
                </c:pt>
                <c:pt idx="3454">
                  <c:v>0.28129021990095038</c:v>
                </c:pt>
                <c:pt idx="3455">
                  <c:v>0.28115188187540413</c:v>
                </c:pt>
                <c:pt idx="3456">
                  <c:v>0.28100403896691772</c:v>
                </c:pt>
                <c:pt idx="3457">
                  <c:v>0.28076949993913969</c:v>
                </c:pt>
                <c:pt idx="3458">
                  <c:v>0.2807678137960572</c:v>
                </c:pt>
                <c:pt idx="3459">
                  <c:v>0.28070882029382915</c:v>
                </c:pt>
                <c:pt idx="3460">
                  <c:v>0.280412561724109</c:v>
                </c:pt>
                <c:pt idx="3461">
                  <c:v>0.28037839783805169</c:v>
                </c:pt>
                <c:pt idx="3462">
                  <c:v>0.27920813143849249</c:v>
                </c:pt>
                <c:pt idx="3463">
                  <c:v>0.27914157071463713</c:v>
                </c:pt>
                <c:pt idx="3464">
                  <c:v>0.27910991175618144</c:v>
                </c:pt>
                <c:pt idx="3465">
                  <c:v>0.278808181453086</c:v>
                </c:pt>
                <c:pt idx="3466">
                  <c:v>0.27878681461511923</c:v>
                </c:pt>
                <c:pt idx="3467">
                  <c:v>0.2787718875549558</c:v>
                </c:pt>
                <c:pt idx="3468">
                  <c:v>0.27821064657237521</c:v>
                </c:pt>
                <c:pt idx="3469">
                  <c:v>0.27753192125174087</c:v>
                </c:pt>
                <c:pt idx="3470">
                  <c:v>0.27752576521814709</c:v>
                </c:pt>
                <c:pt idx="3471">
                  <c:v>0.27750790626325877</c:v>
                </c:pt>
                <c:pt idx="3472">
                  <c:v>0.27698250883599929</c:v>
                </c:pt>
                <c:pt idx="3473">
                  <c:v>0.27690470392609257</c:v>
                </c:pt>
                <c:pt idx="3474">
                  <c:v>0.2768931049347409</c:v>
                </c:pt>
                <c:pt idx="3475">
                  <c:v>0.27664446305754237</c:v>
                </c:pt>
                <c:pt idx="3476">
                  <c:v>0.27652450259263228</c:v>
                </c:pt>
                <c:pt idx="3477">
                  <c:v>0.27601945678244294</c:v>
                </c:pt>
                <c:pt idx="3478">
                  <c:v>0.2753527918617209</c:v>
                </c:pt>
                <c:pt idx="3479">
                  <c:v>0.27529950530557035</c:v>
                </c:pt>
                <c:pt idx="3480">
                  <c:v>0.27499321750523675</c:v>
                </c:pt>
                <c:pt idx="3481">
                  <c:v>0.27458404982109158</c:v>
                </c:pt>
                <c:pt idx="3482">
                  <c:v>0.27433103971567246</c:v>
                </c:pt>
                <c:pt idx="3483">
                  <c:v>0.27367476142378111</c:v>
                </c:pt>
                <c:pt idx="3484">
                  <c:v>0.27294455733451145</c:v>
                </c:pt>
                <c:pt idx="3485">
                  <c:v>0.27282071177845879</c:v>
                </c:pt>
                <c:pt idx="3486">
                  <c:v>0.27266546355141175</c:v>
                </c:pt>
                <c:pt idx="3487">
                  <c:v>0.27261944511588654</c:v>
                </c:pt>
                <c:pt idx="3488">
                  <c:v>0.27260080858826813</c:v>
                </c:pt>
                <c:pt idx="3489">
                  <c:v>0.2725046572927981</c:v>
                </c:pt>
                <c:pt idx="3490">
                  <c:v>0.27236698971727324</c:v>
                </c:pt>
                <c:pt idx="3491">
                  <c:v>0.27218295774484003</c:v>
                </c:pt>
                <c:pt idx="3492">
                  <c:v>0.27194184988830872</c:v>
                </c:pt>
                <c:pt idx="3493">
                  <c:v>0.27160608841669709</c:v>
                </c:pt>
                <c:pt idx="3494">
                  <c:v>0.27147441144305606</c:v>
                </c:pt>
                <c:pt idx="3495">
                  <c:v>0.27131643630354091</c:v>
                </c:pt>
                <c:pt idx="3496">
                  <c:v>0.27020959366241631</c:v>
                </c:pt>
                <c:pt idx="3497">
                  <c:v>0.27006436186287541</c:v>
                </c:pt>
                <c:pt idx="3498">
                  <c:v>0.27003625431903666</c:v>
                </c:pt>
                <c:pt idx="3499">
                  <c:v>0.26994012458554567</c:v>
                </c:pt>
                <c:pt idx="3500">
                  <c:v>0.2697742636081214</c:v>
                </c:pt>
                <c:pt idx="3501">
                  <c:v>0.26936515972142211</c:v>
                </c:pt>
                <c:pt idx="3502">
                  <c:v>0.26935216983856858</c:v>
                </c:pt>
                <c:pt idx="3503">
                  <c:v>0.26878751353231634</c:v>
                </c:pt>
                <c:pt idx="3504">
                  <c:v>0.26866512520873004</c:v>
                </c:pt>
                <c:pt idx="3505">
                  <c:v>0.26861157222524196</c:v>
                </c:pt>
                <c:pt idx="3506">
                  <c:v>0.26758578683921769</c:v>
                </c:pt>
                <c:pt idx="3507">
                  <c:v>0.26694725509203893</c:v>
                </c:pt>
                <c:pt idx="3508">
                  <c:v>0.26686422284441419</c:v>
                </c:pt>
                <c:pt idx="3509">
                  <c:v>0.26682752753644845</c:v>
                </c:pt>
                <c:pt idx="3510">
                  <c:v>0.26621522269161796</c:v>
                </c:pt>
                <c:pt idx="3511">
                  <c:v>0.26618371952958675</c:v>
                </c:pt>
                <c:pt idx="3512">
                  <c:v>0.26610064587126486</c:v>
                </c:pt>
                <c:pt idx="3513">
                  <c:v>0.26608968487531298</c:v>
                </c:pt>
                <c:pt idx="3514">
                  <c:v>0.26588427825121336</c:v>
                </c:pt>
                <c:pt idx="3515">
                  <c:v>0.26564371015829369</c:v>
                </c:pt>
                <c:pt idx="3516">
                  <c:v>0.26561892063907433</c:v>
                </c:pt>
                <c:pt idx="3517">
                  <c:v>0.26560695475165719</c:v>
                </c:pt>
                <c:pt idx="3518">
                  <c:v>0.26511931983033493</c:v>
                </c:pt>
                <c:pt idx="3519">
                  <c:v>0.26505471523386703</c:v>
                </c:pt>
                <c:pt idx="3520">
                  <c:v>0.264363209415448</c:v>
                </c:pt>
                <c:pt idx="3521">
                  <c:v>0.26435266005694608</c:v>
                </c:pt>
                <c:pt idx="3522">
                  <c:v>0.26399294271950607</c:v>
                </c:pt>
                <c:pt idx="3523">
                  <c:v>0.26398752467495989</c:v>
                </c:pt>
                <c:pt idx="3524">
                  <c:v>0.26374975322429406</c:v>
                </c:pt>
                <c:pt idx="3525">
                  <c:v>0.26367519463805472</c:v>
                </c:pt>
                <c:pt idx="3526">
                  <c:v>0.26337335348753405</c:v>
                </c:pt>
                <c:pt idx="3527">
                  <c:v>0.26261271386723045</c:v>
                </c:pt>
                <c:pt idx="3528">
                  <c:v>0.26160650617618031</c:v>
                </c:pt>
                <c:pt idx="3529">
                  <c:v>0.26128800027635141</c:v>
                </c:pt>
                <c:pt idx="3530">
                  <c:v>0.26102628650532395</c:v>
                </c:pt>
                <c:pt idx="3531">
                  <c:v>0.26058374398125683</c:v>
                </c:pt>
                <c:pt idx="3532">
                  <c:v>0.26051884291648475</c:v>
                </c:pt>
                <c:pt idx="3533">
                  <c:v>0.26047600830799145</c:v>
                </c:pt>
                <c:pt idx="3534">
                  <c:v>0.26039282376956452</c:v>
                </c:pt>
                <c:pt idx="3535">
                  <c:v>0.26029596453905807</c:v>
                </c:pt>
                <c:pt idx="3536">
                  <c:v>0.26028761424521057</c:v>
                </c:pt>
                <c:pt idx="3537">
                  <c:v>0.25977997777069367</c:v>
                </c:pt>
                <c:pt idx="3538">
                  <c:v>0.25976968800784939</c:v>
                </c:pt>
                <c:pt idx="3539">
                  <c:v>0.25968413585688965</c:v>
                </c:pt>
                <c:pt idx="3540">
                  <c:v>0.25906645129466899</c:v>
                </c:pt>
                <c:pt idx="3541">
                  <c:v>0.25903958086964418</c:v>
                </c:pt>
                <c:pt idx="3542">
                  <c:v>0.25896564159537905</c:v>
                </c:pt>
                <c:pt idx="3543">
                  <c:v>0.2587650805727908</c:v>
                </c:pt>
                <c:pt idx="3544">
                  <c:v>0.25826874171822345</c:v>
                </c:pt>
                <c:pt idx="3545">
                  <c:v>0.25798459329086271</c:v>
                </c:pt>
                <c:pt idx="3546">
                  <c:v>0.25748965843247745</c:v>
                </c:pt>
                <c:pt idx="3547">
                  <c:v>0.25734254352416736</c:v>
                </c:pt>
                <c:pt idx="3548">
                  <c:v>0.25718503545119692</c:v>
                </c:pt>
                <c:pt idx="3549">
                  <c:v>0.25706493968675959</c:v>
                </c:pt>
                <c:pt idx="3550">
                  <c:v>0.25693266082197164</c:v>
                </c:pt>
                <c:pt idx="3551">
                  <c:v>0.25685381402672247</c:v>
                </c:pt>
                <c:pt idx="3552">
                  <c:v>0.25678883629261773</c:v>
                </c:pt>
                <c:pt idx="3553">
                  <c:v>0.25661965146843679</c:v>
                </c:pt>
                <c:pt idx="3554">
                  <c:v>0.25600520593741188</c:v>
                </c:pt>
                <c:pt idx="3555">
                  <c:v>0.25596030604248271</c:v>
                </c:pt>
                <c:pt idx="3556">
                  <c:v>0.25581535135348182</c:v>
                </c:pt>
                <c:pt idx="3557">
                  <c:v>0.25519050216179112</c:v>
                </c:pt>
                <c:pt idx="3558">
                  <c:v>0.25518669460193039</c:v>
                </c:pt>
                <c:pt idx="3559">
                  <c:v>0.25495850911134615</c:v>
                </c:pt>
                <c:pt idx="3560">
                  <c:v>0.25489465549739276</c:v>
                </c:pt>
                <c:pt idx="3561">
                  <c:v>0.254873833396289</c:v>
                </c:pt>
                <c:pt idx="3562">
                  <c:v>0.25483188751895652</c:v>
                </c:pt>
                <c:pt idx="3563">
                  <c:v>0.2544906103968656</c:v>
                </c:pt>
                <c:pt idx="3564">
                  <c:v>0.2538745535598903</c:v>
                </c:pt>
                <c:pt idx="3565">
                  <c:v>0.25385203317070176</c:v>
                </c:pt>
                <c:pt idx="3566">
                  <c:v>0.25354771110279356</c:v>
                </c:pt>
                <c:pt idx="3567">
                  <c:v>0.25349802343153977</c:v>
                </c:pt>
                <c:pt idx="3568">
                  <c:v>0.2533724818739958</c:v>
                </c:pt>
                <c:pt idx="3569">
                  <c:v>0.2532210934158089</c:v>
                </c:pt>
                <c:pt idx="3570">
                  <c:v>0.25282582089582945</c:v>
                </c:pt>
                <c:pt idx="3571">
                  <c:v>0.25235688883905272</c:v>
                </c:pt>
                <c:pt idx="3572">
                  <c:v>0.25101287950264384</c:v>
                </c:pt>
                <c:pt idx="3573">
                  <c:v>0.25072472981713145</c:v>
                </c:pt>
                <c:pt idx="3574">
                  <c:v>0.25063062070945591</c:v>
                </c:pt>
                <c:pt idx="3575">
                  <c:v>0.25044372330202347</c:v>
                </c:pt>
                <c:pt idx="3576">
                  <c:v>0.25031644849414986</c:v>
                </c:pt>
                <c:pt idx="3577">
                  <c:v>0.25027371898429956</c:v>
                </c:pt>
                <c:pt idx="3578">
                  <c:v>0.24953426427707651</c:v>
                </c:pt>
                <c:pt idx="3579">
                  <c:v>0.24949414266603775</c:v>
                </c:pt>
                <c:pt idx="3580">
                  <c:v>0.24945666216744203</c:v>
                </c:pt>
                <c:pt idx="3581">
                  <c:v>0.2489973937823951</c:v>
                </c:pt>
                <c:pt idx="3582">
                  <c:v>0.2485002631492354</c:v>
                </c:pt>
                <c:pt idx="3583">
                  <c:v>0.24820801393691314</c:v>
                </c:pt>
                <c:pt idx="3584">
                  <c:v>0.24761069676295103</c:v>
                </c:pt>
                <c:pt idx="3585">
                  <c:v>0.24716299481744952</c:v>
                </c:pt>
                <c:pt idx="3586">
                  <c:v>0.24689174088476418</c:v>
                </c:pt>
                <c:pt idx="3587">
                  <c:v>0.24678418902604776</c:v>
                </c:pt>
                <c:pt idx="3588">
                  <c:v>0.24652453396277171</c:v>
                </c:pt>
                <c:pt idx="3589">
                  <c:v>0.24624046135572306</c:v>
                </c:pt>
                <c:pt idx="3590">
                  <c:v>0.24623259754632257</c:v>
                </c:pt>
                <c:pt idx="3591">
                  <c:v>0.24621648405299393</c:v>
                </c:pt>
                <c:pt idx="3592">
                  <c:v>0.2461825446686835</c:v>
                </c:pt>
                <c:pt idx="3593">
                  <c:v>0.24614674211370216</c:v>
                </c:pt>
                <c:pt idx="3594">
                  <c:v>0.24601861928877827</c:v>
                </c:pt>
                <c:pt idx="3595">
                  <c:v>0.24598624785331513</c:v>
                </c:pt>
                <c:pt idx="3596">
                  <c:v>0.24591947776073789</c:v>
                </c:pt>
                <c:pt idx="3597">
                  <c:v>0.2458504674824262</c:v>
                </c:pt>
                <c:pt idx="3598">
                  <c:v>0.24566755739569962</c:v>
                </c:pt>
                <c:pt idx="3599">
                  <c:v>0.24550538092250168</c:v>
                </c:pt>
                <c:pt idx="3600">
                  <c:v>0.2453288476890465</c:v>
                </c:pt>
                <c:pt idx="3601">
                  <c:v>0.24511348308717049</c:v>
                </c:pt>
                <c:pt idx="3602">
                  <c:v>0.24507326442243008</c:v>
                </c:pt>
                <c:pt idx="3603">
                  <c:v>0.24503965340059244</c:v>
                </c:pt>
                <c:pt idx="3604">
                  <c:v>0.24496381064116099</c:v>
                </c:pt>
                <c:pt idx="3605">
                  <c:v>0.24476858454783273</c:v>
                </c:pt>
                <c:pt idx="3606">
                  <c:v>0.24452426326085072</c:v>
                </c:pt>
                <c:pt idx="3607">
                  <c:v>0.24443391303617421</c:v>
                </c:pt>
                <c:pt idx="3608">
                  <c:v>0.24416176509854209</c:v>
                </c:pt>
                <c:pt idx="3609">
                  <c:v>0.24375133692113571</c:v>
                </c:pt>
                <c:pt idx="3610">
                  <c:v>0.24357471277749707</c:v>
                </c:pt>
                <c:pt idx="3611">
                  <c:v>0.2431167424653983</c:v>
                </c:pt>
                <c:pt idx="3612">
                  <c:v>0.24287206486556592</c:v>
                </c:pt>
                <c:pt idx="3613">
                  <c:v>0.2425800045486477</c:v>
                </c:pt>
                <c:pt idx="3614">
                  <c:v>0.24201037093920974</c:v>
                </c:pt>
                <c:pt idx="3615">
                  <c:v>0.24133099049213874</c:v>
                </c:pt>
                <c:pt idx="3616">
                  <c:v>0.24091529104929965</c:v>
                </c:pt>
                <c:pt idx="3617">
                  <c:v>0.24053628451107964</c:v>
                </c:pt>
                <c:pt idx="3618">
                  <c:v>0.24043853830137046</c:v>
                </c:pt>
                <c:pt idx="3619">
                  <c:v>0.24030574362416746</c:v>
                </c:pt>
                <c:pt idx="3620">
                  <c:v>0.24027276364913727</c:v>
                </c:pt>
                <c:pt idx="3621">
                  <c:v>0.23991592310440457</c:v>
                </c:pt>
                <c:pt idx="3622">
                  <c:v>0.23978356551229907</c:v>
                </c:pt>
                <c:pt idx="3623">
                  <c:v>0.23975937594546556</c:v>
                </c:pt>
                <c:pt idx="3624">
                  <c:v>0.23953603394077122</c:v>
                </c:pt>
                <c:pt idx="3625">
                  <c:v>0.23911264559924411</c:v>
                </c:pt>
                <c:pt idx="3626">
                  <c:v>0.23891550796065647</c:v>
                </c:pt>
                <c:pt idx="3627">
                  <c:v>0.2384115544827729</c:v>
                </c:pt>
                <c:pt idx="3628">
                  <c:v>0.23838679074679697</c:v>
                </c:pt>
                <c:pt idx="3629">
                  <c:v>0.23817885190609034</c:v>
                </c:pt>
                <c:pt idx="3630">
                  <c:v>0.23799268165842441</c:v>
                </c:pt>
                <c:pt idx="3631">
                  <c:v>0.23794869443121888</c:v>
                </c:pt>
                <c:pt idx="3632">
                  <c:v>0.23771486036766851</c:v>
                </c:pt>
                <c:pt idx="3633">
                  <c:v>0.23711669650061915</c:v>
                </c:pt>
                <c:pt idx="3634">
                  <c:v>0.23690737255702018</c:v>
                </c:pt>
                <c:pt idx="3635">
                  <c:v>0.23674337794250508</c:v>
                </c:pt>
                <c:pt idx="3636">
                  <c:v>0.23663161975941999</c:v>
                </c:pt>
                <c:pt idx="3637">
                  <c:v>0.23625201485666536</c:v>
                </c:pt>
                <c:pt idx="3638">
                  <c:v>0.23599952479696581</c:v>
                </c:pt>
                <c:pt idx="3639">
                  <c:v>0.23512292740669999</c:v>
                </c:pt>
                <c:pt idx="3640">
                  <c:v>0.23488756217161602</c:v>
                </c:pt>
                <c:pt idx="3641">
                  <c:v>0.23477691533359188</c:v>
                </c:pt>
                <c:pt idx="3642">
                  <c:v>0.23465908375007175</c:v>
                </c:pt>
                <c:pt idx="3643">
                  <c:v>0.23393394319258135</c:v>
                </c:pt>
                <c:pt idx="3644">
                  <c:v>0.23367382620475355</c:v>
                </c:pt>
                <c:pt idx="3645">
                  <c:v>0.23367241945671013</c:v>
                </c:pt>
                <c:pt idx="3646">
                  <c:v>0.23317310201362679</c:v>
                </c:pt>
                <c:pt idx="3647">
                  <c:v>0.23276392333638271</c:v>
                </c:pt>
                <c:pt idx="3648">
                  <c:v>0.23275166228976599</c:v>
                </c:pt>
                <c:pt idx="3649">
                  <c:v>0.23261534332089254</c:v>
                </c:pt>
                <c:pt idx="3650">
                  <c:v>0.23252546696113549</c:v>
                </c:pt>
                <c:pt idx="3651">
                  <c:v>0.2314595097301026</c:v>
                </c:pt>
                <c:pt idx="3652">
                  <c:v>0.23135538256190577</c:v>
                </c:pt>
                <c:pt idx="3653">
                  <c:v>0.23050635937889397</c:v>
                </c:pt>
                <c:pt idx="3654">
                  <c:v>0.23032321668512548</c:v>
                </c:pt>
                <c:pt idx="3655">
                  <c:v>0.23026197362829079</c:v>
                </c:pt>
                <c:pt idx="3656">
                  <c:v>0.2298113622365478</c:v>
                </c:pt>
                <c:pt idx="3657">
                  <c:v>0.22950465233418246</c:v>
                </c:pt>
                <c:pt idx="3658">
                  <c:v>0.2291892906713511</c:v>
                </c:pt>
                <c:pt idx="3659">
                  <c:v>0.22918694674649803</c:v>
                </c:pt>
                <c:pt idx="3660">
                  <c:v>0.22917728943399679</c:v>
                </c:pt>
                <c:pt idx="3661">
                  <c:v>0.22880950170438588</c:v>
                </c:pt>
                <c:pt idx="3662">
                  <c:v>0.22879121487916682</c:v>
                </c:pt>
                <c:pt idx="3663">
                  <c:v>0.22865642722540969</c:v>
                </c:pt>
                <c:pt idx="3664">
                  <c:v>0.22843533204149444</c:v>
                </c:pt>
                <c:pt idx="3665">
                  <c:v>0.22826306209096056</c:v>
                </c:pt>
                <c:pt idx="3666">
                  <c:v>0.2282243427947396</c:v>
                </c:pt>
                <c:pt idx="3667">
                  <c:v>0.22768300028923918</c:v>
                </c:pt>
                <c:pt idx="3668">
                  <c:v>0.22739161196920202</c:v>
                </c:pt>
                <c:pt idx="3669">
                  <c:v>0.22675178075773353</c:v>
                </c:pt>
                <c:pt idx="3670">
                  <c:v>0.22647209767730597</c:v>
                </c:pt>
                <c:pt idx="3671">
                  <c:v>0.22640924965136497</c:v>
                </c:pt>
                <c:pt idx="3672">
                  <c:v>0.22631989868437696</c:v>
                </c:pt>
                <c:pt idx="3673">
                  <c:v>0.22555985393597472</c:v>
                </c:pt>
                <c:pt idx="3674">
                  <c:v>0.2255555965306813</c:v>
                </c:pt>
                <c:pt idx="3675">
                  <c:v>0.22554558261471719</c:v>
                </c:pt>
                <c:pt idx="3676">
                  <c:v>0.22540658412558248</c:v>
                </c:pt>
                <c:pt idx="3677">
                  <c:v>0.22513934522128656</c:v>
                </c:pt>
                <c:pt idx="3678">
                  <c:v>0.22507215930150523</c:v>
                </c:pt>
                <c:pt idx="3679">
                  <c:v>0.22475077245046371</c:v>
                </c:pt>
                <c:pt idx="3680">
                  <c:v>0.22438718760351534</c:v>
                </c:pt>
                <c:pt idx="3681">
                  <c:v>0.2242171747519687</c:v>
                </c:pt>
                <c:pt idx="3682">
                  <c:v>0.22410565454849066</c:v>
                </c:pt>
                <c:pt idx="3683">
                  <c:v>0.22369392748544664</c:v>
                </c:pt>
                <c:pt idx="3684">
                  <c:v>0.22365425433075753</c:v>
                </c:pt>
                <c:pt idx="3685">
                  <c:v>0.22335072084028923</c:v>
                </c:pt>
                <c:pt idx="3686">
                  <c:v>0.22316867395676945</c:v>
                </c:pt>
                <c:pt idx="3687">
                  <c:v>0.22312970361566051</c:v>
                </c:pt>
                <c:pt idx="3688">
                  <c:v>0.22241956533595356</c:v>
                </c:pt>
                <c:pt idx="3689">
                  <c:v>0.22231627869312107</c:v>
                </c:pt>
                <c:pt idx="3690">
                  <c:v>0.2218984662430461</c:v>
                </c:pt>
                <c:pt idx="3691">
                  <c:v>0.22169504161251566</c:v>
                </c:pt>
                <c:pt idx="3692">
                  <c:v>0.22144290880331485</c:v>
                </c:pt>
                <c:pt idx="3693">
                  <c:v>0.22094809925686465</c:v>
                </c:pt>
                <c:pt idx="3694">
                  <c:v>0.22071848551535617</c:v>
                </c:pt>
                <c:pt idx="3695">
                  <c:v>0.2206001479332225</c:v>
                </c:pt>
                <c:pt idx="3696">
                  <c:v>0.22014730182463627</c:v>
                </c:pt>
                <c:pt idx="3697">
                  <c:v>0.2199382901584683</c:v>
                </c:pt>
                <c:pt idx="3698">
                  <c:v>0.21974382371387949</c:v>
                </c:pt>
                <c:pt idx="3699">
                  <c:v>0.21939127910108239</c:v>
                </c:pt>
                <c:pt idx="3700">
                  <c:v>0.21931615494864379</c:v>
                </c:pt>
                <c:pt idx="3701">
                  <c:v>0.21929186818513741</c:v>
                </c:pt>
                <c:pt idx="3702">
                  <c:v>0.21910957995991165</c:v>
                </c:pt>
                <c:pt idx="3703">
                  <c:v>0.21906648168834336</c:v>
                </c:pt>
                <c:pt idx="3704">
                  <c:v>0.21897114319761232</c:v>
                </c:pt>
                <c:pt idx="3705">
                  <c:v>0.2188676548694124</c:v>
                </c:pt>
                <c:pt idx="3706">
                  <c:v>0.21877461901582607</c:v>
                </c:pt>
                <c:pt idx="3707">
                  <c:v>0.21795514010693998</c:v>
                </c:pt>
                <c:pt idx="3708">
                  <c:v>0.21783861993560841</c:v>
                </c:pt>
                <c:pt idx="3709">
                  <c:v>0.21766336997334196</c:v>
                </c:pt>
                <c:pt idx="3710">
                  <c:v>0.21714918747589787</c:v>
                </c:pt>
                <c:pt idx="3711">
                  <c:v>0.21673510524181433</c:v>
                </c:pt>
                <c:pt idx="3712">
                  <c:v>0.21634590050749614</c:v>
                </c:pt>
                <c:pt idx="3713">
                  <c:v>0.21595118158915133</c:v>
                </c:pt>
                <c:pt idx="3714">
                  <c:v>0.21575022471747035</c:v>
                </c:pt>
                <c:pt idx="3715">
                  <c:v>0.2153290480060028</c:v>
                </c:pt>
                <c:pt idx="3716">
                  <c:v>0.21521656536085107</c:v>
                </c:pt>
                <c:pt idx="3717">
                  <c:v>0.21506376133180599</c:v>
                </c:pt>
                <c:pt idx="3718">
                  <c:v>0.2150548175506852</c:v>
                </c:pt>
                <c:pt idx="3719">
                  <c:v>0.21497289236868</c:v>
                </c:pt>
                <c:pt idx="3720">
                  <c:v>0.21443692699145045</c:v>
                </c:pt>
                <c:pt idx="3721">
                  <c:v>0.21442697052168111</c:v>
                </c:pt>
                <c:pt idx="3722">
                  <c:v>0.21442059580745493</c:v>
                </c:pt>
                <c:pt idx="3723">
                  <c:v>0.21417243059243468</c:v>
                </c:pt>
                <c:pt idx="3724">
                  <c:v>0.21414282581612826</c:v>
                </c:pt>
                <c:pt idx="3725">
                  <c:v>0.2138274475810579</c:v>
                </c:pt>
                <c:pt idx="3726">
                  <c:v>0.21364776869817431</c:v>
                </c:pt>
                <c:pt idx="3727">
                  <c:v>0.21301774316222502</c:v>
                </c:pt>
                <c:pt idx="3728">
                  <c:v>0.21295599140108709</c:v>
                </c:pt>
                <c:pt idx="3729">
                  <c:v>0.21287209019850051</c:v>
                </c:pt>
                <c:pt idx="3730">
                  <c:v>0.21259458145345841</c:v>
                </c:pt>
                <c:pt idx="3731">
                  <c:v>0.21220824998084756</c:v>
                </c:pt>
                <c:pt idx="3732">
                  <c:v>0.21214811224943816</c:v>
                </c:pt>
                <c:pt idx="3733">
                  <c:v>0.21189236561785868</c:v>
                </c:pt>
                <c:pt idx="3734">
                  <c:v>0.21183331132986066</c:v>
                </c:pt>
                <c:pt idx="3735">
                  <c:v>0.21174468548341388</c:v>
                </c:pt>
                <c:pt idx="3736">
                  <c:v>0.21107146307960867</c:v>
                </c:pt>
                <c:pt idx="3737">
                  <c:v>0.21106862543420135</c:v>
                </c:pt>
                <c:pt idx="3738">
                  <c:v>0.21098493725958883</c:v>
                </c:pt>
                <c:pt idx="3739">
                  <c:v>0.21088814029397804</c:v>
                </c:pt>
                <c:pt idx="3740">
                  <c:v>0.21052775679331245</c:v>
                </c:pt>
                <c:pt idx="3741">
                  <c:v>0.21042446520168398</c:v>
                </c:pt>
                <c:pt idx="3742">
                  <c:v>0.21035988199749392</c:v>
                </c:pt>
                <c:pt idx="3743">
                  <c:v>0.2102139939559626</c:v>
                </c:pt>
                <c:pt idx="3744">
                  <c:v>0.21003828425640864</c:v>
                </c:pt>
                <c:pt idx="3745">
                  <c:v>0.20985824607427922</c:v>
                </c:pt>
                <c:pt idx="3746">
                  <c:v>0.2098252599291219</c:v>
                </c:pt>
                <c:pt idx="3747">
                  <c:v>0.20952806583746469</c:v>
                </c:pt>
                <c:pt idx="3748">
                  <c:v>0.20942105637982139</c:v>
                </c:pt>
                <c:pt idx="3749">
                  <c:v>0.2090108213619491</c:v>
                </c:pt>
                <c:pt idx="3750">
                  <c:v>0.20885005486482741</c:v>
                </c:pt>
                <c:pt idx="3751">
                  <c:v>0.20855567976913383</c:v>
                </c:pt>
                <c:pt idx="3752">
                  <c:v>0.20838162896315685</c:v>
                </c:pt>
                <c:pt idx="3753">
                  <c:v>0.20837817762047481</c:v>
                </c:pt>
                <c:pt idx="3754">
                  <c:v>0.20835828537552648</c:v>
                </c:pt>
                <c:pt idx="3755">
                  <c:v>0.20790944931900848</c:v>
                </c:pt>
                <c:pt idx="3756">
                  <c:v>0.20776838767168071</c:v>
                </c:pt>
                <c:pt idx="3757">
                  <c:v>0.20773433152350576</c:v>
                </c:pt>
                <c:pt idx="3758">
                  <c:v>0.20766360421774618</c:v>
                </c:pt>
                <c:pt idx="3759">
                  <c:v>0.20766245200450928</c:v>
                </c:pt>
                <c:pt idx="3760">
                  <c:v>0.20755478544229677</c:v>
                </c:pt>
                <c:pt idx="3761">
                  <c:v>0.20733464406428032</c:v>
                </c:pt>
                <c:pt idx="3762">
                  <c:v>0.20700212025255865</c:v>
                </c:pt>
                <c:pt idx="3763">
                  <c:v>0.20679278996388911</c:v>
                </c:pt>
                <c:pt idx="3764">
                  <c:v>0.20653092466019171</c:v>
                </c:pt>
                <c:pt idx="3765">
                  <c:v>0.20637765700266159</c:v>
                </c:pt>
                <c:pt idx="3766">
                  <c:v>0.20609940495757223</c:v>
                </c:pt>
                <c:pt idx="3767">
                  <c:v>0.20604445184665768</c:v>
                </c:pt>
                <c:pt idx="3768">
                  <c:v>0.20593906393439024</c:v>
                </c:pt>
                <c:pt idx="3769">
                  <c:v>0.20570992358646853</c:v>
                </c:pt>
                <c:pt idx="3770">
                  <c:v>0.20568974607098472</c:v>
                </c:pt>
                <c:pt idx="3771">
                  <c:v>0.20555179881379079</c:v>
                </c:pt>
                <c:pt idx="3772">
                  <c:v>0.20553715904921985</c:v>
                </c:pt>
                <c:pt idx="3773">
                  <c:v>0.20493943408641754</c:v>
                </c:pt>
                <c:pt idx="3774">
                  <c:v>0.20492635931699171</c:v>
                </c:pt>
                <c:pt idx="3775">
                  <c:v>0.2045587763347399</c:v>
                </c:pt>
                <c:pt idx="3776">
                  <c:v>0.20448607373478767</c:v>
                </c:pt>
                <c:pt idx="3777">
                  <c:v>0.2043851935159616</c:v>
                </c:pt>
                <c:pt idx="3778">
                  <c:v>0.20433173277778657</c:v>
                </c:pt>
                <c:pt idx="3779">
                  <c:v>0.20422683600455252</c:v>
                </c:pt>
                <c:pt idx="3780">
                  <c:v>0.20388607131638822</c:v>
                </c:pt>
                <c:pt idx="3781">
                  <c:v>0.20369199697215176</c:v>
                </c:pt>
                <c:pt idx="3782">
                  <c:v>0.20264094870118823</c:v>
                </c:pt>
                <c:pt idx="3783">
                  <c:v>0.20219701391764436</c:v>
                </c:pt>
                <c:pt idx="3784">
                  <c:v>0.20193205152663662</c:v>
                </c:pt>
                <c:pt idx="3785">
                  <c:v>0.20165313187497871</c:v>
                </c:pt>
                <c:pt idx="3786">
                  <c:v>0.20150973797686766</c:v>
                </c:pt>
                <c:pt idx="3787">
                  <c:v>0.20117029443038742</c:v>
                </c:pt>
                <c:pt idx="3788">
                  <c:v>0.20099667261868215</c:v>
                </c:pt>
                <c:pt idx="3789">
                  <c:v>0.20090818230023955</c:v>
                </c:pt>
                <c:pt idx="3790">
                  <c:v>0.20069465369096792</c:v>
                </c:pt>
                <c:pt idx="3791">
                  <c:v>0.20066985149453623</c:v>
                </c:pt>
                <c:pt idx="3792">
                  <c:v>0.2004787519726329</c:v>
                </c:pt>
                <c:pt idx="3793">
                  <c:v>0.20031239238971113</c:v>
                </c:pt>
                <c:pt idx="3794">
                  <c:v>0.20017854774974791</c:v>
                </c:pt>
                <c:pt idx="3795">
                  <c:v>0.19996323681971634</c:v>
                </c:pt>
                <c:pt idx="3796">
                  <c:v>0.199894945575812</c:v>
                </c:pt>
                <c:pt idx="3797">
                  <c:v>0.19983851747962536</c:v>
                </c:pt>
                <c:pt idx="3798">
                  <c:v>0.19974486176029732</c:v>
                </c:pt>
                <c:pt idx="3799">
                  <c:v>0.19972091171888001</c:v>
                </c:pt>
                <c:pt idx="3800">
                  <c:v>0.19924306372396983</c:v>
                </c:pt>
                <c:pt idx="3801">
                  <c:v>0.19904093017492094</c:v>
                </c:pt>
                <c:pt idx="3802">
                  <c:v>0.19895709111906248</c:v>
                </c:pt>
                <c:pt idx="3803">
                  <c:v>0.19893186603029933</c:v>
                </c:pt>
                <c:pt idx="3804">
                  <c:v>0.19885374342885012</c:v>
                </c:pt>
                <c:pt idx="3805">
                  <c:v>0.19864896558977652</c:v>
                </c:pt>
                <c:pt idx="3806">
                  <c:v>0.1984238019161868</c:v>
                </c:pt>
                <c:pt idx="3807">
                  <c:v>0.19818585403249486</c:v>
                </c:pt>
                <c:pt idx="3808">
                  <c:v>0.19804993076070382</c:v>
                </c:pt>
                <c:pt idx="3809">
                  <c:v>0.19788080217006088</c:v>
                </c:pt>
                <c:pt idx="3810">
                  <c:v>0.19781617234112031</c:v>
                </c:pt>
                <c:pt idx="3811">
                  <c:v>0.19764801363503198</c:v>
                </c:pt>
                <c:pt idx="3812">
                  <c:v>0.19751916850848952</c:v>
                </c:pt>
                <c:pt idx="3813">
                  <c:v>0.19683310952577943</c:v>
                </c:pt>
                <c:pt idx="3814">
                  <c:v>0.19669752349155134</c:v>
                </c:pt>
                <c:pt idx="3815">
                  <c:v>0.19660034090928208</c:v>
                </c:pt>
                <c:pt idx="3816">
                  <c:v>0.19657742277003246</c:v>
                </c:pt>
                <c:pt idx="3817">
                  <c:v>0.19647122528674976</c:v>
                </c:pt>
                <c:pt idx="3818">
                  <c:v>0.19595346266970759</c:v>
                </c:pt>
                <c:pt idx="3819">
                  <c:v>0.19589408289461613</c:v>
                </c:pt>
                <c:pt idx="3820">
                  <c:v>0.1957966086858125</c:v>
                </c:pt>
                <c:pt idx="3821">
                  <c:v>0.19575891620928079</c:v>
                </c:pt>
                <c:pt idx="3822">
                  <c:v>0.19497655641780023</c:v>
                </c:pt>
                <c:pt idx="3823">
                  <c:v>0.19464234562546487</c:v>
                </c:pt>
                <c:pt idx="3824">
                  <c:v>0.19401142439931701</c:v>
                </c:pt>
                <c:pt idx="3825">
                  <c:v>0.19368938927578266</c:v>
                </c:pt>
                <c:pt idx="3826">
                  <c:v>0.19362313260108799</c:v>
                </c:pt>
                <c:pt idx="3827">
                  <c:v>0.19356292792389759</c:v>
                </c:pt>
                <c:pt idx="3828">
                  <c:v>0.19354665350257563</c:v>
                </c:pt>
                <c:pt idx="3829">
                  <c:v>0.19342789394905133</c:v>
                </c:pt>
                <c:pt idx="3830">
                  <c:v>0.19330082042121804</c:v>
                </c:pt>
                <c:pt idx="3831">
                  <c:v>0.1928532314390255</c:v>
                </c:pt>
                <c:pt idx="3832">
                  <c:v>0.19274198811365331</c:v>
                </c:pt>
                <c:pt idx="3833">
                  <c:v>0.19254118996008004</c:v>
                </c:pt>
                <c:pt idx="3834">
                  <c:v>0.19229926522994226</c:v>
                </c:pt>
                <c:pt idx="3835">
                  <c:v>0.19217501202743831</c:v>
                </c:pt>
                <c:pt idx="3836">
                  <c:v>0.19161176427776189</c:v>
                </c:pt>
                <c:pt idx="3837">
                  <c:v>0.19102072314164367</c:v>
                </c:pt>
                <c:pt idx="3838">
                  <c:v>0.19068584437882852</c:v>
                </c:pt>
                <c:pt idx="3839">
                  <c:v>0.19061893399377244</c:v>
                </c:pt>
                <c:pt idx="3840">
                  <c:v>0.19039173894297892</c:v>
                </c:pt>
                <c:pt idx="3841">
                  <c:v>0.1900919035502367</c:v>
                </c:pt>
                <c:pt idx="3842">
                  <c:v>0.1895744638403786</c:v>
                </c:pt>
                <c:pt idx="3843">
                  <c:v>0.18937055681377998</c:v>
                </c:pt>
                <c:pt idx="3844">
                  <c:v>0.18919233410238454</c:v>
                </c:pt>
                <c:pt idx="3845">
                  <c:v>0.18912271893173332</c:v>
                </c:pt>
                <c:pt idx="3846">
                  <c:v>0.18890821010796952</c:v>
                </c:pt>
                <c:pt idx="3847">
                  <c:v>0.18849173241623771</c:v>
                </c:pt>
                <c:pt idx="3848">
                  <c:v>0.18838900743913189</c:v>
                </c:pt>
                <c:pt idx="3849">
                  <c:v>0.18832771945181351</c:v>
                </c:pt>
                <c:pt idx="3850">
                  <c:v>0.18830349014024117</c:v>
                </c:pt>
                <c:pt idx="3851">
                  <c:v>0.18805325492109645</c:v>
                </c:pt>
                <c:pt idx="3852">
                  <c:v>0.18772137868816724</c:v>
                </c:pt>
                <c:pt idx="3853">
                  <c:v>0.18761469057589986</c:v>
                </c:pt>
                <c:pt idx="3854">
                  <c:v>0.18746190215781253</c:v>
                </c:pt>
                <c:pt idx="3855">
                  <c:v>0.18732021789031542</c:v>
                </c:pt>
                <c:pt idx="3856">
                  <c:v>0.18727398821968863</c:v>
                </c:pt>
                <c:pt idx="3857">
                  <c:v>0.18720786951107393</c:v>
                </c:pt>
                <c:pt idx="3858">
                  <c:v>0.18704175026467218</c:v>
                </c:pt>
                <c:pt idx="3859">
                  <c:v>0.18667655340504241</c:v>
                </c:pt>
                <c:pt idx="3860">
                  <c:v>0.18653810443419214</c:v>
                </c:pt>
                <c:pt idx="3861">
                  <c:v>0.18642693229691634</c:v>
                </c:pt>
                <c:pt idx="3862">
                  <c:v>0.18634916153071515</c:v>
                </c:pt>
                <c:pt idx="3863">
                  <c:v>0.18632790532133897</c:v>
                </c:pt>
                <c:pt idx="3864">
                  <c:v>0.18623573520508982</c:v>
                </c:pt>
                <c:pt idx="3865">
                  <c:v>0.18618117224261826</c:v>
                </c:pt>
                <c:pt idx="3866">
                  <c:v>0.18577323195266771</c:v>
                </c:pt>
                <c:pt idx="3867">
                  <c:v>0.18568987855236566</c:v>
                </c:pt>
                <c:pt idx="3868">
                  <c:v>0.18537222422387709</c:v>
                </c:pt>
                <c:pt idx="3869">
                  <c:v>0.18537218742513262</c:v>
                </c:pt>
                <c:pt idx="3870">
                  <c:v>0.18508804503984988</c:v>
                </c:pt>
                <c:pt idx="3871">
                  <c:v>0.18494164553499245</c:v>
                </c:pt>
                <c:pt idx="3872">
                  <c:v>0.18485577919426516</c:v>
                </c:pt>
                <c:pt idx="3873">
                  <c:v>0.18471573549192324</c:v>
                </c:pt>
                <c:pt idx="3874">
                  <c:v>0.18449505592759294</c:v>
                </c:pt>
                <c:pt idx="3875">
                  <c:v>0.18427844928521059</c:v>
                </c:pt>
                <c:pt idx="3876">
                  <c:v>0.18410438857920744</c:v>
                </c:pt>
                <c:pt idx="3877">
                  <c:v>0.18394376305877339</c:v>
                </c:pt>
                <c:pt idx="3878">
                  <c:v>0.18377475643013458</c:v>
                </c:pt>
                <c:pt idx="3879">
                  <c:v>0.18373450860155774</c:v>
                </c:pt>
                <c:pt idx="3880">
                  <c:v>0.18372851126114476</c:v>
                </c:pt>
                <c:pt idx="3881">
                  <c:v>0.18359925992953133</c:v>
                </c:pt>
                <c:pt idx="3882">
                  <c:v>0.18353388559561179</c:v>
                </c:pt>
                <c:pt idx="3883">
                  <c:v>0.18327540406036244</c:v>
                </c:pt>
                <c:pt idx="3884">
                  <c:v>0.18311851873006801</c:v>
                </c:pt>
                <c:pt idx="3885">
                  <c:v>0.18285777284395405</c:v>
                </c:pt>
                <c:pt idx="3886">
                  <c:v>0.18243055796885663</c:v>
                </c:pt>
                <c:pt idx="3887">
                  <c:v>0.18218045182479944</c:v>
                </c:pt>
                <c:pt idx="3888">
                  <c:v>0.18215482318551759</c:v>
                </c:pt>
                <c:pt idx="3889">
                  <c:v>0.18196415457581028</c:v>
                </c:pt>
                <c:pt idx="3890">
                  <c:v>0.18175046276513476</c:v>
                </c:pt>
                <c:pt idx="3891">
                  <c:v>0.18162254330139932</c:v>
                </c:pt>
                <c:pt idx="3892">
                  <c:v>0.18137441909713406</c:v>
                </c:pt>
                <c:pt idx="3893">
                  <c:v>0.18059754498584027</c:v>
                </c:pt>
                <c:pt idx="3894">
                  <c:v>0.18049762943302974</c:v>
                </c:pt>
                <c:pt idx="3895">
                  <c:v>0.18041427911413058</c:v>
                </c:pt>
                <c:pt idx="3896">
                  <c:v>0.18003061215148508</c:v>
                </c:pt>
                <c:pt idx="3897">
                  <c:v>0.17993184201868687</c:v>
                </c:pt>
                <c:pt idx="3898">
                  <c:v>0.1796007879751268</c:v>
                </c:pt>
                <c:pt idx="3899">
                  <c:v>0.17892606830254792</c:v>
                </c:pt>
                <c:pt idx="3900">
                  <c:v>0.17884429367778626</c:v>
                </c:pt>
                <c:pt idx="3901">
                  <c:v>0.17861270567426488</c:v>
                </c:pt>
                <c:pt idx="3902">
                  <c:v>0.17855898235993786</c:v>
                </c:pt>
                <c:pt idx="3903">
                  <c:v>0.17833214174543935</c:v>
                </c:pt>
                <c:pt idx="3904">
                  <c:v>0.17808816834954272</c:v>
                </c:pt>
                <c:pt idx="3905">
                  <c:v>0.17793964410675675</c:v>
                </c:pt>
                <c:pt idx="3906">
                  <c:v>0.17767660872245686</c:v>
                </c:pt>
                <c:pt idx="3907">
                  <c:v>0.17760292355304516</c:v>
                </c:pt>
                <c:pt idx="3908">
                  <c:v>0.17756954952522563</c:v>
                </c:pt>
                <c:pt idx="3909">
                  <c:v>0.17737867877020219</c:v>
                </c:pt>
                <c:pt idx="3910">
                  <c:v>0.17733541938305911</c:v>
                </c:pt>
                <c:pt idx="3911">
                  <c:v>0.1773148558794127</c:v>
                </c:pt>
                <c:pt idx="3912">
                  <c:v>0.17723029829910172</c:v>
                </c:pt>
                <c:pt idx="3913">
                  <c:v>0.17702697104324833</c:v>
                </c:pt>
                <c:pt idx="3914">
                  <c:v>0.17687338313191217</c:v>
                </c:pt>
                <c:pt idx="3915">
                  <c:v>0.17683177763801014</c:v>
                </c:pt>
                <c:pt idx="3916">
                  <c:v>0.17667986512218398</c:v>
                </c:pt>
                <c:pt idx="3917">
                  <c:v>0.17625681911032595</c:v>
                </c:pt>
                <c:pt idx="3918">
                  <c:v>0.17624704208751107</c:v>
                </c:pt>
                <c:pt idx="3919">
                  <c:v>0.17615334122689993</c:v>
                </c:pt>
                <c:pt idx="3920">
                  <c:v>0.1761442297986775</c:v>
                </c:pt>
                <c:pt idx="3921">
                  <c:v>0.17597742883723538</c:v>
                </c:pt>
                <c:pt idx="3922">
                  <c:v>0.17558247073216679</c:v>
                </c:pt>
                <c:pt idx="3923">
                  <c:v>0.17532775042277157</c:v>
                </c:pt>
                <c:pt idx="3924">
                  <c:v>0.17513297610411444</c:v>
                </c:pt>
                <c:pt idx="3925">
                  <c:v>0.17491205926145029</c:v>
                </c:pt>
                <c:pt idx="3926">
                  <c:v>0.17431760284062009</c:v>
                </c:pt>
                <c:pt idx="3927">
                  <c:v>0.1739237992985769</c:v>
                </c:pt>
                <c:pt idx="3928">
                  <c:v>0.17384372967999887</c:v>
                </c:pt>
                <c:pt idx="3929">
                  <c:v>0.17366708557745983</c:v>
                </c:pt>
                <c:pt idx="3930">
                  <c:v>0.1735601661290295</c:v>
                </c:pt>
                <c:pt idx="3931">
                  <c:v>0.17341720628508647</c:v>
                </c:pt>
                <c:pt idx="3932">
                  <c:v>0.17311841185993893</c:v>
                </c:pt>
                <c:pt idx="3933">
                  <c:v>0.17311624084153135</c:v>
                </c:pt>
                <c:pt idx="3934">
                  <c:v>0.17311141308576714</c:v>
                </c:pt>
                <c:pt idx="3935">
                  <c:v>0.17288941014587297</c:v>
                </c:pt>
                <c:pt idx="3936">
                  <c:v>0.17275577020730509</c:v>
                </c:pt>
                <c:pt idx="3937">
                  <c:v>0.17245012530600221</c:v>
                </c:pt>
                <c:pt idx="3938">
                  <c:v>0.17225459311285993</c:v>
                </c:pt>
                <c:pt idx="3939">
                  <c:v>0.1720822901473788</c:v>
                </c:pt>
                <c:pt idx="3940">
                  <c:v>0.17204710480483354</c:v>
                </c:pt>
                <c:pt idx="3941">
                  <c:v>0.17203801672851732</c:v>
                </c:pt>
                <c:pt idx="3942">
                  <c:v>0.17202390162965331</c:v>
                </c:pt>
                <c:pt idx="3943">
                  <c:v>0.17191726595182272</c:v>
                </c:pt>
                <c:pt idx="3944">
                  <c:v>0.17182003240097993</c:v>
                </c:pt>
                <c:pt idx="3945">
                  <c:v>0.17148692387300346</c:v>
                </c:pt>
                <c:pt idx="3946">
                  <c:v>0.17109087471227119</c:v>
                </c:pt>
                <c:pt idx="3947">
                  <c:v>0.17035254049039103</c:v>
                </c:pt>
                <c:pt idx="3948">
                  <c:v>0.17023188974700906</c:v>
                </c:pt>
                <c:pt idx="3949">
                  <c:v>0.17009044457151587</c:v>
                </c:pt>
                <c:pt idx="3950">
                  <c:v>0.16931047485353537</c:v>
                </c:pt>
                <c:pt idx="3951">
                  <c:v>0.16927445866710231</c:v>
                </c:pt>
                <c:pt idx="3952">
                  <c:v>0.16907871031771893</c:v>
                </c:pt>
                <c:pt idx="3953">
                  <c:v>0.1689617798795057</c:v>
                </c:pt>
                <c:pt idx="3954">
                  <c:v>0.16888981177972112</c:v>
                </c:pt>
                <c:pt idx="3955">
                  <c:v>0.16884651311582044</c:v>
                </c:pt>
                <c:pt idx="3956">
                  <c:v>0.16879433974159533</c:v>
                </c:pt>
                <c:pt idx="3957">
                  <c:v>0.16850950838435549</c:v>
                </c:pt>
                <c:pt idx="3958">
                  <c:v>0.16792966123297581</c:v>
                </c:pt>
                <c:pt idx="3959">
                  <c:v>0.16791605531095322</c:v>
                </c:pt>
                <c:pt idx="3960">
                  <c:v>0.16749061491395958</c:v>
                </c:pt>
                <c:pt idx="3961">
                  <c:v>0.16746825093079054</c:v>
                </c:pt>
                <c:pt idx="3962">
                  <c:v>0.16739829670697581</c:v>
                </c:pt>
                <c:pt idx="3963">
                  <c:v>0.16737341686222423</c:v>
                </c:pt>
                <c:pt idx="3964">
                  <c:v>0.16734894211980683</c:v>
                </c:pt>
                <c:pt idx="3965">
                  <c:v>0.16733157771793186</c:v>
                </c:pt>
                <c:pt idx="3966">
                  <c:v>0.16717550489250921</c:v>
                </c:pt>
                <c:pt idx="3967">
                  <c:v>0.16709135335646635</c:v>
                </c:pt>
                <c:pt idx="3968">
                  <c:v>0.16683388535818675</c:v>
                </c:pt>
                <c:pt idx="3969">
                  <c:v>0.1667950327248951</c:v>
                </c:pt>
                <c:pt idx="3970">
                  <c:v>0.16643149885304903</c:v>
                </c:pt>
                <c:pt idx="3971">
                  <c:v>0.16606788197382363</c:v>
                </c:pt>
                <c:pt idx="3972">
                  <c:v>0.16601520845629239</c:v>
                </c:pt>
                <c:pt idx="3973">
                  <c:v>0.16599592539931865</c:v>
                </c:pt>
                <c:pt idx="3974">
                  <c:v>0.16535958407204737</c:v>
                </c:pt>
                <c:pt idx="3975">
                  <c:v>0.16523507026133552</c:v>
                </c:pt>
                <c:pt idx="3976">
                  <c:v>0.16480986857150104</c:v>
                </c:pt>
                <c:pt idx="3977">
                  <c:v>0.16337933480885514</c:v>
                </c:pt>
                <c:pt idx="3978">
                  <c:v>0.16335794166826714</c:v>
                </c:pt>
                <c:pt idx="3979">
                  <c:v>0.1628155652210628</c:v>
                </c:pt>
                <c:pt idx="3980">
                  <c:v>0.16271755546200664</c:v>
                </c:pt>
                <c:pt idx="3981">
                  <c:v>0.16270976136512458</c:v>
                </c:pt>
                <c:pt idx="3982">
                  <c:v>0.16267397157423022</c:v>
                </c:pt>
                <c:pt idx="3983">
                  <c:v>0.16235335368802029</c:v>
                </c:pt>
                <c:pt idx="3984">
                  <c:v>0.16216829765323659</c:v>
                </c:pt>
                <c:pt idx="3985">
                  <c:v>0.16174983300577742</c:v>
                </c:pt>
                <c:pt idx="3986">
                  <c:v>0.1616128024354736</c:v>
                </c:pt>
                <c:pt idx="3987">
                  <c:v>0.16127940370744798</c:v>
                </c:pt>
                <c:pt idx="3988">
                  <c:v>0.16125798208613937</c:v>
                </c:pt>
                <c:pt idx="3989">
                  <c:v>0.16110471033380119</c:v>
                </c:pt>
                <c:pt idx="3990">
                  <c:v>0.16093075209817281</c:v>
                </c:pt>
                <c:pt idx="3991">
                  <c:v>0.16092720816120051</c:v>
                </c:pt>
                <c:pt idx="3992">
                  <c:v>0.16062780751233707</c:v>
                </c:pt>
                <c:pt idx="3993">
                  <c:v>0.16060181050006453</c:v>
                </c:pt>
                <c:pt idx="3994">
                  <c:v>0.16020678547458619</c:v>
                </c:pt>
                <c:pt idx="3995">
                  <c:v>0.15973722796924159</c:v>
                </c:pt>
                <c:pt idx="3996">
                  <c:v>0.15953934325357325</c:v>
                </c:pt>
                <c:pt idx="3997">
                  <c:v>0.15953512789886234</c:v>
                </c:pt>
                <c:pt idx="3998">
                  <c:v>0.15948357451594203</c:v>
                </c:pt>
                <c:pt idx="3999">
                  <c:v>0.1586476577340831</c:v>
                </c:pt>
                <c:pt idx="4000">
                  <c:v>0.15843874178120551</c:v>
                </c:pt>
                <c:pt idx="4001">
                  <c:v>0.15799431044227649</c:v>
                </c:pt>
                <c:pt idx="4002">
                  <c:v>0.15783869098240463</c:v>
                </c:pt>
                <c:pt idx="4003">
                  <c:v>0.15771787008468399</c:v>
                </c:pt>
                <c:pt idx="4004">
                  <c:v>0.1575522351255817</c:v>
                </c:pt>
                <c:pt idx="4005">
                  <c:v>0.1571798384277843</c:v>
                </c:pt>
                <c:pt idx="4006">
                  <c:v>0.15715584803384616</c:v>
                </c:pt>
                <c:pt idx="4007">
                  <c:v>0.15679473355503479</c:v>
                </c:pt>
                <c:pt idx="4008">
                  <c:v>0.15675965516439552</c:v>
                </c:pt>
                <c:pt idx="4009">
                  <c:v>0.15635948840351724</c:v>
                </c:pt>
                <c:pt idx="4010">
                  <c:v>0.15633404177567137</c:v>
                </c:pt>
                <c:pt idx="4011">
                  <c:v>0.15631580910280621</c:v>
                </c:pt>
                <c:pt idx="4012">
                  <c:v>0.15602416160861937</c:v>
                </c:pt>
                <c:pt idx="4013">
                  <c:v>0.15582984491076454</c:v>
                </c:pt>
                <c:pt idx="4014">
                  <c:v>0.15559601707613124</c:v>
                </c:pt>
                <c:pt idx="4015">
                  <c:v>0.15551755205661472</c:v>
                </c:pt>
                <c:pt idx="4016">
                  <c:v>0.15537510472030197</c:v>
                </c:pt>
                <c:pt idx="4017">
                  <c:v>0.15512554441386717</c:v>
                </c:pt>
                <c:pt idx="4018">
                  <c:v>0.15495935758136647</c:v>
                </c:pt>
                <c:pt idx="4019">
                  <c:v>0.15488124016170798</c:v>
                </c:pt>
                <c:pt idx="4020">
                  <c:v>0.15485371231108924</c:v>
                </c:pt>
                <c:pt idx="4021">
                  <c:v>0.15457642323878915</c:v>
                </c:pt>
                <c:pt idx="4022">
                  <c:v>0.15442394180750751</c:v>
                </c:pt>
                <c:pt idx="4023">
                  <c:v>0.15397983152358183</c:v>
                </c:pt>
                <c:pt idx="4024">
                  <c:v>0.15375645256562401</c:v>
                </c:pt>
                <c:pt idx="4025">
                  <c:v>0.15321589305874375</c:v>
                </c:pt>
                <c:pt idx="4026">
                  <c:v>0.15309755138975281</c:v>
                </c:pt>
                <c:pt idx="4027">
                  <c:v>0.15305680137731426</c:v>
                </c:pt>
                <c:pt idx="4028">
                  <c:v>0.15304998336839332</c:v>
                </c:pt>
                <c:pt idx="4029">
                  <c:v>0.15300269236734215</c:v>
                </c:pt>
                <c:pt idx="4030">
                  <c:v>0.15296197462659264</c:v>
                </c:pt>
                <c:pt idx="4031">
                  <c:v>0.15283114790296662</c:v>
                </c:pt>
                <c:pt idx="4032">
                  <c:v>0.1527738477576181</c:v>
                </c:pt>
                <c:pt idx="4033">
                  <c:v>0.15269416254488494</c:v>
                </c:pt>
                <c:pt idx="4034">
                  <c:v>0.15208264693317708</c:v>
                </c:pt>
                <c:pt idx="4035">
                  <c:v>0.15200006641466332</c:v>
                </c:pt>
                <c:pt idx="4036">
                  <c:v>0.15191970898094118</c:v>
                </c:pt>
                <c:pt idx="4037">
                  <c:v>0.15159337427761985</c:v>
                </c:pt>
                <c:pt idx="4038">
                  <c:v>0.15157428709140466</c:v>
                </c:pt>
                <c:pt idx="4039">
                  <c:v>0.15150923749787271</c:v>
                </c:pt>
                <c:pt idx="4040">
                  <c:v>0.1514841823763429</c:v>
                </c:pt>
                <c:pt idx="4041">
                  <c:v>0.15145423091096719</c:v>
                </c:pt>
                <c:pt idx="4042">
                  <c:v>0.15093243920475272</c:v>
                </c:pt>
                <c:pt idx="4043">
                  <c:v>0.15069175393420992</c:v>
                </c:pt>
                <c:pt idx="4044">
                  <c:v>0.15049541793330642</c:v>
                </c:pt>
                <c:pt idx="4045">
                  <c:v>0.15015974208500651</c:v>
                </c:pt>
                <c:pt idx="4046">
                  <c:v>0.1499343987302271</c:v>
                </c:pt>
                <c:pt idx="4047">
                  <c:v>0.1498737721255729</c:v>
                </c:pt>
                <c:pt idx="4048">
                  <c:v>0.14975915720119692</c:v>
                </c:pt>
                <c:pt idx="4049">
                  <c:v>0.14968805160838278</c:v>
                </c:pt>
                <c:pt idx="4050">
                  <c:v>0.14963150269852041</c:v>
                </c:pt>
                <c:pt idx="4051">
                  <c:v>0.14946197360105987</c:v>
                </c:pt>
                <c:pt idx="4052">
                  <c:v>0.14942035740981138</c:v>
                </c:pt>
                <c:pt idx="4053">
                  <c:v>0.14938669455079312</c:v>
                </c:pt>
                <c:pt idx="4054">
                  <c:v>0.14915328502231889</c:v>
                </c:pt>
                <c:pt idx="4055">
                  <c:v>0.14902116199030946</c:v>
                </c:pt>
                <c:pt idx="4056">
                  <c:v>0.1490185239197328</c:v>
                </c:pt>
                <c:pt idx="4057">
                  <c:v>0.14862799073066427</c:v>
                </c:pt>
                <c:pt idx="4058">
                  <c:v>0.14850362797412486</c:v>
                </c:pt>
                <c:pt idx="4059">
                  <c:v>0.14846614338613617</c:v>
                </c:pt>
                <c:pt idx="4060">
                  <c:v>0.14840868427877429</c:v>
                </c:pt>
                <c:pt idx="4061">
                  <c:v>0.14835302210184972</c:v>
                </c:pt>
                <c:pt idx="4062">
                  <c:v>0.14833289334036204</c:v>
                </c:pt>
                <c:pt idx="4063">
                  <c:v>0.14833212937744153</c:v>
                </c:pt>
                <c:pt idx="4064">
                  <c:v>0.14828909033510304</c:v>
                </c:pt>
                <c:pt idx="4065">
                  <c:v>0.1482777807074101</c:v>
                </c:pt>
                <c:pt idx="4066">
                  <c:v>0.14825832214137846</c:v>
                </c:pt>
                <c:pt idx="4067">
                  <c:v>0.14825086440112287</c:v>
                </c:pt>
                <c:pt idx="4068">
                  <c:v>0.14818907618069926</c:v>
                </c:pt>
                <c:pt idx="4069">
                  <c:v>0.14740325954178002</c:v>
                </c:pt>
                <c:pt idx="4070">
                  <c:v>0.14711218893681371</c:v>
                </c:pt>
                <c:pt idx="4071">
                  <c:v>0.14709307954338005</c:v>
                </c:pt>
                <c:pt idx="4072">
                  <c:v>0.14692334688439374</c:v>
                </c:pt>
                <c:pt idx="4073">
                  <c:v>0.146705807265222</c:v>
                </c:pt>
                <c:pt idx="4074">
                  <c:v>0.14660159484360522</c:v>
                </c:pt>
                <c:pt idx="4075">
                  <c:v>0.14655430448699547</c:v>
                </c:pt>
                <c:pt idx="4076">
                  <c:v>0.14639773209477427</c:v>
                </c:pt>
                <c:pt idx="4077">
                  <c:v>0.1460551750111555</c:v>
                </c:pt>
                <c:pt idx="4078">
                  <c:v>0.14604938375868184</c:v>
                </c:pt>
                <c:pt idx="4079">
                  <c:v>0.14584846861579873</c:v>
                </c:pt>
                <c:pt idx="4080">
                  <c:v>0.14571098902951807</c:v>
                </c:pt>
                <c:pt idx="4081">
                  <c:v>0.14537604642884</c:v>
                </c:pt>
                <c:pt idx="4082">
                  <c:v>0.1453417789472834</c:v>
                </c:pt>
                <c:pt idx="4083">
                  <c:v>0.14519186526377761</c:v>
                </c:pt>
                <c:pt idx="4084">
                  <c:v>0.14499875722424771</c:v>
                </c:pt>
                <c:pt idx="4085">
                  <c:v>0.14493925626298726</c:v>
                </c:pt>
                <c:pt idx="4086">
                  <c:v>0.1449208967471152</c:v>
                </c:pt>
                <c:pt idx="4087">
                  <c:v>0.14463416535699936</c:v>
                </c:pt>
                <c:pt idx="4088">
                  <c:v>0.14436192070092896</c:v>
                </c:pt>
                <c:pt idx="4089">
                  <c:v>0.14395152511303719</c:v>
                </c:pt>
                <c:pt idx="4090">
                  <c:v>0.1435028985983875</c:v>
                </c:pt>
                <c:pt idx="4091">
                  <c:v>0.14341799997130156</c:v>
                </c:pt>
                <c:pt idx="4092">
                  <c:v>0.14339671605996474</c:v>
                </c:pt>
                <c:pt idx="4093">
                  <c:v>0.14337712188712448</c:v>
                </c:pt>
                <c:pt idx="4094">
                  <c:v>0.14330281913887652</c:v>
                </c:pt>
                <c:pt idx="4095">
                  <c:v>0.14282749645717172</c:v>
                </c:pt>
                <c:pt idx="4096">
                  <c:v>0.14278437916474979</c:v>
                </c:pt>
                <c:pt idx="4097">
                  <c:v>0.14275801761950085</c:v>
                </c:pt>
                <c:pt idx="4098">
                  <c:v>0.14272112649175178</c:v>
                </c:pt>
                <c:pt idx="4099">
                  <c:v>0.14263973976784161</c:v>
                </c:pt>
                <c:pt idx="4100">
                  <c:v>0.14236213055611283</c:v>
                </c:pt>
                <c:pt idx="4101">
                  <c:v>0.14140463908097278</c:v>
                </c:pt>
                <c:pt idx="4102">
                  <c:v>0.14139454589294465</c:v>
                </c:pt>
                <c:pt idx="4103">
                  <c:v>0.14121033760104676</c:v>
                </c:pt>
                <c:pt idx="4104">
                  <c:v>0.141192467074404</c:v>
                </c:pt>
                <c:pt idx="4105">
                  <c:v>0.14088569547204474</c:v>
                </c:pt>
                <c:pt idx="4106">
                  <c:v>0.14079506389388391</c:v>
                </c:pt>
                <c:pt idx="4107">
                  <c:v>0.14070334078812155</c:v>
                </c:pt>
                <c:pt idx="4108">
                  <c:v>0.14050990142516104</c:v>
                </c:pt>
                <c:pt idx="4109">
                  <c:v>0.14050713265142151</c:v>
                </c:pt>
                <c:pt idx="4110">
                  <c:v>0.14035540824748827</c:v>
                </c:pt>
                <c:pt idx="4111">
                  <c:v>0.14026806233816233</c:v>
                </c:pt>
                <c:pt idx="4112">
                  <c:v>0.14006071205460027</c:v>
                </c:pt>
                <c:pt idx="4113">
                  <c:v>0.1399434232937781</c:v>
                </c:pt>
                <c:pt idx="4114">
                  <c:v>0.139821697304432</c:v>
                </c:pt>
                <c:pt idx="4115">
                  <c:v>0.13941069970246947</c:v>
                </c:pt>
                <c:pt idx="4116">
                  <c:v>0.13938883714518308</c:v>
                </c:pt>
                <c:pt idx="4117">
                  <c:v>0.13920106549719369</c:v>
                </c:pt>
                <c:pt idx="4118">
                  <c:v>0.13913972156911025</c:v>
                </c:pt>
                <c:pt idx="4119">
                  <c:v>0.13878841412904844</c:v>
                </c:pt>
                <c:pt idx="4120">
                  <c:v>0.13867664929831086</c:v>
                </c:pt>
                <c:pt idx="4121">
                  <c:v>0.13840635052371242</c:v>
                </c:pt>
                <c:pt idx="4122">
                  <c:v>0.138172732697733</c:v>
                </c:pt>
                <c:pt idx="4123">
                  <c:v>0.13817199837774446</c:v>
                </c:pt>
                <c:pt idx="4124">
                  <c:v>0.13777929626211879</c:v>
                </c:pt>
                <c:pt idx="4125">
                  <c:v>0.13768556818263294</c:v>
                </c:pt>
                <c:pt idx="4126">
                  <c:v>0.13747814691008095</c:v>
                </c:pt>
                <c:pt idx="4127">
                  <c:v>0.13746652671971127</c:v>
                </c:pt>
                <c:pt idx="4128">
                  <c:v>0.13745916174560852</c:v>
                </c:pt>
                <c:pt idx="4129">
                  <c:v>0.13741632655148678</c:v>
                </c:pt>
                <c:pt idx="4130">
                  <c:v>0.13700442926946532</c:v>
                </c:pt>
                <c:pt idx="4131">
                  <c:v>0.13657928455184981</c:v>
                </c:pt>
                <c:pt idx="4132">
                  <c:v>0.13645717912686345</c:v>
                </c:pt>
                <c:pt idx="4133">
                  <c:v>0.13634408959797212</c:v>
                </c:pt>
                <c:pt idx="4134">
                  <c:v>0.13616509412243777</c:v>
                </c:pt>
                <c:pt idx="4135">
                  <c:v>0.13607160961659079</c:v>
                </c:pt>
                <c:pt idx="4136">
                  <c:v>0.13577242818358221</c:v>
                </c:pt>
                <c:pt idx="4137">
                  <c:v>0.13544232655070343</c:v>
                </c:pt>
                <c:pt idx="4138">
                  <c:v>0.13543252907204492</c:v>
                </c:pt>
                <c:pt idx="4139">
                  <c:v>0.13496856800913318</c:v>
                </c:pt>
                <c:pt idx="4140">
                  <c:v>0.13475473370198884</c:v>
                </c:pt>
                <c:pt idx="4141">
                  <c:v>0.13442480994180736</c:v>
                </c:pt>
                <c:pt idx="4142">
                  <c:v>0.13441394854942856</c:v>
                </c:pt>
                <c:pt idx="4143">
                  <c:v>0.13441368139217277</c:v>
                </c:pt>
                <c:pt idx="4144">
                  <c:v>0.13437951464805847</c:v>
                </c:pt>
                <c:pt idx="4145">
                  <c:v>0.13408870792786654</c:v>
                </c:pt>
                <c:pt idx="4146">
                  <c:v>0.13402007601211963</c:v>
                </c:pt>
                <c:pt idx="4147">
                  <c:v>0.13364061486507564</c:v>
                </c:pt>
                <c:pt idx="4148">
                  <c:v>0.13357463399429639</c:v>
                </c:pt>
                <c:pt idx="4149">
                  <c:v>0.13345878076509293</c:v>
                </c:pt>
                <c:pt idx="4150">
                  <c:v>0.1333047415713802</c:v>
                </c:pt>
                <c:pt idx="4151">
                  <c:v>0.13267416751059385</c:v>
                </c:pt>
                <c:pt idx="4152">
                  <c:v>0.13250382016938442</c:v>
                </c:pt>
                <c:pt idx="4153">
                  <c:v>0.13244259820863435</c:v>
                </c:pt>
                <c:pt idx="4154">
                  <c:v>0.13231827840245444</c:v>
                </c:pt>
                <c:pt idx="4155">
                  <c:v>0.13228811170009283</c:v>
                </c:pt>
                <c:pt idx="4156">
                  <c:v>0.1318910782723634</c:v>
                </c:pt>
                <c:pt idx="4157">
                  <c:v>0.13170417707454998</c:v>
                </c:pt>
                <c:pt idx="4158">
                  <c:v>0.13156162064018004</c:v>
                </c:pt>
                <c:pt idx="4159">
                  <c:v>0.13145632443903482</c:v>
                </c:pt>
                <c:pt idx="4160">
                  <c:v>0.13137566710047224</c:v>
                </c:pt>
                <c:pt idx="4161">
                  <c:v>0.13112434705855031</c:v>
                </c:pt>
                <c:pt idx="4162">
                  <c:v>0.13086866830410168</c:v>
                </c:pt>
                <c:pt idx="4163">
                  <c:v>0.13071794813953805</c:v>
                </c:pt>
                <c:pt idx="4164">
                  <c:v>0.13063626499127731</c:v>
                </c:pt>
                <c:pt idx="4165">
                  <c:v>0.13058554580847251</c:v>
                </c:pt>
                <c:pt idx="4166">
                  <c:v>0.12987876592222447</c:v>
                </c:pt>
                <c:pt idx="4167">
                  <c:v>0.12948261440956491</c:v>
                </c:pt>
                <c:pt idx="4168">
                  <c:v>0.12947409005717758</c:v>
                </c:pt>
                <c:pt idx="4169">
                  <c:v>0.12928764205720591</c:v>
                </c:pt>
                <c:pt idx="4170">
                  <c:v>0.12877067718582985</c:v>
                </c:pt>
                <c:pt idx="4171">
                  <c:v>0.12875050495569718</c:v>
                </c:pt>
                <c:pt idx="4172">
                  <c:v>0.12872083674449192</c:v>
                </c:pt>
                <c:pt idx="4173">
                  <c:v>0.12869709497844464</c:v>
                </c:pt>
                <c:pt idx="4174">
                  <c:v>0.12867047780850155</c:v>
                </c:pt>
                <c:pt idx="4175">
                  <c:v>0.1284307835700001</c:v>
                </c:pt>
                <c:pt idx="4176">
                  <c:v>0.12836794473588328</c:v>
                </c:pt>
                <c:pt idx="4177">
                  <c:v>0.12830935729434936</c:v>
                </c:pt>
                <c:pt idx="4178">
                  <c:v>0.12818663986961629</c:v>
                </c:pt>
                <c:pt idx="4179">
                  <c:v>0.12813484573292558</c:v>
                </c:pt>
                <c:pt idx="4180">
                  <c:v>0.12804846658856617</c:v>
                </c:pt>
                <c:pt idx="4181">
                  <c:v>0.12799551437204829</c:v>
                </c:pt>
                <c:pt idx="4182">
                  <c:v>0.12753797275353643</c:v>
                </c:pt>
                <c:pt idx="4183">
                  <c:v>0.12723000614723928</c:v>
                </c:pt>
                <c:pt idx="4184">
                  <c:v>0.12705227909099789</c:v>
                </c:pt>
                <c:pt idx="4185">
                  <c:v>0.12700478971523876</c:v>
                </c:pt>
                <c:pt idx="4186">
                  <c:v>0.12686180569740677</c:v>
                </c:pt>
                <c:pt idx="4187">
                  <c:v>0.12684625602666719</c:v>
                </c:pt>
                <c:pt idx="4188">
                  <c:v>0.12684322986697005</c:v>
                </c:pt>
                <c:pt idx="4189">
                  <c:v>0.12628383329014656</c:v>
                </c:pt>
                <c:pt idx="4190">
                  <c:v>0.12613788112083907</c:v>
                </c:pt>
                <c:pt idx="4191">
                  <c:v>0.12595275517427881</c:v>
                </c:pt>
                <c:pt idx="4192">
                  <c:v>0.12557303980026222</c:v>
                </c:pt>
                <c:pt idx="4193">
                  <c:v>0.1253691594470602</c:v>
                </c:pt>
                <c:pt idx="4194">
                  <c:v>0.12523416064544371</c:v>
                </c:pt>
                <c:pt idx="4195">
                  <c:v>0.12516340350081448</c:v>
                </c:pt>
                <c:pt idx="4196">
                  <c:v>0.12476444497234987</c:v>
                </c:pt>
                <c:pt idx="4197">
                  <c:v>0.12462911675960246</c:v>
                </c:pt>
                <c:pt idx="4198">
                  <c:v>0.12451843103439454</c:v>
                </c:pt>
                <c:pt idx="4199">
                  <c:v>0.12451087546736386</c:v>
                </c:pt>
                <c:pt idx="4200">
                  <c:v>0.12428623774995402</c:v>
                </c:pt>
                <c:pt idx="4201">
                  <c:v>0.12346736849841487</c:v>
                </c:pt>
                <c:pt idx="4202">
                  <c:v>0.12345258020018303</c:v>
                </c:pt>
                <c:pt idx="4203">
                  <c:v>0.1230938426555042</c:v>
                </c:pt>
                <c:pt idx="4204">
                  <c:v>0.12249660236437121</c:v>
                </c:pt>
                <c:pt idx="4205">
                  <c:v>0.12180699012903641</c:v>
                </c:pt>
                <c:pt idx="4206">
                  <c:v>0.12171400656138356</c:v>
                </c:pt>
                <c:pt idx="4207">
                  <c:v>0.12170211755973012</c:v>
                </c:pt>
                <c:pt idx="4208">
                  <c:v>0.12158619900578947</c:v>
                </c:pt>
                <c:pt idx="4209">
                  <c:v>0.12146892024717457</c:v>
                </c:pt>
                <c:pt idx="4210">
                  <c:v>0.12128600114886161</c:v>
                </c:pt>
                <c:pt idx="4211">
                  <c:v>0.12127059211789917</c:v>
                </c:pt>
                <c:pt idx="4212">
                  <c:v>0.12101169005447872</c:v>
                </c:pt>
                <c:pt idx="4213">
                  <c:v>0.12085781361033959</c:v>
                </c:pt>
                <c:pt idx="4214">
                  <c:v>0.12068539789628183</c:v>
                </c:pt>
                <c:pt idx="4215">
                  <c:v>0.12041500997507637</c:v>
                </c:pt>
                <c:pt idx="4216">
                  <c:v>0.1203885581105551</c:v>
                </c:pt>
                <c:pt idx="4217">
                  <c:v>0.12003525716204673</c:v>
                </c:pt>
                <c:pt idx="4218">
                  <c:v>0.11990772578839927</c:v>
                </c:pt>
                <c:pt idx="4219">
                  <c:v>0.11969160223574919</c:v>
                </c:pt>
                <c:pt idx="4220">
                  <c:v>0.11967880988262102</c:v>
                </c:pt>
                <c:pt idx="4221">
                  <c:v>0.11966206424023343</c:v>
                </c:pt>
                <c:pt idx="4222">
                  <c:v>0.11928678673425554</c:v>
                </c:pt>
                <c:pt idx="4223">
                  <c:v>0.11916688060119983</c:v>
                </c:pt>
                <c:pt idx="4224">
                  <c:v>0.11877302311743493</c:v>
                </c:pt>
                <c:pt idx="4225">
                  <c:v>0.1186112240083966</c:v>
                </c:pt>
                <c:pt idx="4226">
                  <c:v>0.11845312204896555</c:v>
                </c:pt>
                <c:pt idx="4227">
                  <c:v>0.11831700505335058</c:v>
                </c:pt>
                <c:pt idx="4228">
                  <c:v>0.11830738906578228</c:v>
                </c:pt>
                <c:pt idx="4229">
                  <c:v>0.1180560554421894</c:v>
                </c:pt>
                <c:pt idx="4230">
                  <c:v>0.11802936380647505</c:v>
                </c:pt>
                <c:pt idx="4231">
                  <c:v>0.11797536291601167</c:v>
                </c:pt>
                <c:pt idx="4232">
                  <c:v>0.11774278631109107</c:v>
                </c:pt>
                <c:pt idx="4233">
                  <c:v>0.11773367730637567</c:v>
                </c:pt>
                <c:pt idx="4234">
                  <c:v>0.11740626099398344</c:v>
                </c:pt>
                <c:pt idx="4235">
                  <c:v>0.11723488959200343</c:v>
                </c:pt>
                <c:pt idx="4236">
                  <c:v>0.11717672370840856</c:v>
                </c:pt>
                <c:pt idx="4237">
                  <c:v>0.11713878768505216</c:v>
                </c:pt>
                <c:pt idx="4238">
                  <c:v>0.11698389266854177</c:v>
                </c:pt>
                <c:pt idx="4239">
                  <c:v>0.11696555011388148</c:v>
                </c:pt>
                <c:pt idx="4240">
                  <c:v>0.11616800276818294</c:v>
                </c:pt>
                <c:pt idx="4241">
                  <c:v>0.11616495584923989</c:v>
                </c:pt>
                <c:pt idx="4242">
                  <c:v>0.11601354705874151</c:v>
                </c:pt>
                <c:pt idx="4243">
                  <c:v>0.11600652504240869</c:v>
                </c:pt>
                <c:pt idx="4244">
                  <c:v>0.11577683406916038</c:v>
                </c:pt>
                <c:pt idx="4245">
                  <c:v>0.11560489675890942</c:v>
                </c:pt>
                <c:pt idx="4246">
                  <c:v>0.11549630534856417</c:v>
                </c:pt>
                <c:pt idx="4247">
                  <c:v>0.11528587751426003</c:v>
                </c:pt>
                <c:pt idx="4248">
                  <c:v>0.11528197928576944</c:v>
                </c:pt>
                <c:pt idx="4249">
                  <c:v>0.11510898854669212</c:v>
                </c:pt>
                <c:pt idx="4250">
                  <c:v>0.11502044985584968</c:v>
                </c:pt>
                <c:pt idx="4251">
                  <c:v>0.11497772893476642</c:v>
                </c:pt>
                <c:pt idx="4252">
                  <c:v>0.11494019897589271</c:v>
                </c:pt>
                <c:pt idx="4253">
                  <c:v>0.11482910306651062</c:v>
                </c:pt>
                <c:pt idx="4254">
                  <c:v>0.11482262515946835</c:v>
                </c:pt>
                <c:pt idx="4255">
                  <c:v>0.11481271276006867</c:v>
                </c:pt>
                <c:pt idx="4256">
                  <c:v>0.11452042206370681</c:v>
                </c:pt>
                <c:pt idx="4257">
                  <c:v>0.11441291605896289</c:v>
                </c:pt>
                <c:pt idx="4258">
                  <c:v>0.1140861717642796</c:v>
                </c:pt>
                <c:pt idx="4259">
                  <c:v>0.11378419271230328</c:v>
                </c:pt>
                <c:pt idx="4260">
                  <c:v>0.11357191034301541</c:v>
                </c:pt>
                <c:pt idx="4261">
                  <c:v>0.11349556923938969</c:v>
                </c:pt>
                <c:pt idx="4262">
                  <c:v>0.11314365360201632</c:v>
                </c:pt>
                <c:pt idx="4263">
                  <c:v>0.11280442569903777</c:v>
                </c:pt>
                <c:pt idx="4264">
                  <c:v>0.11258307623227394</c:v>
                </c:pt>
                <c:pt idx="4265">
                  <c:v>0.11234220755831123</c:v>
                </c:pt>
                <c:pt idx="4266">
                  <c:v>0.11232976963254761</c:v>
                </c:pt>
                <c:pt idx="4267">
                  <c:v>0.11222054377775766</c:v>
                </c:pt>
                <c:pt idx="4268">
                  <c:v>0.11216039038748377</c:v>
                </c:pt>
                <c:pt idx="4269">
                  <c:v>0.11211978295343882</c:v>
                </c:pt>
                <c:pt idx="4270">
                  <c:v>0.11186263109403542</c:v>
                </c:pt>
                <c:pt idx="4271">
                  <c:v>0.11176789364720964</c:v>
                </c:pt>
                <c:pt idx="4272">
                  <c:v>0.11129635563090322</c:v>
                </c:pt>
                <c:pt idx="4273">
                  <c:v>0.1111905412930709</c:v>
                </c:pt>
                <c:pt idx="4274">
                  <c:v>0.11087040272342523</c:v>
                </c:pt>
                <c:pt idx="4275">
                  <c:v>0.11063728408961371</c:v>
                </c:pt>
                <c:pt idx="4276">
                  <c:v>0.11048667460648941</c:v>
                </c:pt>
                <c:pt idx="4277">
                  <c:v>0.1099200905903723</c:v>
                </c:pt>
                <c:pt idx="4278">
                  <c:v>0.1096653499018336</c:v>
                </c:pt>
                <c:pt idx="4279">
                  <c:v>0.1095232775620309</c:v>
                </c:pt>
                <c:pt idx="4280">
                  <c:v>0.10946896925515785</c:v>
                </c:pt>
                <c:pt idx="4281">
                  <c:v>0.10943311821931699</c:v>
                </c:pt>
                <c:pt idx="4282">
                  <c:v>0.10928930454085388</c:v>
                </c:pt>
                <c:pt idx="4283">
                  <c:v>0.10915575452470477</c:v>
                </c:pt>
                <c:pt idx="4284">
                  <c:v>0.10906038417781787</c:v>
                </c:pt>
                <c:pt idx="4285">
                  <c:v>0.10901043101770888</c:v>
                </c:pt>
                <c:pt idx="4286">
                  <c:v>0.10878761111547545</c:v>
                </c:pt>
                <c:pt idx="4287">
                  <c:v>0.10867150938641182</c:v>
                </c:pt>
                <c:pt idx="4288">
                  <c:v>0.10862691379664889</c:v>
                </c:pt>
                <c:pt idx="4289">
                  <c:v>0.1085016389207083</c:v>
                </c:pt>
                <c:pt idx="4290">
                  <c:v>0.10842518078805778</c:v>
                </c:pt>
                <c:pt idx="4291">
                  <c:v>0.10824173275774979</c:v>
                </c:pt>
                <c:pt idx="4292">
                  <c:v>0.10822011008358513</c:v>
                </c:pt>
                <c:pt idx="4293">
                  <c:v>0.1081033262398019</c:v>
                </c:pt>
                <c:pt idx="4294">
                  <c:v>0.1077880437140194</c:v>
                </c:pt>
                <c:pt idx="4295">
                  <c:v>0.10772660962135673</c:v>
                </c:pt>
                <c:pt idx="4296">
                  <c:v>0.10748659326014212</c:v>
                </c:pt>
                <c:pt idx="4297">
                  <c:v>0.10721530630986097</c:v>
                </c:pt>
                <c:pt idx="4298">
                  <c:v>0.10696124194008629</c:v>
                </c:pt>
                <c:pt idx="4299">
                  <c:v>0.10662078594185118</c:v>
                </c:pt>
                <c:pt idx="4300">
                  <c:v>0.10651598557494352</c:v>
                </c:pt>
                <c:pt idx="4301">
                  <c:v>0.10609683113379044</c:v>
                </c:pt>
                <c:pt idx="4302">
                  <c:v>0.10584657680777029</c:v>
                </c:pt>
                <c:pt idx="4303">
                  <c:v>0.10555754679611393</c:v>
                </c:pt>
                <c:pt idx="4304">
                  <c:v>0.10510547907701313</c:v>
                </c:pt>
                <c:pt idx="4305">
                  <c:v>0.10496779985032331</c:v>
                </c:pt>
                <c:pt idx="4306">
                  <c:v>0.1048538052426503</c:v>
                </c:pt>
                <c:pt idx="4307">
                  <c:v>0.10474690563816148</c:v>
                </c:pt>
                <c:pt idx="4308">
                  <c:v>0.10453370517441621</c:v>
                </c:pt>
                <c:pt idx="4309">
                  <c:v>0.1043090797991673</c:v>
                </c:pt>
                <c:pt idx="4310">
                  <c:v>0.10388905830380499</c:v>
                </c:pt>
                <c:pt idx="4311">
                  <c:v>0.10387192132432513</c:v>
                </c:pt>
                <c:pt idx="4312">
                  <c:v>0.10386797762183061</c:v>
                </c:pt>
                <c:pt idx="4313">
                  <c:v>0.10368777030668928</c:v>
                </c:pt>
                <c:pt idx="4314">
                  <c:v>0.10349804796111559</c:v>
                </c:pt>
                <c:pt idx="4315">
                  <c:v>0.10347457068012193</c:v>
                </c:pt>
                <c:pt idx="4316">
                  <c:v>0.10310922720439286</c:v>
                </c:pt>
                <c:pt idx="4317">
                  <c:v>0.10304505036325751</c:v>
                </c:pt>
                <c:pt idx="4318">
                  <c:v>0.1027604249735182</c:v>
                </c:pt>
                <c:pt idx="4319">
                  <c:v>0.10261485822631272</c:v>
                </c:pt>
                <c:pt idx="4320">
                  <c:v>0.10257142007092435</c:v>
                </c:pt>
                <c:pt idx="4321">
                  <c:v>0.10232299321084715</c:v>
                </c:pt>
                <c:pt idx="4322">
                  <c:v>0.10214091670030179</c:v>
                </c:pt>
                <c:pt idx="4323">
                  <c:v>0.10197094756194133</c:v>
                </c:pt>
                <c:pt idx="4324">
                  <c:v>0.10147571764246378</c:v>
                </c:pt>
                <c:pt idx="4325">
                  <c:v>0.10121011257951154</c:v>
                </c:pt>
                <c:pt idx="4326">
                  <c:v>0.10106701925629</c:v>
                </c:pt>
                <c:pt idx="4327">
                  <c:v>0.10083890932678918</c:v>
                </c:pt>
                <c:pt idx="4328">
                  <c:v>0.10075993489359071</c:v>
                </c:pt>
                <c:pt idx="4329">
                  <c:v>0.10066355932115828</c:v>
                </c:pt>
                <c:pt idx="4330">
                  <c:v>9.9723104564233098E-2</c:v>
                </c:pt>
                <c:pt idx="4331">
                  <c:v>9.9692149775416905E-2</c:v>
                </c:pt>
                <c:pt idx="4332">
                  <c:v>9.9643903182592836E-2</c:v>
                </c:pt>
                <c:pt idx="4333">
                  <c:v>9.9247433283859404E-2</c:v>
                </c:pt>
                <c:pt idx="4334">
                  <c:v>9.9162957094663384E-2</c:v>
                </c:pt>
                <c:pt idx="4335">
                  <c:v>9.9109857449699676E-2</c:v>
                </c:pt>
                <c:pt idx="4336">
                  <c:v>9.9070956796664139E-2</c:v>
                </c:pt>
                <c:pt idx="4337">
                  <c:v>9.8998331669903267E-2</c:v>
                </c:pt>
                <c:pt idx="4338">
                  <c:v>9.8903420850101245E-2</c:v>
                </c:pt>
                <c:pt idx="4339">
                  <c:v>9.8877334122499105E-2</c:v>
                </c:pt>
                <c:pt idx="4340">
                  <c:v>9.8616670395227701E-2</c:v>
                </c:pt>
                <c:pt idx="4341">
                  <c:v>9.8400774851645653E-2</c:v>
                </c:pt>
                <c:pt idx="4342">
                  <c:v>9.8351663007505363E-2</c:v>
                </c:pt>
                <c:pt idx="4343">
                  <c:v>9.8215440917951133E-2</c:v>
                </c:pt>
                <c:pt idx="4344">
                  <c:v>9.8129252260371447E-2</c:v>
                </c:pt>
                <c:pt idx="4345">
                  <c:v>9.8112696960449303E-2</c:v>
                </c:pt>
                <c:pt idx="4346">
                  <c:v>9.7814711898041196E-2</c:v>
                </c:pt>
                <c:pt idx="4347">
                  <c:v>9.7694521569667181E-2</c:v>
                </c:pt>
                <c:pt idx="4348">
                  <c:v>9.7539612433098763E-2</c:v>
                </c:pt>
                <c:pt idx="4349">
                  <c:v>9.7427622369481492E-2</c:v>
                </c:pt>
                <c:pt idx="4350">
                  <c:v>9.7413177634929612E-2</c:v>
                </c:pt>
                <c:pt idx="4351">
                  <c:v>9.7368663433157226E-2</c:v>
                </c:pt>
                <c:pt idx="4352">
                  <c:v>9.7353610416164887E-2</c:v>
                </c:pt>
                <c:pt idx="4353">
                  <c:v>9.727538259096713E-2</c:v>
                </c:pt>
                <c:pt idx="4354">
                  <c:v>9.7167839118934035E-2</c:v>
                </c:pt>
                <c:pt idx="4355">
                  <c:v>9.690594829342726E-2</c:v>
                </c:pt>
                <c:pt idx="4356">
                  <c:v>9.6547202730476026E-2</c:v>
                </c:pt>
                <c:pt idx="4357">
                  <c:v>9.6404845419889265E-2</c:v>
                </c:pt>
                <c:pt idx="4358">
                  <c:v>9.6077945741116721E-2</c:v>
                </c:pt>
                <c:pt idx="4359">
                  <c:v>9.5858976945459973E-2</c:v>
                </c:pt>
                <c:pt idx="4360">
                  <c:v>9.5812187197036797E-2</c:v>
                </c:pt>
                <c:pt idx="4361">
                  <c:v>9.5514869826502133E-2</c:v>
                </c:pt>
                <c:pt idx="4362">
                  <c:v>9.5426144097349994E-2</c:v>
                </c:pt>
                <c:pt idx="4363">
                  <c:v>9.5161185426817049E-2</c:v>
                </c:pt>
                <c:pt idx="4364">
                  <c:v>9.4964544805339515E-2</c:v>
                </c:pt>
                <c:pt idx="4365">
                  <c:v>9.4935078411647028E-2</c:v>
                </c:pt>
                <c:pt idx="4366">
                  <c:v>9.482099565478451E-2</c:v>
                </c:pt>
                <c:pt idx="4367">
                  <c:v>9.4570765411375782E-2</c:v>
                </c:pt>
                <c:pt idx="4368">
                  <c:v>9.4050184865831429E-2</c:v>
                </c:pt>
                <c:pt idx="4369">
                  <c:v>9.3823984127685597E-2</c:v>
                </c:pt>
                <c:pt idx="4370">
                  <c:v>9.3776815250291801E-2</c:v>
                </c:pt>
                <c:pt idx="4371">
                  <c:v>9.3619314396920367E-2</c:v>
                </c:pt>
                <c:pt idx="4372">
                  <c:v>9.3359810567540849E-2</c:v>
                </c:pt>
                <c:pt idx="4373">
                  <c:v>9.3265770697858616E-2</c:v>
                </c:pt>
                <c:pt idx="4374">
                  <c:v>9.2769862871144373E-2</c:v>
                </c:pt>
                <c:pt idx="4375">
                  <c:v>9.1783366792921206E-2</c:v>
                </c:pt>
                <c:pt idx="4376">
                  <c:v>9.170241593700125E-2</c:v>
                </c:pt>
                <c:pt idx="4377">
                  <c:v>9.1519143691529234E-2</c:v>
                </c:pt>
                <c:pt idx="4378">
                  <c:v>9.1282488976940218E-2</c:v>
                </c:pt>
                <c:pt idx="4379">
                  <c:v>9.124302629647163E-2</c:v>
                </c:pt>
                <c:pt idx="4380">
                  <c:v>9.0990235973291408E-2</c:v>
                </c:pt>
                <c:pt idx="4381">
                  <c:v>9.0822966345839459E-2</c:v>
                </c:pt>
                <c:pt idx="4382">
                  <c:v>9.0620203827172841E-2</c:v>
                </c:pt>
                <c:pt idx="4383">
                  <c:v>9.0619420126008376E-2</c:v>
                </c:pt>
                <c:pt idx="4384">
                  <c:v>9.059603605287489E-2</c:v>
                </c:pt>
                <c:pt idx="4385">
                  <c:v>9.0135576140203733E-2</c:v>
                </c:pt>
                <c:pt idx="4386">
                  <c:v>9.0013663200081126E-2</c:v>
                </c:pt>
                <c:pt idx="4387">
                  <c:v>9.0001952259399512E-2</c:v>
                </c:pt>
                <c:pt idx="4388">
                  <c:v>8.9872712514763933E-2</c:v>
                </c:pt>
                <c:pt idx="4389">
                  <c:v>8.9807475084391797E-2</c:v>
                </c:pt>
                <c:pt idx="4390">
                  <c:v>8.9733458903174496E-2</c:v>
                </c:pt>
                <c:pt idx="4391">
                  <c:v>8.9664031215909712E-2</c:v>
                </c:pt>
                <c:pt idx="4392">
                  <c:v>8.9621547013543204E-2</c:v>
                </c:pt>
                <c:pt idx="4393">
                  <c:v>8.9483826439484326E-2</c:v>
                </c:pt>
                <c:pt idx="4394">
                  <c:v>8.9357918698916211E-2</c:v>
                </c:pt>
                <c:pt idx="4395">
                  <c:v>8.9292758122688151E-2</c:v>
                </c:pt>
                <c:pt idx="4396">
                  <c:v>8.9282589478823851E-2</c:v>
                </c:pt>
                <c:pt idx="4397">
                  <c:v>8.9169893938279926E-2</c:v>
                </c:pt>
                <c:pt idx="4398">
                  <c:v>8.9037809484396088E-2</c:v>
                </c:pt>
                <c:pt idx="4399">
                  <c:v>8.9005350192446347E-2</c:v>
                </c:pt>
                <c:pt idx="4400">
                  <c:v>8.898082390571152E-2</c:v>
                </c:pt>
                <c:pt idx="4401">
                  <c:v>8.8760607226895036E-2</c:v>
                </c:pt>
                <c:pt idx="4402">
                  <c:v>8.8653870292369194E-2</c:v>
                </c:pt>
                <c:pt idx="4403">
                  <c:v>8.8589606970569917E-2</c:v>
                </c:pt>
                <c:pt idx="4404">
                  <c:v>8.8342766815515852E-2</c:v>
                </c:pt>
                <c:pt idx="4405">
                  <c:v>8.8204620655564989E-2</c:v>
                </c:pt>
                <c:pt idx="4406">
                  <c:v>8.8012312302447313E-2</c:v>
                </c:pt>
                <c:pt idx="4407">
                  <c:v>8.7838020123048755E-2</c:v>
                </c:pt>
                <c:pt idx="4408">
                  <c:v>8.7565173663168752E-2</c:v>
                </c:pt>
                <c:pt idx="4409">
                  <c:v>8.7417769957860159E-2</c:v>
                </c:pt>
                <c:pt idx="4410">
                  <c:v>8.7306315702074394E-2</c:v>
                </c:pt>
                <c:pt idx="4411">
                  <c:v>8.7254923839422349E-2</c:v>
                </c:pt>
                <c:pt idx="4412">
                  <c:v>8.7053561784725147E-2</c:v>
                </c:pt>
                <c:pt idx="4413">
                  <c:v>8.6675513924522996E-2</c:v>
                </c:pt>
                <c:pt idx="4414">
                  <c:v>8.6661524625700495E-2</c:v>
                </c:pt>
                <c:pt idx="4415">
                  <c:v>8.6408604426743599E-2</c:v>
                </c:pt>
                <c:pt idx="4416">
                  <c:v>8.6170662028881476E-2</c:v>
                </c:pt>
                <c:pt idx="4417">
                  <c:v>8.6016152999789944E-2</c:v>
                </c:pt>
                <c:pt idx="4418">
                  <c:v>8.5818930830400042E-2</c:v>
                </c:pt>
                <c:pt idx="4419">
                  <c:v>8.5584272024918737E-2</c:v>
                </c:pt>
                <c:pt idx="4420">
                  <c:v>8.5476462457481417E-2</c:v>
                </c:pt>
                <c:pt idx="4421">
                  <c:v>8.479180094567719E-2</c:v>
                </c:pt>
                <c:pt idx="4422">
                  <c:v>8.4713004451361359E-2</c:v>
                </c:pt>
                <c:pt idx="4423">
                  <c:v>8.4551181162191888E-2</c:v>
                </c:pt>
                <c:pt idx="4424">
                  <c:v>8.4441423591862644E-2</c:v>
                </c:pt>
                <c:pt idx="4425">
                  <c:v>8.4441365080604763E-2</c:v>
                </c:pt>
                <c:pt idx="4426">
                  <c:v>8.4365140601855931E-2</c:v>
                </c:pt>
                <c:pt idx="4427">
                  <c:v>8.4321848672029215E-2</c:v>
                </c:pt>
                <c:pt idx="4428">
                  <c:v>8.4202079201069382E-2</c:v>
                </c:pt>
                <c:pt idx="4429">
                  <c:v>8.4166640794383865E-2</c:v>
                </c:pt>
                <c:pt idx="4430">
                  <c:v>8.3877388133599809E-2</c:v>
                </c:pt>
                <c:pt idx="4431">
                  <c:v>8.368554212822174E-2</c:v>
                </c:pt>
                <c:pt idx="4432">
                  <c:v>8.3674478713599371E-2</c:v>
                </c:pt>
                <c:pt idx="4433">
                  <c:v>8.3647499615123466E-2</c:v>
                </c:pt>
                <c:pt idx="4434">
                  <c:v>8.3637829503308447E-2</c:v>
                </c:pt>
                <c:pt idx="4435">
                  <c:v>8.2960962838146968E-2</c:v>
                </c:pt>
                <c:pt idx="4436">
                  <c:v>8.2900674513413375E-2</c:v>
                </c:pt>
                <c:pt idx="4437">
                  <c:v>8.2854284262165553E-2</c:v>
                </c:pt>
                <c:pt idx="4438">
                  <c:v>8.2529389665531125E-2</c:v>
                </c:pt>
                <c:pt idx="4439">
                  <c:v>8.2476435308186685E-2</c:v>
                </c:pt>
                <c:pt idx="4440">
                  <c:v>8.24539194375489E-2</c:v>
                </c:pt>
                <c:pt idx="4441">
                  <c:v>8.2439142419641842E-2</c:v>
                </c:pt>
                <c:pt idx="4442">
                  <c:v>8.2331560036950163E-2</c:v>
                </c:pt>
                <c:pt idx="4443">
                  <c:v>8.231088216971795E-2</c:v>
                </c:pt>
                <c:pt idx="4444">
                  <c:v>8.2239397205139217E-2</c:v>
                </c:pt>
                <c:pt idx="4445">
                  <c:v>8.2096495637374076E-2</c:v>
                </c:pt>
                <c:pt idx="4446">
                  <c:v>8.1985147030180811E-2</c:v>
                </c:pt>
                <c:pt idx="4447">
                  <c:v>8.1850774095656775E-2</c:v>
                </c:pt>
                <c:pt idx="4448">
                  <c:v>8.1484346010576691E-2</c:v>
                </c:pt>
                <c:pt idx="4449">
                  <c:v>8.1467520812630714E-2</c:v>
                </c:pt>
                <c:pt idx="4450">
                  <c:v>8.1426060096689887E-2</c:v>
                </c:pt>
                <c:pt idx="4451">
                  <c:v>8.1259938187800737E-2</c:v>
                </c:pt>
                <c:pt idx="4452">
                  <c:v>8.1207728018697814E-2</c:v>
                </c:pt>
                <c:pt idx="4453">
                  <c:v>8.1167958553572075E-2</c:v>
                </c:pt>
                <c:pt idx="4454">
                  <c:v>8.1142608978373665E-2</c:v>
                </c:pt>
                <c:pt idx="4455">
                  <c:v>8.0999961464856121E-2</c:v>
                </c:pt>
                <c:pt idx="4456">
                  <c:v>8.098510365459903E-2</c:v>
                </c:pt>
                <c:pt idx="4457">
                  <c:v>8.0981036288030994E-2</c:v>
                </c:pt>
                <c:pt idx="4458">
                  <c:v>8.0826782213844969E-2</c:v>
                </c:pt>
                <c:pt idx="4459">
                  <c:v>8.0724037383566136E-2</c:v>
                </c:pt>
                <c:pt idx="4460">
                  <c:v>8.0540067292750983E-2</c:v>
                </c:pt>
                <c:pt idx="4461">
                  <c:v>8.0463171520972598E-2</c:v>
                </c:pt>
                <c:pt idx="4462">
                  <c:v>8.0402489156618073E-2</c:v>
                </c:pt>
                <c:pt idx="4463">
                  <c:v>8.036371715155316E-2</c:v>
                </c:pt>
                <c:pt idx="4464">
                  <c:v>8.018582680096524E-2</c:v>
                </c:pt>
                <c:pt idx="4465">
                  <c:v>8.0177159661738912E-2</c:v>
                </c:pt>
                <c:pt idx="4466">
                  <c:v>8.0152144500803379E-2</c:v>
                </c:pt>
                <c:pt idx="4467">
                  <c:v>7.9987176526941831E-2</c:v>
                </c:pt>
                <c:pt idx="4468">
                  <c:v>7.9980101724178868E-2</c:v>
                </c:pt>
                <c:pt idx="4469">
                  <c:v>7.9935781109732179E-2</c:v>
                </c:pt>
                <c:pt idx="4470">
                  <c:v>7.976751316379771E-2</c:v>
                </c:pt>
                <c:pt idx="4471">
                  <c:v>7.9762413847662667E-2</c:v>
                </c:pt>
                <c:pt idx="4472">
                  <c:v>7.9752099524573933E-2</c:v>
                </c:pt>
                <c:pt idx="4473">
                  <c:v>7.9706524197116546E-2</c:v>
                </c:pt>
                <c:pt idx="4474">
                  <c:v>7.9695412384793163E-2</c:v>
                </c:pt>
                <c:pt idx="4475">
                  <c:v>7.9648902804479199E-2</c:v>
                </c:pt>
                <c:pt idx="4476">
                  <c:v>7.9558910652555589E-2</c:v>
                </c:pt>
                <c:pt idx="4477">
                  <c:v>7.9142328778902246E-2</c:v>
                </c:pt>
                <c:pt idx="4478">
                  <c:v>7.9026832617788784E-2</c:v>
                </c:pt>
                <c:pt idx="4479">
                  <c:v>7.8844309853129027E-2</c:v>
                </c:pt>
                <c:pt idx="4480">
                  <c:v>7.8757792589911127E-2</c:v>
                </c:pt>
                <c:pt idx="4481">
                  <c:v>7.8751818614854627E-2</c:v>
                </c:pt>
                <c:pt idx="4482">
                  <c:v>7.8286131516811283E-2</c:v>
                </c:pt>
                <c:pt idx="4483">
                  <c:v>7.8187786302748336E-2</c:v>
                </c:pt>
                <c:pt idx="4484">
                  <c:v>7.8131590074994303E-2</c:v>
                </c:pt>
                <c:pt idx="4485">
                  <c:v>7.7894856711439225E-2</c:v>
                </c:pt>
                <c:pt idx="4486">
                  <c:v>7.7802898562228828E-2</c:v>
                </c:pt>
                <c:pt idx="4487">
                  <c:v>7.7763304626898302E-2</c:v>
                </c:pt>
                <c:pt idx="4488">
                  <c:v>7.758958022639853E-2</c:v>
                </c:pt>
                <c:pt idx="4489">
                  <c:v>7.7452404838890154E-2</c:v>
                </c:pt>
                <c:pt idx="4490">
                  <c:v>7.7295924492065904E-2</c:v>
                </c:pt>
                <c:pt idx="4491">
                  <c:v>7.6807202398248897E-2</c:v>
                </c:pt>
                <c:pt idx="4492">
                  <c:v>7.6633551485433535E-2</c:v>
                </c:pt>
                <c:pt idx="4493">
                  <c:v>7.6232710712216947E-2</c:v>
                </c:pt>
                <c:pt idx="4494">
                  <c:v>7.6058714024503038E-2</c:v>
                </c:pt>
                <c:pt idx="4495">
                  <c:v>7.5957373383110857E-2</c:v>
                </c:pt>
                <c:pt idx="4496">
                  <c:v>7.5731163175796617E-2</c:v>
                </c:pt>
                <c:pt idx="4497">
                  <c:v>7.5602956403143268E-2</c:v>
                </c:pt>
                <c:pt idx="4498">
                  <c:v>7.5357214804512851E-2</c:v>
                </c:pt>
                <c:pt idx="4499">
                  <c:v>7.530610929304031E-2</c:v>
                </c:pt>
                <c:pt idx="4500">
                  <c:v>7.5122563905879666E-2</c:v>
                </c:pt>
                <c:pt idx="4501">
                  <c:v>7.4985813938575174E-2</c:v>
                </c:pt>
                <c:pt idx="4502">
                  <c:v>7.4880389912114098E-2</c:v>
                </c:pt>
                <c:pt idx="4503">
                  <c:v>7.4739487858693013E-2</c:v>
                </c:pt>
                <c:pt idx="4504">
                  <c:v>7.4654894854563142E-2</c:v>
                </c:pt>
                <c:pt idx="4505">
                  <c:v>7.4647654947677389E-2</c:v>
                </c:pt>
                <c:pt idx="4506">
                  <c:v>7.4584466013599388E-2</c:v>
                </c:pt>
                <c:pt idx="4507">
                  <c:v>7.4537931073249061E-2</c:v>
                </c:pt>
                <c:pt idx="4508">
                  <c:v>7.4306382710798438E-2</c:v>
                </c:pt>
                <c:pt idx="4509">
                  <c:v>7.4274334083147472E-2</c:v>
                </c:pt>
                <c:pt idx="4510">
                  <c:v>7.4008867989300051E-2</c:v>
                </c:pt>
                <c:pt idx="4511">
                  <c:v>7.3889841931841768E-2</c:v>
                </c:pt>
                <c:pt idx="4512">
                  <c:v>7.3805852443241907E-2</c:v>
                </c:pt>
                <c:pt idx="4513">
                  <c:v>7.3781500640242956E-2</c:v>
                </c:pt>
                <c:pt idx="4514">
                  <c:v>7.3779985672074791E-2</c:v>
                </c:pt>
                <c:pt idx="4515">
                  <c:v>7.3747998683868651E-2</c:v>
                </c:pt>
                <c:pt idx="4516">
                  <c:v>7.3664893607481102E-2</c:v>
                </c:pt>
                <c:pt idx="4517">
                  <c:v>7.3487978775189991E-2</c:v>
                </c:pt>
                <c:pt idx="4518">
                  <c:v>7.3014536704776437E-2</c:v>
                </c:pt>
                <c:pt idx="4519">
                  <c:v>7.2661030221313205E-2</c:v>
                </c:pt>
                <c:pt idx="4520">
                  <c:v>7.2645418548100638E-2</c:v>
                </c:pt>
                <c:pt idx="4521">
                  <c:v>7.2571401088618342E-2</c:v>
                </c:pt>
                <c:pt idx="4522">
                  <c:v>7.2363283371450274E-2</c:v>
                </c:pt>
                <c:pt idx="4523">
                  <c:v>7.2158425676708771E-2</c:v>
                </c:pt>
                <c:pt idx="4524">
                  <c:v>7.2033438018401036E-2</c:v>
                </c:pt>
                <c:pt idx="4525">
                  <c:v>7.1927972445065338E-2</c:v>
                </c:pt>
                <c:pt idx="4526">
                  <c:v>7.1830059621288342E-2</c:v>
                </c:pt>
                <c:pt idx="4527">
                  <c:v>7.174814321894174E-2</c:v>
                </c:pt>
                <c:pt idx="4528">
                  <c:v>7.1523499282508743E-2</c:v>
                </c:pt>
                <c:pt idx="4529">
                  <c:v>7.1500971778770475E-2</c:v>
                </c:pt>
                <c:pt idx="4530">
                  <c:v>7.1338985858305004E-2</c:v>
                </c:pt>
                <c:pt idx="4531">
                  <c:v>7.1275389628558547E-2</c:v>
                </c:pt>
                <c:pt idx="4532">
                  <c:v>7.1227017420798261E-2</c:v>
                </c:pt>
                <c:pt idx="4533">
                  <c:v>7.1179790337592863E-2</c:v>
                </c:pt>
                <c:pt idx="4534">
                  <c:v>7.1166416108580238E-2</c:v>
                </c:pt>
                <c:pt idx="4535">
                  <c:v>7.0546074529475714E-2</c:v>
                </c:pt>
                <c:pt idx="4536">
                  <c:v>7.0409380146660566E-2</c:v>
                </c:pt>
                <c:pt idx="4537">
                  <c:v>7.0368758062648848E-2</c:v>
                </c:pt>
                <c:pt idx="4538">
                  <c:v>7.018321066141725E-2</c:v>
                </c:pt>
                <c:pt idx="4539">
                  <c:v>6.9952026609761658E-2</c:v>
                </c:pt>
                <c:pt idx="4540">
                  <c:v>6.9820464773102137E-2</c:v>
                </c:pt>
                <c:pt idx="4541">
                  <c:v>6.9796188386133953E-2</c:v>
                </c:pt>
                <c:pt idx="4542">
                  <c:v>6.9708329851566608E-2</c:v>
                </c:pt>
                <c:pt idx="4543">
                  <c:v>6.9653222435776707E-2</c:v>
                </c:pt>
                <c:pt idx="4544">
                  <c:v>6.9344943008233906E-2</c:v>
                </c:pt>
                <c:pt idx="4545">
                  <c:v>6.8792957133034571E-2</c:v>
                </c:pt>
                <c:pt idx="4546">
                  <c:v>6.8584131942827822E-2</c:v>
                </c:pt>
                <c:pt idx="4547">
                  <c:v>6.8565663592097981E-2</c:v>
                </c:pt>
                <c:pt idx="4548">
                  <c:v>6.8296920099662733E-2</c:v>
                </c:pt>
                <c:pt idx="4549">
                  <c:v>6.8181674573073503E-2</c:v>
                </c:pt>
                <c:pt idx="4550">
                  <c:v>6.8078433758921322E-2</c:v>
                </c:pt>
                <c:pt idx="4551">
                  <c:v>6.8070741506618682E-2</c:v>
                </c:pt>
                <c:pt idx="4552">
                  <c:v>6.7911291112758218E-2</c:v>
                </c:pt>
                <c:pt idx="4553">
                  <c:v>6.7892231048646612E-2</c:v>
                </c:pt>
                <c:pt idx="4554">
                  <c:v>6.7630063064055695E-2</c:v>
                </c:pt>
                <c:pt idx="4555">
                  <c:v>6.7565552588815359E-2</c:v>
                </c:pt>
                <c:pt idx="4556">
                  <c:v>6.6977317265886988E-2</c:v>
                </c:pt>
                <c:pt idx="4557">
                  <c:v>6.6731702924825553E-2</c:v>
                </c:pt>
                <c:pt idx="4558">
                  <c:v>6.6706035805497804E-2</c:v>
                </c:pt>
                <c:pt idx="4559">
                  <c:v>6.6528770979561877E-2</c:v>
                </c:pt>
                <c:pt idx="4560">
                  <c:v>6.6281116823360506E-2</c:v>
                </c:pt>
                <c:pt idx="4561">
                  <c:v>6.626338591863512E-2</c:v>
                </c:pt>
                <c:pt idx="4562">
                  <c:v>6.6145161891853932E-2</c:v>
                </c:pt>
                <c:pt idx="4563">
                  <c:v>6.6110455711751545E-2</c:v>
                </c:pt>
                <c:pt idx="4564">
                  <c:v>6.6018556388842686E-2</c:v>
                </c:pt>
                <c:pt idx="4565">
                  <c:v>6.5758922532306641E-2</c:v>
                </c:pt>
                <c:pt idx="4566">
                  <c:v>6.5679393171660314E-2</c:v>
                </c:pt>
                <c:pt idx="4567">
                  <c:v>6.5569727961039256E-2</c:v>
                </c:pt>
                <c:pt idx="4568">
                  <c:v>6.5441080336041096E-2</c:v>
                </c:pt>
                <c:pt idx="4569">
                  <c:v>6.5354852429821753E-2</c:v>
                </c:pt>
                <c:pt idx="4570">
                  <c:v>6.5179935794462768E-2</c:v>
                </c:pt>
                <c:pt idx="4571">
                  <c:v>6.4657451045549083E-2</c:v>
                </c:pt>
                <c:pt idx="4572">
                  <c:v>6.4466164467080866E-2</c:v>
                </c:pt>
                <c:pt idx="4573">
                  <c:v>6.4430177058542204E-2</c:v>
                </c:pt>
                <c:pt idx="4574">
                  <c:v>6.4180042159579218E-2</c:v>
                </c:pt>
                <c:pt idx="4575">
                  <c:v>6.4107861611204797E-2</c:v>
                </c:pt>
                <c:pt idx="4576">
                  <c:v>6.3610903283049414E-2</c:v>
                </c:pt>
                <c:pt idx="4577">
                  <c:v>6.3597326604060686E-2</c:v>
                </c:pt>
                <c:pt idx="4578">
                  <c:v>6.3588735298097832E-2</c:v>
                </c:pt>
                <c:pt idx="4579">
                  <c:v>6.3498155245544516E-2</c:v>
                </c:pt>
                <c:pt idx="4580">
                  <c:v>6.3462672044277094E-2</c:v>
                </c:pt>
                <c:pt idx="4581">
                  <c:v>6.3418745018068046E-2</c:v>
                </c:pt>
                <c:pt idx="4582">
                  <c:v>6.3400020180419667E-2</c:v>
                </c:pt>
                <c:pt idx="4583">
                  <c:v>6.3268450573070525E-2</c:v>
                </c:pt>
                <c:pt idx="4584">
                  <c:v>6.3150415524169598E-2</c:v>
                </c:pt>
                <c:pt idx="4585">
                  <c:v>6.2993400910698702E-2</c:v>
                </c:pt>
                <c:pt idx="4586">
                  <c:v>6.2059825446974755E-2</c:v>
                </c:pt>
                <c:pt idx="4587">
                  <c:v>6.2041547959370086E-2</c:v>
                </c:pt>
                <c:pt idx="4588">
                  <c:v>6.1647259504007144E-2</c:v>
                </c:pt>
                <c:pt idx="4589">
                  <c:v>6.163639752719146E-2</c:v>
                </c:pt>
                <c:pt idx="4590">
                  <c:v>6.1598817648710474E-2</c:v>
                </c:pt>
                <c:pt idx="4591">
                  <c:v>6.1312059195160543E-2</c:v>
                </c:pt>
                <c:pt idx="4592">
                  <c:v>6.1224797902940796E-2</c:v>
                </c:pt>
                <c:pt idx="4593">
                  <c:v>6.1158715624213697E-2</c:v>
                </c:pt>
                <c:pt idx="4594">
                  <c:v>6.10405695419491E-2</c:v>
                </c:pt>
                <c:pt idx="4595">
                  <c:v>6.0821701815149044E-2</c:v>
                </c:pt>
                <c:pt idx="4596">
                  <c:v>6.0645541283239679E-2</c:v>
                </c:pt>
                <c:pt idx="4597">
                  <c:v>6.0580541395929548E-2</c:v>
                </c:pt>
                <c:pt idx="4598">
                  <c:v>6.0069147378116111E-2</c:v>
                </c:pt>
                <c:pt idx="4599">
                  <c:v>5.949719344245636E-2</c:v>
                </c:pt>
                <c:pt idx="4600">
                  <c:v>5.8937712845673576E-2</c:v>
                </c:pt>
                <c:pt idx="4601">
                  <c:v>5.8842218210540941E-2</c:v>
                </c:pt>
                <c:pt idx="4602">
                  <c:v>5.8638820619843227E-2</c:v>
                </c:pt>
                <c:pt idx="4603">
                  <c:v>5.8333390639702949E-2</c:v>
                </c:pt>
                <c:pt idx="4604">
                  <c:v>5.8196640932867437E-2</c:v>
                </c:pt>
                <c:pt idx="4605">
                  <c:v>5.803979890526189E-2</c:v>
                </c:pt>
                <c:pt idx="4606">
                  <c:v>5.7593646408164396E-2</c:v>
                </c:pt>
                <c:pt idx="4607">
                  <c:v>5.7573903902748261E-2</c:v>
                </c:pt>
                <c:pt idx="4608">
                  <c:v>5.75698862446778E-2</c:v>
                </c:pt>
                <c:pt idx="4609">
                  <c:v>5.7538928094985682E-2</c:v>
                </c:pt>
                <c:pt idx="4610">
                  <c:v>5.7454930064259627E-2</c:v>
                </c:pt>
                <c:pt idx="4611">
                  <c:v>5.7437532257362596E-2</c:v>
                </c:pt>
                <c:pt idx="4612">
                  <c:v>5.7433181004137517E-2</c:v>
                </c:pt>
                <c:pt idx="4613">
                  <c:v>5.7224672719470779E-2</c:v>
                </c:pt>
                <c:pt idx="4614">
                  <c:v>5.6781285064571897E-2</c:v>
                </c:pt>
                <c:pt idx="4615">
                  <c:v>5.651996133542056E-2</c:v>
                </c:pt>
                <c:pt idx="4616">
                  <c:v>5.6473087579156082E-2</c:v>
                </c:pt>
                <c:pt idx="4617">
                  <c:v>5.6463442726833339E-2</c:v>
                </c:pt>
                <c:pt idx="4618">
                  <c:v>5.646167528289095E-2</c:v>
                </c:pt>
                <c:pt idx="4619">
                  <c:v>5.6079135592210144E-2</c:v>
                </c:pt>
                <c:pt idx="4620">
                  <c:v>5.6014542906682493E-2</c:v>
                </c:pt>
                <c:pt idx="4621">
                  <c:v>5.5932386554718369E-2</c:v>
                </c:pt>
                <c:pt idx="4622">
                  <c:v>5.5762772857462561E-2</c:v>
                </c:pt>
                <c:pt idx="4623">
                  <c:v>5.5588842844202263E-2</c:v>
                </c:pt>
                <c:pt idx="4624">
                  <c:v>5.5533325865443642E-2</c:v>
                </c:pt>
                <c:pt idx="4625">
                  <c:v>5.5418340611691444E-2</c:v>
                </c:pt>
                <c:pt idx="4626">
                  <c:v>5.5393038133309265E-2</c:v>
                </c:pt>
                <c:pt idx="4627">
                  <c:v>5.5268766632742279E-2</c:v>
                </c:pt>
                <c:pt idx="4628">
                  <c:v>5.5004303357941736E-2</c:v>
                </c:pt>
                <c:pt idx="4629">
                  <c:v>5.4837507097096387E-2</c:v>
                </c:pt>
                <c:pt idx="4630">
                  <c:v>5.4737408586836775E-2</c:v>
                </c:pt>
                <c:pt idx="4631">
                  <c:v>5.4723225679244966E-2</c:v>
                </c:pt>
                <c:pt idx="4632">
                  <c:v>5.4661301102016162E-2</c:v>
                </c:pt>
                <c:pt idx="4633">
                  <c:v>5.4524144960814536E-2</c:v>
                </c:pt>
                <c:pt idx="4634">
                  <c:v>5.4346702360866764E-2</c:v>
                </c:pt>
                <c:pt idx="4635">
                  <c:v>5.4150146991110079E-2</c:v>
                </c:pt>
                <c:pt idx="4636">
                  <c:v>5.4146281634042046E-2</c:v>
                </c:pt>
                <c:pt idx="4637">
                  <c:v>5.4060937678576122E-2</c:v>
                </c:pt>
                <c:pt idx="4638">
                  <c:v>5.3943284925285218E-2</c:v>
                </c:pt>
                <c:pt idx="4639">
                  <c:v>5.3905530120255563E-2</c:v>
                </c:pt>
                <c:pt idx="4640">
                  <c:v>5.3816948645191529E-2</c:v>
                </c:pt>
                <c:pt idx="4641">
                  <c:v>5.3434952600166945E-2</c:v>
                </c:pt>
                <c:pt idx="4642">
                  <c:v>5.2995525558686953E-2</c:v>
                </c:pt>
                <c:pt idx="4643">
                  <c:v>5.2751821175473466E-2</c:v>
                </c:pt>
                <c:pt idx="4644">
                  <c:v>5.2695309468787685E-2</c:v>
                </c:pt>
                <c:pt idx="4645">
                  <c:v>5.2512867287173422E-2</c:v>
                </c:pt>
                <c:pt idx="4646">
                  <c:v>5.194682046958745E-2</c:v>
                </c:pt>
                <c:pt idx="4647">
                  <c:v>5.1861399471886171E-2</c:v>
                </c:pt>
                <c:pt idx="4648">
                  <c:v>5.1667381145067359E-2</c:v>
                </c:pt>
                <c:pt idx="4649">
                  <c:v>5.1424555338480817E-2</c:v>
                </c:pt>
                <c:pt idx="4650">
                  <c:v>5.1209806756324937E-2</c:v>
                </c:pt>
                <c:pt idx="4651">
                  <c:v>5.1046911885981316E-2</c:v>
                </c:pt>
                <c:pt idx="4652">
                  <c:v>5.0931124692087708E-2</c:v>
                </c:pt>
                <c:pt idx="4653">
                  <c:v>5.0823122766142696E-2</c:v>
                </c:pt>
                <c:pt idx="4654">
                  <c:v>5.0567396748327102E-2</c:v>
                </c:pt>
                <c:pt idx="4655">
                  <c:v>5.044778170768071E-2</c:v>
                </c:pt>
                <c:pt idx="4656">
                  <c:v>5.0382880807948185E-2</c:v>
                </c:pt>
                <c:pt idx="4657">
                  <c:v>5.0336896878733821E-2</c:v>
                </c:pt>
                <c:pt idx="4658">
                  <c:v>5.017999075806738E-2</c:v>
                </c:pt>
                <c:pt idx="4659">
                  <c:v>5.0076182722275438E-2</c:v>
                </c:pt>
                <c:pt idx="4660">
                  <c:v>4.9698061011515964E-2</c:v>
                </c:pt>
                <c:pt idx="4661">
                  <c:v>4.9146156435874479E-2</c:v>
                </c:pt>
                <c:pt idx="4662">
                  <c:v>4.9034891478618656E-2</c:v>
                </c:pt>
                <c:pt idx="4663">
                  <c:v>4.8841086439375118E-2</c:v>
                </c:pt>
                <c:pt idx="4664">
                  <c:v>4.8723782661437988E-2</c:v>
                </c:pt>
                <c:pt idx="4665">
                  <c:v>4.8157063878402018E-2</c:v>
                </c:pt>
                <c:pt idx="4666">
                  <c:v>4.8066311240574575E-2</c:v>
                </c:pt>
                <c:pt idx="4667">
                  <c:v>4.7846595822387171E-2</c:v>
                </c:pt>
                <c:pt idx="4668">
                  <c:v>4.7418690712462165E-2</c:v>
                </c:pt>
                <c:pt idx="4669">
                  <c:v>4.7414741398862537E-2</c:v>
                </c:pt>
                <c:pt idx="4670">
                  <c:v>4.7376372682098884E-2</c:v>
                </c:pt>
                <c:pt idx="4671">
                  <c:v>4.7219861427321277E-2</c:v>
                </c:pt>
                <c:pt idx="4672">
                  <c:v>4.7050304141440985E-2</c:v>
                </c:pt>
                <c:pt idx="4673">
                  <c:v>4.7030544446258711E-2</c:v>
                </c:pt>
                <c:pt idx="4674">
                  <c:v>4.6973454524843521E-2</c:v>
                </c:pt>
                <c:pt idx="4675">
                  <c:v>4.6646884070383483E-2</c:v>
                </c:pt>
                <c:pt idx="4676">
                  <c:v>4.6508469021661315E-2</c:v>
                </c:pt>
                <c:pt idx="4677">
                  <c:v>4.6296080666357209E-2</c:v>
                </c:pt>
                <c:pt idx="4678">
                  <c:v>4.6270156577634981E-2</c:v>
                </c:pt>
                <c:pt idx="4679">
                  <c:v>4.6119069446885701E-2</c:v>
                </c:pt>
                <c:pt idx="4680">
                  <c:v>4.60021919034376E-2</c:v>
                </c:pt>
                <c:pt idx="4681">
                  <c:v>4.5756097002388793E-2</c:v>
                </c:pt>
                <c:pt idx="4682">
                  <c:v>4.5581250288131855E-2</c:v>
                </c:pt>
                <c:pt idx="4683">
                  <c:v>4.5517317487495698E-2</c:v>
                </c:pt>
                <c:pt idx="4684">
                  <c:v>4.5462816164739045E-2</c:v>
                </c:pt>
                <c:pt idx="4685">
                  <c:v>4.541831107127265E-2</c:v>
                </c:pt>
                <c:pt idx="4686">
                  <c:v>4.5361982331740922E-2</c:v>
                </c:pt>
                <c:pt idx="4687">
                  <c:v>4.5361133203990586E-2</c:v>
                </c:pt>
                <c:pt idx="4688">
                  <c:v>4.518578387056936E-2</c:v>
                </c:pt>
                <c:pt idx="4689">
                  <c:v>4.5112023317392377E-2</c:v>
                </c:pt>
                <c:pt idx="4690">
                  <c:v>4.5088335963771091E-2</c:v>
                </c:pt>
                <c:pt idx="4691">
                  <c:v>4.5086209227295428E-2</c:v>
                </c:pt>
                <c:pt idx="4692">
                  <c:v>4.507862224775263E-2</c:v>
                </c:pt>
                <c:pt idx="4693">
                  <c:v>4.4921553771225295E-2</c:v>
                </c:pt>
                <c:pt idx="4694">
                  <c:v>4.4647808463671702E-2</c:v>
                </c:pt>
                <c:pt idx="4695">
                  <c:v>4.4600347212253075E-2</c:v>
                </c:pt>
                <c:pt idx="4696">
                  <c:v>4.4588094580088188E-2</c:v>
                </c:pt>
                <c:pt idx="4697">
                  <c:v>4.3722081779735647E-2</c:v>
                </c:pt>
                <c:pt idx="4698">
                  <c:v>4.3719935576678901E-2</c:v>
                </c:pt>
                <c:pt idx="4699">
                  <c:v>4.3270561097550994E-2</c:v>
                </c:pt>
                <c:pt idx="4700">
                  <c:v>4.3237817346441082E-2</c:v>
                </c:pt>
                <c:pt idx="4701">
                  <c:v>4.2490552537098013E-2</c:v>
                </c:pt>
                <c:pt idx="4702">
                  <c:v>4.24137625276488E-2</c:v>
                </c:pt>
                <c:pt idx="4703">
                  <c:v>4.2192388271303082E-2</c:v>
                </c:pt>
                <c:pt idx="4704">
                  <c:v>4.212144754692506E-2</c:v>
                </c:pt>
                <c:pt idx="4705">
                  <c:v>4.2093204768018692E-2</c:v>
                </c:pt>
                <c:pt idx="4706">
                  <c:v>4.1839197168084187E-2</c:v>
                </c:pt>
                <c:pt idx="4707">
                  <c:v>4.1782029647564341E-2</c:v>
                </c:pt>
                <c:pt idx="4708">
                  <c:v>4.1632453804085333E-2</c:v>
                </c:pt>
                <c:pt idx="4709">
                  <c:v>4.1543298619412951E-2</c:v>
                </c:pt>
                <c:pt idx="4710">
                  <c:v>4.1528931343227736E-2</c:v>
                </c:pt>
                <c:pt idx="4711">
                  <c:v>4.1401925359548175E-2</c:v>
                </c:pt>
                <c:pt idx="4712">
                  <c:v>4.1332156618153947E-2</c:v>
                </c:pt>
                <c:pt idx="4713">
                  <c:v>4.1271892349826672E-2</c:v>
                </c:pt>
                <c:pt idx="4714">
                  <c:v>4.1177827730251276E-2</c:v>
                </c:pt>
                <c:pt idx="4715">
                  <c:v>4.1064500443121647E-2</c:v>
                </c:pt>
                <c:pt idx="4716">
                  <c:v>4.103364220414104E-2</c:v>
                </c:pt>
                <c:pt idx="4717">
                  <c:v>4.0933802530883717E-2</c:v>
                </c:pt>
                <c:pt idx="4718">
                  <c:v>4.067988294231642E-2</c:v>
                </c:pt>
                <c:pt idx="4719">
                  <c:v>4.0623330917317985E-2</c:v>
                </c:pt>
                <c:pt idx="4720">
                  <c:v>4.0601786265740715E-2</c:v>
                </c:pt>
                <c:pt idx="4721">
                  <c:v>4.0476673849044485E-2</c:v>
                </c:pt>
                <c:pt idx="4722">
                  <c:v>4.0414057885243639E-2</c:v>
                </c:pt>
                <c:pt idx="4723">
                  <c:v>4.0055663889589171E-2</c:v>
                </c:pt>
                <c:pt idx="4724">
                  <c:v>3.9817395634457922E-2</c:v>
                </c:pt>
                <c:pt idx="4725">
                  <c:v>3.9542096819529408E-2</c:v>
                </c:pt>
                <c:pt idx="4726">
                  <c:v>3.9354006039600486E-2</c:v>
                </c:pt>
                <c:pt idx="4727">
                  <c:v>3.9272717810311414E-2</c:v>
                </c:pt>
                <c:pt idx="4728">
                  <c:v>3.9269160654546997E-2</c:v>
                </c:pt>
                <c:pt idx="4729">
                  <c:v>3.9116716170378991E-2</c:v>
                </c:pt>
                <c:pt idx="4730">
                  <c:v>3.8955326280335587E-2</c:v>
                </c:pt>
                <c:pt idx="4731">
                  <c:v>3.8948733780046332E-2</c:v>
                </c:pt>
                <c:pt idx="4732">
                  <c:v>3.8585802536814366E-2</c:v>
                </c:pt>
                <c:pt idx="4733">
                  <c:v>3.8513015451369557E-2</c:v>
                </c:pt>
                <c:pt idx="4734">
                  <c:v>3.8323317261855713E-2</c:v>
                </c:pt>
                <c:pt idx="4735">
                  <c:v>3.8157669890156107E-2</c:v>
                </c:pt>
                <c:pt idx="4736">
                  <c:v>3.8017672106740709E-2</c:v>
                </c:pt>
                <c:pt idx="4737">
                  <c:v>3.7824882023386124E-2</c:v>
                </c:pt>
                <c:pt idx="4738">
                  <c:v>3.7742038026761675E-2</c:v>
                </c:pt>
                <c:pt idx="4739">
                  <c:v>3.7633656380484867E-2</c:v>
                </c:pt>
                <c:pt idx="4740">
                  <c:v>3.7440006811617715E-2</c:v>
                </c:pt>
                <c:pt idx="4741">
                  <c:v>3.7361947428112344E-2</c:v>
                </c:pt>
                <c:pt idx="4742">
                  <c:v>3.7342226268098737E-2</c:v>
                </c:pt>
                <c:pt idx="4743">
                  <c:v>3.7132278031975476E-2</c:v>
                </c:pt>
                <c:pt idx="4744">
                  <c:v>3.7083281871073369E-2</c:v>
                </c:pt>
                <c:pt idx="4745">
                  <c:v>3.6769463678791768E-2</c:v>
                </c:pt>
                <c:pt idx="4746">
                  <c:v>3.6736983303026861E-2</c:v>
                </c:pt>
                <c:pt idx="4747">
                  <c:v>3.6494362065675821E-2</c:v>
                </c:pt>
                <c:pt idx="4748">
                  <c:v>3.6008009206436729E-2</c:v>
                </c:pt>
                <c:pt idx="4749">
                  <c:v>3.5972059758416178E-2</c:v>
                </c:pt>
                <c:pt idx="4750">
                  <c:v>3.565483543702852E-2</c:v>
                </c:pt>
                <c:pt idx="4751">
                  <c:v>3.538028837474403E-2</c:v>
                </c:pt>
                <c:pt idx="4752">
                  <c:v>3.5122146883034444E-2</c:v>
                </c:pt>
                <c:pt idx="4753">
                  <c:v>3.4918931699693297E-2</c:v>
                </c:pt>
                <c:pt idx="4754">
                  <c:v>3.4447307754934903E-2</c:v>
                </c:pt>
                <c:pt idx="4755">
                  <c:v>3.4416471531199387E-2</c:v>
                </c:pt>
                <c:pt idx="4756">
                  <c:v>3.4070727651622758E-2</c:v>
                </c:pt>
                <c:pt idx="4757">
                  <c:v>3.3947072646689988E-2</c:v>
                </c:pt>
                <c:pt idx="4758">
                  <c:v>3.393225151074384E-2</c:v>
                </c:pt>
                <c:pt idx="4759">
                  <c:v>3.3894666778511467E-2</c:v>
                </c:pt>
                <c:pt idx="4760">
                  <c:v>3.3866143584987456E-2</c:v>
                </c:pt>
                <c:pt idx="4761">
                  <c:v>3.3664355765426139E-2</c:v>
                </c:pt>
                <c:pt idx="4762">
                  <c:v>3.3645713428235705E-2</c:v>
                </c:pt>
                <c:pt idx="4763">
                  <c:v>3.332734309225182E-2</c:v>
                </c:pt>
                <c:pt idx="4764">
                  <c:v>3.2996845669240819E-2</c:v>
                </c:pt>
                <c:pt idx="4765">
                  <c:v>3.2911211949645622E-2</c:v>
                </c:pt>
                <c:pt idx="4766">
                  <c:v>3.2824182799527785E-2</c:v>
                </c:pt>
                <c:pt idx="4767">
                  <c:v>3.2788479163392219E-2</c:v>
                </c:pt>
                <c:pt idx="4768">
                  <c:v>3.2781515836115653E-2</c:v>
                </c:pt>
                <c:pt idx="4769">
                  <c:v>3.2398328939644186E-2</c:v>
                </c:pt>
                <c:pt idx="4770">
                  <c:v>3.2310516508747403E-2</c:v>
                </c:pt>
                <c:pt idx="4771">
                  <c:v>3.2294660570321758E-2</c:v>
                </c:pt>
                <c:pt idx="4772">
                  <c:v>3.2286113711639267E-2</c:v>
                </c:pt>
                <c:pt idx="4773">
                  <c:v>3.1985813435822991E-2</c:v>
                </c:pt>
                <c:pt idx="4774">
                  <c:v>3.1838752613565093E-2</c:v>
                </c:pt>
                <c:pt idx="4775">
                  <c:v>3.1837157051534615E-2</c:v>
                </c:pt>
                <c:pt idx="4776">
                  <c:v>3.1770967898551342E-2</c:v>
                </c:pt>
                <c:pt idx="4777">
                  <c:v>3.1418558649584101E-2</c:v>
                </c:pt>
                <c:pt idx="4778">
                  <c:v>3.1331166109933709E-2</c:v>
                </c:pt>
                <c:pt idx="4779">
                  <c:v>3.1319620019641323E-2</c:v>
                </c:pt>
                <c:pt idx="4780">
                  <c:v>3.1031969047287011E-2</c:v>
                </c:pt>
                <c:pt idx="4781">
                  <c:v>3.0949556606880212E-2</c:v>
                </c:pt>
                <c:pt idx="4782">
                  <c:v>3.0872334300890716E-2</c:v>
                </c:pt>
                <c:pt idx="4783">
                  <c:v>3.0740574079329053E-2</c:v>
                </c:pt>
                <c:pt idx="4784">
                  <c:v>3.0607030989618804E-2</c:v>
                </c:pt>
                <c:pt idx="4785">
                  <c:v>3.0363384948570816E-2</c:v>
                </c:pt>
                <c:pt idx="4786">
                  <c:v>3.0330331079521745E-2</c:v>
                </c:pt>
                <c:pt idx="4787">
                  <c:v>3.032541681604314E-2</c:v>
                </c:pt>
                <c:pt idx="4788">
                  <c:v>3.0300516569500762E-2</c:v>
                </c:pt>
                <c:pt idx="4789">
                  <c:v>3.0277951579451182E-2</c:v>
                </c:pt>
                <c:pt idx="4790">
                  <c:v>3.0260372838253582E-2</c:v>
                </c:pt>
                <c:pt idx="4791">
                  <c:v>3.008272644641205E-2</c:v>
                </c:pt>
                <c:pt idx="4792">
                  <c:v>2.9853013512849764E-2</c:v>
                </c:pt>
                <c:pt idx="4793">
                  <c:v>2.9796056216070125E-2</c:v>
                </c:pt>
                <c:pt idx="4794">
                  <c:v>2.9691655313816661E-2</c:v>
                </c:pt>
                <c:pt idx="4795">
                  <c:v>2.9598068261867699E-2</c:v>
                </c:pt>
                <c:pt idx="4796">
                  <c:v>2.9340114114191244E-2</c:v>
                </c:pt>
                <c:pt idx="4797">
                  <c:v>2.9036849001711874E-2</c:v>
                </c:pt>
                <c:pt idx="4798">
                  <c:v>2.9030472221268776E-2</c:v>
                </c:pt>
                <c:pt idx="4799">
                  <c:v>2.9006776079609824E-2</c:v>
                </c:pt>
                <c:pt idx="4800">
                  <c:v>2.898837116651171E-2</c:v>
                </c:pt>
                <c:pt idx="4801">
                  <c:v>2.8909209626585417E-2</c:v>
                </c:pt>
                <c:pt idx="4802">
                  <c:v>2.8904124484939987E-2</c:v>
                </c:pt>
                <c:pt idx="4803">
                  <c:v>2.8805248089521486E-2</c:v>
                </c:pt>
                <c:pt idx="4804">
                  <c:v>2.8638648052591406E-2</c:v>
                </c:pt>
                <c:pt idx="4805">
                  <c:v>2.8571251907015562E-2</c:v>
                </c:pt>
                <c:pt idx="4806">
                  <c:v>2.8475779452080942E-2</c:v>
                </c:pt>
                <c:pt idx="4807">
                  <c:v>2.8207791435782188E-2</c:v>
                </c:pt>
                <c:pt idx="4808">
                  <c:v>2.8189152095336116E-2</c:v>
                </c:pt>
                <c:pt idx="4809">
                  <c:v>2.7928914942982518E-2</c:v>
                </c:pt>
                <c:pt idx="4810">
                  <c:v>2.7835271521650731E-2</c:v>
                </c:pt>
                <c:pt idx="4811">
                  <c:v>2.7699849904906343E-2</c:v>
                </c:pt>
                <c:pt idx="4812">
                  <c:v>2.7636477982336653E-2</c:v>
                </c:pt>
                <c:pt idx="4813">
                  <c:v>2.758521155226195E-2</c:v>
                </c:pt>
                <c:pt idx="4814">
                  <c:v>2.7573263353390328E-2</c:v>
                </c:pt>
                <c:pt idx="4815">
                  <c:v>2.751343215733695E-2</c:v>
                </c:pt>
                <c:pt idx="4816">
                  <c:v>2.7470623840112951E-2</c:v>
                </c:pt>
                <c:pt idx="4817">
                  <c:v>2.7262126920427558E-2</c:v>
                </c:pt>
                <c:pt idx="4818">
                  <c:v>2.7029529835689011E-2</c:v>
                </c:pt>
                <c:pt idx="4819">
                  <c:v>2.6441981244279805E-2</c:v>
                </c:pt>
                <c:pt idx="4820">
                  <c:v>2.6016023798121742E-2</c:v>
                </c:pt>
                <c:pt idx="4821">
                  <c:v>2.5527836495889154E-2</c:v>
                </c:pt>
                <c:pt idx="4822">
                  <c:v>2.5284744486734081E-2</c:v>
                </c:pt>
                <c:pt idx="4823">
                  <c:v>2.5085511953105197E-2</c:v>
                </c:pt>
                <c:pt idx="4824">
                  <c:v>2.4997781369743021E-2</c:v>
                </c:pt>
                <c:pt idx="4825">
                  <c:v>2.4928384299081844E-2</c:v>
                </c:pt>
                <c:pt idx="4826">
                  <c:v>2.4822461329438893E-2</c:v>
                </c:pt>
                <c:pt idx="4827">
                  <c:v>2.4749389864697265E-2</c:v>
                </c:pt>
                <c:pt idx="4828">
                  <c:v>2.4664876227092129E-2</c:v>
                </c:pt>
                <c:pt idx="4829">
                  <c:v>2.4168333679890266E-2</c:v>
                </c:pt>
                <c:pt idx="4830">
                  <c:v>2.4164550866966825E-2</c:v>
                </c:pt>
                <c:pt idx="4831">
                  <c:v>2.3742663268107506E-2</c:v>
                </c:pt>
                <c:pt idx="4832">
                  <c:v>2.3742178473654625E-2</c:v>
                </c:pt>
                <c:pt idx="4833">
                  <c:v>2.3510747876814477E-2</c:v>
                </c:pt>
                <c:pt idx="4834">
                  <c:v>2.3403824005888498E-2</c:v>
                </c:pt>
                <c:pt idx="4835">
                  <c:v>2.3143229886641165E-2</c:v>
                </c:pt>
                <c:pt idx="4836">
                  <c:v>2.3046300955640982E-2</c:v>
                </c:pt>
                <c:pt idx="4837">
                  <c:v>2.303872416644839E-2</c:v>
                </c:pt>
                <c:pt idx="4838">
                  <c:v>2.2992992892262105E-2</c:v>
                </c:pt>
                <c:pt idx="4839">
                  <c:v>2.2982620012147043E-2</c:v>
                </c:pt>
                <c:pt idx="4840">
                  <c:v>2.2975222650201559E-2</c:v>
                </c:pt>
                <c:pt idx="4841">
                  <c:v>2.2822876949802725E-2</c:v>
                </c:pt>
                <c:pt idx="4842">
                  <c:v>2.2726771484052E-2</c:v>
                </c:pt>
                <c:pt idx="4843">
                  <c:v>2.2625428687778153E-2</c:v>
                </c:pt>
                <c:pt idx="4844">
                  <c:v>2.254507143723453E-2</c:v>
                </c:pt>
                <c:pt idx="4845">
                  <c:v>2.2531466685727183E-2</c:v>
                </c:pt>
                <c:pt idx="4846">
                  <c:v>2.2466442885417593E-2</c:v>
                </c:pt>
                <c:pt idx="4847">
                  <c:v>2.2401724478056172E-2</c:v>
                </c:pt>
                <c:pt idx="4848">
                  <c:v>2.2340290080955432E-2</c:v>
                </c:pt>
                <c:pt idx="4849">
                  <c:v>2.2325261948920497E-2</c:v>
                </c:pt>
                <c:pt idx="4850">
                  <c:v>2.2312182815605697E-2</c:v>
                </c:pt>
                <c:pt idx="4851">
                  <c:v>2.1701489324360744E-2</c:v>
                </c:pt>
                <c:pt idx="4852">
                  <c:v>2.1577653791284658E-2</c:v>
                </c:pt>
                <c:pt idx="4853">
                  <c:v>2.1349023355652818E-2</c:v>
                </c:pt>
                <c:pt idx="4854">
                  <c:v>2.1315635011245598E-2</c:v>
                </c:pt>
                <c:pt idx="4855">
                  <c:v>2.1287626688719717E-2</c:v>
                </c:pt>
                <c:pt idx="4856">
                  <c:v>2.1261962197431577E-2</c:v>
                </c:pt>
                <c:pt idx="4857">
                  <c:v>2.1081575356776031E-2</c:v>
                </c:pt>
                <c:pt idx="4858">
                  <c:v>2.0944797197931287E-2</c:v>
                </c:pt>
                <c:pt idx="4859">
                  <c:v>2.0566220384760886E-2</c:v>
                </c:pt>
                <c:pt idx="4860">
                  <c:v>2.0555075553292574E-2</c:v>
                </c:pt>
                <c:pt idx="4861">
                  <c:v>2.0357636449800834E-2</c:v>
                </c:pt>
                <c:pt idx="4862">
                  <c:v>2.0104994300013761E-2</c:v>
                </c:pt>
                <c:pt idx="4863">
                  <c:v>1.9954853831135256E-2</c:v>
                </c:pt>
                <c:pt idx="4864">
                  <c:v>1.9869842630396206E-2</c:v>
                </c:pt>
                <c:pt idx="4865">
                  <c:v>1.984223832904038E-2</c:v>
                </c:pt>
                <c:pt idx="4866">
                  <c:v>1.9750875640581221E-2</c:v>
                </c:pt>
                <c:pt idx="4867">
                  <c:v>1.9747874627584282E-2</c:v>
                </c:pt>
                <c:pt idx="4868">
                  <c:v>1.9726514086251392E-2</c:v>
                </c:pt>
                <c:pt idx="4869">
                  <c:v>1.9482000088688455E-2</c:v>
                </c:pt>
                <c:pt idx="4870">
                  <c:v>1.9446667259957057E-2</c:v>
                </c:pt>
                <c:pt idx="4871">
                  <c:v>1.9252052316213433E-2</c:v>
                </c:pt>
                <c:pt idx="4872">
                  <c:v>1.8977507407223197E-2</c:v>
                </c:pt>
                <c:pt idx="4873">
                  <c:v>1.87544236715107E-2</c:v>
                </c:pt>
                <c:pt idx="4874">
                  <c:v>1.8725407685183576E-2</c:v>
                </c:pt>
                <c:pt idx="4875">
                  <c:v>1.8636384869452929E-2</c:v>
                </c:pt>
                <c:pt idx="4876">
                  <c:v>1.8490480898855997E-2</c:v>
                </c:pt>
                <c:pt idx="4877">
                  <c:v>1.846639587857694E-2</c:v>
                </c:pt>
                <c:pt idx="4878">
                  <c:v>1.8283914710973875E-2</c:v>
                </c:pt>
                <c:pt idx="4879">
                  <c:v>1.8070617757918503E-2</c:v>
                </c:pt>
                <c:pt idx="4880">
                  <c:v>1.8002832069862605E-2</c:v>
                </c:pt>
                <c:pt idx="4881">
                  <c:v>1.7360955140466337E-2</c:v>
                </c:pt>
                <c:pt idx="4882">
                  <c:v>1.7325262796314352E-2</c:v>
                </c:pt>
                <c:pt idx="4883">
                  <c:v>1.7236045541622922E-2</c:v>
                </c:pt>
                <c:pt idx="4884">
                  <c:v>1.7115445964610149E-2</c:v>
                </c:pt>
                <c:pt idx="4885">
                  <c:v>1.7066721849184091E-2</c:v>
                </c:pt>
                <c:pt idx="4886">
                  <c:v>1.692098239769374E-2</c:v>
                </c:pt>
                <c:pt idx="4887">
                  <c:v>1.6767351350740034E-2</c:v>
                </c:pt>
                <c:pt idx="4888">
                  <c:v>1.6740023791271215E-2</c:v>
                </c:pt>
                <c:pt idx="4889">
                  <c:v>1.6726541414560359E-2</c:v>
                </c:pt>
                <c:pt idx="4890">
                  <c:v>1.6595983800356227E-2</c:v>
                </c:pt>
                <c:pt idx="4891">
                  <c:v>1.6568889272518875E-2</c:v>
                </c:pt>
                <c:pt idx="4892">
                  <c:v>1.6396212163652682E-2</c:v>
                </c:pt>
                <c:pt idx="4893">
                  <c:v>1.6388613537894187E-2</c:v>
                </c:pt>
                <c:pt idx="4894">
                  <c:v>1.623863291799172E-2</c:v>
                </c:pt>
                <c:pt idx="4895">
                  <c:v>1.6232505898210799E-2</c:v>
                </c:pt>
                <c:pt idx="4896">
                  <c:v>1.612553390252985E-2</c:v>
                </c:pt>
                <c:pt idx="4897">
                  <c:v>1.5980141007048948E-2</c:v>
                </c:pt>
                <c:pt idx="4898">
                  <c:v>1.5972836291312607E-2</c:v>
                </c:pt>
                <c:pt idx="4899">
                  <c:v>1.5913944288848507E-2</c:v>
                </c:pt>
                <c:pt idx="4900">
                  <c:v>1.5838789037583519E-2</c:v>
                </c:pt>
                <c:pt idx="4901">
                  <c:v>1.5834450507023597E-2</c:v>
                </c:pt>
                <c:pt idx="4902">
                  <c:v>1.5807346634361393E-2</c:v>
                </c:pt>
                <c:pt idx="4903">
                  <c:v>1.572412379177662E-2</c:v>
                </c:pt>
                <c:pt idx="4904">
                  <c:v>1.5722562772728953E-2</c:v>
                </c:pt>
                <c:pt idx="4905">
                  <c:v>1.5654843579291988E-2</c:v>
                </c:pt>
                <c:pt idx="4906">
                  <c:v>1.5642329030691376E-2</c:v>
                </c:pt>
                <c:pt idx="4907">
                  <c:v>1.5630591485992894E-2</c:v>
                </c:pt>
                <c:pt idx="4908">
                  <c:v>1.5498876561547945E-2</c:v>
                </c:pt>
                <c:pt idx="4909">
                  <c:v>1.5417061515039153E-2</c:v>
                </c:pt>
                <c:pt idx="4910">
                  <c:v>1.5339062043458454E-2</c:v>
                </c:pt>
                <c:pt idx="4911">
                  <c:v>1.5211379222913787E-2</c:v>
                </c:pt>
                <c:pt idx="4912">
                  <c:v>1.5135361829768296E-2</c:v>
                </c:pt>
                <c:pt idx="4913">
                  <c:v>1.4893199946275686E-2</c:v>
                </c:pt>
                <c:pt idx="4914">
                  <c:v>1.4831356366097706E-2</c:v>
                </c:pt>
                <c:pt idx="4915">
                  <c:v>1.4579256753762818E-2</c:v>
                </c:pt>
                <c:pt idx="4916">
                  <c:v>1.456979414419347E-2</c:v>
                </c:pt>
                <c:pt idx="4917">
                  <c:v>1.4233043095698387E-2</c:v>
                </c:pt>
                <c:pt idx="4918">
                  <c:v>1.4057643203372742E-2</c:v>
                </c:pt>
                <c:pt idx="4919">
                  <c:v>1.3994742098629514E-2</c:v>
                </c:pt>
                <c:pt idx="4920">
                  <c:v>1.3934422448469756E-2</c:v>
                </c:pt>
                <c:pt idx="4921">
                  <c:v>1.3928221807522059E-2</c:v>
                </c:pt>
                <c:pt idx="4922">
                  <c:v>1.3502916364970752E-2</c:v>
                </c:pt>
                <c:pt idx="4923">
                  <c:v>1.3479790655600746E-2</c:v>
                </c:pt>
                <c:pt idx="4924">
                  <c:v>1.3342544603127502E-2</c:v>
                </c:pt>
                <c:pt idx="4925">
                  <c:v>1.3099061179743554E-2</c:v>
                </c:pt>
                <c:pt idx="4926">
                  <c:v>1.3088855441495654E-2</c:v>
                </c:pt>
                <c:pt idx="4927">
                  <c:v>1.2854955190218441E-2</c:v>
                </c:pt>
                <c:pt idx="4928">
                  <c:v>1.2808563273405403E-2</c:v>
                </c:pt>
                <c:pt idx="4929">
                  <c:v>1.2793930547488456E-2</c:v>
                </c:pt>
                <c:pt idx="4930">
                  <c:v>1.2531074960722675E-2</c:v>
                </c:pt>
                <c:pt idx="4931">
                  <c:v>1.2412211274267284E-2</c:v>
                </c:pt>
                <c:pt idx="4932">
                  <c:v>1.230833288234625E-2</c:v>
                </c:pt>
                <c:pt idx="4933">
                  <c:v>1.2285926395576815E-2</c:v>
                </c:pt>
                <c:pt idx="4934">
                  <c:v>1.1912450953791974E-2</c:v>
                </c:pt>
                <c:pt idx="4935">
                  <c:v>1.120638382661754E-2</c:v>
                </c:pt>
                <c:pt idx="4936">
                  <c:v>1.0906227069477293E-2</c:v>
                </c:pt>
                <c:pt idx="4937">
                  <c:v>1.0744492766434332E-2</c:v>
                </c:pt>
                <c:pt idx="4938">
                  <c:v>1.0429542559999155E-2</c:v>
                </c:pt>
                <c:pt idx="4939">
                  <c:v>9.9799401967168768E-3</c:v>
                </c:pt>
                <c:pt idx="4940">
                  <c:v>9.9176196113718793E-3</c:v>
                </c:pt>
                <c:pt idx="4941">
                  <c:v>9.7160461259143353E-3</c:v>
                </c:pt>
                <c:pt idx="4942">
                  <c:v>9.4859121573236966E-3</c:v>
                </c:pt>
                <c:pt idx="4943">
                  <c:v>9.2223213762970338E-3</c:v>
                </c:pt>
                <c:pt idx="4944">
                  <c:v>9.1066537283835507E-3</c:v>
                </c:pt>
                <c:pt idx="4945">
                  <c:v>9.0861282354011089E-3</c:v>
                </c:pt>
                <c:pt idx="4946">
                  <c:v>9.0786336519439632E-3</c:v>
                </c:pt>
                <c:pt idx="4947">
                  <c:v>8.966761988797119E-3</c:v>
                </c:pt>
                <c:pt idx="4948">
                  <c:v>8.9353793896235229E-3</c:v>
                </c:pt>
                <c:pt idx="4949">
                  <c:v>8.9121224815962539E-3</c:v>
                </c:pt>
                <c:pt idx="4950">
                  <c:v>8.85076584603889E-3</c:v>
                </c:pt>
                <c:pt idx="4951">
                  <c:v>8.7464088994116725E-3</c:v>
                </c:pt>
                <c:pt idx="4952">
                  <c:v>8.7254078507615074E-3</c:v>
                </c:pt>
                <c:pt idx="4953">
                  <c:v>8.6888546682447106E-3</c:v>
                </c:pt>
                <c:pt idx="4954">
                  <c:v>8.5048938010611301E-3</c:v>
                </c:pt>
                <c:pt idx="4955">
                  <c:v>8.441927449740998E-3</c:v>
                </c:pt>
                <c:pt idx="4956">
                  <c:v>8.0825644708907348E-3</c:v>
                </c:pt>
                <c:pt idx="4957">
                  <c:v>7.9984067115773296E-3</c:v>
                </c:pt>
                <c:pt idx="4958">
                  <c:v>7.9795358181368233E-3</c:v>
                </c:pt>
                <c:pt idx="4959">
                  <c:v>7.6991615868565759E-3</c:v>
                </c:pt>
                <c:pt idx="4960">
                  <c:v>7.5394758728160255E-3</c:v>
                </c:pt>
                <c:pt idx="4961">
                  <c:v>7.3959592562645657E-3</c:v>
                </c:pt>
                <c:pt idx="4962">
                  <c:v>7.312601754026136E-3</c:v>
                </c:pt>
                <c:pt idx="4963">
                  <c:v>7.300328234161076E-3</c:v>
                </c:pt>
                <c:pt idx="4964">
                  <c:v>7.2259828792765714E-3</c:v>
                </c:pt>
                <c:pt idx="4965">
                  <c:v>7.0869556639942153E-3</c:v>
                </c:pt>
                <c:pt idx="4966">
                  <c:v>6.851966978402021E-3</c:v>
                </c:pt>
                <c:pt idx="4967">
                  <c:v>6.7745994289068311E-3</c:v>
                </c:pt>
                <c:pt idx="4968">
                  <c:v>6.7659534031113628E-3</c:v>
                </c:pt>
                <c:pt idx="4969">
                  <c:v>6.7040457314266767E-3</c:v>
                </c:pt>
                <c:pt idx="4970">
                  <c:v>6.6665175721131904E-3</c:v>
                </c:pt>
                <c:pt idx="4971">
                  <c:v>6.6328696281129831E-3</c:v>
                </c:pt>
                <c:pt idx="4972">
                  <c:v>6.2512389745264206E-3</c:v>
                </c:pt>
                <c:pt idx="4973">
                  <c:v>6.1953859853636625E-3</c:v>
                </c:pt>
                <c:pt idx="4974">
                  <c:v>6.1642620918419076E-3</c:v>
                </c:pt>
                <c:pt idx="4975">
                  <c:v>6.0858502690182836E-3</c:v>
                </c:pt>
                <c:pt idx="4976">
                  <c:v>6.0390794395248542E-3</c:v>
                </c:pt>
                <c:pt idx="4977">
                  <c:v>6.0033452276790286E-3</c:v>
                </c:pt>
                <c:pt idx="4978">
                  <c:v>5.8781705613805725E-3</c:v>
                </c:pt>
                <c:pt idx="4979">
                  <c:v>5.855666735409824E-3</c:v>
                </c:pt>
                <c:pt idx="4980">
                  <c:v>5.7726860970016541E-3</c:v>
                </c:pt>
                <c:pt idx="4981">
                  <c:v>5.54321151085462E-3</c:v>
                </c:pt>
                <c:pt idx="4982">
                  <c:v>5.4443851660235139E-3</c:v>
                </c:pt>
                <c:pt idx="4983">
                  <c:v>5.1992698596505038E-3</c:v>
                </c:pt>
                <c:pt idx="4984">
                  <c:v>5.0922421137344813E-3</c:v>
                </c:pt>
                <c:pt idx="4985">
                  <c:v>4.8961807509843563E-3</c:v>
                </c:pt>
                <c:pt idx="4986">
                  <c:v>4.3797282108068991E-3</c:v>
                </c:pt>
                <c:pt idx="4987">
                  <c:v>4.3765376134857472E-3</c:v>
                </c:pt>
                <c:pt idx="4988">
                  <c:v>4.2126885942347318E-3</c:v>
                </c:pt>
                <c:pt idx="4989">
                  <c:v>4.1617798167553057E-3</c:v>
                </c:pt>
                <c:pt idx="4990">
                  <c:v>4.1275093074600398E-3</c:v>
                </c:pt>
                <c:pt idx="4991">
                  <c:v>3.7764821256425058E-3</c:v>
                </c:pt>
                <c:pt idx="4992">
                  <c:v>3.538889998366952E-3</c:v>
                </c:pt>
                <c:pt idx="4993">
                  <c:v>3.5284143730351845E-3</c:v>
                </c:pt>
                <c:pt idx="4994">
                  <c:v>3.2070099103347358E-3</c:v>
                </c:pt>
                <c:pt idx="4995">
                  <c:v>3.1951076822792795E-3</c:v>
                </c:pt>
                <c:pt idx="4996">
                  <c:v>2.9435865265167432E-3</c:v>
                </c:pt>
                <c:pt idx="4997">
                  <c:v>2.8165330347301328E-3</c:v>
                </c:pt>
                <c:pt idx="4998">
                  <c:v>2.738078913628335E-3</c:v>
                </c:pt>
                <c:pt idx="4999">
                  <c:v>2.7056592352199967E-3</c:v>
                </c:pt>
                <c:pt idx="5000">
                  <c:v>2.2724857979579522E-3</c:v>
                </c:pt>
                <c:pt idx="5001">
                  <c:v>2.2487507529474217E-3</c:v>
                </c:pt>
                <c:pt idx="5002">
                  <c:v>2.1820015840660818E-3</c:v>
                </c:pt>
                <c:pt idx="5003">
                  <c:v>2.1740532995391331E-3</c:v>
                </c:pt>
                <c:pt idx="5004">
                  <c:v>2.0790531631265327E-3</c:v>
                </c:pt>
                <c:pt idx="5005">
                  <c:v>2.058432347034424E-3</c:v>
                </c:pt>
                <c:pt idx="5006">
                  <c:v>2.0566105076277258E-3</c:v>
                </c:pt>
                <c:pt idx="5007">
                  <c:v>1.8070020076622426E-3</c:v>
                </c:pt>
                <c:pt idx="5008">
                  <c:v>1.7781906997405982E-3</c:v>
                </c:pt>
                <c:pt idx="5009">
                  <c:v>1.7188481852089409E-3</c:v>
                </c:pt>
                <c:pt idx="5010">
                  <c:v>1.7032660004838575E-3</c:v>
                </c:pt>
                <c:pt idx="5011">
                  <c:v>1.461803144312001E-3</c:v>
                </c:pt>
                <c:pt idx="5012">
                  <c:v>1.4190460579206385E-3</c:v>
                </c:pt>
                <c:pt idx="5013">
                  <c:v>1.364008409692538E-3</c:v>
                </c:pt>
                <c:pt idx="5014">
                  <c:v>1.3484120229380638E-3</c:v>
                </c:pt>
                <c:pt idx="5015">
                  <c:v>1.1163456157283879E-3</c:v>
                </c:pt>
                <c:pt idx="5016">
                  <c:v>1.1158543621573832E-3</c:v>
                </c:pt>
                <c:pt idx="5017">
                  <c:v>1.0983222119359739E-3</c:v>
                </c:pt>
                <c:pt idx="5018">
                  <c:v>1.0707957172504516E-3</c:v>
                </c:pt>
                <c:pt idx="5019">
                  <c:v>6.330764431220036E-4</c:v>
                </c:pt>
                <c:pt idx="5020">
                  <c:v>5.5227987367309419E-4</c:v>
                </c:pt>
                <c:pt idx="5021">
                  <c:v>4.7799601746984725E-4</c:v>
                </c:pt>
                <c:pt idx="5022">
                  <c:v>1.1932345002074464E-4</c:v>
                </c:pt>
                <c:pt idx="5023">
                  <c:v>9.6529970865807111E-5</c:v>
                </c:pt>
                <c:pt idx="5024">
                  <c:v>9.6303789656323243E-5</c:v>
                </c:pt>
              </c:numCache>
            </c:numRef>
          </c:yVal>
          <c:smooth val="0"/>
          <c:extLst>
            <c:ext xmlns:c16="http://schemas.microsoft.com/office/drawing/2014/chart" uri="{C3380CC4-5D6E-409C-BE32-E72D297353CC}">
              <c16:uniqueId val="{00000000-5BD7-41BC-A9AE-BAD132B9DB16}"/>
            </c:ext>
          </c:extLst>
        </c:ser>
        <c:ser>
          <c:idx val="1"/>
          <c:order val="1"/>
          <c:tx>
            <c:v>"Increased"</c:v>
          </c:tx>
          <c:spPr>
            <a:ln w="25400" cap="rnd">
              <a:noFill/>
              <a:round/>
            </a:ln>
            <a:effectLst/>
          </c:spPr>
          <c:marker>
            <c:symbol val="circle"/>
            <c:size val="5"/>
            <c:spPr>
              <a:solidFill>
                <a:srgbClr val="FF0000"/>
              </a:solidFill>
              <a:ln w="9525">
                <a:solidFill>
                  <a:srgbClr val="FF0000"/>
                </a:solidFill>
              </a:ln>
              <a:effectLst/>
            </c:spPr>
          </c:marker>
          <c:xVal>
            <c:numRef>
              <c:f>'Volcano Plot '!$G$3:$G$487</c:f>
              <c:numCache>
                <c:formatCode>General</c:formatCode>
                <c:ptCount val="485"/>
                <c:pt idx="0">
                  <c:v>0.37250703278386899</c:v>
                </c:pt>
                <c:pt idx="1">
                  <c:v>0.37328634981446701</c:v>
                </c:pt>
                <c:pt idx="2">
                  <c:v>0.37464996281571</c:v>
                </c:pt>
                <c:pt idx="3">
                  <c:v>0.37524968030981398</c:v>
                </c:pt>
                <c:pt idx="4">
                  <c:v>0.37535564409414901</c:v>
                </c:pt>
                <c:pt idx="5">
                  <c:v>0.37728973587688902</c:v>
                </c:pt>
                <c:pt idx="6">
                  <c:v>0.37953599559126899</c:v>
                </c:pt>
                <c:pt idx="7">
                  <c:v>0.381630822343485</c:v>
                </c:pt>
                <c:pt idx="8">
                  <c:v>0.38407619690169498</c:v>
                </c:pt>
                <c:pt idx="9">
                  <c:v>0.38438016467210501</c:v>
                </c:pt>
                <c:pt idx="10">
                  <c:v>0.38490106316397299</c:v>
                </c:pt>
                <c:pt idx="11">
                  <c:v>0.38493084944544598</c:v>
                </c:pt>
                <c:pt idx="12">
                  <c:v>0.38498396979743499</c:v>
                </c:pt>
                <c:pt idx="13">
                  <c:v>0.38761486726186301</c:v>
                </c:pt>
                <c:pt idx="14">
                  <c:v>0.38837022840726498</c:v>
                </c:pt>
                <c:pt idx="15">
                  <c:v>0.38853257621286003</c:v>
                </c:pt>
                <c:pt idx="16">
                  <c:v>0.38967239414099802</c:v>
                </c:pt>
                <c:pt idx="17">
                  <c:v>0.39133632375762101</c:v>
                </c:pt>
                <c:pt idx="18">
                  <c:v>0.391929294370222</c:v>
                </c:pt>
                <c:pt idx="19">
                  <c:v>0.397850747066407</c:v>
                </c:pt>
                <c:pt idx="20">
                  <c:v>0.39852421229724999</c:v>
                </c:pt>
                <c:pt idx="21">
                  <c:v>0.39867448988868798</c:v>
                </c:pt>
                <c:pt idx="22">
                  <c:v>0.40001542776497001</c:v>
                </c:pt>
                <c:pt idx="23">
                  <c:v>0.40080840097533998</c:v>
                </c:pt>
                <c:pt idx="24">
                  <c:v>0.40146609831515101</c:v>
                </c:pt>
                <c:pt idx="25">
                  <c:v>0.40161872137657201</c:v>
                </c:pt>
                <c:pt idx="26">
                  <c:v>0.40332622169962901</c:v>
                </c:pt>
                <c:pt idx="27">
                  <c:v>0.40345949781025298</c:v>
                </c:pt>
                <c:pt idx="28">
                  <c:v>0.40378975377980098</c:v>
                </c:pt>
                <c:pt idx="29">
                  <c:v>0.40458239220612302</c:v>
                </c:pt>
                <c:pt idx="30">
                  <c:v>0.40486787934812402</c:v>
                </c:pt>
                <c:pt idx="31">
                  <c:v>0.40539806813767498</c:v>
                </c:pt>
                <c:pt idx="32">
                  <c:v>0.40643452641696598</c:v>
                </c:pt>
                <c:pt idx="33">
                  <c:v>0.40728403409722302</c:v>
                </c:pt>
                <c:pt idx="34">
                  <c:v>0.40788836212088198</c:v>
                </c:pt>
                <c:pt idx="35">
                  <c:v>0.40984538480451599</c:v>
                </c:pt>
                <c:pt idx="36">
                  <c:v>0.41016550504500399</c:v>
                </c:pt>
                <c:pt idx="37">
                  <c:v>0.41029853188098298</c:v>
                </c:pt>
                <c:pt idx="38">
                  <c:v>0.41253497576959902</c:v>
                </c:pt>
                <c:pt idx="39">
                  <c:v>0.41636959260217998</c:v>
                </c:pt>
                <c:pt idx="40">
                  <c:v>0.41742560427810099</c:v>
                </c:pt>
                <c:pt idx="41">
                  <c:v>0.426006691560328</c:v>
                </c:pt>
                <c:pt idx="42">
                  <c:v>0.43176230462273701</c:v>
                </c:pt>
                <c:pt idx="43">
                  <c:v>0.434125415573625</c:v>
                </c:pt>
                <c:pt idx="44">
                  <c:v>0.43462540801174798</c:v>
                </c:pt>
                <c:pt idx="45">
                  <c:v>0.43468135625012</c:v>
                </c:pt>
                <c:pt idx="46">
                  <c:v>0.436117552967072</c:v>
                </c:pt>
                <c:pt idx="47">
                  <c:v>0.43612476715364001</c:v>
                </c:pt>
                <c:pt idx="48">
                  <c:v>0.43882577218676</c:v>
                </c:pt>
                <c:pt idx="49">
                  <c:v>0.43924085280314501</c:v>
                </c:pt>
                <c:pt idx="50">
                  <c:v>0.44087799675311201</c:v>
                </c:pt>
                <c:pt idx="51">
                  <c:v>0.44165121134382401</c:v>
                </c:pt>
                <c:pt idx="52">
                  <c:v>0.44215641205466799</c:v>
                </c:pt>
                <c:pt idx="53">
                  <c:v>0.44698710057393898</c:v>
                </c:pt>
                <c:pt idx="54">
                  <c:v>0.44889955181331198</c:v>
                </c:pt>
                <c:pt idx="55">
                  <c:v>0.45081297811355697</c:v>
                </c:pt>
                <c:pt idx="56">
                  <c:v>0.451603806408301</c:v>
                </c:pt>
                <c:pt idx="57">
                  <c:v>0.451661038974429</c:v>
                </c:pt>
                <c:pt idx="58">
                  <c:v>0.45304172587973901</c:v>
                </c:pt>
                <c:pt idx="59">
                  <c:v>0.45374882404427902</c:v>
                </c:pt>
                <c:pt idx="60">
                  <c:v>0.45995682713381603</c:v>
                </c:pt>
                <c:pt idx="61">
                  <c:v>0.46235998854245602</c:v>
                </c:pt>
                <c:pt idx="62">
                  <c:v>0.46447475064318799</c:v>
                </c:pt>
                <c:pt idx="63">
                  <c:v>0.46596290532023599</c:v>
                </c:pt>
                <c:pt idx="64">
                  <c:v>0.47026134218854698</c:v>
                </c:pt>
                <c:pt idx="65">
                  <c:v>0.47313882248665701</c:v>
                </c:pt>
                <c:pt idx="66">
                  <c:v>0.47661276228673399</c:v>
                </c:pt>
                <c:pt idx="67">
                  <c:v>0.47679313259275302</c:v>
                </c:pt>
                <c:pt idx="68">
                  <c:v>0.47691601289263003</c:v>
                </c:pt>
                <c:pt idx="69">
                  <c:v>0.48096246629023698</c:v>
                </c:pt>
                <c:pt idx="70">
                  <c:v>0.48125343695060302</c:v>
                </c:pt>
                <c:pt idx="71">
                  <c:v>0.48188190031141398</c:v>
                </c:pt>
                <c:pt idx="72">
                  <c:v>0.482602579801508</c:v>
                </c:pt>
                <c:pt idx="73">
                  <c:v>0.48380969527489998</c:v>
                </c:pt>
                <c:pt idx="74">
                  <c:v>0.48653157385696799</c:v>
                </c:pt>
                <c:pt idx="75">
                  <c:v>0.49145279690741001</c:v>
                </c:pt>
                <c:pt idx="76">
                  <c:v>0.49347148422995701</c:v>
                </c:pt>
                <c:pt idx="77">
                  <c:v>0.49450882156922998</c:v>
                </c:pt>
                <c:pt idx="78">
                  <c:v>0.49845819723271501</c:v>
                </c:pt>
                <c:pt idx="79">
                  <c:v>0.49883845426775503</c:v>
                </c:pt>
                <c:pt idx="80">
                  <c:v>0.49965175928863897</c:v>
                </c:pt>
                <c:pt idx="81">
                  <c:v>0.49995101915968099</c:v>
                </c:pt>
                <c:pt idx="82">
                  <c:v>0.50634810698584698</c:v>
                </c:pt>
                <c:pt idx="83">
                  <c:v>0.50796680431489705</c:v>
                </c:pt>
                <c:pt idx="84">
                  <c:v>0.50869870406139805</c:v>
                </c:pt>
                <c:pt idx="85">
                  <c:v>0.51067788400101899</c:v>
                </c:pt>
                <c:pt idx="86">
                  <c:v>0.51262440054118497</c:v>
                </c:pt>
                <c:pt idx="87">
                  <c:v>0.51272373835780605</c:v>
                </c:pt>
                <c:pt idx="88">
                  <c:v>0.51287580527156995</c:v>
                </c:pt>
                <c:pt idx="89">
                  <c:v>0.51391404783092998</c:v>
                </c:pt>
                <c:pt idx="90">
                  <c:v>0.514355621047066</c:v>
                </c:pt>
                <c:pt idx="91">
                  <c:v>0.51592511466831303</c:v>
                </c:pt>
                <c:pt idx="92">
                  <c:v>0.51682258301109096</c:v>
                </c:pt>
                <c:pt idx="93">
                  <c:v>0.52294703014351596</c:v>
                </c:pt>
                <c:pt idx="94">
                  <c:v>0.52465232245859605</c:v>
                </c:pt>
                <c:pt idx="95">
                  <c:v>0.52527539264397305</c:v>
                </c:pt>
                <c:pt idx="96">
                  <c:v>0.52560331019653395</c:v>
                </c:pt>
                <c:pt idx="97">
                  <c:v>0.52731418289457099</c:v>
                </c:pt>
                <c:pt idx="98">
                  <c:v>0.52752850129212403</c:v>
                </c:pt>
                <c:pt idx="99">
                  <c:v>0.52815120816487804</c:v>
                </c:pt>
                <c:pt idx="100">
                  <c:v>0.52866087744943302</c:v>
                </c:pt>
                <c:pt idx="101">
                  <c:v>0.52914777691225001</c:v>
                </c:pt>
                <c:pt idx="102">
                  <c:v>0.53049801227179205</c:v>
                </c:pt>
                <c:pt idx="103">
                  <c:v>0.53119618707462701</c:v>
                </c:pt>
                <c:pt idx="104">
                  <c:v>0.531560145563297</c:v>
                </c:pt>
                <c:pt idx="105">
                  <c:v>0.53394226830965197</c:v>
                </c:pt>
                <c:pt idx="106">
                  <c:v>0.53399275719043304</c:v>
                </c:pt>
                <c:pt idx="107">
                  <c:v>0.53758810290074899</c:v>
                </c:pt>
                <c:pt idx="108">
                  <c:v>0.53902171822723599</c:v>
                </c:pt>
                <c:pt idx="109">
                  <c:v>0.53958900172774804</c:v>
                </c:pt>
                <c:pt idx="110">
                  <c:v>0.53966549882191495</c:v>
                </c:pt>
                <c:pt idx="111">
                  <c:v>0.54030764462031999</c:v>
                </c:pt>
                <c:pt idx="112">
                  <c:v>0.54370433636305604</c:v>
                </c:pt>
                <c:pt idx="113">
                  <c:v>0.543766156442125</c:v>
                </c:pt>
                <c:pt idx="114">
                  <c:v>0.54466448481889895</c:v>
                </c:pt>
                <c:pt idx="115">
                  <c:v>0.544803265650465</c:v>
                </c:pt>
                <c:pt idx="116">
                  <c:v>0.54848413601574497</c:v>
                </c:pt>
                <c:pt idx="117">
                  <c:v>0.55054567498950002</c:v>
                </c:pt>
                <c:pt idx="118">
                  <c:v>0.55061949011644995</c:v>
                </c:pt>
                <c:pt idx="119">
                  <c:v>0.555425372674343</c:v>
                </c:pt>
                <c:pt idx="120">
                  <c:v>0.55636786667454896</c:v>
                </c:pt>
                <c:pt idx="121">
                  <c:v>0.55642831221630495</c:v>
                </c:pt>
                <c:pt idx="122">
                  <c:v>0.55967649784592399</c:v>
                </c:pt>
                <c:pt idx="123">
                  <c:v>0.56648584463082596</c:v>
                </c:pt>
                <c:pt idx="124">
                  <c:v>0.566495254564373</c:v>
                </c:pt>
                <c:pt idx="125">
                  <c:v>0.56731520118406897</c:v>
                </c:pt>
                <c:pt idx="126">
                  <c:v>0.56900126356074698</c:v>
                </c:pt>
                <c:pt idx="127">
                  <c:v>0.57074585830463997</c:v>
                </c:pt>
                <c:pt idx="128">
                  <c:v>0.57180816231840104</c:v>
                </c:pt>
                <c:pt idx="129">
                  <c:v>0.57378709384056104</c:v>
                </c:pt>
                <c:pt idx="130">
                  <c:v>0.57422273924559197</c:v>
                </c:pt>
                <c:pt idx="131">
                  <c:v>0.57447999788221105</c:v>
                </c:pt>
                <c:pt idx="132">
                  <c:v>0.57562014545599305</c:v>
                </c:pt>
                <c:pt idx="133">
                  <c:v>0.57620818986719202</c:v>
                </c:pt>
                <c:pt idx="134">
                  <c:v>0.57767002631145603</c:v>
                </c:pt>
                <c:pt idx="135">
                  <c:v>0.57825704478703699</c:v>
                </c:pt>
                <c:pt idx="136">
                  <c:v>0.57887611611563705</c:v>
                </c:pt>
                <c:pt idx="137">
                  <c:v>0.58170610568429004</c:v>
                </c:pt>
                <c:pt idx="138">
                  <c:v>0.582423569664833</c:v>
                </c:pt>
                <c:pt idx="139">
                  <c:v>0.58302379117731096</c:v>
                </c:pt>
                <c:pt idx="140">
                  <c:v>0.58475392816229299</c:v>
                </c:pt>
                <c:pt idx="141">
                  <c:v>0.58504315988340505</c:v>
                </c:pt>
                <c:pt idx="142">
                  <c:v>0.58567049483079003</c:v>
                </c:pt>
                <c:pt idx="143">
                  <c:v>0.58730408366873699</c:v>
                </c:pt>
                <c:pt idx="144">
                  <c:v>0.58796815534732605</c:v>
                </c:pt>
                <c:pt idx="145">
                  <c:v>0.59020697087823504</c:v>
                </c:pt>
                <c:pt idx="146">
                  <c:v>0.59035669905171095</c:v>
                </c:pt>
                <c:pt idx="147">
                  <c:v>0.59150249332021299</c:v>
                </c:pt>
                <c:pt idx="148">
                  <c:v>0.592705207162183</c:v>
                </c:pt>
                <c:pt idx="149">
                  <c:v>0.59278544592306304</c:v>
                </c:pt>
                <c:pt idx="150">
                  <c:v>0.59385920811883597</c:v>
                </c:pt>
                <c:pt idx="151">
                  <c:v>0.59517422507995499</c:v>
                </c:pt>
                <c:pt idx="152">
                  <c:v>0.59589794576545796</c:v>
                </c:pt>
                <c:pt idx="153">
                  <c:v>0.599395238609155</c:v>
                </c:pt>
                <c:pt idx="154">
                  <c:v>0.59998034597635197</c:v>
                </c:pt>
                <c:pt idx="155">
                  <c:v>0.60165696261757196</c:v>
                </c:pt>
                <c:pt idx="156">
                  <c:v>0.60165701242463099</c:v>
                </c:pt>
                <c:pt idx="157">
                  <c:v>0.60183834293452798</c:v>
                </c:pt>
                <c:pt idx="158">
                  <c:v>0.60418704727580097</c:v>
                </c:pt>
                <c:pt idx="159">
                  <c:v>0.60528966530068096</c:v>
                </c:pt>
                <c:pt idx="160">
                  <c:v>0.60803403593411398</c:v>
                </c:pt>
                <c:pt idx="161">
                  <c:v>0.60904357818513</c:v>
                </c:pt>
                <c:pt idx="162">
                  <c:v>0.61125301782860197</c:v>
                </c:pt>
                <c:pt idx="163">
                  <c:v>0.61153590312083095</c:v>
                </c:pt>
                <c:pt idx="164">
                  <c:v>0.61156430918690996</c:v>
                </c:pt>
                <c:pt idx="165">
                  <c:v>0.61170020430262495</c:v>
                </c:pt>
                <c:pt idx="166">
                  <c:v>0.61222367878369999</c:v>
                </c:pt>
                <c:pt idx="167">
                  <c:v>0.61241838328799103</c:v>
                </c:pt>
                <c:pt idx="168">
                  <c:v>0.61538551890630799</c:v>
                </c:pt>
                <c:pt idx="169">
                  <c:v>0.61725624972627102</c:v>
                </c:pt>
                <c:pt idx="170">
                  <c:v>0.61855310675224495</c:v>
                </c:pt>
                <c:pt idx="171">
                  <c:v>0.61886928647774297</c:v>
                </c:pt>
                <c:pt idx="172">
                  <c:v>0.61983467760384803</c:v>
                </c:pt>
                <c:pt idx="173">
                  <c:v>0.62058453172872097</c:v>
                </c:pt>
                <c:pt idx="174">
                  <c:v>0.62152341773919095</c:v>
                </c:pt>
                <c:pt idx="175">
                  <c:v>0.62160713271860102</c:v>
                </c:pt>
                <c:pt idx="176">
                  <c:v>0.62488481924552297</c:v>
                </c:pt>
                <c:pt idx="177">
                  <c:v>0.62535878745761397</c:v>
                </c:pt>
                <c:pt idx="178">
                  <c:v>0.63184930062973899</c:v>
                </c:pt>
                <c:pt idx="179">
                  <c:v>0.63196673064292197</c:v>
                </c:pt>
                <c:pt idx="180">
                  <c:v>0.63370095362328305</c:v>
                </c:pt>
                <c:pt idx="181">
                  <c:v>0.63390708598716095</c:v>
                </c:pt>
                <c:pt idx="182">
                  <c:v>0.63502345968820995</c:v>
                </c:pt>
                <c:pt idx="183">
                  <c:v>0.63510687872202698</c:v>
                </c:pt>
                <c:pt idx="184">
                  <c:v>0.63604985546564696</c:v>
                </c:pt>
                <c:pt idx="185">
                  <c:v>0.63750774639849395</c:v>
                </c:pt>
                <c:pt idx="186">
                  <c:v>0.63782623453725396</c:v>
                </c:pt>
                <c:pt idx="187">
                  <c:v>0.64024766484927997</c:v>
                </c:pt>
                <c:pt idx="188">
                  <c:v>0.64152519631601401</c:v>
                </c:pt>
                <c:pt idx="189">
                  <c:v>0.641733445676689</c:v>
                </c:pt>
                <c:pt idx="190">
                  <c:v>0.64274232343969495</c:v>
                </c:pt>
                <c:pt idx="191">
                  <c:v>0.64422955889105205</c:v>
                </c:pt>
                <c:pt idx="192">
                  <c:v>0.64485718297486005</c:v>
                </c:pt>
                <c:pt idx="193">
                  <c:v>0.64487728693924096</c:v>
                </c:pt>
                <c:pt idx="194">
                  <c:v>0.64539149694439901</c:v>
                </c:pt>
                <c:pt idx="195">
                  <c:v>0.64823910722788702</c:v>
                </c:pt>
                <c:pt idx="196">
                  <c:v>0.64851917435503403</c:v>
                </c:pt>
                <c:pt idx="197">
                  <c:v>0.64943360918901405</c:v>
                </c:pt>
                <c:pt idx="198">
                  <c:v>0.65381356011102598</c:v>
                </c:pt>
                <c:pt idx="199">
                  <c:v>0.65400146846193496</c:v>
                </c:pt>
                <c:pt idx="200">
                  <c:v>0.65537856944244399</c:v>
                </c:pt>
                <c:pt idx="201">
                  <c:v>0.65831045283943701</c:v>
                </c:pt>
                <c:pt idx="202">
                  <c:v>0.65851324674330403</c:v>
                </c:pt>
                <c:pt idx="203">
                  <c:v>0.65952149518221104</c:v>
                </c:pt>
                <c:pt idx="204">
                  <c:v>0.66011227198602995</c:v>
                </c:pt>
                <c:pt idx="205">
                  <c:v>0.66181931119631798</c:v>
                </c:pt>
                <c:pt idx="206">
                  <c:v>0.66262943559464205</c:v>
                </c:pt>
                <c:pt idx="207">
                  <c:v>0.663526912953323</c:v>
                </c:pt>
                <c:pt idx="208">
                  <c:v>0.67057521762120897</c:v>
                </c:pt>
                <c:pt idx="209">
                  <c:v>0.67274336799937695</c:v>
                </c:pt>
                <c:pt idx="210">
                  <c:v>0.67351309917900803</c:v>
                </c:pt>
                <c:pt idx="211">
                  <c:v>0.67430100264192605</c:v>
                </c:pt>
                <c:pt idx="212">
                  <c:v>0.67525017805796805</c:v>
                </c:pt>
                <c:pt idx="213">
                  <c:v>0.676641721647258</c:v>
                </c:pt>
                <c:pt idx="214">
                  <c:v>0.67686041388387297</c:v>
                </c:pt>
                <c:pt idx="215">
                  <c:v>0.67753091374476804</c:v>
                </c:pt>
                <c:pt idx="216">
                  <c:v>0.67795759396743405</c:v>
                </c:pt>
                <c:pt idx="217">
                  <c:v>0.67799635027766003</c:v>
                </c:pt>
                <c:pt idx="218">
                  <c:v>0.67845556650316796</c:v>
                </c:pt>
                <c:pt idx="219">
                  <c:v>0.68000091264519102</c:v>
                </c:pt>
                <c:pt idx="220">
                  <c:v>0.68145562594624898</c:v>
                </c:pt>
                <c:pt idx="221">
                  <c:v>0.681547805982476</c:v>
                </c:pt>
                <c:pt idx="222">
                  <c:v>0.68323611377662297</c:v>
                </c:pt>
                <c:pt idx="223">
                  <c:v>0.68411208950812596</c:v>
                </c:pt>
                <c:pt idx="224">
                  <c:v>0.68467124804208301</c:v>
                </c:pt>
                <c:pt idx="225">
                  <c:v>0.68508209117486996</c:v>
                </c:pt>
                <c:pt idx="226">
                  <c:v>0.68512300409998905</c:v>
                </c:pt>
                <c:pt idx="227">
                  <c:v>0.68639496453739901</c:v>
                </c:pt>
                <c:pt idx="228">
                  <c:v>0.68640454379506699</c:v>
                </c:pt>
                <c:pt idx="229">
                  <c:v>0.69057613763318304</c:v>
                </c:pt>
                <c:pt idx="230">
                  <c:v>0.69169905693664202</c:v>
                </c:pt>
                <c:pt idx="231">
                  <c:v>0.69194489766932699</c:v>
                </c:pt>
                <c:pt idx="232">
                  <c:v>0.69239663961834796</c:v>
                </c:pt>
                <c:pt idx="233">
                  <c:v>0.69256457842152097</c:v>
                </c:pt>
                <c:pt idx="234">
                  <c:v>0.69330501353440999</c:v>
                </c:pt>
                <c:pt idx="235">
                  <c:v>0.69494100781251</c:v>
                </c:pt>
                <c:pt idx="236">
                  <c:v>0.69628223455732297</c:v>
                </c:pt>
                <c:pt idx="237">
                  <c:v>0.69658888075216996</c:v>
                </c:pt>
                <c:pt idx="238">
                  <c:v>0.69827779227415498</c:v>
                </c:pt>
                <c:pt idx="239">
                  <c:v>0.69892153800851597</c:v>
                </c:pt>
                <c:pt idx="240">
                  <c:v>0.69976037896384102</c:v>
                </c:pt>
                <c:pt idx="241">
                  <c:v>0.70187803538789995</c:v>
                </c:pt>
                <c:pt idx="242">
                  <c:v>0.70394089750123701</c:v>
                </c:pt>
                <c:pt idx="243">
                  <c:v>0.70446288256124501</c:v>
                </c:pt>
                <c:pt idx="244">
                  <c:v>0.70459092961609604</c:v>
                </c:pt>
                <c:pt idx="245">
                  <c:v>0.70513461414118705</c:v>
                </c:pt>
                <c:pt idx="246">
                  <c:v>0.70513565000437906</c:v>
                </c:pt>
                <c:pt idx="247">
                  <c:v>0.70791163857954598</c:v>
                </c:pt>
                <c:pt idx="248">
                  <c:v>0.709674733984762</c:v>
                </c:pt>
                <c:pt idx="249">
                  <c:v>0.71072602951055297</c:v>
                </c:pt>
                <c:pt idx="250">
                  <c:v>0.71191390299661705</c:v>
                </c:pt>
                <c:pt idx="251">
                  <c:v>0.71255683666721104</c:v>
                </c:pt>
                <c:pt idx="252">
                  <c:v>0.71551663535939303</c:v>
                </c:pt>
                <c:pt idx="253">
                  <c:v>0.71723350417332898</c:v>
                </c:pt>
                <c:pt idx="254">
                  <c:v>0.71754502916847296</c:v>
                </c:pt>
                <c:pt idx="255">
                  <c:v>0.71916966652348402</c:v>
                </c:pt>
                <c:pt idx="256">
                  <c:v>0.71993350212652596</c:v>
                </c:pt>
                <c:pt idx="257">
                  <c:v>0.72072736731718101</c:v>
                </c:pt>
                <c:pt idx="258">
                  <c:v>0.72176900771744501</c:v>
                </c:pt>
                <c:pt idx="259">
                  <c:v>0.72233469188701005</c:v>
                </c:pt>
                <c:pt idx="260">
                  <c:v>0.72340673024375601</c:v>
                </c:pt>
                <c:pt idx="261">
                  <c:v>0.72505760018327703</c:v>
                </c:pt>
                <c:pt idx="262">
                  <c:v>0.72537771761908598</c:v>
                </c:pt>
                <c:pt idx="263">
                  <c:v>0.72640205000374902</c:v>
                </c:pt>
                <c:pt idx="264">
                  <c:v>0.72646947580972199</c:v>
                </c:pt>
                <c:pt idx="265">
                  <c:v>0.72728678726250695</c:v>
                </c:pt>
                <c:pt idx="266">
                  <c:v>0.72739636141207997</c:v>
                </c:pt>
                <c:pt idx="267">
                  <c:v>0.72778503835374397</c:v>
                </c:pt>
                <c:pt idx="268">
                  <c:v>0.72812859718429501</c:v>
                </c:pt>
                <c:pt idx="269">
                  <c:v>0.72831397951526</c:v>
                </c:pt>
                <c:pt idx="270">
                  <c:v>0.72948147630524895</c:v>
                </c:pt>
                <c:pt idx="271">
                  <c:v>0.73376737957479299</c:v>
                </c:pt>
                <c:pt idx="272">
                  <c:v>0.73519400979493099</c:v>
                </c:pt>
                <c:pt idx="273">
                  <c:v>0.73607206794621804</c:v>
                </c:pt>
                <c:pt idx="274">
                  <c:v>0.73711660690473502</c:v>
                </c:pt>
                <c:pt idx="275">
                  <c:v>0.73803820921333196</c:v>
                </c:pt>
                <c:pt idx="276">
                  <c:v>0.73853192353175201</c:v>
                </c:pt>
                <c:pt idx="277">
                  <c:v>0.73942617198289196</c:v>
                </c:pt>
                <c:pt idx="278">
                  <c:v>0.74030326766561705</c:v>
                </c:pt>
                <c:pt idx="279">
                  <c:v>0.74171395346145297</c:v>
                </c:pt>
                <c:pt idx="280">
                  <c:v>0.74206103814457702</c:v>
                </c:pt>
                <c:pt idx="281">
                  <c:v>0.74266658524501095</c:v>
                </c:pt>
                <c:pt idx="282">
                  <c:v>0.74429948939370405</c:v>
                </c:pt>
                <c:pt idx="283">
                  <c:v>0.74651688119511705</c:v>
                </c:pt>
                <c:pt idx="284">
                  <c:v>0.74733590715610299</c:v>
                </c:pt>
                <c:pt idx="285">
                  <c:v>0.75063407915144598</c:v>
                </c:pt>
                <c:pt idx="286">
                  <c:v>0.75170687543400705</c:v>
                </c:pt>
                <c:pt idx="287">
                  <c:v>0.75189693129768298</c:v>
                </c:pt>
                <c:pt idx="288">
                  <c:v>0.75265862016446095</c:v>
                </c:pt>
                <c:pt idx="289">
                  <c:v>0.75566557092618702</c:v>
                </c:pt>
                <c:pt idx="290">
                  <c:v>0.75583257200391796</c:v>
                </c:pt>
                <c:pt idx="291">
                  <c:v>0.75629334035046702</c:v>
                </c:pt>
                <c:pt idx="292">
                  <c:v>0.75719666190512702</c:v>
                </c:pt>
                <c:pt idx="293">
                  <c:v>0.75878826555377199</c:v>
                </c:pt>
                <c:pt idx="294">
                  <c:v>0.76453695460493198</c:v>
                </c:pt>
                <c:pt idx="295">
                  <c:v>0.76542527978514097</c:v>
                </c:pt>
                <c:pt idx="296">
                  <c:v>0.76591576637595105</c:v>
                </c:pt>
                <c:pt idx="297">
                  <c:v>0.76757734347306406</c:v>
                </c:pt>
                <c:pt idx="298">
                  <c:v>0.76793969706878695</c:v>
                </c:pt>
                <c:pt idx="299">
                  <c:v>0.76895991499781502</c:v>
                </c:pt>
                <c:pt idx="300">
                  <c:v>0.77045429255915099</c:v>
                </c:pt>
                <c:pt idx="301">
                  <c:v>0.77472708817460401</c:v>
                </c:pt>
                <c:pt idx="302">
                  <c:v>0.77584769184479496</c:v>
                </c:pt>
                <c:pt idx="303">
                  <c:v>0.77948044291511898</c:v>
                </c:pt>
                <c:pt idx="304">
                  <c:v>0.78136312882633496</c:v>
                </c:pt>
                <c:pt idx="305">
                  <c:v>0.78371512818937095</c:v>
                </c:pt>
                <c:pt idx="306">
                  <c:v>0.78423445169625705</c:v>
                </c:pt>
                <c:pt idx="307">
                  <c:v>0.78558082434493703</c:v>
                </c:pt>
                <c:pt idx="308">
                  <c:v>0.78753622715356597</c:v>
                </c:pt>
                <c:pt idx="309">
                  <c:v>0.78859275824643005</c:v>
                </c:pt>
                <c:pt idx="310">
                  <c:v>0.7896841343712</c:v>
                </c:pt>
                <c:pt idx="311">
                  <c:v>0.78972803125019198</c:v>
                </c:pt>
                <c:pt idx="312">
                  <c:v>0.79204616340060596</c:v>
                </c:pt>
                <c:pt idx="313">
                  <c:v>0.79843617533494204</c:v>
                </c:pt>
                <c:pt idx="314">
                  <c:v>0.79939570780081604</c:v>
                </c:pt>
                <c:pt idx="315">
                  <c:v>0.80003498555509001</c:v>
                </c:pt>
                <c:pt idx="316">
                  <c:v>0.80405412044671498</c:v>
                </c:pt>
                <c:pt idx="317">
                  <c:v>0.811719296779987</c:v>
                </c:pt>
                <c:pt idx="318">
                  <c:v>0.81358207294907803</c:v>
                </c:pt>
                <c:pt idx="319">
                  <c:v>0.81618757329280101</c:v>
                </c:pt>
                <c:pt idx="320">
                  <c:v>0.82128032719601396</c:v>
                </c:pt>
                <c:pt idx="321">
                  <c:v>0.8219948785915</c:v>
                </c:pt>
                <c:pt idx="322">
                  <c:v>0.82247362553907499</c:v>
                </c:pt>
                <c:pt idx="323">
                  <c:v>0.82550158728221501</c:v>
                </c:pt>
                <c:pt idx="324">
                  <c:v>0.82576639797190399</c:v>
                </c:pt>
                <c:pt idx="325">
                  <c:v>0.83041456189049301</c:v>
                </c:pt>
                <c:pt idx="326">
                  <c:v>0.83273900206687301</c:v>
                </c:pt>
                <c:pt idx="327">
                  <c:v>0.83459702674042202</c:v>
                </c:pt>
                <c:pt idx="328">
                  <c:v>0.839275990744071</c:v>
                </c:pt>
                <c:pt idx="329">
                  <c:v>0.84561526998853898</c:v>
                </c:pt>
                <c:pt idx="330">
                  <c:v>0.84784141333613805</c:v>
                </c:pt>
                <c:pt idx="331">
                  <c:v>0.84839633530314995</c:v>
                </c:pt>
                <c:pt idx="332">
                  <c:v>0.84956479864645096</c:v>
                </c:pt>
                <c:pt idx="333">
                  <c:v>0.84970156068249703</c:v>
                </c:pt>
                <c:pt idx="334">
                  <c:v>0.85065275938213603</c:v>
                </c:pt>
                <c:pt idx="335">
                  <c:v>0.85378162952621794</c:v>
                </c:pt>
                <c:pt idx="336">
                  <c:v>0.85500996603997903</c:v>
                </c:pt>
                <c:pt idx="337">
                  <c:v>0.858018775079195</c:v>
                </c:pt>
                <c:pt idx="338">
                  <c:v>0.85837705492698302</c:v>
                </c:pt>
                <c:pt idx="339">
                  <c:v>0.86543447216470104</c:v>
                </c:pt>
                <c:pt idx="340">
                  <c:v>0.86650889679666299</c:v>
                </c:pt>
                <c:pt idx="341">
                  <c:v>0.86707118668961403</c:v>
                </c:pt>
                <c:pt idx="342">
                  <c:v>0.86754019044759501</c:v>
                </c:pt>
                <c:pt idx="343">
                  <c:v>0.86783432343126399</c:v>
                </c:pt>
                <c:pt idx="344">
                  <c:v>0.86817177797913903</c:v>
                </c:pt>
                <c:pt idx="345">
                  <c:v>0.869224154883106</c:v>
                </c:pt>
                <c:pt idx="346">
                  <c:v>0.87075104367043099</c:v>
                </c:pt>
                <c:pt idx="347">
                  <c:v>0.87378347631041497</c:v>
                </c:pt>
                <c:pt idx="348">
                  <c:v>0.87391601089653304</c:v>
                </c:pt>
                <c:pt idx="349">
                  <c:v>0.87637316134612298</c:v>
                </c:pt>
                <c:pt idx="350">
                  <c:v>0.87889650581225398</c:v>
                </c:pt>
                <c:pt idx="351">
                  <c:v>0.88503070901640901</c:v>
                </c:pt>
                <c:pt idx="352">
                  <c:v>0.88636312843359399</c:v>
                </c:pt>
                <c:pt idx="353">
                  <c:v>0.88886875690987599</c:v>
                </c:pt>
                <c:pt idx="354">
                  <c:v>0.89083351461054905</c:v>
                </c:pt>
                <c:pt idx="355">
                  <c:v>0.89392464358234502</c:v>
                </c:pt>
                <c:pt idx="356">
                  <c:v>0.89491506474171301</c:v>
                </c:pt>
                <c:pt idx="357">
                  <c:v>0.89875954576660899</c:v>
                </c:pt>
                <c:pt idx="358">
                  <c:v>0.89976937899863396</c:v>
                </c:pt>
                <c:pt idx="359">
                  <c:v>0.90053335226666698</c:v>
                </c:pt>
                <c:pt idx="360">
                  <c:v>0.90123732114825805</c:v>
                </c:pt>
                <c:pt idx="361">
                  <c:v>0.91028218815069195</c:v>
                </c:pt>
                <c:pt idx="362">
                  <c:v>0.91043920430927705</c:v>
                </c:pt>
                <c:pt idx="363">
                  <c:v>0.91420042328318396</c:v>
                </c:pt>
                <c:pt idx="364">
                  <c:v>0.925331565792611</c:v>
                </c:pt>
                <c:pt idx="365">
                  <c:v>0.92644018496160596</c:v>
                </c:pt>
                <c:pt idx="366">
                  <c:v>0.92897252982033196</c:v>
                </c:pt>
                <c:pt idx="367">
                  <c:v>0.93108110943236599</c:v>
                </c:pt>
                <c:pt idx="368">
                  <c:v>0.93214171398248202</c:v>
                </c:pt>
                <c:pt idx="369">
                  <c:v>0.93706548893047903</c:v>
                </c:pt>
                <c:pt idx="370">
                  <c:v>0.93710913723377598</c:v>
                </c:pt>
                <c:pt idx="371">
                  <c:v>0.93717897629500901</c:v>
                </c:pt>
                <c:pt idx="372">
                  <c:v>0.94490869414673295</c:v>
                </c:pt>
                <c:pt idx="373">
                  <c:v>0.94875801024894102</c:v>
                </c:pt>
                <c:pt idx="374">
                  <c:v>0.94938795527659903</c:v>
                </c:pt>
                <c:pt idx="375">
                  <c:v>0.954377363120543</c:v>
                </c:pt>
                <c:pt idx="376">
                  <c:v>0.96335956448411497</c:v>
                </c:pt>
                <c:pt idx="377">
                  <c:v>0.964213696241078</c:v>
                </c:pt>
                <c:pt idx="378">
                  <c:v>0.974902270576671</c:v>
                </c:pt>
                <c:pt idx="379">
                  <c:v>0.97504436781100201</c:v>
                </c:pt>
                <c:pt idx="380">
                  <c:v>0.977183056361564</c:v>
                </c:pt>
                <c:pt idx="381">
                  <c:v>0.99178841961030195</c:v>
                </c:pt>
                <c:pt idx="382">
                  <c:v>0.99617316174973403</c:v>
                </c:pt>
                <c:pt idx="383">
                  <c:v>1.0002641915638599</c:v>
                </c:pt>
                <c:pt idx="384">
                  <c:v>1.0003165267648899</c:v>
                </c:pt>
                <c:pt idx="385">
                  <c:v>1.00145298641324</c:v>
                </c:pt>
                <c:pt idx="386">
                  <c:v>1.0064965956024201</c:v>
                </c:pt>
                <c:pt idx="387">
                  <c:v>1.00669863927023</c:v>
                </c:pt>
                <c:pt idx="388">
                  <c:v>1.0116329410648901</c:v>
                </c:pt>
                <c:pt idx="389">
                  <c:v>1.0142450040729201</c:v>
                </c:pt>
                <c:pt idx="390">
                  <c:v>1.0197013368246</c:v>
                </c:pt>
                <c:pt idx="391">
                  <c:v>1.0216022223582</c:v>
                </c:pt>
                <c:pt idx="392">
                  <c:v>1.0239697385034801</c:v>
                </c:pt>
                <c:pt idx="393">
                  <c:v>1.02943274252037</c:v>
                </c:pt>
                <c:pt idx="394">
                  <c:v>1.03211024509986</c:v>
                </c:pt>
                <c:pt idx="395">
                  <c:v>1.0407328282697199</c:v>
                </c:pt>
                <c:pt idx="396">
                  <c:v>1.0574396671113899</c:v>
                </c:pt>
                <c:pt idx="397">
                  <c:v>1.07516231370071</c:v>
                </c:pt>
                <c:pt idx="398">
                  <c:v>1.0768283382450401</c:v>
                </c:pt>
                <c:pt idx="399">
                  <c:v>1.0808837959358399</c:v>
                </c:pt>
                <c:pt idx="400">
                  <c:v>1.09663442541199</c:v>
                </c:pt>
                <c:pt idx="401">
                  <c:v>1.1038859929251901</c:v>
                </c:pt>
                <c:pt idx="402">
                  <c:v>1.11262898667849</c:v>
                </c:pt>
                <c:pt idx="403">
                  <c:v>1.1131938278062601</c:v>
                </c:pt>
                <c:pt idx="404">
                  <c:v>1.1141098968961101</c:v>
                </c:pt>
                <c:pt idx="405">
                  <c:v>1.11420614495169</c:v>
                </c:pt>
                <c:pt idx="406">
                  <c:v>1.1166463394000801</c:v>
                </c:pt>
                <c:pt idx="407">
                  <c:v>1.1172652268090599</c:v>
                </c:pt>
                <c:pt idx="408">
                  <c:v>1.12154373083582</c:v>
                </c:pt>
                <c:pt idx="409">
                  <c:v>1.1283205159363601</c:v>
                </c:pt>
                <c:pt idx="410">
                  <c:v>1.13330896025378</c:v>
                </c:pt>
                <c:pt idx="411">
                  <c:v>1.13862835543316</c:v>
                </c:pt>
                <c:pt idx="412">
                  <c:v>1.1421043512693201</c:v>
                </c:pt>
                <c:pt idx="413">
                  <c:v>1.1429836951633801</c:v>
                </c:pt>
                <c:pt idx="414">
                  <c:v>1.1432285354266101</c:v>
                </c:pt>
                <c:pt idx="415">
                  <c:v>1.1447573145508101</c:v>
                </c:pt>
                <c:pt idx="416">
                  <c:v>1.1489129880128801</c:v>
                </c:pt>
                <c:pt idx="417">
                  <c:v>1.14935297258915</c:v>
                </c:pt>
                <c:pt idx="418">
                  <c:v>1.16151055910686</c:v>
                </c:pt>
                <c:pt idx="419">
                  <c:v>1.1657148563169699</c:v>
                </c:pt>
                <c:pt idx="420">
                  <c:v>1.1696520171718701</c:v>
                </c:pt>
                <c:pt idx="421">
                  <c:v>1.1718453827156601</c:v>
                </c:pt>
                <c:pt idx="422">
                  <c:v>1.18302417838554</c:v>
                </c:pt>
                <c:pt idx="423">
                  <c:v>1.1924050746747401</c:v>
                </c:pt>
                <c:pt idx="424">
                  <c:v>1.1967709147018</c:v>
                </c:pt>
                <c:pt idx="425">
                  <c:v>1.1977774587199901</c:v>
                </c:pt>
                <c:pt idx="426">
                  <c:v>1.19969216084382</c:v>
                </c:pt>
                <c:pt idx="427">
                  <c:v>1.2014677741602899</c:v>
                </c:pt>
                <c:pt idx="428">
                  <c:v>1.2032741170056001</c:v>
                </c:pt>
                <c:pt idx="429">
                  <c:v>1.2041718607059499</c:v>
                </c:pt>
                <c:pt idx="430">
                  <c:v>1.2090096149363601</c:v>
                </c:pt>
                <c:pt idx="431">
                  <c:v>1.20902427751411</c:v>
                </c:pt>
                <c:pt idx="432">
                  <c:v>1.22215521340947</c:v>
                </c:pt>
                <c:pt idx="433">
                  <c:v>1.2333001487162301</c:v>
                </c:pt>
                <c:pt idx="434">
                  <c:v>1.23745124615951</c:v>
                </c:pt>
                <c:pt idx="435">
                  <c:v>1.2385641858044001</c:v>
                </c:pt>
                <c:pt idx="436">
                  <c:v>1.2534952367690799</c:v>
                </c:pt>
                <c:pt idx="437">
                  <c:v>1.2647148585511201</c:v>
                </c:pt>
                <c:pt idx="438">
                  <c:v>1.2672906328428799</c:v>
                </c:pt>
                <c:pt idx="439">
                  <c:v>1.2682353996840701</c:v>
                </c:pt>
                <c:pt idx="440">
                  <c:v>1.2793426108952901</c:v>
                </c:pt>
                <c:pt idx="441">
                  <c:v>1.28738218539085</c:v>
                </c:pt>
                <c:pt idx="442">
                  <c:v>1.2877003203190001</c:v>
                </c:pt>
                <c:pt idx="443">
                  <c:v>1.2903064090518599</c:v>
                </c:pt>
                <c:pt idx="444">
                  <c:v>1.3098418963524701</c:v>
                </c:pt>
                <c:pt idx="445">
                  <c:v>1.3159439916312601</c:v>
                </c:pt>
                <c:pt idx="446">
                  <c:v>1.3180454747368899</c:v>
                </c:pt>
                <c:pt idx="447">
                  <c:v>1.31933812611265</c:v>
                </c:pt>
                <c:pt idx="448">
                  <c:v>1.32830096456845</c:v>
                </c:pt>
                <c:pt idx="449">
                  <c:v>1.34749426798184</c:v>
                </c:pt>
                <c:pt idx="450">
                  <c:v>1.3513328492390699</c:v>
                </c:pt>
                <c:pt idx="451">
                  <c:v>1.3566055044968199</c:v>
                </c:pt>
                <c:pt idx="452">
                  <c:v>1.37113621143596</c:v>
                </c:pt>
                <c:pt idx="453">
                  <c:v>1.3920966222303801</c:v>
                </c:pt>
                <c:pt idx="454">
                  <c:v>1.39679783420807</c:v>
                </c:pt>
                <c:pt idx="455">
                  <c:v>1.40095790306038</c:v>
                </c:pt>
                <c:pt idx="456">
                  <c:v>1.4094434767493</c:v>
                </c:pt>
                <c:pt idx="457">
                  <c:v>1.42803346030561</c:v>
                </c:pt>
                <c:pt idx="458">
                  <c:v>1.4402819572783201</c:v>
                </c:pt>
                <c:pt idx="459">
                  <c:v>1.44760303170599</c:v>
                </c:pt>
                <c:pt idx="460">
                  <c:v>1.45368938163455</c:v>
                </c:pt>
                <c:pt idx="461">
                  <c:v>1.49669058884548</c:v>
                </c:pt>
                <c:pt idx="462">
                  <c:v>1.50212775964139</c:v>
                </c:pt>
                <c:pt idx="463">
                  <c:v>1.5064853542077701</c:v>
                </c:pt>
                <c:pt idx="464">
                  <c:v>1.51917173753283</c:v>
                </c:pt>
                <c:pt idx="465">
                  <c:v>1.5299464582970601</c:v>
                </c:pt>
                <c:pt idx="466">
                  <c:v>1.5350429308451199</c:v>
                </c:pt>
                <c:pt idx="467">
                  <c:v>1.5367168340195001</c:v>
                </c:pt>
                <c:pt idx="468">
                  <c:v>1.5645297766610999</c:v>
                </c:pt>
                <c:pt idx="469">
                  <c:v>1.57421109418122</c:v>
                </c:pt>
                <c:pt idx="470">
                  <c:v>1.6301685756130899</c:v>
                </c:pt>
                <c:pt idx="471">
                  <c:v>1.65572836426334</c:v>
                </c:pt>
                <c:pt idx="472">
                  <c:v>1.70896043583986</c:v>
                </c:pt>
                <c:pt idx="473">
                  <c:v>1.7697699428573599</c:v>
                </c:pt>
                <c:pt idx="474">
                  <c:v>1.81882217918427</c:v>
                </c:pt>
                <c:pt idx="475">
                  <c:v>1.9711010790552099</c:v>
                </c:pt>
                <c:pt idx="476">
                  <c:v>2.00020207719587</c:v>
                </c:pt>
                <c:pt idx="477">
                  <c:v>2.0127231422977401</c:v>
                </c:pt>
                <c:pt idx="478">
                  <c:v>2.0734425737615898</c:v>
                </c:pt>
                <c:pt idx="479">
                  <c:v>2.1399534443017201</c:v>
                </c:pt>
                <c:pt idx="480">
                  <c:v>2.2471624897407101</c:v>
                </c:pt>
                <c:pt idx="481">
                  <c:v>2.36777681307007</c:v>
                </c:pt>
                <c:pt idx="482">
                  <c:v>2.4039759336397402</c:v>
                </c:pt>
                <c:pt idx="483">
                  <c:v>2.7915727178148702</c:v>
                </c:pt>
                <c:pt idx="484">
                  <c:v>3.1897644867469199</c:v>
                </c:pt>
              </c:numCache>
            </c:numRef>
          </c:xVal>
          <c:yVal>
            <c:numRef>
              <c:f>'Volcano Plot '!$H$3:$H$487</c:f>
              <c:numCache>
                <c:formatCode>General</c:formatCode>
                <c:ptCount val="485"/>
                <c:pt idx="0">
                  <c:v>1.997779475192861</c:v>
                </c:pt>
                <c:pt idx="1">
                  <c:v>1.950963078086855</c:v>
                </c:pt>
                <c:pt idx="2">
                  <c:v>2.0786725438701037</c:v>
                </c:pt>
                <c:pt idx="3">
                  <c:v>1.4050089529785001</c:v>
                </c:pt>
                <c:pt idx="4">
                  <c:v>1.6056709803035694</c:v>
                </c:pt>
                <c:pt idx="5">
                  <c:v>1.65940799956637</c:v>
                </c:pt>
                <c:pt idx="6">
                  <c:v>1.5773682643018312</c:v>
                </c:pt>
                <c:pt idx="7">
                  <c:v>2.0767038759222682</c:v>
                </c:pt>
                <c:pt idx="8">
                  <c:v>2.2106827427372648</c:v>
                </c:pt>
                <c:pt idx="9">
                  <c:v>1.4797566190186808</c:v>
                </c:pt>
                <c:pt idx="10">
                  <c:v>2.1438988473764713</c:v>
                </c:pt>
                <c:pt idx="11">
                  <c:v>1.3237750855399935</c:v>
                </c:pt>
                <c:pt idx="12">
                  <c:v>1.3598993959202175</c:v>
                </c:pt>
                <c:pt idx="13">
                  <c:v>1.5506264735097746</c:v>
                </c:pt>
                <c:pt idx="14">
                  <c:v>1.4919368130025503</c:v>
                </c:pt>
                <c:pt idx="15">
                  <c:v>1.6028013814047064</c:v>
                </c:pt>
                <c:pt idx="16">
                  <c:v>1.8765422734016979</c:v>
                </c:pt>
                <c:pt idx="17">
                  <c:v>2.0575978487673114</c:v>
                </c:pt>
                <c:pt idx="18">
                  <c:v>1.5298559902262447</c:v>
                </c:pt>
                <c:pt idx="19">
                  <c:v>1.5971111637749682</c:v>
                </c:pt>
                <c:pt idx="20">
                  <c:v>1.5170263556384049</c:v>
                </c:pt>
                <c:pt idx="21">
                  <c:v>1.3548373600338577</c:v>
                </c:pt>
                <c:pt idx="22">
                  <c:v>1.5889959865050765</c:v>
                </c:pt>
                <c:pt idx="23">
                  <c:v>1.3233119211965139</c:v>
                </c:pt>
                <c:pt idx="24">
                  <c:v>1.4456746138549859</c:v>
                </c:pt>
                <c:pt idx="25">
                  <c:v>1.6500810008739903</c:v>
                </c:pt>
                <c:pt idx="26">
                  <c:v>2.1920565925352373</c:v>
                </c:pt>
                <c:pt idx="27">
                  <c:v>1.8667784886750789</c:v>
                </c:pt>
                <c:pt idx="28">
                  <c:v>1.9827147375739538</c:v>
                </c:pt>
                <c:pt idx="29">
                  <c:v>1.3247794370411183</c:v>
                </c:pt>
                <c:pt idx="30">
                  <c:v>1.3825376649826235</c:v>
                </c:pt>
                <c:pt idx="31">
                  <c:v>1.6163912745160045</c:v>
                </c:pt>
                <c:pt idx="32">
                  <c:v>1.6024327348051757</c:v>
                </c:pt>
                <c:pt idx="33">
                  <c:v>1.3033043452348758</c:v>
                </c:pt>
                <c:pt idx="34">
                  <c:v>1.4413489680246947</c:v>
                </c:pt>
                <c:pt idx="35">
                  <c:v>2.1584838496467968</c:v>
                </c:pt>
                <c:pt idx="36">
                  <c:v>1.8097129805945005</c:v>
                </c:pt>
                <c:pt idx="37">
                  <c:v>1.7273315017934234</c:v>
                </c:pt>
                <c:pt idx="38">
                  <c:v>2.0195210271997928</c:v>
                </c:pt>
                <c:pt idx="39">
                  <c:v>1.8478348264744187</c:v>
                </c:pt>
                <c:pt idx="40">
                  <c:v>1.3360721753994862</c:v>
                </c:pt>
                <c:pt idx="41">
                  <c:v>1.4383402871947166</c:v>
                </c:pt>
                <c:pt idx="42">
                  <c:v>1.8402349038349555</c:v>
                </c:pt>
                <c:pt idx="43">
                  <c:v>1.9306920179367095</c:v>
                </c:pt>
                <c:pt idx="44">
                  <c:v>1.333030250209692</c:v>
                </c:pt>
                <c:pt idx="45">
                  <c:v>1.3133650165722666</c:v>
                </c:pt>
                <c:pt idx="46">
                  <c:v>1.6238305088033707</c:v>
                </c:pt>
                <c:pt idx="47">
                  <c:v>2.1030627444261105</c:v>
                </c:pt>
                <c:pt idx="48">
                  <c:v>2.2788622027586949</c:v>
                </c:pt>
                <c:pt idx="49">
                  <c:v>1.8103036573186195</c:v>
                </c:pt>
                <c:pt idx="50">
                  <c:v>1.3160866556801538</c:v>
                </c:pt>
                <c:pt idx="51">
                  <c:v>2.3904561647713374</c:v>
                </c:pt>
                <c:pt idx="52">
                  <c:v>1.9709639710557143</c:v>
                </c:pt>
                <c:pt idx="53">
                  <c:v>2.0568282023873832</c:v>
                </c:pt>
                <c:pt idx="54">
                  <c:v>1.6268408668819665</c:v>
                </c:pt>
                <c:pt idx="55">
                  <c:v>1.7167388757719251</c:v>
                </c:pt>
                <c:pt idx="56">
                  <c:v>2.5883950082340546</c:v>
                </c:pt>
                <c:pt idx="57">
                  <c:v>1.5546603428957639</c:v>
                </c:pt>
                <c:pt idx="58">
                  <c:v>2.2058903375409482</c:v>
                </c:pt>
                <c:pt idx="59">
                  <c:v>1.6981337693997154</c:v>
                </c:pt>
                <c:pt idx="60">
                  <c:v>1.3305673325367147</c:v>
                </c:pt>
                <c:pt idx="61">
                  <c:v>1.3045201414105929</c:v>
                </c:pt>
                <c:pt idx="62">
                  <c:v>1.5400057169214558</c:v>
                </c:pt>
                <c:pt idx="63">
                  <c:v>2.1157924787332352</c:v>
                </c:pt>
                <c:pt idx="64">
                  <c:v>1.4080808506254832</c:v>
                </c:pt>
                <c:pt idx="65">
                  <c:v>1.3294654933565959</c:v>
                </c:pt>
                <c:pt idx="66">
                  <c:v>1.5714694263609712</c:v>
                </c:pt>
                <c:pt idx="67">
                  <c:v>1.336283592625517</c:v>
                </c:pt>
                <c:pt idx="68">
                  <c:v>1.7855055148054984</c:v>
                </c:pt>
                <c:pt idx="69">
                  <c:v>1.9370986976115334</c:v>
                </c:pt>
                <c:pt idx="70">
                  <c:v>1.6309934658286258</c:v>
                </c:pt>
                <c:pt idx="71">
                  <c:v>1.412897000539594</c:v>
                </c:pt>
                <c:pt idx="72">
                  <c:v>1.9400166166211923</c:v>
                </c:pt>
                <c:pt idx="73">
                  <c:v>1.7888374968866763</c:v>
                </c:pt>
                <c:pt idx="74">
                  <c:v>1.3112007422211707</c:v>
                </c:pt>
                <c:pt idx="75">
                  <c:v>1.8526103276523525</c:v>
                </c:pt>
                <c:pt idx="76">
                  <c:v>1.6797127936980789</c:v>
                </c:pt>
                <c:pt idx="77">
                  <c:v>1.8031278576385268</c:v>
                </c:pt>
                <c:pt idx="78">
                  <c:v>1.9691290014733105</c:v>
                </c:pt>
                <c:pt idx="79">
                  <c:v>2.0449431160135716</c:v>
                </c:pt>
                <c:pt idx="80">
                  <c:v>1.33181909889091</c:v>
                </c:pt>
                <c:pt idx="81">
                  <c:v>1.3191119751892946</c:v>
                </c:pt>
                <c:pt idx="82">
                  <c:v>1.9712264318508188</c:v>
                </c:pt>
                <c:pt idx="83">
                  <c:v>1.8769308021387612</c:v>
                </c:pt>
                <c:pt idx="84">
                  <c:v>1.7555248470978693</c:v>
                </c:pt>
                <c:pt idx="85">
                  <c:v>1.5487959077558004</c:v>
                </c:pt>
                <c:pt idx="86">
                  <c:v>2.9092882775479554</c:v>
                </c:pt>
                <c:pt idx="87">
                  <c:v>2.402309973623463</c:v>
                </c:pt>
                <c:pt idx="88">
                  <c:v>1.8053204652947414</c:v>
                </c:pt>
                <c:pt idx="89">
                  <c:v>1.739604857860398</c:v>
                </c:pt>
                <c:pt idx="90">
                  <c:v>2.3087799068791788</c:v>
                </c:pt>
                <c:pt idx="91">
                  <c:v>1.4835400736793853</c:v>
                </c:pt>
                <c:pt idx="92">
                  <c:v>2.170881161583246</c:v>
                </c:pt>
                <c:pt idx="93">
                  <c:v>1.7913256143897762</c:v>
                </c:pt>
                <c:pt idx="94">
                  <c:v>1.9122048850407705</c:v>
                </c:pt>
                <c:pt idx="95">
                  <c:v>2.0568906089424419</c:v>
                </c:pt>
                <c:pt idx="96">
                  <c:v>1.6300812161067797</c:v>
                </c:pt>
                <c:pt idx="97">
                  <c:v>1.3809185047195638</c:v>
                </c:pt>
                <c:pt idx="98">
                  <c:v>3.1216949485497625</c:v>
                </c:pt>
                <c:pt idx="99">
                  <c:v>1.8967627316460201</c:v>
                </c:pt>
                <c:pt idx="100">
                  <c:v>1.4544297462684357</c:v>
                </c:pt>
                <c:pt idx="101">
                  <c:v>2.6766707161753533</c:v>
                </c:pt>
                <c:pt idx="102">
                  <c:v>1.7629990014169741</c:v>
                </c:pt>
                <c:pt idx="103">
                  <c:v>1.7872940974216669</c:v>
                </c:pt>
                <c:pt idx="104">
                  <c:v>1.7762194988864306</c:v>
                </c:pt>
                <c:pt idx="105">
                  <c:v>2.225585053379374</c:v>
                </c:pt>
                <c:pt idx="106">
                  <c:v>1.8904879339564264</c:v>
                </c:pt>
                <c:pt idx="107">
                  <c:v>1.8644684062148327</c:v>
                </c:pt>
                <c:pt idx="108">
                  <c:v>1.3531009246464065</c:v>
                </c:pt>
                <c:pt idx="109">
                  <c:v>1.622146836457323</c:v>
                </c:pt>
                <c:pt idx="110">
                  <c:v>1.3196866470277056</c:v>
                </c:pt>
                <c:pt idx="111">
                  <c:v>1.8283065173531177</c:v>
                </c:pt>
                <c:pt idx="112">
                  <c:v>1.7509410321277206</c:v>
                </c:pt>
                <c:pt idx="113">
                  <c:v>1.4097788103044362</c:v>
                </c:pt>
                <c:pt idx="114">
                  <c:v>1.465494183717136</c:v>
                </c:pt>
                <c:pt idx="115">
                  <c:v>1.4691934075811925</c:v>
                </c:pt>
                <c:pt idx="116">
                  <c:v>1.7395011871260051</c:v>
                </c:pt>
                <c:pt idx="117">
                  <c:v>2.4847691732625297</c:v>
                </c:pt>
                <c:pt idx="118">
                  <c:v>1.3538690169379188</c:v>
                </c:pt>
                <c:pt idx="119">
                  <c:v>1.4623237708008889</c:v>
                </c:pt>
                <c:pt idx="120">
                  <c:v>1.5204743996481913</c:v>
                </c:pt>
                <c:pt idx="121">
                  <c:v>2.1636769613682381</c:v>
                </c:pt>
                <c:pt idx="122">
                  <c:v>1.6252924699653521</c:v>
                </c:pt>
                <c:pt idx="123">
                  <c:v>1.7752754966781921</c:v>
                </c:pt>
                <c:pt idx="124">
                  <c:v>1.4726340117267418</c:v>
                </c:pt>
                <c:pt idx="125">
                  <c:v>1.3449492099585441</c:v>
                </c:pt>
                <c:pt idx="126">
                  <c:v>2.2254751048890693</c:v>
                </c:pt>
                <c:pt idx="127">
                  <c:v>1.9776419683721755</c:v>
                </c:pt>
                <c:pt idx="128">
                  <c:v>2.0164757850224473</c:v>
                </c:pt>
                <c:pt idx="129">
                  <c:v>1.4321210475058348</c:v>
                </c:pt>
                <c:pt idx="130">
                  <c:v>1.6428626315292338</c:v>
                </c:pt>
                <c:pt idx="131">
                  <c:v>1.9454146011161868</c:v>
                </c:pt>
                <c:pt idx="132">
                  <c:v>1.8222183972144559</c:v>
                </c:pt>
                <c:pt idx="133">
                  <c:v>2.2324079249848574</c:v>
                </c:pt>
                <c:pt idx="134">
                  <c:v>2.302742127603933</c:v>
                </c:pt>
                <c:pt idx="135">
                  <c:v>2.1058903339790369</c:v>
                </c:pt>
                <c:pt idx="136">
                  <c:v>1.6594085024947056</c:v>
                </c:pt>
                <c:pt idx="137">
                  <c:v>1.7224830314190891</c:v>
                </c:pt>
                <c:pt idx="138">
                  <c:v>2.5724726604222563</c:v>
                </c:pt>
                <c:pt idx="139">
                  <c:v>1.6730753541794638</c:v>
                </c:pt>
                <c:pt idx="140">
                  <c:v>1.8686581196890171</c:v>
                </c:pt>
                <c:pt idx="141">
                  <c:v>1.3638179769391297</c:v>
                </c:pt>
                <c:pt idx="142">
                  <c:v>2.2248778540180418</c:v>
                </c:pt>
                <c:pt idx="143">
                  <c:v>1.9121409310712045</c:v>
                </c:pt>
                <c:pt idx="144">
                  <c:v>2.6740030936578094</c:v>
                </c:pt>
                <c:pt idx="145">
                  <c:v>2.2408074905831499</c:v>
                </c:pt>
                <c:pt idx="146">
                  <c:v>2.0896533789582552</c:v>
                </c:pt>
                <c:pt idx="147">
                  <c:v>1.4788619242774199</c:v>
                </c:pt>
                <c:pt idx="148">
                  <c:v>1.5554401819687387</c:v>
                </c:pt>
                <c:pt idx="149">
                  <c:v>2.5157392098126463</c:v>
                </c:pt>
                <c:pt idx="150">
                  <c:v>2.0100485206965408</c:v>
                </c:pt>
                <c:pt idx="151">
                  <c:v>2.0010397507403241</c:v>
                </c:pt>
                <c:pt idx="152">
                  <c:v>2.4470456875365465</c:v>
                </c:pt>
                <c:pt idx="153">
                  <c:v>2.7406460812245435</c:v>
                </c:pt>
                <c:pt idx="154">
                  <c:v>1.5560827044131904</c:v>
                </c:pt>
                <c:pt idx="155">
                  <c:v>1.3297617441131484</c:v>
                </c:pt>
                <c:pt idx="156">
                  <c:v>2.7266349069990605</c:v>
                </c:pt>
                <c:pt idx="157">
                  <c:v>2.6579150287153994</c:v>
                </c:pt>
                <c:pt idx="158">
                  <c:v>2.1701292560481646</c:v>
                </c:pt>
                <c:pt idx="159">
                  <c:v>1.5134918214741788</c:v>
                </c:pt>
                <c:pt idx="160">
                  <c:v>2.593421675359032</c:v>
                </c:pt>
                <c:pt idx="161">
                  <c:v>2.0956825206586402</c:v>
                </c:pt>
                <c:pt idx="162">
                  <c:v>2.2197316028437171</c:v>
                </c:pt>
                <c:pt idx="163">
                  <c:v>1.449297569576474</c:v>
                </c:pt>
                <c:pt idx="164">
                  <c:v>1.3708867068292778</c:v>
                </c:pt>
                <c:pt idx="165">
                  <c:v>2.3626147157198125</c:v>
                </c:pt>
                <c:pt idx="166">
                  <c:v>1.6612583693129146</c:v>
                </c:pt>
                <c:pt idx="167">
                  <c:v>2.0867762666720346</c:v>
                </c:pt>
                <c:pt idx="168">
                  <c:v>1.9358512945090385</c:v>
                </c:pt>
                <c:pt idx="169">
                  <c:v>3.1111038597349938</c:v>
                </c:pt>
                <c:pt idx="170">
                  <c:v>1.8939440999262371</c:v>
                </c:pt>
                <c:pt idx="171">
                  <c:v>2.8857114506313586</c:v>
                </c:pt>
                <c:pt idx="172">
                  <c:v>2.5775876703805585</c:v>
                </c:pt>
                <c:pt idx="173">
                  <c:v>2.5448633246427463</c:v>
                </c:pt>
                <c:pt idx="174">
                  <c:v>2.2191898215956534</c:v>
                </c:pt>
                <c:pt idx="175">
                  <c:v>1.6985564132507669</c:v>
                </c:pt>
                <c:pt idx="176">
                  <c:v>1.3266484029307977</c:v>
                </c:pt>
                <c:pt idx="177">
                  <c:v>2.1628931431736347</c:v>
                </c:pt>
                <c:pt idx="178">
                  <c:v>1.8010811402181064</c:v>
                </c:pt>
                <c:pt idx="179">
                  <c:v>1.592698941983044</c:v>
                </c:pt>
                <c:pt idx="180">
                  <c:v>1.9081563396516252</c:v>
                </c:pt>
                <c:pt idx="181">
                  <c:v>1.9072261011909175</c:v>
                </c:pt>
                <c:pt idx="182">
                  <c:v>1.3213982476917492</c:v>
                </c:pt>
                <c:pt idx="183">
                  <c:v>1.7501306315389662</c:v>
                </c:pt>
                <c:pt idx="184">
                  <c:v>1.3247183410292442</c:v>
                </c:pt>
                <c:pt idx="185">
                  <c:v>1.5137140250616863</c:v>
                </c:pt>
                <c:pt idx="186">
                  <c:v>3.0291247680158948</c:v>
                </c:pt>
                <c:pt idx="187">
                  <c:v>1.7245076048388104</c:v>
                </c:pt>
                <c:pt idx="188">
                  <c:v>2.008044434337982</c:v>
                </c:pt>
                <c:pt idx="189">
                  <c:v>1.4050906337769364</c:v>
                </c:pt>
                <c:pt idx="190">
                  <c:v>2.2411870522017803</c:v>
                </c:pt>
                <c:pt idx="191">
                  <c:v>1.5495962578550622</c:v>
                </c:pt>
                <c:pt idx="192">
                  <c:v>1.829563688533375</c:v>
                </c:pt>
                <c:pt idx="193">
                  <c:v>1.7625752953787317</c:v>
                </c:pt>
                <c:pt idx="194">
                  <c:v>2.2619485370966177</c:v>
                </c:pt>
                <c:pt idx="195">
                  <c:v>2.8232003295442509</c:v>
                </c:pt>
                <c:pt idx="196">
                  <c:v>1.5564754718423566</c:v>
                </c:pt>
                <c:pt idx="197">
                  <c:v>1.8103560074171618</c:v>
                </c:pt>
                <c:pt idx="198">
                  <c:v>2.9602779021957559</c:v>
                </c:pt>
                <c:pt idx="199">
                  <c:v>1.4566498893223494</c:v>
                </c:pt>
                <c:pt idx="200">
                  <c:v>1.6240989612067789</c:v>
                </c:pt>
                <c:pt idx="201">
                  <c:v>1.7532055512374107</c:v>
                </c:pt>
                <c:pt idx="202">
                  <c:v>2.0276432406724885</c:v>
                </c:pt>
                <c:pt idx="203">
                  <c:v>1.5551056410698181</c:v>
                </c:pt>
                <c:pt idx="204">
                  <c:v>2.5557633129415795</c:v>
                </c:pt>
                <c:pt idx="205">
                  <c:v>1.3298065241390009</c:v>
                </c:pt>
                <c:pt idx="206">
                  <c:v>1.3017019363491829</c:v>
                </c:pt>
                <c:pt idx="207">
                  <c:v>1.4864091225316276</c:v>
                </c:pt>
                <c:pt idx="208">
                  <c:v>2.0879695646276653</c:v>
                </c:pt>
                <c:pt idx="209">
                  <c:v>2.4678440778850965</c:v>
                </c:pt>
                <c:pt idx="210">
                  <c:v>2.1140685805800716</c:v>
                </c:pt>
                <c:pt idx="211">
                  <c:v>2.6681693827310657</c:v>
                </c:pt>
                <c:pt idx="212">
                  <c:v>1.4440768424900208</c:v>
                </c:pt>
                <c:pt idx="213">
                  <c:v>1.9833069225111413</c:v>
                </c:pt>
                <c:pt idx="214">
                  <c:v>3.6618350179888113</c:v>
                </c:pt>
                <c:pt idx="215">
                  <c:v>2.3599608802607577</c:v>
                </c:pt>
                <c:pt idx="216">
                  <c:v>3.1166202714012705</c:v>
                </c:pt>
                <c:pt idx="217">
                  <c:v>2.2303490325120148</c:v>
                </c:pt>
                <c:pt idx="218">
                  <c:v>3.0427120203381381</c:v>
                </c:pt>
                <c:pt idx="219">
                  <c:v>2.1163797052597415</c:v>
                </c:pt>
                <c:pt idx="220">
                  <c:v>2.350631232288702</c:v>
                </c:pt>
                <c:pt idx="221">
                  <c:v>2.5226692133193724</c:v>
                </c:pt>
                <c:pt idx="222">
                  <c:v>1.9817376692581197</c:v>
                </c:pt>
                <c:pt idx="223">
                  <c:v>3.0761386015569032</c:v>
                </c:pt>
                <c:pt idx="224">
                  <c:v>2.2789193519808846</c:v>
                </c:pt>
                <c:pt idx="225">
                  <c:v>1.9447028853488515</c:v>
                </c:pt>
                <c:pt idx="226">
                  <c:v>2.6267559664219853</c:v>
                </c:pt>
                <c:pt idx="227">
                  <c:v>2.5932455794602802</c:v>
                </c:pt>
                <c:pt idx="228">
                  <c:v>1.4044794100792102</c:v>
                </c:pt>
                <c:pt idx="229">
                  <c:v>1.4797330321818629</c:v>
                </c:pt>
                <c:pt idx="230">
                  <c:v>2.7834206275647451</c:v>
                </c:pt>
                <c:pt idx="231">
                  <c:v>2.4123223238269849</c:v>
                </c:pt>
                <c:pt idx="232">
                  <c:v>1.4620149498955444</c:v>
                </c:pt>
                <c:pt idx="233">
                  <c:v>1.7932669903186347</c:v>
                </c:pt>
                <c:pt idx="234">
                  <c:v>2.3871305017009385</c:v>
                </c:pt>
                <c:pt idx="235">
                  <c:v>3.0662330611283042</c:v>
                </c:pt>
                <c:pt idx="236">
                  <c:v>2.3636682991067079</c:v>
                </c:pt>
                <c:pt idx="237">
                  <c:v>1.8786843413195333</c:v>
                </c:pt>
                <c:pt idx="238">
                  <c:v>1.4452299651810998</c:v>
                </c:pt>
                <c:pt idx="239">
                  <c:v>1.6634032462470516</c:v>
                </c:pt>
                <c:pt idx="240">
                  <c:v>2.2106644630361387</c:v>
                </c:pt>
                <c:pt idx="241">
                  <c:v>2.0383551484904125</c:v>
                </c:pt>
                <c:pt idx="242">
                  <c:v>1.4091620317107554</c:v>
                </c:pt>
                <c:pt idx="243">
                  <c:v>2.5194609936751369</c:v>
                </c:pt>
                <c:pt idx="244">
                  <c:v>1.7391513552612055</c:v>
                </c:pt>
                <c:pt idx="245">
                  <c:v>2.6761237872277324</c:v>
                </c:pt>
                <c:pt idx="246">
                  <c:v>1.8831589875316426</c:v>
                </c:pt>
                <c:pt idx="247">
                  <c:v>2.8289779441860188</c:v>
                </c:pt>
                <c:pt idx="248">
                  <c:v>2.5027721684326258</c:v>
                </c:pt>
                <c:pt idx="249">
                  <c:v>1.795996904507233</c:v>
                </c:pt>
                <c:pt idx="250">
                  <c:v>2.1487835179378134</c:v>
                </c:pt>
                <c:pt idx="251">
                  <c:v>2.0701403063975912</c:v>
                </c:pt>
                <c:pt idx="252">
                  <c:v>2.7109953122585209</c:v>
                </c:pt>
                <c:pt idx="253">
                  <c:v>2.7283431776435632</c:v>
                </c:pt>
                <c:pt idx="254">
                  <c:v>2.0444728926559885</c:v>
                </c:pt>
                <c:pt idx="255">
                  <c:v>2.4292993201133766</c:v>
                </c:pt>
                <c:pt idx="256">
                  <c:v>1.5216843784971199</c:v>
                </c:pt>
                <c:pt idx="257">
                  <c:v>2.0312587027956495</c:v>
                </c:pt>
                <c:pt idx="258">
                  <c:v>1.3860415594616757</c:v>
                </c:pt>
                <c:pt idx="259">
                  <c:v>2.0507392953681731</c:v>
                </c:pt>
                <c:pt idx="260">
                  <c:v>1.5140349835705917</c:v>
                </c:pt>
                <c:pt idx="261">
                  <c:v>1.7431869139239788</c:v>
                </c:pt>
                <c:pt idx="262">
                  <c:v>2.7669688204944163</c:v>
                </c:pt>
                <c:pt idx="263">
                  <c:v>2.706601169818927</c:v>
                </c:pt>
                <c:pt idx="264">
                  <c:v>1.4859056387958491</c:v>
                </c:pt>
                <c:pt idx="265">
                  <c:v>2.7120424172921949</c:v>
                </c:pt>
                <c:pt idx="266">
                  <c:v>1.9974246881486981</c:v>
                </c:pt>
                <c:pt idx="267">
                  <c:v>1.9277946401909942</c:v>
                </c:pt>
                <c:pt idx="268">
                  <c:v>3.2310315025563852</c:v>
                </c:pt>
                <c:pt idx="269">
                  <c:v>2.8936417343966552</c:v>
                </c:pt>
                <c:pt idx="270">
                  <c:v>1.3835657493103695</c:v>
                </c:pt>
                <c:pt idx="271">
                  <c:v>2.6848621009738176</c:v>
                </c:pt>
                <c:pt idx="272">
                  <c:v>2.1550007810191842</c:v>
                </c:pt>
                <c:pt idx="273">
                  <c:v>1.6159226980769124</c:v>
                </c:pt>
                <c:pt idx="274">
                  <c:v>1.333818557162453</c:v>
                </c:pt>
                <c:pt idx="275">
                  <c:v>2.1382411070487155</c:v>
                </c:pt>
                <c:pt idx="276">
                  <c:v>1.4375942482335422</c:v>
                </c:pt>
                <c:pt idx="277">
                  <c:v>1.9937475752333724</c:v>
                </c:pt>
                <c:pt idx="278">
                  <c:v>2.4893908504323785</c:v>
                </c:pt>
                <c:pt idx="279">
                  <c:v>2.9942198046803723</c:v>
                </c:pt>
                <c:pt idx="280">
                  <c:v>1.3470485861242045</c:v>
                </c:pt>
                <c:pt idx="281">
                  <c:v>2.7221308832830045</c:v>
                </c:pt>
                <c:pt idx="282">
                  <c:v>2.0985573180238348</c:v>
                </c:pt>
                <c:pt idx="283">
                  <c:v>1.6864569678249399</c:v>
                </c:pt>
                <c:pt idx="284">
                  <c:v>1.5926072113449168</c:v>
                </c:pt>
                <c:pt idx="285">
                  <c:v>1.9902819252967889</c:v>
                </c:pt>
                <c:pt idx="286">
                  <c:v>1.8950463529195913</c:v>
                </c:pt>
                <c:pt idx="287">
                  <c:v>2.0956718630025186</c:v>
                </c:pt>
                <c:pt idx="288">
                  <c:v>1.580004971837957</c:v>
                </c:pt>
                <c:pt idx="289">
                  <c:v>1.6013497488730648</c:v>
                </c:pt>
                <c:pt idx="290">
                  <c:v>1.5472836661881415</c:v>
                </c:pt>
                <c:pt idx="291">
                  <c:v>2.053312982061327</c:v>
                </c:pt>
                <c:pt idx="292">
                  <c:v>3.0953521015963732</c:v>
                </c:pt>
                <c:pt idx="293">
                  <c:v>2.3606813056951412</c:v>
                </c:pt>
                <c:pt idx="294">
                  <c:v>2.4677617214524163</c:v>
                </c:pt>
                <c:pt idx="295">
                  <c:v>1.9300065516919884</c:v>
                </c:pt>
                <c:pt idx="296">
                  <c:v>1.9145042464273929</c:v>
                </c:pt>
                <c:pt idx="297">
                  <c:v>2.1062879880766765</c:v>
                </c:pt>
                <c:pt idx="298">
                  <c:v>1.7786548246463223</c:v>
                </c:pt>
                <c:pt idx="299">
                  <c:v>2.5071265848863833</c:v>
                </c:pt>
                <c:pt idx="300">
                  <c:v>1.8013840629992146</c:v>
                </c:pt>
                <c:pt idx="301">
                  <c:v>3.3559523334643035</c:v>
                </c:pt>
                <c:pt idx="302">
                  <c:v>2.2696214833007216</c:v>
                </c:pt>
                <c:pt idx="303">
                  <c:v>2.2214031109292063</c:v>
                </c:pt>
                <c:pt idx="304">
                  <c:v>1.4427474519924721</c:v>
                </c:pt>
                <c:pt idx="305">
                  <c:v>2.7158393046609488</c:v>
                </c:pt>
                <c:pt idx="306">
                  <c:v>3.6552171698706739</c:v>
                </c:pt>
                <c:pt idx="307">
                  <c:v>2.2855039407339683</c:v>
                </c:pt>
                <c:pt idx="308">
                  <c:v>1.8062366002664074</c:v>
                </c:pt>
                <c:pt idx="309">
                  <c:v>2.9061232535653536</c:v>
                </c:pt>
                <c:pt idx="310">
                  <c:v>2.260637287689343</c:v>
                </c:pt>
                <c:pt idx="311">
                  <c:v>1.9300001466529264</c:v>
                </c:pt>
                <c:pt idx="312">
                  <c:v>3.0250286480362627</c:v>
                </c:pt>
                <c:pt idx="313">
                  <c:v>3.2725180301404349</c:v>
                </c:pt>
                <c:pt idx="314">
                  <c:v>2.8159244941782995</c:v>
                </c:pt>
                <c:pt idx="315">
                  <c:v>2.0979595738170689</c:v>
                </c:pt>
                <c:pt idx="316">
                  <c:v>1.7792864419324645</c:v>
                </c:pt>
                <c:pt idx="317">
                  <c:v>2.317554103793714</c:v>
                </c:pt>
                <c:pt idx="318">
                  <c:v>1.6312441823268871</c:v>
                </c:pt>
                <c:pt idx="319">
                  <c:v>1.568877284012459</c:v>
                </c:pt>
                <c:pt idx="320">
                  <c:v>2.9570955758114081</c:v>
                </c:pt>
                <c:pt idx="321">
                  <c:v>3.1905243410121762</c:v>
                </c:pt>
                <c:pt idx="322">
                  <c:v>1.8229777392671338</c:v>
                </c:pt>
                <c:pt idx="323">
                  <c:v>3.1685819008360867</c:v>
                </c:pt>
                <c:pt idx="324">
                  <c:v>1.3903709155452786</c:v>
                </c:pt>
                <c:pt idx="325">
                  <c:v>1.4711449429374479</c:v>
                </c:pt>
                <c:pt idx="326">
                  <c:v>3.1802701791685872</c:v>
                </c:pt>
                <c:pt idx="327">
                  <c:v>1.451100161050207</c:v>
                </c:pt>
                <c:pt idx="328">
                  <c:v>4.0745672542129903</c:v>
                </c:pt>
                <c:pt idx="329">
                  <c:v>1.9096194400968567</c:v>
                </c:pt>
                <c:pt idx="330">
                  <c:v>1.9339843081037877</c:v>
                </c:pt>
                <c:pt idx="331">
                  <c:v>1.4842099940311211</c:v>
                </c:pt>
                <c:pt idx="332">
                  <c:v>1.4733195532367696</c:v>
                </c:pt>
                <c:pt idx="333">
                  <c:v>3.2630007076006291</c:v>
                </c:pt>
                <c:pt idx="334">
                  <c:v>2.6153229424893834</c:v>
                </c:pt>
                <c:pt idx="335">
                  <c:v>2.0655525352005877</c:v>
                </c:pt>
                <c:pt idx="336">
                  <c:v>2.8206920413539196</c:v>
                </c:pt>
                <c:pt idx="337">
                  <c:v>2.8995031798209046</c:v>
                </c:pt>
                <c:pt idx="338">
                  <c:v>2.7936214050700672</c:v>
                </c:pt>
                <c:pt idx="339">
                  <c:v>1.6283831000686533</c:v>
                </c:pt>
                <c:pt idx="340">
                  <c:v>2.7907995404561174</c:v>
                </c:pt>
                <c:pt idx="341">
                  <c:v>1.8435666239137294</c:v>
                </c:pt>
                <c:pt idx="342">
                  <c:v>2.1204158164296039</c:v>
                </c:pt>
                <c:pt idx="343">
                  <c:v>2.7377127159406163</c:v>
                </c:pt>
                <c:pt idx="344">
                  <c:v>2.1274236574153185</c:v>
                </c:pt>
                <c:pt idx="345">
                  <c:v>2.1112124468576048</c:v>
                </c:pt>
                <c:pt idx="346">
                  <c:v>1.9398853259996118</c:v>
                </c:pt>
                <c:pt idx="347">
                  <c:v>1.817754370098049</c:v>
                </c:pt>
                <c:pt idx="348">
                  <c:v>3.7985242794661263</c:v>
                </c:pt>
                <c:pt idx="349">
                  <c:v>2.4436019360328061</c:v>
                </c:pt>
                <c:pt idx="350">
                  <c:v>1.9873128924854624</c:v>
                </c:pt>
                <c:pt idx="351">
                  <c:v>2.5992332176666415</c:v>
                </c:pt>
                <c:pt idx="352">
                  <c:v>3.6998359164290093</c:v>
                </c:pt>
                <c:pt idx="353">
                  <c:v>1.468257508130429</c:v>
                </c:pt>
                <c:pt idx="354">
                  <c:v>2.3134325977929153</c:v>
                </c:pt>
                <c:pt idx="355">
                  <c:v>2.8399781582718777</c:v>
                </c:pt>
                <c:pt idx="356">
                  <c:v>4.4060120137863352</c:v>
                </c:pt>
                <c:pt idx="357">
                  <c:v>2.7099304006543106</c:v>
                </c:pt>
                <c:pt idx="358">
                  <c:v>1.7866046489068514</c:v>
                </c:pt>
                <c:pt idx="359">
                  <c:v>2.1560491742853936</c:v>
                </c:pt>
                <c:pt idx="360">
                  <c:v>1.8884170774035212</c:v>
                </c:pt>
                <c:pt idx="361">
                  <c:v>1.5957934372399107</c:v>
                </c:pt>
                <c:pt idx="362">
                  <c:v>1.341542762582594</c:v>
                </c:pt>
                <c:pt idx="363">
                  <c:v>1.9786011362848483</c:v>
                </c:pt>
                <c:pt idx="364">
                  <c:v>1.8815144555349168</c:v>
                </c:pt>
                <c:pt idx="365">
                  <c:v>2.859187492668835</c:v>
                </c:pt>
                <c:pt idx="366">
                  <c:v>2.269041297808521</c:v>
                </c:pt>
                <c:pt idx="367">
                  <c:v>2.44578966326138</c:v>
                </c:pt>
                <c:pt idx="368">
                  <c:v>2.0264637689338985</c:v>
                </c:pt>
                <c:pt idx="369">
                  <c:v>2.2384086559257668</c:v>
                </c:pt>
                <c:pt idx="370">
                  <c:v>2.3933288307488474</c:v>
                </c:pt>
                <c:pt idx="371">
                  <c:v>2.6417944293459601</c:v>
                </c:pt>
                <c:pt idx="372">
                  <c:v>1.8958952978863044</c:v>
                </c:pt>
                <c:pt idx="373">
                  <c:v>2.5338594336894431</c:v>
                </c:pt>
                <c:pt idx="374">
                  <c:v>2.3846850787217662</c:v>
                </c:pt>
                <c:pt idx="375">
                  <c:v>1.7677130242992858</c:v>
                </c:pt>
                <c:pt idx="376">
                  <c:v>3.5367248585306186</c:v>
                </c:pt>
                <c:pt idx="377">
                  <c:v>2.0298297143251749</c:v>
                </c:pt>
                <c:pt idx="378">
                  <c:v>2.4357075894194642</c:v>
                </c:pt>
                <c:pt idx="379">
                  <c:v>1.5425235311029091</c:v>
                </c:pt>
                <c:pt idx="380">
                  <c:v>3.4315810438637304</c:v>
                </c:pt>
                <c:pt idx="381">
                  <c:v>2.2744088029864593</c:v>
                </c:pt>
                <c:pt idx="382">
                  <c:v>2.7332523552172194</c:v>
                </c:pt>
                <c:pt idx="383">
                  <c:v>1.3559422256101594</c:v>
                </c:pt>
                <c:pt idx="384">
                  <c:v>1.4516019941791127</c:v>
                </c:pt>
                <c:pt idx="385">
                  <c:v>1.7415162660481276</c:v>
                </c:pt>
                <c:pt idx="386">
                  <c:v>2.2236484166060757</c:v>
                </c:pt>
                <c:pt idx="387">
                  <c:v>2.5185440659355853</c:v>
                </c:pt>
                <c:pt idx="388">
                  <c:v>1.7768769752218105</c:v>
                </c:pt>
                <c:pt idx="389">
                  <c:v>1.5696523212006581</c:v>
                </c:pt>
                <c:pt idx="390">
                  <c:v>3.1320016470935421</c:v>
                </c:pt>
                <c:pt idx="391">
                  <c:v>3.5466124930303931</c:v>
                </c:pt>
                <c:pt idx="392">
                  <c:v>2.2217074628660995</c:v>
                </c:pt>
                <c:pt idx="393">
                  <c:v>3.0763358279726667</c:v>
                </c:pt>
                <c:pt idx="394">
                  <c:v>2.6085828888126339</c:v>
                </c:pt>
                <c:pt idx="395">
                  <c:v>3.8948805879560791</c:v>
                </c:pt>
                <c:pt idx="396">
                  <c:v>3.7478092905928713</c:v>
                </c:pt>
                <c:pt idx="397">
                  <c:v>3.5448742028998179</c:v>
                </c:pt>
                <c:pt idx="398">
                  <c:v>2.1798293425673818</c:v>
                </c:pt>
                <c:pt idx="399">
                  <c:v>1.3652779808369708</c:v>
                </c:pt>
                <c:pt idx="400">
                  <c:v>2.2614341680023635</c:v>
                </c:pt>
                <c:pt idx="401">
                  <c:v>2.5835238899513837</c:v>
                </c:pt>
                <c:pt idx="402">
                  <c:v>2.7219579787512016</c:v>
                </c:pt>
                <c:pt idx="403">
                  <c:v>1.5371971759343794</c:v>
                </c:pt>
                <c:pt idx="404">
                  <c:v>2.3872170553366105</c:v>
                </c:pt>
                <c:pt idx="405">
                  <c:v>1.6614973756048241</c:v>
                </c:pt>
                <c:pt idx="406">
                  <c:v>2.5567842566384797</c:v>
                </c:pt>
                <c:pt idx="407">
                  <c:v>2.1315161084311622</c:v>
                </c:pt>
                <c:pt idx="408">
                  <c:v>3.4527799633316203</c:v>
                </c:pt>
                <c:pt idx="409">
                  <c:v>2.2421428633804439</c:v>
                </c:pt>
                <c:pt idx="410">
                  <c:v>4.7140431849768838</c:v>
                </c:pt>
                <c:pt idx="411">
                  <c:v>2.1180921513903215</c:v>
                </c:pt>
                <c:pt idx="412">
                  <c:v>4.6461518032930069</c:v>
                </c:pt>
                <c:pt idx="413">
                  <c:v>2.1060746849803968</c:v>
                </c:pt>
                <c:pt idx="414">
                  <c:v>2.3479306943499938</c:v>
                </c:pt>
                <c:pt idx="415">
                  <c:v>1.309353424640074</c:v>
                </c:pt>
                <c:pt idx="416">
                  <c:v>1.5897521945073745</c:v>
                </c:pt>
                <c:pt idx="417">
                  <c:v>1.3393213964915418</c:v>
                </c:pt>
                <c:pt idx="418">
                  <c:v>2.1734437895130418</c:v>
                </c:pt>
                <c:pt idx="419">
                  <c:v>1.9118243289029926</c:v>
                </c:pt>
                <c:pt idx="420">
                  <c:v>2.2125658097574679</c:v>
                </c:pt>
                <c:pt idx="421">
                  <c:v>2.3621392311355787</c:v>
                </c:pt>
                <c:pt idx="422">
                  <c:v>1.817279215415236</c:v>
                </c:pt>
                <c:pt idx="423">
                  <c:v>3.0271685764645584</c:v>
                </c:pt>
                <c:pt idx="424">
                  <c:v>1.3517734718105066</c:v>
                </c:pt>
                <c:pt idx="425">
                  <c:v>2.5405907690077729</c:v>
                </c:pt>
                <c:pt idx="426">
                  <c:v>4.4098583459034382</c:v>
                </c:pt>
                <c:pt idx="427">
                  <c:v>1.3775281221616875</c:v>
                </c:pt>
                <c:pt idx="428">
                  <c:v>2.6126223930346106</c:v>
                </c:pt>
                <c:pt idx="429">
                  <c:v>3.1017791115696105</c:v>
                </c:pt>
                <c:pt idx="430">
                  <c:v>1.4575077647112726</c:v>
                </c:pt>
                <c:pt idx="431">
                  <c:v>2.745811047722464</c:v>
                </c:pt>
                <c:pt idx="432">
                  <c:v>1.6360799900237284</c:v>
                </c:pt>
                <c:pt idx="433">
                  <c:v>3.3975989698963494</c:v>
                </c:pt>
                <c:pt idx="434">
                  <c:v>1.6288584436547582</c:v>
                </c:pt>
                <c:pt idx="435">
                  <c:v>4.3818940890183082</c:v>
                </c:pt>
                <c:pt idx="436">
                  <c:v>2.4877120165210904</c:v>
                </c:pt>
                <c:pt idx="437">
                  <c:v>4.3129890041131587</c:v>
                </c:pt>
                <c:pt idx="438">
                  <c:v>2.3698358650470834</c:v>
                </c:pt>
                <c:pt idx="439">
                  <c:v>1.9837552585121965</c:v>
                </c:pt>
                <c:pt idx="440">
                  <c:v>1.3376647829058088</c:v>
                </c:pt>
                <c:pt idx="441">
                  <c:v>1.6196067869241966</c:v>
                </c:pt>
                <c:pt idx="442">
                  <c:v>1.5719205699855054</c:v>
                </c:pt>
                <c:pt idx="443">
                  <c:v>2.2033474686621703</c:v>
                </c:pt>
                <c:pt idx="444">
                  <c:v>2.6050015037342504</c:v>
                </c:pt>
                <c:pt idx="445">
                  <c:v>2.0284587272690535</c:v>
                </c:pt>
                <c:pt idx="446">
                  <c:v>1.871488407202597</c:v>
                </c:pt>
                <c:pt idx="447">
                  <c:v>2.0692355785101766</c:v>
                </c:pt>
                <c:pt idx="448">
                  <c:v>3.3656568664850059</c:v>
                </c:pt>
                <c:pt idx="449">
                  <c:v>4.6368436880970068</c:v>
                </c:pt>
                <c:pt idx="450">
                  <c:v>1.3032957779174941</c:v>
                </c:pt>
                <c:pt idx="451">
                  <c:v>3.0626153236969902</c:v>
                </c:pt>
                <c:pt idx="452">
                  <c:v>2.3863338595289654</c:v>
                </c:pt>
                <c:pt idx="453">
                  <c:v>2.4620893655810114</c:v>
                </c:pt>
                <c:pt idx="454">
                  <c:v>2.0223021722410048</c:v>
                </c:pt>
                <c:pt idx="455">
                  <c:v>2.2627524600151232</c:v>
                </c:pt>
                <c:pt idx="456">
                  <c:v>3.4699828754830824</c:v>
                </c:pt>
                <c:pt idx="457">
                  <c:v>2.7957243857119765</c:v>
                </c:pt>
                <c:pt idx="458">
                  <c:v>3.208474456179522</c:v>
                </c:pt>
                <c:pt idx="459">
                  <c:v>1.5548715230484875</c:v>
                </c:pt>
                <c:pt idx="460">
                  <c:v>2.7094533200331616</c:v>
                </c:pt>
                <c:pt idx="461">
                  <c:v>5.0994205912407224</c:v>
                </c:pt>
                <c:pt idx="462">
                  <c:v>5.0465627358453427</c:v>
                </c:pt>
                <c:pt idx="463">
                  <c:v>5.6193217049848911</c:v>
                </c:pt>
                <c:pt idx="464">
                  <c:v>1.9306240526938308</c:v>
                </c:pt>
                <c:pt idx="465">
                  <c:v>2.9399058754798326</c:v>
                </c:pt>
                <c:pt idx="466">
                  <c:v>2.0359349467130632</c:v>
                </c:pt>
                <c:pt idx="467">
                  <c:v>2.8663095718284457</c:v>
                </c:pt>
                <c:pt idx="468">
                  <c:v>4.3232642715909764</c:v>
                </c:pt>
                <c:pt idx="469">
                  <c:v>1.6228579461182282</c:v>
                </c:pt>
                <c:pt idx="470">
                  <c:v>2.3109390502783316</c:v>
                </c:pt>
                <c:pt idx="471">
                  <c:v>1.4610254503643103</c:v>
                </c:pt>
                <c:pt idx="472">
                  <c:v>3.1733715007139831</c:v>
                </c:pt>
                <c:pt idx="473">
                  <c:v>4.6395197319339294</c:v>
                </c:pt>
                <c:pt idx="474">
                  <c:v>1.8399394418144994</c:v>
                </c:pt>
                <c:pt idx="475">
                  <c:v>2.1071631762117042</c:v>
                </c:pt>
                <c:pt idx="476">
                  <c:v>1.6793381974337718</c:v>
                </c:pt>
                <c:pt idx="477">
                  <c:v>1.9147129791536408</c:v>
                </c:pt>
                <c:pt idx="478">
                  <c:v>2.8031534683614971</c:v>
                </c:pt>
                <c:pt idx="479">
                  <c:v>2.4388960992664468</c:v>
                </c:pt>
                <c:pt idx="480">
                  <c:v>4.8734675563592571</c:v>
                </c:pt>
                <c:pt idx="481">
                  <c:v>2.6565163529111637</c:v>
                </c:pt>
                <c:pt idx="482">
                  <c:v>2.6321095495361</c:v>
                </c:pt>
                <c:pt idx="483">
                  <c:v>4.5875693162262943</c:v>
                </c:pt>
                <c:pt idx="484">
                  <c:v>3.7498135764974423</c:v>
                </c:pt>
              </c:numCache>
            </c:numRef>
          </c:yVal>
          <c:smooth val="0"/>
          <c:extLst>
            <c:ext xmlns:c16="http://schemas.microsoft.com/office/drawing/2014/chart" uri="{C3380CC4-5D6E-409C-BE32-E72D297353CC}">
              <c16:uniqueId val="{00000001-5BD7-41BC-A9AE-BAD132B9DB16}"/>
            </c:ext>
          </c:extLst>
        </c:ser>
        <c:ser>
          <c:idx val="2"/>
          <c:order val="2"/>
          <c:tx>
            <c:v>"Decreased"</c:v>
          </c:tx>
          <c:spPr>
            <a:ln w="25400" cap="rnd">
              <a:noFill/>
              <a:round/>
            </a:ln>
            <a:effectLst/>
          </c:spPr>
          <c:marker>
            <c:symbol val="circle"/>
            <c:size val="5"/>
            <c:spPr>
              <a:solidFill>
                <a:srgbClr val="00B0F0"/>
              </a:solidFill>
              <a:ln w="9525">
                <a:solidFill>
                  <a:srgbClr val="00B0F0"/>
                </a:solidFill>
              </a:ln>
              <a:effectLst/>
            </c:spPr>
          </c:marker>
          <c:xVal>
            <c:numRef>
              <c:f>'Volcano Plot '!$K$3:$K$351</c:f>
              <c:numCache>
                <c:formatCode>General</c:formatCode>
                <c:ptCount val="349"/>
                <c:pt idx="0">
                  <c:v>-3.9544518242600502</c:v>
                </c:pt>
                <c:pt idx="1">
                  <c:v>-3.8608785617558401</c:v>
                </c:pt>
                <c:pt idx="2">
                  <c:v>-2.47150025699161</c:v>
                </c:pt>
                <c:pt idx="3">
                  <c:v>-2.3096817398466798</c:v>
                </c:pt>
                <c:pt idx="4">
                  <c:v>-1.9650514241907999</c:v>
                </c:pt>
                <c:pt idx="5">
                  <c:v>-1.77089149190004</c:v>
                </c:pt>
                <c:pt idx="6">
                  <c:v>-1.7492684805432801</c:v>
                </c:pt>
                <c:pt idx="7">
                  <c:v>-1.6908993625638</c:v>
                </c:pt>
                <c:pt idx="8">
                  <c:v>-1.67678733764001</c:v>
                </c:pt>
                <c:pt idx="9">
                  <c:v>-1.6741719401086499</c:v>
                </c:pt>
                <c:pt idx="10">
                  <c:v>-1.6724421645213401</c:v>
                </c:pt>
                <c:pt idx="11">
                  <c:v>-1.62158735745664</c:v>
                </c:pt>
                <c:pt idx="12">
                  <c:v>-1.61534740195529</c:v>
                </c:pt>
                <c:pt idx="13">
                  <c:v>-1.58080126952553</c:v>
                </c:pt>
                <c:pt idx="14">
                  <c:v>-1.55558072266368</c:v>
                </c:pt>
                <c:pt idx="15">
                  <c:v>-1.50689922929517</c:v>
                </c:pt>
                <c:pt idx="16">
                  <c:v>-1.4989416223006</c:v>
                </c:pt>
                <c:pt idx="17">
                  <c:v>-1.4648895402070801</c:v>
                </c:pt>
                <c:pt idx="18">
                  <c:v>-1.45258280199699</c:v>
                </c:pt>
                <c:pt idx="19">
                  <c:v>-1.4456152644114499</c:v>
                </c:pt>
                <c:pt idx="20">
                  <c:v>-1.4424276235103</c:v>
                </c:pt>
                <c:pt idx="21">
                  <c:v>-1.4288498396721001</c:v>
                </c:pt>
                <c:pt idx="22">
                  <c:v>-1.4202673593897499</c:v>
                </c:pt>
                <c:pt idx="23">
                  <c:v>-1.3780991227461199</c:v>
                </c:pt>
                <c:pt idx="24">
                  <c:v>-1.3673681000118101</c:v>
                </c:pt>
                <c:pt idx="25">
                  <c:v>-1.36394056969224</c:v>
                </c:pt>
                <c:pt idx="26">
                  <c:v>-1.3567745701406</c:v>
                </c:pt>
                <c:pt idx="27">
                  <c:v>-1.3554072597819</c:v>
                </c:pt>
                <c:pt idx="28">
                  <c:v>-1.3530943435335501</c:v>
                </c:pt>
                <c:pt idx="29">
                  <c:v>-1.3530070361945601</c:v>
                </c:pt>
                <c:pt idx="30">
                  <c:v>-1.3408428970772299</c:v>
                </c:pt>
                <c:pt idx="31">
                  <c:v>-1.332048007662</c:v>
                </c:pt>
                <c:pt idx="32">
                  <c:v>-1.3157973116666899</c:v>
                </c:pt>
                <c:pt idx="33">
                  <c:v>-1.3131275528891</c:v>
                </c:pt>
                <c:pt idx="34">
                  <c:v>-1.2943628526001201</c:v>
                </c:pt>
                <c:pt idx="35">
                  <c:v>-1.2839192135414801</c:v>
                </c:pt>
                <c:pt idx="36">
                  <c:v>-1.27986296480855</c:v>
                </c:pt>
                <c:pt idx="37">
                  <c:v>-1.2712969135099701</c:v>
                </c:pt>
                <c:pt idx="38">
                  <c:v>-1.24352959176554</c:v>
                </c:pt>
                <c:pt idx="39">
                  <c:v>-1.2425980846895299</c:v>
                </c:pt>
                <c:pt idx="40">
                  <c:v>-1.22112232881662</c:v>
                </c:pt>
                <c:pt idx="41">
                  <c:v>-1.2157477609091101</c:v>
                </c:pt>
                <c:pt idx="42">
                  <c:v>-1.2029687887241101</c:v>
                </c:pt>
                <c:pt idx="43">
                  <c:v>-1.19820105374868</c:v>
                </c:pt>
                <c:pt idx="44">
                  <c:v>-1.18555503515377</c:v>
                </c:pt>
                <c:pt idx="45">
                  <c:v>-1.18045431584615</c:v>
                </c:pt>
                <c:pt idx="46">
                  <c:v>-1.1699003398147501</c:v>
                </c:pt>
                <c:pt idx="47">
                  <c:v>-1.13886914596755</c:v>
                </c:pt>
                <c:pt idx="48">
                  <c:v>-1.1295506280235399</c:v>
                </c:pt>
                <c:pt idx="49">
                  <c:v>-1.10480377586272</c:v>
                </c:pt>
                <c:pt idx="50">
                  <c:v>-1.0822330267393101</c:v>
                </c:pt>
                <c:pt idx="51">
                  <c:v>-1.07578117830168</c:v>
                </c:pt>
                <c:pt idx="52">
                  <c:v>-1.06369578675066</c:v>
                </c:pt>
                <c:pt idx="53">
                  <c:v>-1.0508039374953499</c:v>
                </c:pt>
                <c:pt idx="54">
                  <c:v>-1.04960849735909</c:v>
                </c:pt>
                <c:pt idx="55">
                  <c:v>-1.04777670550947</c:v>
                </c:pt>
                <c:pt idx="56">
                  <c:v>-1.0394477920391201</c:v>
                </c:pt>
                <c:pt idx="57">
                  <c:v>-1.0296383933205799</c:v>
                </c:pt>
                <c:pt idx="58">
                  <c:v>-1.0250537024908399</c:v>
                </c:pt>
                <c:pt idx="59">
                  <c:v>-1.0228915592252199</c:v>
                </c:pt>
                <c:pt idx="60">
                  <c:v>-1.0198084933011899</c:v>
                </c:pt>
                <c:pt idx="61">
                  <c:v>-1.01973404891472</c:v>
                </c:pt>
                <c:pt idx="62">
                  <c:v>-1.01894509596628</c:v>
                </c:pt>
                <c:pt idx="63">
                  <c:v>-1.01201247039334</c:v>
                </c:pt>
                <c:pt idx="64">
                  <c:v>-1.0117395596540399</c:v>
                </c:pt>
                <c:pt idx="65">
                  <c:v>-1.0023616546894001</c:v>
                </c:pt>
                <c:pt idx="66">
                  <c:v>-0.99873480753067401</c:v>
                </c:pt>
                <c:pt idx="67">
                  <c:v>-0.99249330214072995</c:v>
                </c:pt>
                <c:pt idx="68">
                  <c:v>-0.98635139811864303</c:v>
                </c:pt>
                <c:pt idx="69">
                  <c:v>-0.97803787105296203</c:v>
                </c:pt>
                <c:pt idx="70">
                  <c:v>-0.97452334035077104</c:v>
                </c:pt>
                <c:pt idx="71">
                  <c:v>-0.97185932479838</c:v>
                </c:pt>
                <c:pt idx="72">
                  <c:v>-0.96118822884621802</c:v>
                </c:pt>
                <c:pt idx="73">
                  <c:v>-0.95687744845086398</c:v>
                </c:pt>
                <c:pt idx="74">
                  <c:v>-0.949892937248769</c:v>
                </c:pt>
                <c:pt idx="75">
                  <c:v>-0.94977787535417202</c:v>
                </c:pt>
                <c:pt idx="76">
                  <c:v>-0.94872939071711604</c:v>
                </c:pt>
                <c:pt idx="77">
                  <c:v>-0.94486365678595896</c:v>
                </c:pt>
                <c:pt idx="78">
                  <c:v>-0.94180453798700703</c:v>
                </c:pt>
                <c:pt idx="79">
                  <c:v>-0.929269470622476</c:v>
                </c:pt>
                <c:pt idx="80">
                  <c:v>-0.92530933409789595</c:v>
                </c:pt>
                <c:pt idx="81">
                  <c:v>-0.92509609813448501</c:v>
                </c:pt>
                <c:pt idx="82">
                  <c:v>-0.92438851668951805</c:v>
                </c:pt>
                <c:pt idx="83">
                  <c:v>-0.92020863559105603</c:v>
                </c:pt>
                <c:pt idx="84">
                  <c:v>-0.90449677991754696</c:v>
                </c:pt>
                <c:pt idx="85">
                  <c:v>-0.90257346287386797</c:v>
                </c:pt>
                <c:pt idx="86">
                  <c:v>-0.88995488520746602</c:v>
                </c:pt>
                <c:pt idx="87">
                  <c:v>-0.88837078375585299</c:v>
                </c:pt>
                <c:pt idx="88">
                  <c:v>-0.88760754643463402</c:v>
                </c:pt>
                <c:pt idx="89">
                  <c:v>-0.88047690146054003</c:v>
                </c:pt>
                <c:pt idx="90">
                  <c:v>-0.87864151030714099</c:v>
                </c:pt>
                <c:pt idx="91">
                  <c:v>-0.87841372832164299</c:v>
                </c:pt>
                <c:pt idx="92">
                  <c:v>-0.86812750306884501</c:v>
                </c:pt>
                <c:pt idx="93">
                  <c:v>-0.86723547120604705</c:v>
                </c:pt>
                <c:pt idx="94">
                  <c:v>-0.86298781437457694</c:v>
                </c:pt>
                <c:pt idx="95">
                  <c:v>-0.861602867725345</c:v>
                </c:pt>
                <c:pt idx="96">
                  <c:v>-0.85816004526677103</c:v>
                </c:pt>
                <c:pt idx="97">
                  <c:v>-0.85683497176411205</c:v>
                </c:pt>
                <c:pt idx="98">
                  <c:v>-0.85673081972370801</c:v>
                </c:pt>
                <c:pt idx="99">
                  <c:v>-0.85127271151648598</c:v>
                </c:pt>
                <c:pt idx="100">
                  <c:v>-0.85017986349075902</c:v>
                </c:pt>
                <c:pt idx="101">
                  <c:v>-0.85004447082223999</c:v>
                </c:pt>
                <c:pt idx="102">
                  <c:v>-0.84174714665552097</c:v>
                </c:pt>
                <c:pt idx="103">
                  <c:v>-0.83747896721514103</c:v>
                </c:pt>
                <c:pt idx="104">
                  <c:v>-0.83655414026489405</c:v>
                </c:pt>
                <c:pt idx="105">
                  <c:v>-0.83051904363809104</c:v>
                </c:pt>
                <c:pt idx="106">
                  <c:v>-0.82443370914106096</c:v>
                </c:pt>
                <c:pt idx="107">
                  <c:v>-0.82258532348165003</c:v>
                </c:pt>
                <c:pt idx="108">
                  <c:v>-0.80957005654928005</c:v>
                </c:pt>
                <c:pt idx="109">
                  <c:v>-0.80831914494031998</c:v>
                </c:pt>
                <c:pt idx="110">
                  <c:v>-0.80798376788362003</c:v>
                </c:pt>
                <c:pt idx="111">
                  <c:v>-0.80763643251267303</c:v>
                </c:pt>
                <c:pt idx="112">
                  <c:v>-0.80659348321717395</c:v>
                </c:pt>
                <c:pt idx="113">
                  <c:v>-0.80076302960158297</c:v>
                </c:pt>
                <c:pt idx="114">
                  <c:v>-0.78966000595457997</c:v>
                </c:pt>
                <c:pt idx="115">
                  <c:v>-0.78061933398776895</c:v>
                </c:pt>
                <c:pt idx="116">
                  <c:v>-0.77745705113102304</c:v>
                </c:pt>
                <c:pt idx="117">
                  <c:v>-0.77582334974174605</c:v>
                </c:pt>
                <c:pt idx="118">
                  <c:v>-0.774617318441994</c:v>
                </c:pt>
                <c:pt idx="119">
                  <c:v>-0.77281053831290003</c:v>
                </c:pt>
                <c:pt idx="120">
                  <c:v>-0.77209323051939505</c:v>
                </c:pt>
                <c:pt idx="121">
                  <c:v>-0.77088713159455202</c:v>
                </c:pt>
                <c:pt idx="122">
                  <c:v>-0.76993356322504902</c:v>
                </c:pt>
                <c:pt idx="123">
                  <c:v>-0.76791288600281105</c:v>
                </c:pt>
                <c:pt idx="124">
                  <c:v>-0.76585909678263397</c:v>
                </c:pt>
                <c:pt idx="125">
                  <c:v>-0.764698002656235</c:v>
                </c:pt>
                <c:pt idx="126">
                  <c:v>-0.76378795135893196</c:v>
                </c:pt>
                <c:pt idx="127">
                  <c:v>-0.758618673898795</c:v>
                </c:pt>
                <c:pt idx="128">
                  <c:v>-0.75844299558805905</c:v>
                </c:pt>
                <c:pt idx="129">
                  <c:v>-0.756990386426175</c:v>
                </c:pt>
                <c:pt idx="130">
                  <c:v>-0.75453395559887304</c:v>
                </c:pt>
                <c:pt idx="131">
                  <c:v>-0.75192854035202195</c:v>
                </c:pt>
                <c:pt idx="132">
                  <c:v>-0.75137673847328301</c:v>
                </c:pt>
                <c:pt idx="133">
                  <c:v>-0.74958446628444297</c:v>
                </c:pt>
                <c:pt idx="134">
                  <c:v>-0.74957917082506498</c:v>
                </c:pt>
                <c:pt idx="135">
                  <c:v>-0.74378598767544402</c:v>
                </c:pt>
                <c:pt idx="136">
                  <c:v>-0.74186890041615094</c:v>
                </c:pt>
                <c:pt idx="137">
                  <c:v>-0.74015095584630297</c:v>
                </c:pt>
                <c:pt idx="138">
                  <c:v>-0.73997047049725495</c:v>
                </c:pt>
                <c:pt idx="139">
                  <c:v>-0.73906126788937598</c:v>
                </c:pt>
                <c:pt idx="140">
                  <c:v>-0.73531346985028601</c:v>
                </c:pt>
                <c:pt idx="141">
                  <c:v>-0.73393638950635398</c:v>
                </c:pt>
                <c:pt idx="142">
                  <c:v>-0.72370530163619795</c:v>
                </c:pt>
                <c:pt idx="143">
                  <c:v>-0.72332989391678704</c:v>
                </c:pt>
                <c:pt idx="144">
                  <c:v>-0.71748393966437596</c:v>
                </c:pt>
                <c:pt idx="145">
                  <c:v>-0.71265371641884201</c:v>
                </c:pt>
                <c:pt idx="146">
                  <c:v>-0.71032855724054</c:v>
                </c:pt>
                <c:pt idx="147">
                  <c:v>-0.710083873803949</c:v>
                </c:pt>
                <c:pt idx="148">
                  <c:v>-0.70532711147694704</c:v>
                </c:pt>
                <c:pt idx="149">
                  <c:v>-0.70473096148516501</c:v>
                </c:pt>
                <c:pt idx="150">
                  <c:v>-0.70295560828010695</c:v>
                </c:pt>
                <c:pt idx="151">
                  <c:v>-0.70065198253218597</c:v>
                </c:pt>
                <c:pt idx="152">
                  <c:v>-0.69808855394425295</c:v>
                </c:pt>
                <c:pt idx="153">
                  <c:v>-0.69762423116486305</c:v>
                </c:pt>
                <c:pt idx="154">
                  <c:v>-0.69554839182384498</c:v>
                </c:pt>
                <c:pt idx="155">
                  <c:v>-0.68844467921866204</c:v>
                </c:pt>
                <c:pt idx="156">
                  <c:v>-0.68128284184521004</c:v>
                </c:pt>
                <c:pt idx="157">
                  <c:v>-0.67837691016814705</c:v>
                </c:pt>
                <c:pt idx="158">
                  <c:v>-0.67666545838761705</c:v>
                </c:pt>
                <c:pt idx="159">
                  <c:v>-0.67077170585951196</c:v>
                </c:pt>
                <c:pt idx="160">
                  <c:v>-0.67018825167774299</c:v>
                </c:pt>
                <c:pt idx="161">
                  <c:v>-0.66238783088907405</c:v>
                </c:pt>
                <c:pt idx="162">
                  <c:v>-0.66029864377177805</c:v>
                </c:pt>
                <c:pt idx="163">
                  <c:v>-0.65844426238770004</c:v>
                </c:pt>
                <c:pt idx="164">
                  <c:v>-0.65637445382655502</c:v>
                </c:pt>
                <c:pt idx="165">
                  <c:v>-0.65543430594681196</c:v>
                </c:pt>
                <c:pt idx="166">
                  <c:v>-0.65462734535155298</c:v>
                </c:pt>
                <c:pt idx="167">
                  <c:v>-0.65052435244858098</c:v>
                </c:pt>
                <c:pt idx="168">
                  <c:v>-0.64596811308007296</c:v>
                </c:pt>
                <c:pt idx="169">
                  <c:v>-0.64447817204343105</c:v>
                </c:pt>
                <c:pt idx="170">
                  <c:v>-0.64269261536044597</c:v>
                </c:pt>
                <c:pt idx="171">
                  <c:v>-0.64051039697254797</c:v>
                </c:pt>
                <c:pt idx="172">
                  <c:v>-0.63900259843288898</c:v>
                </c:pt>
                <c:pt idx="173">
                  <c:v>-0.63533206930263098</c:v>
                </c:pt>
                <c:pt idx="174">
                  <c:v>-0.63347803386003698</c:v>
                </c:pt>
                <c:pt idx="175">
                  <c:v>-0.62949644298949503</c:v>
                </c:pt>
                <c:pt idx="176">
                  <c:v>-0.62396485470601704</c:v>
                </c:pt>
                <c:pt idx="177">
                  <c:v>-0.62268585256841602</c:v>
                </c:pt>
                <c:pt idx="178">
                  <c:v>-0.62185620857509605</c:v>
                </c:pt>
                <c:pt idx="179">
                  <c:v>-0.621675646400771</c:v>
                </c:pt>
                <c:pt idx="180">
                  <c:v>-0.62081907658169699</c:v>
                </c:pt>
                <c:pt idx="181">
                  <c:v>-0.61928914189290696</c:v>
                </c:pt>
                <c:pt idx="182">
                  <c:v>-0.61489115381308301</c:v>
                </c:pt>
                <c:pt idx="183">
                  <c:v>-0.61030147263485202</c:v>
                </c:pt>
                <c:pt idx="184">
                  <c:v>-0.60965828029573599</c:v>
                </c:pt>
                <c:pt idx="185">
                  <c:v>-0.60757737130203904</c:v>
                </c:pt>
                <c:pt idx="186">
                  <c:v>-0.60618637969491496</c:v>
                </c:pt>
                <c:pt idx="187">
                  <c:v>-0.60579476962770995</c:v>
                </c:pt>
                <c:pt idx="188">
                  <c:v>-0.60365344529347797</c:v>
                </c:pt>
                <c:pt idx="189">
                  <c:v>-0.60247606821079502</c:v>
                </c:pt>
                <c:pt idx="190">
                  <c:v>-0.60148783107039305</c:v>
                </c:pt>
                <c:pt idx="191">
                  <c:v>-0.60053699717550302</c:v>
                </c:pt>
                <c:pt idx="192">
                  <c:v>-0.59700429528898302</c:v>
                </c:pt>
                <c:pt idx="193">
                  <c:v>-0.59700325812762101</c:v>
                </c:pt>
                <c:pt idx="194">
                  <c:v>-0.59633623186868301</c:v>
                </c:pt>
                <c:pt idx="195">
                  <c:v>-0.59328420226763301</c:v>
                </c:pt>
                <c:pt idx="196">
                  <c:v>-0.59038835861906602</c:v>
                </c:pt>
                <c:pt idx="197">
                  <c:v>-0.58932495604572199</c:v>
                </c:pt>
                <c:pt idx="198">
                  <c:v>-0.58919678331334102</c:v>
                </c:pt>
                <c:pt idx="199">
                  <c:v>-0.58842349073262301</c:v>
                </c:pt>
                <c:pt idx="200">
                  <c:v>-0.58769588494918801</c:v>
                </c:pt>
                <c:pt idx="201">
                  <c:v>-0.58624562292369098</c:v>
                </c:pt>
                <c:pt idx="202">
                  <c:v>-0.584471999547027</c:v>
                </c:pt>
                <c:pt idx="203">
                  <c:v>-0.58318277510774796</c:v>
                </c:pt>
                <c:pt idx="204">
                  <c:v>-0.58246491682039903</c:v>
                </c:pt>
                <c:pt idx="205">
                  <c:v>-0.58172484538733504</c:v>
                </c:pt>
                <c:pt idx="206">
                  <c:v>-0.58033588160037697</c:v>
                </c:pt>
                <c:pt idx="207">
                  <c:v>-0.57990765607875305</c:v>
                </c:pt>
                <c:pt idx="208">
                  <c:v>-0.57844856468949901</c:v>
                </c:pt>
                <c:pt idx="209">
                  <c:v>-0.57747876355871997</c:v>
                </c:pt>
                <c:pt idx="210">
                  <c:v>-0.57731512986795497</c:v>
                </c:pt>
                <c:pt idx="211">
                  <c:v>-0.57603827168233601</c:v>
                </c:pt>
                <c:pt idx="212">
                  <c:v>-0.57569117848881701</c:v>
                </c:pt>
                <c:pt idx="213">
                  <c:v>-0.57506973803943895</c:v>
                </c:pt>
                <c:pt idx="214">
                  <c:v>-0.57148910492091098</c:v>
                </c:pt>
                <c:pt idx="215">
                  <c:v>-0.570626197695145</c:v>
                </c:pt>
                <c:pt idx="216">
                  <c:v>-0.56905503492456999</c:v>
                </c:pt>
                <c:pt idx="217">
                  <c:v>-0.56881347691017903</c:v>
                </c:pt>
                <c:pt idx="218">
                  <c:v>-0.56834798663984598</c:v>
                </c:pt>
                <c:pt idx="219">
                  <c:v>-0.567379364712711</c:v>
                </c:pt>
                <c:pt idx="220">
                  <c:v>-0.56502561765515602</c:v>
                </c:pt>
                <c:pt idx="221">
                  <c:v>-0.56350513940390101</c:v>
                </c:pt>
                <c:pt idx="222">
                  <c:v>-0.55865379329731002</c:v>
                </c:pt>
                <c:pt idx="223">
                  <c:v>-0.55526257763286702</c:v>
                </c:pt>
                <c:pt idx="224">
                  <c:v>-0.55520650348480804</c:v>
                </c:pt>
                <c:pt idx="225">
                  <c:v>-0.55420244306113597</c:v>
                </c:pt>
                <c:pt idx="226">
                  <c:v>-0.55393944524060101</c:v>
                </c:pt>
                <c:pt idx="227">
                  <c:v>-0.55118781940718997</c:v>
                </c:pt>
                <c:pt idx="228">
                  <c:v>-0.55079317134584505</c:v>
                </c:pt>
                <c:pt idx="229">
                  <c:v>-0.54966602373368501</c:v>
                </c:pt>
                <c:pt idx="230">
                  <c:v>-0.54865756289410295</c:v>
                </c:pt>
                <c:pt idx="231">
                  <c:v>-0.54749413057259499</c:v>
                </c:pt>
                <c:pt idx="232">
                  <c:v>-0.54707442799580297</c:v>
                </c:pt>
                <c:pt idx="233">
                  <c:v>-0.54655144062547101</c:v>
                </c:pt>
                <c:pt idx="234">
                  <c:v>-0.54529987646862899</c:v>
                </c:pt>
                <c:pt idx="235">
                  <c:v>-0.54505335497236396</c:v>
                </c:pt>
                <c:pt idx="236">
                  <c:v>-0.54450365262046296</c:v>
                </c:pt>
                <c:pt idx="237">
                  <c:v>-0.54225407777258305</c:v>
                </c:pt>
                <c:pt idx="238">
                  <c:v>-0.54069889881343203</c:v>
                </c:pt>
                <c:pt idx="239">
                  <c:v>-0.53631918851819205</c:v>
                </c:pt>
                <c:pt idx="240">
                  <c:v>-0.53481682708816802</c:v>
                </c:pt>
                <c:pt idx="241">
                  <c:v>-0.53400372806692398</c:v>
                </c:pt>
                <c:pt idx="242">
                  <c:v>-0.53336396517584495</c:v>
                </c:pt>
                <c:pt idx="243">
                  <c:v>-0.53071430555984</c:v>
                </c:pt>
                <c:pt idx="244">
                  <c:v>-0.52821446017245699</c:v>
                </c:pt>
                <c:pt idx="245">
                  <c:v>-0.52134549063567404</c:v>
                </c:pt>
                <c:pt idx="246">
                  <c:v>-0.52117309325633698</c:v>
                </c:pt>
                <c:pt idx="247">
                  <c:v>-0.52083459066205495</c:v>
                </c:pt>
                <c:pt idx="248">
                  <c:v>-0.52027259598727205</c:v>
                </c:pt>
                <c:pt idx="249">
                  <c:v>-0.52021136401993595</c:v>
                </c:pt>
                <c:pt idx="250">
                  <c:v>-0.51678524121744795</c:v>
                </c:pt>
                <c:pt idx="251">
                  <c:v>-0.51479306226034904</c:v>
                </c:pt>
                <c:pt idx="252">
                  <c:v>-0.51185650358975499</c:v>
                </c:pt>
                <c:pt idx="253">
                  <c:v>-0.51054405637400502</c:v>
                </c:pt>
                <c:pt idx="254">
                  <c:v>-0.50875004252350198</c:v>
                </c:pt>
                <c:pt idx="255">
                  <c:v>-0.50794185201744602</c:v>
                </c:pt>
                <c:pt idx="256">
                  <c:v>-0.507115789355577</c:v>
                </c:pt>
                <c:pt idx="257">
                  <c:v>-0.50675318806193204</c:v>
                </c:pt>
                <c:pt idx="258">
                  <c:v>-0.50638472821681901</c:v>
                </c:pt>
                <c:pt idx="259">
                  <c:v>-0.50502423734881297</c:v>
                </c:pt>
                <c:pt idx="260">
                  <c:v>-0.49902524651100699</c:v>
                </c:pt>
                <c:pt idx="261">
                  <c:v>-0.49729148204401202</c:v>
                </c:pt>
                <c:pt idx="262">
                  <c:v>-0.496461923388409</c:v>
                </c:pt>
                <c:pt idx="263">
                  <c:v>-0.49332750506627598</c:v>
                </c:pt>
                <c:pt idx="264">
                  <c:v>-0.49040007777764</c:v>
                </c:pt>
                <c:pt idx="265">
                  <c:v>-0.48982203741581998</c:v>
                </c:pt>
                <c:pt idx="266">
                  <c:v>-0.48970858399247402</c:v>
                </c:pt>
                <c:pt idx="267">
                  <c:v>-0.48755573948994202</c:v>
                </c:pt>
                <c:pt idx="268">
                  <c:v>-0.48611605089279702</c:v>
                </c:pt>
                <c:pt idx="269">
                  <c:v>-0.48475416199245902</c:v>
                </c:pt>
                <c:pt idx="270">
                  <c:v>-0.48421574032631998</c:v>
                </c:pt>
                <c:pt idx="271">
                  <c:v>-0.48386345681205301</c:v>
                </c:pt>
                <c:pt idx="272">
                  <c:v>-0.47707317167534302</c:v>
                </c:pt>
                <c:pt idx="273">
                  <c:v>-0.47679772837055301</c:v>
                </c:pt>
                <c:pt idx="274">
                  <c:v>-0.47581869422234702</c:v>
                </c:pt>
                <c:pt idx="275">
                  <c:v>-0.46980205087274401</c:v>
                </c:pt>
                <c:pt idx="276">
                  <c:v>-0.469383111234148</c:v>
                </c:pt>
                <c:pt idx="277">
                  <c:v>-0.46671933623711598</c:v>
                </c:pt>
                <c:pt idx="278">
                  <c:v>-0.46493871581833801</c:v>
                </c:pt>
                <c:pt idx="279">
                  <c:v>-0.46490725644377001</c:v>
                </c:pt>
                <c:pt idx="280">
                  <c:v>-0.45974378309755798</c:v>
                </c:pt>
                <c:pt idx="281">
                  <c:v>-0.458925449847012</c:v>
                </c:pt>
                <c:pt idx="282">
                  <c:v>-0.458707256918583</c:v>
                </c:pt>
                <c:pt idx="283">
                  <c:v>-0.45406550931879902</c:v>
                </c:pt>
                <c:pt idx="284">
                  <c:v>-0.45370844225374901</c:v>
                </c:pt>
                <c:pt idx="285">
                  <c:v>-0.452030126061299</c:v>
                </c:pt>
                <c:pt idx="286">
                  <c:v>-0.451499764860678</c:v>
                </c:pt>
                <c:pt idx="287">
                  <c:v>-0.45072817055541797</c:v>
                </c:pt>
                <c:pt idx="288">
                  <c:v>-0.44878416709270003</c:v>
                </c:pt>
                <c:pt idx="289">
                  <c:v>-0.44557405895850299</c:v>
                </c:pt>
                <c:pt idx="290">
                  <c:v>-0.44424964563471597</c:v>
                </c:pt>
                <c:pt idx="291">
                  <c:v>-0.4427581654178</c:v>
                </c:pt>
                <c:pt idx="292">
                  <c:v>-0.44273125703365701</c:v>
                </c:pt>
                <c:pt idx="293">
                  <c:v>-0.43882167942766898</c:v>
                </c:pt>
                <c:pt idx="294">
                  <c:v>-0.43812161634114599</c:v>
                </c:pt>
                <c:pt idx="295">
                  <c:v>-0.43777206740033803</c:v>
                </c:pt>
                <c:pt idx="296">
                  <c:v>-0.43753580141193998</c:v>
                </c:pt>
                <c:pt idx="297">
                  <c:v>-0.43701161975434</c:v>
                </c:pt>
                <c:pt idx="298">
                  <c:v>-0.436355093727542</c:v>
                </c:pt>
                <c:pt idx="299">
                  <c:v>-0.43603367939635601</c:v>
                </c:pt>
                <c:pt idx="300">
                  <c:v>-0.43485122164506201</c:v>
                </c:pt>
                <c:pt idx="301">
                  <c:v>-0.43475560462639601</c:v>
                </c:pt>
                <c:pt idx="302">
                  <c:v>-0.43409680519906102</c:v>
                </c:pt>
                <c:pt idx="303">
                  <c:v>-0.43105278930673302</c:v>
                </c:pt>
                <c:pt idx="304">
                  <c:v>-0.42935829050692198</c:v>
                </c:pt>
                <c:pt idx="305">
                  <c:v>-0.42835740986757997</c:v>
                </c:pt>
                <c:pt idx="306">
                  <c:v>-0.42684283708873499</c:v>
                </c:pt>
                <c:pt idx="307">
                  <c:v>-0.42644033790512698</c:v>
                </c:pt>
                <c:pt idx="308">
                  <c:v>-0.42373277234365903</c:v>
                </c:pt>
                <c:pt idx="309">
                  <c:v>-0.419701834919188</c:v>
                </c:pt>
                <c:pt idx="310">
                  <c:v>-0.419535271245909</c:v>
                </c:pt>
                <c:pt idx="311">
                  <c:v>-0.41853014267852701</c:v>
                </c:pt>
                <c:pt idx="312">
                  <c:v>-0.41582039818285599</c:v>
                </c:pt>
                <c:pt idx="313">
                  <c:v>-0.41498381212490898</c:v>
                </c:pt>
                <c:pt idx="314">
                  <c:v>-0.41495484073543298</c:v>
                </c:pt>
                <c:pt idx="315">
                  <c:v>-0.41433037314335802</c:v>
                </c:pt>
                <c:pt idx="316">
                  <c:v>-0.41403371348426898</c:v>
                </c:pt>
                <c:pt idx="317">
                  <c:v>-0.4107424208255</c:v>
                </c:pt>
                <c:pt idx="318">
                  <c:v>-0.41066660893496698</c:v>
                </c:pt>
                <c:pt idx="319">
                  <c:v>-0.405231540721182</c:v>
                </c:pt>
                <c:pt idx="320">
                  <c:v>-0.40208323877991597</c:v>
                </c:pt>
                <c:pt idx="321">
                  <c:v>-0.40138593345576401</c:v>
                </c:pt>
                <c:pt idx="322">
                  <c:v>-0.39992190266444899</c:v>
                </c:pt>
                <c:pt idx="323">
                  <c:v>-0.39744772197553102</c:v>
                </c:pt>
                <c:pt idx="324">
                  <c:v>-0.39412553676343298</c:v>
                </c:pt>
                <c:pt idx="325">
                  <c:v>-0.39302357121085102</c:v>
                </c:pt>
                <c:pt idx="326">
                  <c:v>-0.39078082466952002</c:v>
                </c:pt>
                <c:pt idx="327">
                  <c:v>-0.39023374064462502</c:v>
                </c:pt>
                <c:pt idx="328">
                  <c:v>-0.39010101250213602</c:v>
                </c:pt>
                <c:pt idx="329">
                  <c:v>-0.38778686930850598</c:v>
                </c:pt>
                <c:pt idx="330">
                  <c:v>-0.38588582528272403</c:v>
                </c:pt>
                <c:pt idx="331">
                  <c:v>-0.38491446039065702</c:v>
                </c:pt>
                <c:pt idx="332">
                  <c:v>-0.384861738690358</c:v>
                </c:pt>
                <c:pt idx="333">
                  <c:v>-0.383863747027409</c:v>
                </c:pt>
                <c:pt idx="334">
                  <c:v>-0.38340932370270803</c:v>
                </c:pt>
                <c:pt idx="335">
                  <c:v>-0.38255977363565202</c:v>
                </c:pt>
                <c:pt idx="336">
                  <c:v>-0.38176738809694699</c:v>
                </c:pt>
                <c:pt idx="337">
                  <c:v>-0.38119693767818302</c:v>
                </c:pt>
                <c:pt idx="338">
                  <c:v>-0.37916434010342598</c:v>
                </c:pt>
                <c:pt idx="339">
                  <c:v>-0.37799355640416399</c:v>
                </c:pt>
                <c:pt idx="340">
                  <c:v>-0.37721040706718501</c:v>
                </c:pt>
                <c:pt idx="341">
                  <c:v>-0.37669889959540698</c:v>
                </c:pt>
                <c:pt idx="342">
                  <c:v>-0.376412378823339</c:v>
                </c:pt>
                <c:pt idx="343">
                  <c:v>-0.37562793201080102</c:v>
                </c:pt>
                <c:pt idx="344">
                  <c:v>-0.37430839474100702</c:v>
                </c:pt>
                <c:pt idx="345">
                  <c:v>-0.37390317411892598</c:v>
                </c:pt>
                <c:pt idx="346">
                  <c:v>-0.37320512494935798</c:v>
                </c:pt>
                <c:pt idx="347">
                  <c:v>-0.372980477987227</c:v>
                </c:pt>
                <c:pt idx="348">
                  <c:v>-0.37283646639791002</c:v>
                </c:pt>
              </c:numCache>
            </c:numRef>
          </c:xVal>
          <c:yVal>
            <c:numRef>
              <c:f>'Volcano Plot '!$L$3:$L$351</c:f>
              <c:numCache>
                <c:formatCode>General</c:formatCode>
                <c:ptCount val="349"/>
                <c:pt idx="0">
                  <c:v>2.4209826582255993</c:v>
                </c:pt>
                <c:pt idx="1">
                  <c:v>5.393843321567239</c:v>
                </c:pt>
                <c:pt idx="2">
                  <c:v>1.8797735368818818</c:v>
                </c:pt>
                <c:pt idx="3">
                  <c:v>4.2974105964329192</c:v>
                </c:pt>
                <c:pt idx="4">
                  <c:v>4.1359477105851479</c:v>
                </c:pt>
                <c:pt idx="5">
                  <c:v>1.8196964777344389</c:v>
                </c:pt>
                <c:pt idx="6">
                  <c:v>2.2839082096548733</c:v>
                </c:pt>
                <c:pt idx="7">
                  <c:v>2.3546554215671143</c:v>
                </c:pt>
                <c:pt idx="8">
                  <c:v>2.4467537808702136</c:v>
                </c:pt>
                <c:pt idx="9">
                  <c:v>1.7320769546449142</c:v>
                </c:pt>
                <c:pt idx="10">
                  <c:v>2.9953095875301918</c:v>
                </c:pt>
                <c:pt idx="11">
                  <c:v>2.1413822011109769</c:v>
                </c:pt>
                <c:pt idx="12">
                  <c:v>1.4086813092525541</c:v>
                </c:pt>
                <c:pt idx="13">
                  <c:v>2.3459972626186096</c:v>
                </c:pt>
                <c:pt idx="14">
                  <c:v>2.4303608255927101</c:v>
                </c:pt>
                <c:pt idx="15">
                  <c:v>2.193019981261854</c:v>
                </c:pt>
                <c:pt idx="16">
                  <c:v>1.3672931044270267</c:v>
                </c:pt>
                <c:pt idx="17">
                  <c:v>1.5745367649884849</c:v>
                </c:pt>
                <c:pt idx="18">
                  <c:v>1.9502994378663823</c:v>
                </c:pt>
                <c:pt idx="19">
                  <c:v>4.1443412797252952</c:v>
                </c:pt>
                <c:pt idx="20">
                  <c:v>2.4641549711019013</c:v>
                </c:pt>
                <c:pt idx="21">
                  <c:v>2.6094348212920067</c:v>
                </c:pt>
                <c:pt idx="22">
                  <c:v>2.2190183324746977</c:v>
                </c:pt>
                <c:pt idx="23">
                  <c:v>2.394895952967766</c:v>
                </c:pt>
                <c:pt idx="24">
                  <c:v>2.9572226505106443</c:v>
                </c:pt>
                <c:pt idx="25">
                  <c:v>2.9236802727187481</c:v>
                </c:pt>
                <c:pt idx="26">
                  <c:v>2.4228016618159196</c:v>
                </c:pt>
                <c:pt idx="27">
                  <c:v>2.69447820727834</c:v>
                </c:pt>
                <c:pt idx="28">
                  <c:v>2.8267664534440438</c:v>
                </c:pt>
                <c:pt idx="29">
                  <c:v>3.5569580721103264</c:v>
                </c:pt>
                <c:pt idx="30">
                  <c:v>2.6800763620731289</c:v>
                </c:pt>
                <c:pt idx="31">
                  <c:v>3.0525522653288859</c:v>
                </c:pt>
                <c:pt idx="32">
                  <c:v>3.3017657539337115</c:v>
                </c:pt>
                <c:pt idx="33">
                  <c:v>3.337642362461871</c:v>
                </c:pt>
                <c:pt idx="34">
                  <c:v>1.5311076944318263</c:v>
                </c:pt>
                <c:pt idx="35">
                  <c:v>2.9258181867394568</c:v>
                </c:pt>
                <c:pt idx="36">
                  <c:v>2.0676759292058526</c:v>
                </c:pt>
                <c:pt idx="37">
                  <c:v>3.392249371473488</c:v>
                </c:pt>
                <c:pt idx="38">
                  <c:v>2.3842111007649218</c:v>
                </c:pt>
                <c:pt idx="39">
                  <c:v>2.2280912457920707</c:v>
                </c:pt>
                <c:pt idx="40">
                  <c:v>2.71504867052762</c:v>
                </c:pt>
                <c:pt idx="41">
                  <c:v>2.5208150497187818</c:v>
                </c:pt>
                <c:pt idx="42">
                  <c:v>3.8660341266595575</c:v>
                </c:pt>
                <c:pt idx="43">
                  <c:v>1.8194861348064153</c:v>
                </c:pt>
                <c:pt idx="44">
                  <c:v>2.559598105937702</c:v>
                </c:pt>
                <c:pt idx="45">
                  <c:v>3.628384498477407</c:v>
                </c:pt>
                <c:pt idx="46">
                  <c:v>1.6718464871917229</c:v>
                </c:pt>
                <c:pt idx="47">
                  <c:v>1.4141010317095015</c:v>
                </c:pt>
                <c:pt idx="48">
                  <c:v>2.0544161165906627</c:v>
                </c:pt>
                <c:pt idx="49">
                  <c:v>1.5619169464230844</c:v>
                </c:pt>
                <c:pt idx="50">
                  <c:v>1.907077431738025</c:v>
                </c:pt>
                <c:pt idx="51">
                  <c:v>2.4571696302717738</c:v>
                </c:pt>
                <c:pt idx="52">
                  <c:v>1.833915393922493</c:v>
                </c:pt>
                <c:pt idx="53">
                  <c:v>1.882198145766967</c:v>
                </c:pt>
                <c:pt idx="54">
                  <c:v>2.0501395334492813</c:v>
                </c:pt>
                <c:pt idx="55">
                  <c:v>1.6751369865133476</c:v>
                </c:pt>
                <c:pt idx="56">
                  <c:v>4.8715892310051245</c:v>
                </c:pt>
                <c:pt idx="57">
                  <c:v>2.4782363622162893</c:v>
                </c:pt>
                <c:pt idx="58">
                  <c:v>1.8253929190281977</c:v>
                </c:pt>
                <c:pt idx="59">
                  <c:v>2.3282809331327665</c:v>
                </c:pt>
                <c:pt idx="60">
                  <c:v>2.5345798675012721</c:v>
                </c:pt>
                <c:pt idx="61">
                  <c:v>1.3345461135861854</c:v>
                </c:pt>
                <c:pt idx="62">
                  <c:v>2.6378838521149008</c:v>
                </c:pt>
                <c:pt idx="63">
                  <c:v>2.2155768489023928</c:v>
                </c:pt>
                <c:pt idx="64">
                  <c:v>1.4146813845357331</c:v>
                </c:pt>
                <c:pt idx="65">
                  <c:v>3.158113182780391</c:v>
                </c:pt>
                <c:pt idx="66">
                  <c:v>3.4667076993967565</c:v>
                </c:pt>
                <c:pt idx="67">
                  <c:v>3.6187529074491618</c:v>
                </c:pt>
                <c:pt idx="68">
                  <c:v>1.8949334658798</c:v>
                </c:pt>
                <c:pt idx="69">
                  <c:v>1.6255603082038681</c:v>
                </c:pt>
                <c:pt idx="70">
                  <c:v>2.6315969699105035</c:v>
                </c:pt>
                <c:pt idx="71">
                  <c:v>1.4526535830844804</c:v>
                </c:pt>
                <c:pt idx="72">
                  <c:v>1.5634731353861315</c:v>
                </c:pt>
                <c:pt idx="73">
                  <c:v>1.5567528575872627</c:v>
                </c:pt>
                <c:pt idx="74">
                  <c:v>1.4543773117341867</c:v>
                </c:pt>
                <c:pt idx="75">
                  <c:v>2.3237208454313381</c:v>
                </c:pt>
                <c:pt idx="76">
                  <c:v>2.0448191478780502</c:v>
                </c:pt>
                <c:pt idx="77">
                  <c:v>2.6538520362705267</c:v>
                </c:pt>
                <c:pt idx="78">
                  <c:v>1.5902993783987562</c:v>
                </c:pt>
                <c:pt idx="79">
                  <c:v>1.9089577714111416</c:v>
                </c:pt>
                <c:pt idx="80">
                  <c:v>1.3224544154051896</c:v>
                </c:pt>
                <c:pt idx="81">
                  <c:v>1.6187122825862275</c:v>
                </c:pt>
                <c:pt idx="82">
                  <c:v>3.0228149960647999</c:v>
                </c:pt>
                <c:pt idx="83">
                  <c:v>3.7355806971202492</c:v>
                </c:pt>
                <c:pt idx="84">
                  <c:v>2.7554891430201316</c:v>
                </c:pt>
                <c:pt idx="85">
                  <c:v>1.7470205176195976</c:v>
                </c:pt>
                <c:pt idx="86">
                  <c:v>3.9790734169016395</c:v>
                </c:pt>
                <c:pt idx="87">
                  <c:v>2.8308397350919021</c:v>
                </c:pt>
                <c:pt idx="88">
                  <c:v>1.5603283508537802</c:v>
                </c:pt>
                <c:pt idx="89">
                  <c:v>2.3652197178289347</c:v>
                </c:pt>
                <c:pt idx="90">
                  <c:v>1.8068048655718119</c:v>
                </c:pt>
                <c:pt idx="91">
                  <c:v>2.619905344516019</c:v>
                </c:pt>
                <c:pt idx="92">
                  <c:v>2.2558605629774897</c:v>
                </c:pt>
                <c:pt idx="93">
                  <c:v>2.7719713098919057</c:v>
                </c:pt>
                <c:pt idx="94">
                  <c:v>2.2630490748804331</c:v>
                </c:pt>
                <c:pt idx="95">
                  <c:v>1.8442910132418264</c:v>
                </c:pt>
                <c:pt idx="96">
                  <c:v>2.2314173822156618</c:v>
                </c:pt>
                <c:pt idx="97">
                  <c:v>2.611224726486526</c:v>
                </c:pt>
                <c:pt idx="98">
                  <c:v>1.639889736487258</c:v>
                </c:pt>
                <c:pt idx="99">
                  <c:v>1.9881747428459366</c:v>
                </c:pt>
                <c:pt idx="100">
                  <c:v>1.8233306692380467</c:v>
                </c:pt>
                <c:pt idx="101">
                  <c:v>1.4046192234572235</c:v>
                </c:pt>
                <c:pt idx="102">
                  <c:v>2.2465274730619282</c:v>
                </c:pt>
                <c:pt idx="103">
                  <c:v>3.1193006327458179</c:v>
                </c:pt>
                <c:pt idx="104">
                  <c:v>1.3458574943923591</c:v>
                </c:pt>
                <c:pt idx="105">
                  <c:v>2.5521827380190421</c:v>
                </c:pt>
                <c:pt idx="106">
                  <c:v>2.6161599468920071</c:v>
                </c:pt>
                <c:pt idx="107">
                  <c:v>1.6595560988091649</c:v>
                </c:pt>
                <c:pt idx="108">
                  <c:v>1.8009746227800687</c:v>
                </c:pt>
                <c:pt idx="109">
                  <c:v>1.5881441445241347</c:v>
                </c:pt>
                <c:pt idx="110">
                  <c:v>1.3258926336808448</c:v>
                </c:pt>
                <c:pt idx="111">
                  <c:v>2.2851621048013095</c:v>
                </c:pt>
                <c:pt idx="112">
                  <c:v>1.3662635688899982</c:v>
                </c:pt>
                <c:pt idx="113">
                  <c:v>1.9697995685525853</c:v>
                </c:pt>
                <c:pt idx="114">
                  <c:v>1.5592949952720536</c:v>
                </c:pt>
                <c:pt idx="115">
                  <c:v>2.1128987274878552</c:v>
                </c:pt>
                <c:pt idx="116">
                  <c:v>1.5695027750404211</c:v>
                </c:pt>
                <c:pt idx="117">
                  <c:v>1.7880286568775838</c:v>
                </c:pt>
                <c:pt idx="118">
                  <c:v>2.2237011178158297</c:v>
                </c:pt>
                <c:pt idx="119">
                  <c:v>2.7899842059671736</c:v>
                </c:pt>
                <c:pt idx="120">
                  <c:v>2.8845563607414535</c:v>
                </c:pt>
                <c:pt idx="121">
                  <c:v>1.6938168341995072</c:v>
                </c:pt>
                <c:pt idx="122">
                  <c:v>1.5668830285631061</c:v>
                </c:pt>
                <c:pt idx="123">
                  <c:v>2.2808435554212179</c:v>
                </c:pt>
                <c:pt idx="124">
                  <c:v>1.5105195394219397</c:v>
                </c:pt>
                <c:pt idx="125">
                  <c:v>1.8961458746229436</c:v>
                </c:pt>
                <c:pt idx="126">
                  <c:v>2.3778191016209784</c:v>
                </c:pt>
                <c:pt idx="127">
                  <c:v>3.1077623746143503</c:v>
                </c:pt>
                <c:pt idx="128">
                  <c:v>1.692348323425654</c:v>
                </c:pt>
                <c:pt idx="129">
                  <c:v>1.7887473421357927</c:v>
                </c:pt>
                <c:pt idx="130">
                  <c:v>1.3965372169566448</c:v>
                </c:pt>
                <c:pt idx="131">
                  <c:v>2.920673018722943</c:v>
                </c:pt>
                <c:pt idx="132">
                  <c:v>2.9388888511156614</c:v>
                </c:pt>
                <c:pt idx="133">
                  <c:v>1.8115838233729433</c:v>
                </c:pt>
                <c:pt idx="134">
                  <c:v>1.6975353580590755</c:v>
                </c:pt>
                <c:pt idx="135">
                  <c:v>2.301756989220975</c:v>
                </c:pt>
                <c:pt idx="136">
                  <c:v>3.2499121254074956</c:v>
                </c:pt>
                <c:pt idx="137">
                  <c:v>1.5465873955259715</c:v>
                </c:pt>
                <c:pt idx="138">
                  <c:v>2.3677704308972953</c:v>
                </c:pt>
                <c:pt idx="139">
                  <c:v>1.682494962046764</c:v>
                </c:pt>
                <c:pt idx="140">
                  <c:v>2.3845428157612552</c:v>
                </c:pt>
                <c:pt idx="141">
                  <c:v>1.9307410566360248</c:v>
                </c:pt>
                <c:pt idx="142">
                  <c:v>1.43768265252492</c:v>
                </c:pt>
                <c:pt idx="143">
                  <c:v>1.7210609797287646</c:v>
                </c:pt>
                <c:pt idx="144">
                  <c:v>1.4796035310284319</c:v>
                </c:pt>
                <c:pt idx="145">
                  <c:v>1.4498755979041638</c:v>
                </c:pt>
                <c:pt idx="146">
                  <c:v>2.0868649017755598</c:v>
                </c:pt>
                <c:pt idx="147">
                  <c:v>2.488142907404955</c:v>
                </c:pt>
                <c:pt idx="148">
                  <c:v>2.8047287018309799</c:v>
                </c:pt>
                <c:pt idx="149">
                  <c:v>1.5812066954407027</c:v>
                </c:pt>
                <c:pt idx="150">
                  <c:v>2.7031852350868464</c:v>
                </c:pt>
                <c:pt idx="151">
                  <c:v>1.9425112867799323</c:v>
                </c:pt>
                <c:pt idx="152">
                  <c:v>2.1055602866205887</c:v>
                </c:pt>
                <c:pt idx="153">
                  <c:v>1.5241712864891608</c:v>
                </c:pt>
                <c:pt idx="154">
                  <c:v>3.3332278938880431</c:v>
                </c:pt>
                <c:pt idx="155">
                  <c:v>1.6145874881883935</c:v>
                </c:pt>
                <c:pt idx="156">
                  <c:v>1.4073754376418497</c:v>
                </c:pt>
                <c:pt idx="157">
                  <c:v>2.2003029457014809</c:v>
                </c:pt>
                <c:pt idx="158">
                  <c:v>1.3083393225283682</c:v>
                </c:pt>
                <c:pt idx="159">
                  <c:v>2.0641353055575946</c:v>
                </c:pt>
                <c:pt idx="160">
                  <c:v>1.5203224278819689</c:v>
                </c:pt>
                <c:pt idx="161">
                  <c:v>2.7063927166971311</c:v>
                </c:pt>
                <c:pt idx="162">
                  <c:v>2.1338881528068359</c:v>
                </c:pt>
                <c:pt idx="163">
                  <c:v>1.3142978798987774</c:v>
                </c:pt>
                <c:pt idx="164">
                  <c:v>2.0547500757803325</c:v>
                </c:pt>
                <c:pt idx="165">
                  <c:v>1.3771887372410729</c:v>
                </c:pt>
                <c:pt idx="166">
                  <c:v>1.4692319116444326</c:v>
                </c:pt>
                <c:pt idx="167">
                  <c:v>2.6036658907876706</c:v>
                </c:pt>
                <c:pt idx="168">
                  <c:v>1.9090221932509006</c:v>
                </c:pt>
                <c:pt idx="169">
                  <c:v>1.9326169641576523</c:v>
                </c:pt>
                <c:pt idx="170">
                  <c:v>2.1151387315835009</c:v>
                </c:pt>
                <c:pt idx="171">
                  <c:v>2.9869645312741526</c:v>
                </c:pt>
                <c:pt idx="172">
                  <c:v>2.5169344738904291</c:v>
                </c:pt>
                <c:pt idx="173">
                  <c:v>2.3857799844394778</c:v>
                </c:pt>
                <c:pt idx="174">
                  <c:v>2.4418444739151224</c:v>
                </c:pt>
                <c:pt idx="175">
                  <c:v>2.2300743150024105</c:v>
                </c:pt>
                <c:pt idx="176">
                  <c:v>1.9010944384941795</c:v>
                </c:pt>
                <c:pt idx="177">
                  <c:v>2.1047469766747553</c:v>
                </c:pt>
                <c:pt idx="178">
                  <c:v>2.5432509642722958</c:v>
                </c:pt>
                <c:pt idx="179">
                  <c:v>3.4100051942454241</c:v>
                </c:pt>
                <c:pt idx="180">
                  <c:v>2.3707342534269391</c:v>
                </c:pt>
                <c:pt idx="181">
                  <c:v>1.6394910800794724</c:v>
                </c:pt>
                <c:pt idx="182">
                  <c:v>2.0045168815749812</c:v>
                </c:pt>
                <c:pt idx="183">
                  <c:v>1.4185929690001096</c:v>
                </c:pt>
                <c:pt idx="184">
                  <c:v>1.8018855087199748</c:v>
                </c:pt>
                <c:pt idx="185">
                  <c:v>2.1018470287434665</c:v>
                </c:pt>
                <c:pt idx="186">
                  <c:v>1.7398177184840755</c:v>
                </c:pt>
                <c:pt idx="187">
                  <c:v>2.2006555877499858</c:v>
                </c:pt>
                <c:pt idx="188">
                  <c:v>1.4240421117391697</c:v>
                </c:pt>
                <c:pt idx="189">
                  <c:v>1.8071549254448238</c:v>
                </c:pt>
                <c:pt idx="190">
                  <c:v>1.7207410307906568</c:v>
                </c:pt>
                <c:pt idx="191">
                  <c:v>1.8087339133566507</c:v>
                </c:pt>
                <c:pt idx="192">
                  <c:v>1.9791713183806687</c:v>
                </c:pt>
                <c:pt idx="193">
                  <c:v>1.6574813842790086</c:v>
                </c:pt>
                <c:pt idx="194">
                  <c:v>2.4608185883750013</c:v>
                </c:pt>
                <c:pt idx="195">
                  <c:v>1.3188850161440533</c:v>
                </c:pt>
                <c:pt idx="196">
                  <c:v>2.2071442650892643</c:v>
                </c:pt>
                <c:pt idx="197">
                  <c:v>2.057791679516396</c:v>
                </c:pt>
                <c:pt idx="198">
                  <c:v>1.3943865252117473</c:v>
                </c:pt>
                <c:pt idx="199">
                  <c:v>1.3080106453082923</c:v>
                </c:pt>
                <c:pt idx="200">
                  <c:v>1.6701374777573101</c:v>
                </c:pt>
                <c:pt idx="201">
                  <c:v>1.5435582898265146</c:v>
                </c:pt>
                <c:pt idx="202">
                  <c:v>2.1125959946263984</c:v>
                </c:pt>
                <c:pt idx="203">
                  <c:v>1.3739691000057301</c:v>
                </c:pt>
                <c:pt idx="204">
                  <c:v>1.4455389102872713</c:v>
                </c:pt>
                <c:pt idx="205">
                  <c:v>1.4827820371522169</c:v>
                </c:pt>
                <c:pt idx="206">
                  <c:v>1.5001681388643129</c:v>
                </c:pt>
                <c:pt idx="207">
                  <c:v>3.1756997794666457</c:v>
                </c:pt>
                <c:pt idx="208">
                  <c:v>1.9364736526457376</c:v>
                </c:pt>
                <c:pt idx="209">
                  <c:v>1.8357662705057229</c:v>
                </c:pt>
                <c:pt idx="210">
                  <c:v>3.1251608297824109</c:v>
                </c:pt>
                <c:pt idx="211">
                  <c:v>1.9459924177941699</c:v>
                </c:pt>
                <c:pt idx="212">
                  <c:v>2.6927679917814573</c:v>
                </c:pt>
                <c:pt idx="213">
                  <c:v>2.0019691398514308</c:v>
                </c:pt>
                <c:pt idx="214">
                  <c:v>1.3203621217671964</c:v>
                </c:pt>
                <c:pt idx="215">
                  <c:v>2.2008836132031999</c:v>
                </c:pt>
                <c:pt idx="216">
                  <c:v>1.7406920716841292</c:v>
                </c:pt>
                <c:pt idx="217">
                  <c:v>2.9581577021327492</c:v>
                </c:pt>
                <c:pt idx="218">
                  <c:v>1.8387393984838381</c:v>
                </c:pt>
                <c:pt idx="219">
                  <c:v>1.3435541272940075</c:v>
                </c:pt>
                <c:pt idx="220">
                  <c:v>2.1265378630614125</c:v>
                </c:pt>
                <c:pt idx="221">
                  <c:v>2.5358451354820297</c:v>
                </c:pt>
                <c:pt idx="222">
                  <c:v>1.313055738792883</c:v>
                </c:pt>
                <c:pt idx="223">
                  <c:v>2.7425656865507442</c:v>
                </c:pt>
                <c:pt idx="224">
                  <c:v>2.4334726971676837</c:v>
                </c:pt>
                <c:pt idx="225">
                  <c:v>2.5280868954405431</c:v>
                </c:pt>
                <c:pt idx="226">
                  <c:v>2.5422620436718746</c:v>
                </c:pt>
                <c:pt idx="227">
                  <c:v>1.6471625242972654</c:v>
                </c:pt>
                <c:pt idx="228">
                  <c:v>1.3763277723119975</c:v>
                </c:pt>
                <c:pt idx="229">
                  <c:v>2.6404077187638237</c:v>
                </c:pt>
                <c:pt idx="230">
                  <c:v>1.4018265699062702</c:v>
                </c:pt>
                <c:pt idx="231">
                  <c:v>1.312541458875649</c:v>
                </c:pt>
                <c:pt idx="232">
                  <c:v>1.3113604374673853</c:v>
                </c:pt>
                <c:pt idx="233">
                  <c:v>1.9753117415778172</c:v>
                </c:pt>
                <c:pt idx="234">
                  <c:v>1.3835496909378402</c:v>
                </c:pt>
                <c:pt idx="235">
                  <c:v>2.1078028054420264</c:v>
                </c:pt>
                <c:pt idx="236">
                  <c:v>1.8063425559442472</c:v>
                </c:pt>
                <c:pt idx="237">
                  <c:v>1.5601911955235708</c:v>
                </c:pt>
                <c:pt idx="238">
                  <c:v>1.6317861711737618</c:v>
                </c:pt>
                <c:pt idx="239">
                  <c:v>2.564022761746279</c:v>
                </c:pt>
                <c:pt idx="240">
                  <c:v>1.7337488552238212</c:v>
                </c:pt>
                <c:pt idx="241">
                  <c:v>1.8920797265995106</c:v>
                </c:pt>
                <c:pt idx="242">
                  <c:v>2.5730461965014726</c:v>
                </c:pt>
                <c:pt idx="243">
                  <c:v>2.2227237203681085</c:v>
                </c:pt>
                <c:pt idx="244">
                  <c:v>2.4665779747069756</c:v>
                </c:pt>
                <c:pt idx="245">
                  <c:v>1.3334158837481467</c:v>
                </c:pt>
                <c:pt idx="246">
                  <c:v>1.4162319895268194</c:v>
                </c:pt>
                <c:pt idx="247">
                  <c:v>2.0843803284782489</c:v>
                </c:pt>
                <c:pt idx="248">
                  <c:v>1.4034444424627373</c:v>
                </c:pt>
                <c:pt idx="249">
                  <c:v>2.0756720388757288</c:v>
                </c:pt>
                <c:pt idx="250">
                  <c:v>1.4845389004756784</c:v>
                </c:pt>
                <c:pt idx="251">
                  <c:v>1.7034193748701851</c:v>
                </c:pt>
                <c:pt idx="252">
                  <c:v>1.4907405348199789</c:v>
                </c:pt>
                <c:pt idx="253">
                  <c:v>1.5335659824749353</c:v>
                </c:pt>
                <c:pt idx="254">
                  <c:v>1.996024447884629</c:v>
                </c:pt>
                <c:pt idx="255">
                  <c:v>1.4317363836286514</c:v>
                </c:pt>
                <c:pt idx="256">
                  <c:v>1.8175187098792553</c:v>
                </c:pt>
                <c:pt idx="257">
                  <c:v>1.4631993473347928</c:v>
                </c:pt>
                <c:pt idx="258">
                  <c:v>1.7352312942704067</c:v>
                </c:pt>
                <c:pt idx="259">
                  <c:v>2.2509206743313244</c:v>
                </c:pt>
                <c:pt idx="260">
                  <c:v>2.1469177170744929</c:v>
                </c:pt>
                <c:pt idx="261">
                  <c:v>2.4485490066468558</c:v>
                </c:pt>
                <c:pt idx="262">
                  <c:v>2.5785518270109491</c:v>
                </c:pt>
                <c:pt idx="263">
                  <c:v>1.8020640160329933</c:v>
                </c:pt>
                <c:pt idx="264">
                  <c:v>2.1156131467735904</c:v>
                </c:pt>
                <c:pt idx="265">
                  <c:v>1.442884583169072</c:v>
                </c:pt>
                <c:pt idx="266">
                  <c:v>2.214045660487284</c:v>
                </c:pt>
                <c:pt idx="267">
                  <c:v>1.452039134674409</c:v>
                </c:pt>
                <c:pt idx="268">
                  <c:v>1.5159058749386152</c:v>
                </c:pt>
                <c:pt idx="269">
                  <c:v>2.6876526323771328</c:v>
                </c:pt>
                <c:pt idx="270">
                  <c:v>1.9715996025506506</c:v>
                </c:pt>
                <c:pt idx="271">
                  <c:v>2.0141337961354266</c:v>
                </c:pt>
                <c:pt idx="272">
                  <c:v>1.7716561209277712</c:v>
                </c:pt>
                <c:pt idx="273">
                  <c:v>1.53508804278168</c:v>
                </c:pt>
                <c:pt idx="274">
                  <c:v>2.0175820406716904</c:v>
                </c:pt>
                <c:pt idx="275">
                  <c:v>1.5414172857847279</c:v>
                </c:pt>
                <c:pt idx="276">
                  <c:v>1.4017442291966655</c:v>
                </c:pt>
                <c:pt idx="277">
                  <c:v>1.9983502179573613</c:v>
                </c:pt>
                <c:pt idx="278">
                  <c:v>2.6145195660541076</c:v>
                </c:pt>
                <c:pt idx="279">
                  <c:v>2.1877330848310037</c:v>
                </c:pt>
                <c:pt idx="280">
                  <c:v>1.7756389418963774</c:v>
                </c:pt>
                <c:pt idx="281">
                  <c:v>1.4131659774685885</c:v>
                </c:pt>
                <c:pt idx="282">
                  <c:v>1.9281457085763982</c:v>
                </c:pt>
                <c:pt idx="283">
                  <c:v>1.320899146817422</c:v>
                </c:pt>
                <c:pt idx="284">
                  <c:v>1.4065352450429012</c:v>
                </c:pt>
                <c:pt idx="285">
                  <c:v>2.1125223635902795</c:v>
                </c:pt>
                <c:pt idx="286">
                  <c:v>2.6229065664519258</c:v>
                </c:pt>
                <c:pt idx="287">
                  <c:v>1.6791616782388443</c:v>
                </c:pt>
                <c:pt idx="288">
                  <c:v>1.8311992791760685</c:v>
                </c:pt>
                <c:pt idx="289">
                  <c:v>1.341077646991619</c:v>
                </c:pt>
                <c:pt idx="290">
                  <c:v>2.3216403604103379</c:v>
                </c:pt>
                <c:pt idx="291">
                  <c:v>1.3687336697298276</c:v>
                </c:pt>
                <c:pt idx="292">
                  <c:v>2.3895779549430607</c:v>
                </c:pt>
                <c:pt idx="293">
                  <c:v>2.3984832674651129</c:v>
                </c:pt>
                <c:pt idx="294">
                  <c:v>2.11496133743199</c:v>
                </c:pt>
                <c:pt idx="295">
                  <c:v>1.68931400486603</c:v>
                </c:pt>
                <c:pt idx="296">
                  <c:v>1.5404917875749025</c:v>
                </c:pt>
                <c:pt idx="297">
                  <c:v>1.8527380558119571</c:v>
                </c:pt>
                <c:pt idx="298">
                  <c:v>2.3774135807050549</c:v>
                </c:pt>
                <c:pt idx="299">
                  <c:v>2.3465583725871046</c:v>
                </c:pt>
                <c:pt idx="300">
                  <c:v>2.1470470103793975</c:v>
                </c:pt>
                <c:pt idx="301">
                  <c:v>2.3494265560959988</c:v>
                </c:pt>
                <c:pt idx="302">
                  <c:v>1.4114035019672195</c:v>
                </c:pt>
                <c:pt idx="303">
                  <c:v>1.741677829527073</c:v>
                </c:pt>
                <c:pt idx="304">
                  <c:v>1.5425309463276546</c:v>
                </c:pt>
                <c:pt idx="305">
                  <c:v>2.0147280508574164</c:v>
                </c:pt>
                <c:pt idx="306">
                  <c:v>1.3825944646017363</c:v>
                </c:pt>
                <c:pt idx="307">
                  <c:v>1.4611455603692305</c:v>
                </c:pt>
                <c:pt idx="308">
                  <c:v>1.7218747051998442</c:v>
                </c:pt>
                <c:pt idx="309">
                  <c:v>2.0287264633051301</c:v>
                </c:pt>
                <c:pt idx="310">
                  <c:v>2.3934963664948206</c:v>
                </c:pt>
                <c:pt idx="311">
                  <c:v>2.0047853831613831</c:v>
                </c:pt>
                <c:pt idx="312">
                  <c:v>1.8302825403639991</c:v>
                </c:pt>
                <c:pt idx="313">
                  <c:v>1.5125930794727618</c:v>
                </c:pt>
                <c:pt idx="314">
                  <c:v>1.7497031204285298</c:v>
                </c:pt>
                <c:pt idx="315">
                  <c:v>1.706943225368317</c:v>
                </c:pt>
                <c:pt idx="316">
                  <c:v>1.6465879666687999</c:v>
                </c:pt>
                <c:pt idx="317">
                  <c:v>1.6986753277752278</c:v>
                </c:pt>
                <c:pt idx="318">
                  <c:v>1.5168691257114564</c:v>
                </c:pt>
                <c:pt idx="319">
                  <c:v>2.1436566558513861</c:v>
                </c:pt>
                <c:pt idx="320">
                  <c:v>2.0241733582819266</c:v>
                </c:pt>
                <c:pt idx="321">
                  <c:v>1.3542335552598055</c:v>
                </c:pt>
                <c:pt idx="322">
                  <c:v>1.6880723230790071</c:v>
                </c:pt>
                <c:pt idx="323">
                  <c:v>1.7000144232693064</c:v>
                </c:pt>
                <c:pt idx="324">
                  <c:v>1.5018020024211842</c:v>
                </c:pt>
                <c:pt idx="325">
                  <c:v>1.5975471240989636</c:v>
                </c:pt>
                <c:pt idx="326">
                  <c:v>1.6368240311932307</c:v>
                </c:pt>
                <c:pt idx="327">
                  <c:v>1.9953909233638694</c:v>
                </c:pt>
                <c:pt idx="328">
                  <c:v>2.0541052238494126</c:v>
                </c:pt>
                <c:pt idx="329">
                  <c:v>1.7206097757778727</c:v>
                </c:pt>
                <c:pt idx="330">
                  <c:v>1.3249815946681323</c:v>
                </c:pt>
                <c:pt idx="331">
                  <c:v>1.4790034078046803</c:v>
                </c:pt>
                <c:pt idx="332">
                  <c:v>1.4121736666101234</c:v>
                </c:pt>
                <c:pt idx="333">
                  <c:v>2.2973373728432596</c:v>
                </c:pt>
                <c:pt idx="334">
                  <c:v>2.3800841073560344</c:v>
                </c:pt>
                <c:pt idx="335">
                  <c:v>2.0091265292021809</c:v>
                </c:pt>
                <c:pt idx="336">
                  <c:v>1.6913168919657247</c:v>
                </c:pt>
                <c:pt idx="337">
                  <c:v>1.7153076062302706</c:v>
                </c:pt>
                <c:pt idx="338">
                  <c:v>1.7993543456214902</c:v>
                </c:pt>
                <c:pt idx="339">
                  <c:v>1.3813125833143478</c:v>
                </c:pt>
                <c:pt idx="340">
                  <c:v>1.8467832962240807</c:v>
                </c:pt>
                <c:pt idx="341">
                  <c:v>1.3184362447959215</c:v>
                </c:pt>
                <c:pt idx="342">
                  <c:v>1.4524553145837413</c:v>
                </c:pt>
                <c:pt idx="343">
                  <c:v>1.8513357734708895</c:v>
                </c:pt>
                <c:pt idx="344">
                  <c:v>1.8631978344524436</c:v>
                </c:pt>
                <c:pt idx="345">
                  <c:v>1.3327271909872334</c:v>
                </c:pt>
                <c:pt idx="346">
                  <c:v>2.0490054008766356</c:v>
                </c:pt>
                <c:pt idx="347">
                  <c:v>1.6756670871208024</c:v>
                </c:pt>
                <c:pt idx="348">
                  <c:v>1.8274525531031305</c:v>
                </c:pt>
              </c:numCache>
            </c:numRef>
          </c:yVal>
          <c:smooth val="0"/>
          <c:extLst>
            <c:ext xmlns:c16="http://schemas.microsoft.com/office/drawing/2014/chart" uri="{C3380CC4-5D6E-409C-BE32-E72D297353CC}">
              <c16:uniqueId val="{00000002-5BD7-41BC-A9AE-BAD132B9DB16}"/>
            </c:ext>
          </c:extLst>
        </c:ser>
        <c:dLbls>
          <c:showLegendKey val="0"/>
          <c:showVal val="0"/>
          <c:showCatName val="0"/>
          <c:showSerName val="0"/>
          <c:showPercent val="0"/>
          <c:showBubbleSize val="0"/>
        </c:dLbls>
        <c:axId val="20842207"/>
        <c:axId val="20847007"/>
      </c:scatterChart>
      <c:valAx>
        <c:axId val="20842207"/>
        <c:scaling>
          <c:orientation val="minMax"/>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000">
                    <a:solidFill>
                      <a:schemeClr val="tx1"/>
                    </a:solidFill>
                    <a:latin typeface="Arial" panose="020B0604020202020204" pitchFamily="34" charset="0"/>
                    <a:cs typeface="Arial" panose="020B0604020202020204" pitchFamily="34" charset="0"/>
                  </a:rPr>
                  <a:t>Log Fold-change</a:t>
                </a:r>
                <a:r>
                  <a:rPr lang="en-AU" sz="1000" baseline="0">
                    <a:solidFill>
                      <a:schemeClr val="tx1"/>
                    </a:solidFill>
                    <a:latin typeface="Arial" panose="020B0604020202020204" pitchFamily="34" charset="0"/>
                    <a:cs typeface="Arial" panose="020B0604020202020204" pitchFamily="34" charset="0"/>
                  </a:rPr>
                  <a:t> </a:t>
                </a:r>
                <a:endParaRPr lang="en-AU" sz="1000">
                  <a:solidFill>
                    <a:schemeClr val="tx1"/>
                  </a:solidFill>
                  <a:latin typeface="Arial" panose="020B0604020202020204" pitchFamily="34" charset="0"/>
                  <a:cs typeface="Arial" panose="020B0604020202020204" pitchFamily="34" charset="0"/>
                </a:endParaRPr>
              </a:p>
            </c:rich>
          </c:tx>
          <c:layout>
            <c:manualLayout>
              <c:xMode val="edge"/>
              <c:yMode val="edge"/>
              <c:x val="0.38805206688613464"/>
              <c:y val="0.912000000000000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47007"/>
        <c:crosses val="autoZero"/>
        <c:crossBetween val="midCat"/>
        <c:majorUnit val="0.5"/>
      </c:valAx>
      <c:valAx>
        <c:axId val="20847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sz="1000">
                    <a:solidFill>
                      <a:schemeClr val="tx1"/>
                    </a:solidFill>
                    <a:latin typeface="Arial" panose="020B0604020202020204" pitchFamily="34" charset="0"/>
                    <a:cs typeface="Arial" panose="020B0604020202020204" pitchFamily="34" charset="0"/>
                  </a:rPr>
                  <a:t>-Log10(P-value)</a:t>
                </a:r>
              </a:p>
            </c:rich>
          </c:tx>
          <c:layout>
            <c:manualLayout>
              <c:xMode val="edge"/>
              <c:yMode val="edge"/>
              <c:x val="2.9088985852175064E-2"/>
              <c:y val="0.305124508407196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42207"/>
        <c:crossesAt val="-5.5"/>
        <c:crossBetween val="midCat"/>
      </c:valAx>
      <c:spPr>
        <a:noFill/>
        <a:ln>
          <a:noFill/>
        </a:ln>
        <a:effectLst/>
      </c:spPr>
    </c:plotArea>
    <c:legend>
      <c:legendPos val="r"/>
      <c:layout>
        <c:manualLayout>
          <c:xMode val="edge"/>
          <c:yMode val="edge"/>
          <c:x val="0.72760111650065951"/>
          <c:y val="6.2465160435660597E-2"/>
          <c:w val="0.26799964224655398"/>
          <c:h val="0.211317572302378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12248468941384"/>
          <c:y val="9.0200909457334416E-2"/>
          <c:w val="0.7823219597550306"/>
          <c:h val="0.77308301494757281"/>
        </c:manualLayout>
      </c:layout>
      <c:barChart>
        <c:barDir val="col"/>
        <c:grouping val="stacked"/>
        <c:varyColors val="0"/>
        <c:ser>
          <c:idx val="0"/>
          <c:order val="0"/>
          <c:spPr>
            <a:pattFill prst="wdDnDiag">
              <a:fgClr>
                <a:schemeClr val="tx1"/>
              </a:fgClr>
              <a:bgClr>
                <a:schemeClr val="bg1"/>
              </a:bgClr>
            </a:pattFill>
            <a:ln w="12700" cmpd="dbl">
              <a:solidFill>
                <a:schemeClr val="tx1"/>
              </a:solidFill>
            </a:ln>
            <a:effectLst/>
          </c:spPr>
          <c:invertIfNegative val="0"/>
          <c:errBars>
            <c:errBarType val="both"/>
            <c:errValType val="cust"/>
            <c:noEndCap val="0"/>
            <c:plus>
              <c:numRef>
                <c:f>'[Supplementary data S5.8.xlsx]Brain'!$K$2:$K$3</c:f>
                <c:numCache>
                  <c:formatCode>General</c:formatCode>
                  <c:ptCount val="2"/>
                  <c:pt idx="0">
                    <c:v>0.19615514360574265</c:v>
                  </c:pt>
                  <c:pt idx="1">
                    <c:v>7.3895538422232274E-2</c:v>
                  </c:pt>
                </c:numCache>
              </c:numRef>
            </c:plus>
            <c:minus>
              <c:numRef>
                <c:f>'[Supplementary data S5.8.xlsx]Brain'!$K$2:$K$3</c:f>
                <c:numCache>
                  <c:formatCode>General</c:formatCode>
                  <c:ptCount val="2"/>
                  <c:pt idx="0">
                    <c:v>0.19615514360574265</c:v>
                  </c:pt>
                  <c:pt idx="1">
                    <c:v>7.3895538422232274E-2</c:v>
                  </c:pt>
                </c:numCache>
              </c:numRef>
            </c:minus>
            <c:spPr>
              <a:noFill/>
              <a:ln w="12700" cap="flat" cmpd="dbl" algn="ctr">
                <a:solidFill>
                  <a:schemeClr val="tx1"/>
                </a:solidFill>
                <a:round/>
              </a:ln>
              <a:effectLst/>
            </c:spPr>
          </c:errBars>
          <c:cat>
            <c:strRef>
              <c:f>'[Supplementary data S5.8.xlsx]Brain'!$I$2:$I$3</c:f>
              <c:strCache>
                <c:ptCount val="2"/>
                <c:pt idx="0">
                  <c:v>Diet A </c:v>
                </c:pt>
                <c:pt idx="1">
                  <c:v>Diet B</c:v>
                </c:pt>
              </c:strCache>
            </c:strRef>
          </c:cat>
          <c:val>
            <c:numRef>
              <c:f>'[Supplementary data S5.8.xlsx]Brain'!$J$2:$J$3</c:f>
              <c:numCache>
                <c:formatCode>General</c:formatCode>
                <c:ptCount val="2"/>
                <c:pt idx="0">
                  <c:v>0.51498438512877676</c:v>
                </c:pt>
                <c:pt idx="1">
                  <c:v>0.6050379192044768</c:v>
                </c:pt>
              </c:numCache>
            </c:numRef>
          </c:val>
          <c:extLst>
            <c:ext xmlns:c16="http://schemas.microsoft.com/office/drawing/2014/chart" uri="{C3380CC4-5D6E-409C-BE32-E72D297353CC}">
              <c16:uniqueId val="{00000000-27A4-4B28-B7BC-C8EE9F12FA67}"/>
            </c:ext>
          </c:extLst>
        </c:ser>
        <c:dLbls>
          <c:showLegendKey val="0"/>
          <c:showVal val="0"/>
          <c:showCatName val="0"/>
          <c:showSerName val="0"/>
          <c:showPercent val="0"/>
          <c:showBubbleSize val="0"/>
        </c:dLbls>
        <c:gapWidth val="150"/>
        <c:overlap val="100"/>
        <c:axId val="1675475343"/>
        <c:axId val="1675473903"/>
      </c:barChart>
      <c:catAx>
        <c:axId val="16754753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1675473903"/>
        <c:crosses val="autoZero"/>
        <c:auto val="1"/>
        <c:lblAlgn val="ctr"/>
        <c:lblOffset val="100"/>
        <c:noMultiLvlLbl val="0"/>
      </c:catAx>
      <c:valAx>
        <c:axId val="16754739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solidFill>
                      <a:schemeClr val="tx1"/>
                    </a:solidFill>
                  </a:rPr>
                  <a:t>Iron Concentration (µg/g)</a:t>
                </a:r>
              </a:p>
            </c:rich>
          </c:tx>
          <c:layout>
            <c:manualLayout>
              <c:xMode val="edge"/>
              <c:yMode val="edge"/>
              <c:x val="6.3250874890638673E-2"/>
              <c:y val="0.179728652110838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16754753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baseline="0">
          <a:latin typeface="Arial" panose="020B0604020202020204" pitchFamily="34" charset="0"/>
          <a:cs typeface="Arial" panose="020B0604020202020204" pitchFamily="34" charset="0"/>
        </a:defRPr>
      </a:pPr>
      <a:endParaRPr lang="fa-I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159230096238"/>
          <c:y val="5.0925925925925923E-2"/>
          <c:w val="0.77393285214348206"/>
          <c:h val="0.80000801983085446"/>
        </c:manualLayout>
      </c:layout>
      <c:barChart>
        <c:barDir val="col"/>
        <c:grouping val="clustered"/>
        <c:varyColors val="0"/>
        <c:ser>
          <c:idx val="0"/>
          <c:order val="0"/>
          <c:spPr>
            <a:pattFill prst="wdDnDiag">
              <a:fgClr>
                <a:schemeClr val="tx1"/>
              </a:fgClr>
              <a:bgClr>
                <a:schemeClr val="bg1"/>
              </a:bgClr>
            </a:pattFill>
            <a:ln w="12700">
              <a:solidFill>
                <a:schemeClr val="tx1"/>
              </a:solidFill>
            </a:ln>
            <a:effectLst/>
          </c:spPr>
          <c:invertIfNegative val="0"/>
          <c:errBars>
            <c:errBarType val="both"/>
            <c:errValType val="cust"/>
            <c:noEndCap val="0"/>
            <c:plus>
              <c:numRef>
                <c:f>'[Supplementary data S5.8.xlsx]Liver'!$K$2:$K$3</c:f>
                <c:numCache>
                  <c:formatCode>General</c:formatCode>
                  <c:ptCount val="2"/>
                  <c:pt idx="0">
                    <c:v>20.104155653768434</c:v>
                  </c:pt>
                  <c:pt idx="1">
                    <c:v>79.146039598265062</c:v>
                  </c:pt>
                </c:numCache>
              </c:numRef>
            </c:plus>
            <c:minus>
              <c:numRef>
                <c:f>'[Supplementary data S5.8.xlsx]Liver'!$K$2:$K$3</c:f>
                <c:numCache>
                  <c:formatCode>General</c:formatCode>
                  <c:ptCount val="2"/>
                  <c:pt idx="0">
                    <c:v>20.104155653768434</c:v>
                  </c:pt>
                  <c:pt idx="1">
                    <c:v>79.146039598265062</c:v>
                  </c:pt>
                </c:numCache>
              </c:numRef>
            </c:minus>
            <c:spPr>
              <a:noFill/>
              <a:ln w="12700" cap="flat" cmpd="thickThin" algn="ctr">
                <a:solidFill>
                  <a:schemeClr val="tx1"/>
                </a:solidFill>
                <a:round/>
              </a:ln>
              <a:effectLst/>
            </c:spPr>
          </c:errBars>
          <c:cat>
            <c:strRef>
              <c:f>'[Supplementary data S5.8.xlsx]Liver'!$I$2:$I$3</c:f>
              <c:strCache>
                <c:ptCount val="2"/>
                <c:pt idx="0">
                  <c:v>Diet A</c:v>
                </c:pt>
                <c:pt idx="1">
                  <c:v>Diet B</c:v>
                </c:pt>
              </c:strCache>
            </c:strRef>
          </c:cat>
          <c:val>
            <c:numRef>
              <c:f>'[Supplementary data S5.8.xlsx]Liver'!$J$2:$J$3</c:f>
              <c:numCache>
                <c:formatCode>0.0000</c:formatCode>
                <c:ptCount val="2"/>
                <c:pt idx="0">
                  <c:v>64.966686272662116</c:v>
                </c:pt>
                <c:pt idx="1">
                  <c:v>123.86711523185232</c:v>
                </c:pt>
              </c:numCache>
            </c:numRef>
          </c:val>
          <c:extLst>
            <c:ext xmlns:c16="http://schemas.microsoft.com/office/drawing/2014/chart" uri="{C3380CC4-5D6E-409C-BE32-E72D297353CC}">
              <c16:uniqueId val="{00000000-0078-4FE1-9F93-815B625D4ECD}"/>
            </c:ext>
          </c:extLst>
        </c:ser>
        <c:dLbls>
          <c:showLegendKey val="0"/>
          <c:showVal val="0"/>
          <c:showCatName val="0"/>
          <c:showSerName val="0"/>
          <c:showPercent val="0"/>
          <c:showBubbleSize val="0"/>
        </c:dLbls>
        <c:gapWidth val="219"/>
        <c:overlap val="-27"/>
        <c:axId val="374725503"/>
        <c:axId val="374725983"/>
      </c:barChart>
      <c:catAx>
        <c:axId val="37472550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374725983"/>
        <c:crosses val="autoZero"/>
        <c:auto val="1"/>
        <c:lblAlgn val="ctr"/>
        <c:lblOffset val="100"/>
        <c:noMultiLvlLbl val="0"/>
      </c:catAx>
      <c:valAx>
        <c:axId val="3747259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AU">
                    <a:solidFill>
                      <a:schemeClr val="tx1"/>
                    </a:solidFill>
                  </a:rPr>
                  <a:t>Iron Concentration (µg/g)</a:t>
                </a:r>
              </a:p>
            </c:rich>
          </c:tx>
          <c:layout>
            <c:manualLayout>
              <c:xMode val="edge"/>
              <c:yMode val="edge"/>
              <c:x val="5.8389107611548557E-2"/>
              <c:y val="0.174633639545056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fa-IR"/>
          </a:p>
        </c:txPr>
        <c:crossAx val="374725503"/>
        <c:crosses val="autoZero"/>
        <c:crossBetween val="between"/>
        <c:minorUnit val="4"/>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baseline="0">
          <a:latin typeface="Arial" panose="020B0604020202020204" pitchFamily="34" charset="0"/>
          <a:cs typeface="Arial" panose="020B0604020202020204" pitchFamily="34" charset="0"/>
        </a:defRPr>
      </a:pPr>
      <a:endParaRPr lang="fa-I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0184401897643"/>
          <c:y val="0.13952063283756194"/>
          <c:w val="0.78774389476506546"/>
          <c:h val="0.72056422842857271"/>
        </c:manualLayout>
      </c:layout>
      <c:barChart>
        <c:barDir val="col"/>
        <c:grouping val="clustered"/>
        <c:varyColors val="0"/>
        <c:ser>
          <c:idx val="0"/>
          <c:order val="0"/>
          <c:spPr>
            <a:pattFill prst="wdDnDiag">
              <a:fgClr>
                <a:sysClr val="windowText" lastClr="000000"/>
              </a:fgClr>
              <a:bgClr>
                <a:sysClr val="window" lastClr="FFFFFF"/>
              </a:bgClr>
            </a:pattFill>
            <a:ln w="12700">
              <a:solidFill>
                <a:schemeClr val="tx1"/>
              </a:solidFill>
            </a:ln>
            <a:effectLst/>
          </c:spPr>
          <c:invertIfNegative val="0"/>
          <c:errBars>
            <c:errBarType val="both"/>
            <c:errValType val="cust"/>
            <c:noEndCap val="0"/>
            <c:plus>
              <c:numRef>
                <c:f>'[Supplementary data S5.8.xlsx]Intestine'!$L$2:$L$3</c:f>
                <c:numCache>
                  <c:formatCode>General</c:formatCode>
                  <c:ptCount val="2"/>
                  <c:pt idx="0">
                    <c:v>0.13260882342068006</c:v>
                  </c:pt>
                  <c:pt idx="1">
                    <c:v>0.22790873780496493</c:v>
                  </c:pt>
                </c:numCache>
              </c:numRef>
            </c:plus>
            <c:minus>
              <c:numRef>
                <c:f>'[Supplementary data S5.8.xlsx]Intestine'!$L$2:$L$3</c:f>
                <c:numCache>
                  <c:formatCode>General</c:formatCode>
                  <c:ptCount val="2"/>
                  <c:pt idx="0">
                    <c:v>0.13260882342068006</c:v>
                  </c:pt>
                  <c:pt idx="1">
                    <c:v>0.22790873780496493</c:v>
                  </c:pt>
                </c:numCache>
              </c:numRef>
            </c:minus>
            <c:spPr>
              <a:noFill/>
              <a:ln w="15875" cap="flat" cmpd="sng" algn="ctr">
                <a:solidFill>
                  <a:schemeClr val="tx1"/>
                </a:solidFill>
                <a:round/>
              </a:ln>
              <a:effectLst/>
            </c:spPr>
          </c:errBars>
          <c:cat>
            <c:strRef>
              <c:f>'[Supplementary data S5.8.xlsx]Intestine'!$J$2:$J$3</c:f>
              <c:strCache>
                <c:ptCount val="2"/>
                <c:pt idx="0">
                  <c:v>Diet A</c:v>
                </c:pt>
                <c:pt idx="1">
                  <c:v>Diet B</c:v>
                </c:pt>
              </c:strCache>
            </c:strRef>
          </c:cat>
          <c:val>
            <c:numRef>
              <c:f>'[Supplementary data S5.8.xlsx]Intestine'!$K$2:$K$3</c:f>
              <c:numCache>
                <c:formatCode>General</c:formatCode>
                <c:ptCount val="2"/>
                <c:pt idx="0">
                  <c:v>0.42544455546026849</c:v>
                </c:pt>
                <c:pt idx="1">
                  <c:v>0.80354857622795117</c:v>
                </c:pt>
              </c:numCache>
            </c:numRef>
          </c:val>
          <c:extLst>
            <c:ext xmlns:c16="http://schemas.microsoft.com/office/drawing/2014/chart" uri="{C3380CC4-5D6E-409C-BE32-E72D297353CC}">
              <c16:uniqueId val="{00000000-485A-4A56-900A-4240CED5BD61}"/>
            </c:ext>
          </c:extLst>
        </c:ser>
        <c:dLbls>
          <c:showLegendKey val="0"/>
          <c:showVal val="0"/>
          <c:showCatName val="0"/>
          <c:showSerName val="0"/>
          <c:showPercent val="0"/>
          <c:showBubbleSize val="0"/>
        </c:dLbls>
        <c:gapWidth val="219"/>
        <c:overlap val="-27"/>
        <c:axId val="281929567"/>
        <c:axId val="281930047"/>
      </c:barChart>
      <c:catAx>
        <c:axId val="2819295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a-IR"/>
          </a:p>
        </c:txPr>
        <c:crossAx val="281930047"/>
        <c:crosses val="autoZero"/>
        <c:auto val="1"/>
        <c:lblAlgn val="ctr"/>
        <c:lblOffset val="100"/>
        <c:noMultiLvlLbl val="0"/>
      </c:catAx>
      <c:valAx>
        <c:axId val="2819300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chemeClr val="tx1"/>
                    </a:solidFill>
                    <a:latin typeface="Arial" panose="020B0604020202020204" pitchFamily="34" charset="0"/>
                    <a:cs typeface="Arial" panose="020B0604020202020204" pitchFamily="34" charset="0"/>
                  </a:rPr>
                  <a:t>Iron Concentration (µg/g)</a:t>
                </a:r>
              </a:p>
            </c:rich>
          </c:tx>
          <c:layout>
            <c:manualLayout>
              <c:xMode val="edge"/>
              <c:yMode val="edge"/>
              <c:x val="5.8883410942638423E-2"/>
              <c:y val="0.2144065325167687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a-I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a-IR"/>
          </a:p>
        </c:txPr>
        <c:crossAx val="2819295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solidFill>
      <a:round/>
    </a:ln>
    <a:effectLst/>
  </c:spPr>
  <c:txPr>
    <a:bodyPr/>
    <a:lstStyle/>
    <a:p>
      <a:pPr>
        <a:defRPr/>
      </a:pPr>
      <a:endParaRPr lang="fa-I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0.57438</cdr:x>
      <cdr:y>0.04657</cdr:y>
    </cdr:from>
    <cdr:to>
      <cdr:x>0.57438</cdr:x>
      <cdr:y>0.82488</cdr:y>
    </cdr:to>
    <cdr:cxnSp macro="">
      <cdr:nvCxnSpPr>
        <cdr:cNvPr id="3" name="Straight Connector 2"/>
        <cdr:cNvCxnSpPr/>
      </cdr:nvCxnSpPr>
      <cdr:spPr>
        <a:xfrm xmlns:a="http://schemas.openxmlformats.org/drawingml/2006/main" flipH="1">
          <a:off x="2671639" y="166977"/>
          <a:ext cx="0" cy="2790908"/>
        </a:xfrm>
        <a:prstGeom xmlns:a="http://schemas.openxmlformats.org/drawingml/2006/main" prst="line">
          <a:avLst/>
        </a:prstGeom>
        <a:ln xmlns:a="http://schemas.openxmlformats.org/drawingml/2006/main" w="127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0.62974</cdr:x>
      <cdr:y>0.04965</cdr:y>
    </cdr:from>
    <cdr:to>
      <cdr:x>0.62974</cdr:x>
      <cdr:y>0.82796</cdr:y>
    </cdr:to>
    <cdr:cxnSp macro="">
      <cdr:nvCxnSpPr>
        <cdr:cNvPr id="4" name="Straight Connector 3"/>
        <cdr:cNvCxnSpPr/>
      </cdr:nvCxnSpPr>
      <cdr:spPr>
        <a:xfrm xmlns:a="http://schemas.openxmlformats.org/drawingml/2006/main" flipH="1">
          <a:off x="2929173" y="178020"/>
          <a:ext cx="0" cy="2790908"/>
        </a:xfrm>
        <a:prstGeom xmlns:a="http://schemas.openxmlformats.org/drawingml/2006/main" prst="line">
          <a:avLst/>
        </a:prstGeom>
        <a:ln xmlns:a="http://schemas.openxmlformats.org/drawingml/2006/main" w="127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0.11966</cdr:x>
      <cdr:y>0.66522</cdr:y>
    </cdr:from>
    <cdr:to>
      <cdr:x>0.89575</cdr:x>
      <cdr:y>0.66522</cdr:y>
    </cdr:to>
    <cdr:cxnSp macro="">
      <cdr:nvCxnSpPr>
        <cdr:cNvPr id="6" name="Straight Connector 5"/>
        <cdr:cNvCxnSpPr/>
      </cdr:nvCxnSpPr>
      <cdr:spPr>
        <a:xfrm xmlns:a="http://schemas.openxmlformats.org/drawingml/2006/main" flipV="1">
          <a:off x="556592" y="2385391"/>
          <a:ext cx="3609892" cy="0"/>
        </a:xfrm>
        <a:prstGeom xmlns:a="http://schemas.openxmlformats.org/drawingml/2006/main" prst="line">
          <a:avLst/>
        </a:prstGeom>
        <a:ln xmlns:a="http://schemas.openxmlformats.org/drawingml/2006/main" w="127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0.47445</cdr:x>
      <cdr:y>0.12179</cdr:y>
    </cdr:from>
    <cdr:to>
      <cdr:x>0.47445</cdr:x>
      <cdr:y>0.80408</cdr:y>
    </cdr:to>
    <cdr:cxnSp macro="">
      <cdr:nvCxnSpPr>
        <cdr:cNvPr id="3" name="Straight Connector 2"/>
        <cdr:cNvCxnSpPr/>
      </cdr:nvCxnSpPr>
      <cdr:spPr>
        <a:xfrm xmlns:a="http://schemas.openxmlformats.org/drawingml/2006/main">
          <a:off x="2425563" y="479331"/>
          <a:ext cx="0" cy="2685309"/>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0.54851</cdr:x>
      <cdr:y>0.12624</cdr:y>
    </cdr:from>
    <cdr:to>
      <cdr:x>0.55028</cdr:x>
      <cdr:y>0.80356</cdr:y>
    </cdr:to>
    <cdr:cxnSp macro="">
      <cdr:nvCxnSpPr>
        <cdr:cNvPr id="5" name="Straight Connector 4"/>
        <cdr:cNvCxnSpPr/>
      </cdr:nvCxnSpPr>
      <cdr:spPr>
        <a:xfrm xmlns:a="http://schemas.openxmlformats.org/drawingml/2006/main" flipH="1">
          <a:off x="2804171" y="496847"/>
          <a:ext cx="9049" cy="2665748"/>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0.15223</cdr:x>
      <cdr:y>0.57891</cdr:y>
    </cdr:from>
    <cdr:to>
      <cdr:x>0.8868</cdr:x>
      <cdr:y>0.58181</cdr:y>
    </cdr:to>
    <cdr:cxnSp macro="">
      <cdr:nvCxnSpPr>
        <cdr:cNvPr id="6" name="Straight Connector 5"/>
        <cdr:cNvCxnSpPr/>
      </cdr:nvCxnSpPr>
      <cdr:spPr>
        <a:xfrm xmlns:a="http://schemas.openxmlformats.org/drawingml/2006/main">
          <a:off x="778258" y="2278430"/>
          <a:ext cx="3755405" cy="11414"/>
        </a:xfrm>
        <a:prstGeom xmlns:a="http://schemas.openxmlformats.org/drawingml/2006/main" prst="line">
          <a:avLst/>
        </a:prstGeom>
        <a:ln xmlns:a="http://schemas.openxmlformats.org/drawingml/2006/main">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0.54906</cdr:x>
      <cdr:y>0.15697</cdr:y>
    </cdr:from>
    <cdr:to>
      <cdr:x>0.5514</cdr:x>
      <cdr:y>0.8273</cdr:y>
    </cdr:to>
    <cdr:cxnSp macro="">
      <cdr:nvCxnSpPr>
        <cdr:cNvPr id="3" name="Straight Connector 2"/>
        <cdr:cNvCxnSpPr/>
      </cdr:nvCxnSpPr>
      <cdr:spPr>
        <a:xfrm xmlns:a="http://schemas.openxmlformats.org/drawingml/2006/main" flipH="1" flipV="1">
          <a:off x="2636878" y="643986"/>
          <a:ext cx="11238" cy="2750227"/>
        </a:xfrm>
        <a:prstGeom xmlns:a="http://schemas.openxmlformats.org/drawingml/2006/main" prst="line">
          <a:avLst/>
        </a:prstGeom>
        <a:ln xmlns:a="http://schemas.openxmlformats.org/drawingml/2006/main" w="12700">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0.60481</cdr:x>
      <cdr:y>0.15753</cdr:y>
    </cdr:from>
    <cdr:to>
      <cdr:x>0.60686</cdr:x>
      <cdr:y>0.82343</cdr:y>
    </cdr:to>
    <cdr:cxnSp macro="">
      <cdr:nvCxnSpPr>
        <cdr:cNvPr id="5" name="Straight Connector 4"/>
        <cdr:cNvCxnSpPr/>
      </cdr:nvCxnSpPr>
      <cdr:spPr>
        <a:xfrm xmlns:a="http://schemas.openxmlformats.org/drawingml/2006/main" flipH="1" flipV="1">
          <a:off x="2904616" y="646299"/>
          <a:ext cx="9846" cy="2732011"/>
        </a:xfrm>
        <a:prstGeom xmlns:a="http://schemas.openxmlformats.org/drawingml/2006/main" prst="line">
          <a:avLst/>
        </a:prstGeom>
        <a:ln xmlns:a="http://schemas.openxmlformats.org/drawingml/2006/main" w="12700">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0.13943</cdr:x>
      <cdr:y>0.68293</cdr:y>
    </cdr:from>
    <cdr:to>
      <cdr:x>0.92589</cdr:x>
      <cdr:y>0.68517</cdr:y>
    </cdr:to>
    <cdr:cxnSp macro="">
      <cdr:nvCxnSpPr>
        <cdr:cNvPr id="11" name="Straight Connector 10"/>
        <cdr:cNvCxnSpPr/>
      </cdr:nvCxnSpPr>
      <cdr:spPr>
        <a:xfrm xmlns:a="http://schemas.openxmlformats.org/drawingml/2006/main" flipH="1" flipV="1">
          <a:off x="669628" y="2801889"/>
          <a:ext cx="3776978" cy="9190"/>
        </a:xfrm>
        <a:prstGeom xmlns:a="http://schemas.openxmlformats.org/drawingml/2006/main" prst="line">
          <a:avLst/>
        </a:prstGeom>
        <a:ln xmlns:a="http://schemas.openxmlformats.org/drawingml/2006/main" w="12700">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0.38524</cdr:x>
      <cdr:y>0.1708</cdr:y>
    </cdr:from>
    <cdr:to>
      <cdr:x>0.78146</cdr:x>
      <cdr:y>0.22543</cdr:y>
    </cdr:to>
    <cdr:sp macro="" textlink="">
      <cdr:nvSpPr>
        <cdr:cNvPr id="2" name="Left Bracket 1">
          <a:extLst xmlns:a="http://schemas.openxmlformats.org/drawingml/2006/main">
            <a:ext uri="{FF2B5EF4-FFF2-40B4-BE49-F238E27FC236}">
              <a16:creationId xmlns:a16="http://schemas.microsoft.com/office/drawing/2014/main" id="{17A209E4-F615-3E07-F531-7349F3ECFDFC}"/>
            </a:ext>
          </a:extLst>
        </cdr:cNvPr>
        <cdr:cNvSpPr/>
      </cdr:nvSpPr>
      <cdr:spPr>
        <a:xfrm xmlns:a="http://schemas.openxmlformats.org/drawingml/2006/main" rot="5400000">
          <a:off x="2590281" y="-361650"/>
          <a:ext cx="149865" cy="1810252"/>
        </a:xfrm>
        <a:prstGeom xmlns:a="http://schemas.openxmlformats.org/drawingml/2006/main" prst="leftBracket">
          <a:avLst/>
        </a:prstGeom>
        <a:ln xmlns:a="http://schemas.openxmlformats.org/drawingml/2006/main">
          <a:solidFill>
            <a:schemeClr val="tx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AU" kern="1200"/>
        </a:p>
      </cdr:txBody>
    </cdr:sp>
  </cdr:relSizeAnchor>
  <cdr:relSizeAnchor xmlns:cdr="http://schemas.openxmlformats.org/drawingml/2006/chartDrawing">
    <cdr:from>
      <cdr:x>0.55548</cdr:x>
      <cdr:y>0.09085</cdr:y>
    </cdr:from>
    <cdr:to>
      <cdr:x>0.66805</cdr:x>
      <cdr:y>0.16385</cdr:y>
    </cdr:to>
    <cdr:sp macro="" textlink="">
      <cdr:nvSpPr>
        <cdr:cNvPr id="3" name="TextBox 2">
          <a:extLst xmlns:a="http://schemas.openxmlformats.org/drawingml/2006/main">
            <a:ext uri="{FF2B5EF4-FFF2-40B4-BE49-F238E27FC236}">
              <a16:creationId xmlns:a16="http://schemas.microsoft.com/office/drawing/2014/main" id="{455D6F8A-915A-010D-9327-879385364CAE}"/>
            </a:ext>
          </a:extLst>
        </cdr:cNvPr>
        <cdr:cNvSpPr txBox="1"/>
      </cdr:nvSpPr>
      <cdr:spPr>
        <a:xfrm xmlns:a="http://schemas.openxmlformats.org/drawingml/2006/main">
          <a:off x="2537906" y="249224"/>
          <a:ext cx="514312" cy="200253"/>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AU" sz="1400" kern="1200">
              <a:cs typeface="+mn-cs"/>
            </a:rPr>
            <a:t>*</a:t>
          </a:r>
          <a:endParaRPr lang="fa-IR" sz="1400" kern="1200">
            <a:cs typeface="+mn-cs"/>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Template>
  <TotalTime>14</TotalTime>
  <Pages>19</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Mohadeseh Montazeri Shatouri (HDR)</cp:lastModifiedBy>
  <cp:revision>6</cp:revision>
  <dcterms:created xsi:type="dcterms:W3CDTF">2025-07-25T04:04:00Z</dcterms:created>
  <dcterms:modified xsi:type="dcterms:W3CDTF">2025-08-21T04:46:00Z</dcterms:modified>
  <cp:category/>
</cp:coreProperties>
</file>